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Democrats win the House --- fundraising and candidate quality.</w:t>
      </w:r>
    </w:p>
    <w:p>
      <w:pPr>
        <w:spacing w:after="80"/>
      </w:pPr>
      <w:r>
        <w:rPr>
          <w:b/>
          <w:i w:val="0"/>
          <w:smallCaps w:val="0"/>
          <w:strike w:val="0"/>
          <w:sz w:val="23"/>
          <w:u w:val="none"/>
        </w:rPr>
        <w:t>MacFarlane ’24</w:t>
      </w:r>
      <w:r>
        <w:rPr>
          <w:b w:val="0"/>
          <w:i w:val="0"/>
          <w:smallCaps w:val="0"/>
          <w:strike w:val="0"/>
          <w:u w:val="none"/>
        </w:rPr>
        <w:t xml:space="preserve"> </w:t>
      </w:r>
      <w:r>
        <w:rPr>
          <w:b w:val="0"/>
          <w:i w:val="0"/>
          <w:smallCaps w:val="0"/>
          <w:strike w:val="0"/>
          <w:sz w:val="14"/>
          <w:u w:val="none"/>
        </w:rPr>
        <w:t xml:space="preserve">(7/23/24, Scott MacFarlane is a congressional correspondent for CBS News, reporting for all broadcasts and platforms, </w:t>
      </w:r>
      <w:r>
        <w:rPr>
          <w:b w:val="0"/>
          <w:i/>
          <w:smallCaps w:val="0"/>
          <w:strike w:val="0"/>
          <w:sz w:val="14"/>
          <w:u w:val="none"/>
        </w:rPr>
        <w:t xml:space="preserve">“Democrats "well-positioned" to take back House and have big leg up in fundraising, campaign committee says” </w:t>
      </w:r>
      <w:r>
        <w:rPr>
          <w:b w:val="0"/>
          <w:i w:val="0"/>
          <w:smallCaps w:val="0"/>
          <w:strike w:val="0"/>
          <w:sz w:val="14"/>
          <w:u w:val="none"/>
        </w:rPr>
        <w:t>CBS News, https://www.cbsnews.com/news/democrats-well-positioned-take-back-house-have-big-leg-up-fundraising-campaign-committee-says/)</w:t>
      </w:r>
    </w:p>
    <w:p>
      <w:pPr>
        <w:spacing w:after="60"/>
      </w:pPr>
      <w:r>
        <w:rPr>
          <w:b w:val="0"/>
          <w:i w:val="0"/>
          <w:smallCaps w:val="0"/>
          <w:strike w:val="0"/>
          <w:u w:val="single"/>
        </w:rPr>
        <w:t xml:space="preserve">The memo says, "Despite a volatile month of ever-evolving political news, </w:t>
      </w:r>
      <w:r>
        <w:rPr>
          <w:b w:val="0"/>
          <w:i w:val="0"/>
          <w:smallCaps w:val="0"/>
          <w:strike w:val="0"/>
          <w:highlight w:val="cyan"/>
          <w:u w:val="single"/>
        </w:rPr>
        <w:t xml:space="preserve">House Democrats remain well-positioned to win back the majority </w:t>
      </w:r>
      <w:r>
        <w:rPr>
          <w:b w:val="0"/>
          <w:i w:val="0"/>
          <w:smallCaps w:val="0"/>
          <w:strike w:val="0"/>
          <w:u w:val="single"/>
        </w:rPr>
        <w:t xml:space="preserve">this fall," citing what the committee calls a "continued </w:t>
      </w:r>
      <w:r>
        <w:rPr>
          <w:b w:val="0"/>
          <w:i w:val="0"/>
          <w:smallCaps w:val="0"/>
          <w:strike w:val="0"/>
          <w:highlight w:val="cyan"/>
          <w:u w:val="single"/>
        </w:rPr>
        <w:t>fundraising advantage</w:t>
      </w:r>
      <w:r>
        <w:rPr>
          <w:b w:val="0"/>
          <w:i w:val="0"/>
          <w:smallCaps w:val="0"/>
          <w:strike w:val="0"/>
          <w:u w:val="single"/>
        </w:rPr>
        <w:t>."</w:t>
      </w:r>
      <w:r>
        <w:rPr>
          <w:b w:val="0"/>
          <w:i w:val="0"/>
          <w:smallCaps w:val="0"/>
          <w:strike w:val="0"/>
          <w:u w:val="single"/>
        </w:rPr>
        <w:t xml:space="preserve"> </w:t>
      </w:r>
      <w:r>
        <w:rPr>
          <w:b w:val="0"/>
          <w:i w:val="0"/>
          <w:smallCaps w:val="0"/>
          <w:strike w:val="0"/>
          <w:u w:val="single"/>
        </w:rPr>
        <w:t xml:space="preserve">The committee's report says the </w:t>
      </w:r>
      <w:r>
        <w:rPr>
          <w:b w:val="0"/>
          <w:i w:val="0"/>
          <w:smallCaps w:val="0"/>
          <w:strike w:val="0"/>
          <w:highlight w:val="cyan"/>
          <w:u w:val="single"/>
        </w:rPr>
        <w:t>party's top challengers</w:t>
      </w:r>
      <w:r>
        <w:rPr>
          <w:b w:val="0"/>
          <w:i w:val="0"/>
          <w:smallCaps w:val="0"/>
          <w:strike w:val="0"/>
          <w:u w:val="single"/>
        </w:rPr>
        <w:t xml:space="preserve"> and frontline incumbents </w:t>
      </w:r>
      <w:r>
        <w:rPr>
          <w:b w:val="0"/>
          <w:i w:val="0"/>
          <w:smallCaps w:val="0"/>
          <w:strike w:val="0"/>
          <w:highlight w:val="cyan"/>
          <w:u w:val="single"/>
        </w:rPr>
        <w:t>hold</w:t>
      </w:r>
      <w:r>
        <w:rPr>
          <w:b w:val="0"/>
          <w:i w:val="0"/>
          <w:smallCaps w:val="0"/>
          <w:strike w:val="0"/>
          <w:u w:val="single"/>
        </w:rPr>
        <w:t xml:space="preserve"> an average fundraising </w:t>
      </w:r>
      <w:r>
        <w:rPr>
          <w:b w:val="0"/>
          <w:i w:val="0"/>
          <w:smallCaps w:val="0"/>
          <w:strike w:val="0"/>
          <w:highlight w:val="cyan"/>
          <w:u w:val="single"/>
        </w:rPr>
        <w:t>advantage</w:t>
      </w:r>
      <w:r>
        <w:rPr>
          <w:b w:val="0"/>
          <w:i w:val="0"/>
          <w:smallCaps w:val="0"/>
          <w:strike w:val="0"/>
          <w:u w:val="single"/>
        </w:rPr>
        <w:t xml:space="preserve"> </w:t>
      </w:r>
      <w:r>
        <w:rPr>
          <w:b w:val="0"/>
          <w:i w:val="0"/>
          <w:smallCaps w:val="0"/>
          <w:strike w:val="0"/>
          <w:highlight w:val="cyan"/>
          <w:u w:val="single"/>
        </w:rPr>
        <w:t>of</w:t>
      </w:r>
      <w:r>
        <w:rPr>
          <w:b w:val="0"/>
          <w:i w:val="0"/>
          <w:smallCaps w:val="0"/>
          <w:strike w:val="0"/>
          <w:u w:val="single"/>
        </w:rPr>
        <w:t xml:space="preserve"> approximately </w:t>
      </w:r>
      <w:r>
        <w:rPr>
          <w:b w:val="0"/>
          <w:i w:val="0"/>
          <w:smallCaps w:val="0"/>
          <w:strike w:val="0"/>
          <w:highlight w:val="cyan"/>
          <w:u w:val="single"/>
        </w:rPr>
        <w:t>$400,000</w:t>
      </w:r>
      <w:r>
        <w:rPr>
          <w:b w:val="0"/>
          <w:i w:val="0"/>
          <w:smallCaps w:val="0"/>
          <w:strike w:val="0"/>
          <w:u w:val="single"/>
        </w:rPr>
        <w:t xml:space="preserve"> </w:t>
      </w:r>
      <w:r>
        <w:rPr>
          <w:b w:val="0"/>
          <w:i w:val="0"/>
          <w:smallCaps w:val="0"/>
          <w:strike w:val="0"/>
          <w:highlight w:val="cyan"/>
          <w:u w:val="single"/>
        </w:rPr>
        <w:t>in</w:t>
      </w:r>
      <w:r>
        <w:rPr>
          <w:b w:val="0"/>
          <w:i w:val="0"/>
          <w:smallCaps w:val="0"/>
          <w:strike w:val="0"/>
          <w:u w:val="single"/>
        </w:rPr>
        <w:t xml:space="preserve"> some of </w:t>
      </w:r>
      <w:r>
        <w:rPr>
          <w:b w:val="0"/>
          <w:i w:val="0"/>
          <w:smallCaps w:val="0"/>
          <w:strike w:val="0"/>
          <w:highlight w:val="cyan"/>
          <w:u w:val="single"/>
        </w:rPr>
        <w:t>the</w:t>
      </w:r>
      <w:r>
        <w:rPr>
          <w:b w:val="0"/>
          <w:i w:val="0"/>
          <w:smallCaps w:val="0"/>
          <w:strike w:val="0"/>
          <w:u w:val="single"/>
        </w:rPr>
        <w:t xml:space="preserve"> </w:t>
      </w:r>
      <w:r>
        <w:rPr>
          <w:b w:val="0"/>
          <w:i w:val="0"/>
          <w:smallCaps w:val="0"/>
          <w:strike w:val="0"/>
          <w:highlight w:val="cyan"/>
          <w:u w:val="single"/>
        </w:rPr>
        <w:t xml:space="preserve">most competitive </w:t>
      </w:r>
      <w:r>
        <w:rPr>
          <w:b w:val="0"/>
          <w:i w:val="0"/>
          <w:smallCaps w:val="0"/>
          <w:strike w:val="0"/>
          <w:u w:val="single"/>
        </w:rPr>
        <w:t xml:space="preserve">Congressional </w:t>
      </w:r>
      <w:r>
        <w:rPr>
          <w:b w:val="0"/>
          <w:i w:val="0"/>
          <w:smallCaps w:val="0"/>
          <w:strike w:val="0"/>
          <w:highlight w:val="cyan"/>
          <w:u w:val="single"/>
        </w:rPr>
        <w:t>districts</w:t>
      </w:r>
      <w:r>
        <w:rPr>
          <w:b w:val="0"/>
          <w:i w:val="0"/>
          <w:smallCaps w:val="0"/>
          <w:strike w:val="0"/>
          <w:u w:val="single"/>
        </w:rPr>
        <w:t xml:space="preserve"> nationwide in recent months. The memo says the most recent finalized quarterly fundraising totals show </w:t>
      </w:r>
      <w:r>
        <w:rPr>
          <w:b w:val="0"/>
          <w:i w:val="0"/>
          <w:smallCaps w:val="0"/>
          <w:strike w:val="0"/>
          <w:highlight w:val="cyan"/>
          <w:u w:val="single"/>
        </w:rPr>
        <w:t>Democratic</w:t>
      </w:r>
      <w:r>
        <w:rPr>
          <w:b w:val="0"/>
          <w:i w:val="0"/>
          <w:smallCaps w:val="0"/>
          <w:strike w:val="0"/>
          <w:u w:val="single"/>
        </w:rPr>
        <w:t xml:space="preserve"> </w:t>
      </w:r>
      <w:r>
        <w:rPr>
          <w:b w:val="0"/>
          <w:i w:val="0"/>
          <w:smallCaps w:val="0"/>
          <w:strike w:val="0"/>
          <w:highlight w:val="cyan"/>
          <w:u w:val="single"/>
        </w:rPr>
        <w:t>candidates</w:t>
      </w:r>
      <w:r>
        <w:rPr>
          <w:b w:val="0"/>
          <w:i w:val="0"/>
          <w:smallCaps w:val="0"/>
          <w:strike w:val="0"/>
          <w:u w:val="single"/>
        </w:rPr>
        <w:t xml:space="preserve"> in some of the most contentious races </w:t>
      </w:r>
      <w:r>
        <w:rPr>
          <w:b w:val="0"/>
          <w:i w:val="0"/>
          <w:smallCaps w:val="0"/>
          <w:strike w:val="0"/>
          <w:highlight w:val="cyan"/>
          <w:u w:val="single"/>
        </w:rPr>
        <w:t>raised</w:t>
      </w:r>
      <w:r>
        <w:rPr>
          <w:b w:val="0"/>
          <w:i w:val="0"/>
          <w:smallCaps w:val="0"/>
          <w:strike w:val="0"/>
          <w:u w:val="single"/>
        </w:rPr>
        <w:t xml:space="preserve"> an </w:t>
      </w:r>
      <w:r>
        <w:rPr>
          <w:b w:val="0"/>
          <w:i w:val="0"/>
          <w:smallCaps w:val="0"/>
          <w:strike w:val="0"/>
          <w:highlight w:val="cyan"/>
          <w:u w:val="single"/>
        </w:rPr>
        <w:t>average of $1 million</w:t>
      </w:r>
      <w:r>
        <w:rPr>
          <w:b w:val="0"/>
          <w:i w:val="0"/>
          <w:smallCaps w:val="0"/>
          <w:strike w:val="0"/>
          <w:u w:val="single"/>
        </w:rPr>
        <w:t xml:space="preserve"> during the most recent three-month stretch for which the party's campaign reports were made available.</w:t>
      </w:r>
      <w:r>
        <w:rPr>
          <w:b w:val="0"/>
          <w:i w:val="0"/>
          <w:smallCaps w:val="0"/>
          <w:strike w:val="0"/>
          <w:u w:val="single"/>
        </w:rPr>
        <w:t xml:space="preserve"> </w:t>
      </w:r>
      <w:r>
        <w:rPr>
          <w:b w:val="0"/>
          <w:i w:val="0"/>
          <w:smallCaps w:val="0"/>
          <w:strike w:val="0"/>
          <w:sz w:val="16"/>
          <w:u w:val="none"/>
        </w:rPr>
        <w:t xml:space="preserve">Several House Democrats facing the stiffest re-election challenges were among the first wave of Democrats to call for Mr. Biden to withdraw from the 2024 election, including Rep. Angie Craig (D-MN), Rep. Pat Ryan (D-NY) and Rep. Hillary Scholten (D-MI). Though it doesn't mention the president by name or reference his decision to bow out of the race, the DCCC memo reviewed by CBS News argues the party is cultivating diverse viewpoints among its candidates reflected in an "independent" streak. The memo says, "The message hasn't changed." </w:t>
      </w:r>
      <w:r>
        <w:rPr>
          <w:b w:val="0"/>
          <w:i w:val="0"/>
          <w:smallCaps w:val="0"/>
          <w:strike w:val="0"/>
          <w:u w:val="single"/>
        </w:rPr>
        <w:t xml:space="preserve">It says, "Democrats run common sense, independent-minded candidates who reflect the diversity of our nation and are focused on kitchen table issues. For </w:t>
      </w:r>
      <w:r>
        <w:rPr>
          <w:b w:val="0"/>
          <w:i w:val="0"/>
          <w:smallCaps w:val="0"/>
          <w:strike w:val="0"/>
          <w:highlight w:val="cyan"/>
          <w:u w:val="single"/>
        </w:rPr>
        <w:t>House Democrats</w:t>
      </w:r>
      <w:r>
        <w:rPr>
          <w:b w:val="0"/>
          <w:i w:val="0"/>
          <w:smallCaps w:val="0"/>
          <w:strike w:val="0"/>
          <w:u w:val="single"/>
        </w:rPr>
        <w:t xml:space="preserve">, differing </w:t>
      </w:r>
      <w:r>
        <w:rPr>
          <w:b w:val="0"/>
          <w:i w:val="0"/>
          <w:smallCaps w:val="0"/>
          <w:strike w:val="0"/>
          <w:highlight w:val="cyan"/>
          <w:u w:val="single"/>
        </w:rPr>
        <w:t>viewpoints</w:t>
      </w:r>
      <w:r>
        <w:rPr>
          <w:b w:val="0"/>
          <w:i w:val="0"/>
          <w:smallCaps w:val="0"/>
          <w:strike w:val="0"/>
          <w:u w:val="single"/>
        </w:rPr>
        <w:t xml:space="preserve"> and candid </w:t>
      </w:r>
      <w:r>
        <w:rPr>
          <w:b w:val="0"/>
          <w:i w:val="0"/>
          <w:smallCaps w:val="0"/>
          <w:strike w:val="0"/>
          <w:highlight w:val="cyan"/>
          <w:u w:val="single"/>
        </w:rPr>
        <w:t>conversations</w:t>
      </w:r>
      <w:r>
        <w:rPr>
          <w:b w:val="0"/>
          <w:i w:val="0"/>
          <w:smallCaps w:val="0"/>
          <w:strike w:val="0"/>
          <w:u w:val="single"/>
        </w:rPr>
        <w:t xml:space="preserve"> are a </w:t>
      </w:r>
      <w:r>
        <w:rPr>
          <w:b w:val="0"/>
          <w:i w:val="0"/>
          <w:smallCaps w:val="0"/>
          <w:strike w:val="0"/>
          <w:highlight w:val="cyan"/>
          <w:u w:val="single"/>
        </w:rPr>
        <w:t xml:space="preserve">welcome </w:t>
      </w:r>
      <w:r>
        <w:rPr>
          <w:b w:val="0"/>
          <w:i w:val="0"/>
          <w:smallCaps w:val="0"/>
          <w:strike w:val="0"/>
          <w:u w:val="single"/>
        </w:rPr>
        <w:t xml:space="preserve">way </w:t>
      </w:r>
      <w:r>
        <w:rPr>
          <w:b w:val="0"/>
          <w:i w:val="0"/>
          <w:smallCaps w:val="0"/>
          <w:strike w:val="0"/>
          <w:highlight w:val="cyan"/>
          <w:u w:val="single"/>
        </w:rPr>
        <w:t xml:space="preserve">to </w:t>
      </w:r>
      <w:r>
        <w:rPr>
          <w:b w:val="0"/>
          <w:i w:val="0"/>
          <w:smallCaps w:val="0"/>
          <w:strike w:val="0"/>
          <w:u w:val="single"/>
        </w:rPr>
        <w:t xml:space="preserve">push towards </w:t>
      </w:r>
      <w:r>
        <w:rPr>
          <w:b w:val="0"/>
          <w:i w:val="0"/>
          <w:smallCaps w:val="0"/>
          <w:strike w:val="0"/>
          <w:highlight w:val="cyan"/>
          <w:u w:val="single"/>
        </w:rPr>
        <w:t>solutions</w:t>
      </w:r>
      <w:r>
        <w:rPr>
          <w:b w:val="0"/>
          <w:i w:val="0"/>
          <w:smallCaps w:val="0"/>
          <w:strike w:val="0"/>
          <w:u w:val="single"/>
        </w:rPr>
        <w:t>."</w:t>
      </w:r>
      <w:r>
        <w:rPr>
          <w:b w:val="0"/>
          <w:i w:val="0"/>
          <w:smallCaps w:val="0"/>
          <w:strike w:val="0"/>
          <w:u w:val="single"/>
        </w:rPr>
        <w:t xml:space="preserve"> </w:t>
      </w:r>
      <w:r>
        <w:rPr>
          <w:b w:val="0"/>
          <w:i w:val="0"/>
          <w:smallCaps w:val="0"/>
          <w:strike w:val="0"/>
          <w:highlight w:val="cyan"/>
          <w:u w:val="single"/>
        </w:rPr>
        <w:t>House Democrats</w:t>
      </w:r>
      <w:r>
        <w:rPr>
          <w:b w:val="0"/>
          <w:i w:val="0"/>
          <w:smallCaps w:val="0"/>
          <w:strike w:val="0"/>
          <w:u w:val="single"/>
        </w:rPr>
        <w:t xml:space="preserve"> have been </w:t>
      </w:r>
      <w:r>
        <w:rPr>
          <w:b w:val="0"/>
          <w:i w:val="0"/>
          <w:smallCaps w:val="0"/>
          <w:strike w:val="0"/>
          <w:highlight w:val="cyan"/>
          <w:u w:val="single"/>
        </w:rPr>
        <w:t>bullish</w:t>
      </w:r>
      <w:r>
        <w:rPr>
          <w:b w:val="0"/>
          <w:i w:val="0"/>
          <w:smallCaps w:val="0"/>
          <w:strike w:val="0"/>
          <w:u w:val="single"/>
        </w:rPr>
        <w:t xml:space="preserve"> </w:t>
      </w:r>
      <w:r>
        <w:rPr>
          <w:b w:val="0"/>
          <w:i w:val="0"/>
          <w:smallCaps w:val="0"/>
          <w:strike w:val="0"/>
          <w:highlight w:val="cyan"/>
          <w:u w:val="single"/>
        </w:rPr>
        <w:t>on</w:t>
      </w:r>
      <w:r>
        <w:rPr>
          <w:b w:val="0"/>
          <w:i w:val="0"/>
          <w:smallCaps w:val="0"/>
          <w:strike w:val="0"/>
          <w:u w:val="single"/>
        </w:rPr>
        <w:t xml:space="preserve"> their prospects of </w:t>
      </w:r>
      <w:r>
        <w:rPr>
          <w:b w:val="0"/>
          <w:i w:val="0"/>
          <w:smallCaps w:val="0"/>
          <w:strike w:val="0"/>
          <w:highlight w:val="cyan"/>
          <w:u w:val="single"/>
        </w:rPr>
        <w:t xml:space="preserve">re-taking </w:t>
      </w:r>
      <w:r>
        <w:rPr>
          <w:b w:val="0"/>
          <w:i w:val="0"/>
          <w:smallCaps w:val="0"/>
          <w:strike w:val="0"/>
          <w:u w:val="single"/>
        </w:rPr>
        <w:t xml:space="preserve">the </w:t>
      </w:r>
      <w:r>
        <w:rPr>
          <w:b w:val="0"/>
          <w:i w:val="0"/>
          <w:smallCaps w:val="0"/>
          <w:strike w:val="0"/>
          <w:highlight w:val="cyan"/>
          <w:u w:val="single"/>
        </w:rPr>
        <w:t>majority</w:t>
      </w:r>
      <w:r>
        <w:rPr>
          <w:b w:val="0"/>
          <w:i w:val="0"/>
          <w:smallCaps w:val="0"/>
          <w:strike w:val="0"/>
          <w:u w:val="single"/>
        </w:rPr>
        <w:t xml:space="preserve"> in November through </w:t>
      </w:r>
      <w:r>
        <w:rPr>
          <w:b w:val="0"/>
          <w:i w:val="0"/>
          <w:smallCaps w:val="0"/>
          <w:strike w:val="0"/>
          <w:highlight w:val="cyan"/>
          <w:u w:val="single"/>
        </w:rPr>
        <w:t>flipping</w:t>
      </w:r>
      <w:r>
        <w:rPr>
          <w:b w:val="0"/>
          <w:i w:val="0"/>
          <w:smallCaps w:val="0"/>
          <w:strike w:val="0"/>
          <w:u w:val="single"/>
        </w:rPr>
        <w:t xml:space="preserve"> a handful of battleground districts from red-to-blue, including multiple districts in suburban </w:t>
      </w:r>
      <w:r>
        <w:rPr>
          <w:b w:val="0"/>
          <w:i w:val="0"/>
          <w:smallCaps w:val="0"/>
          <w:strike w:val="0"/>
          <w:highlight w:val="cyan"/>
          <w:u w:val="single"/>
        </w:rPr>
        <w:t>New York City and California</w:t>
      </w:r>
      <w:r>
        <w:rPr>
          <w:b w:val="0"/>
          <w:i w:val="0"/>
          <w:smallCaps w:val="0"/>
          <w:strike w:val="0"/>
          <w:u w:val="single"/>
        </w:rPr>
        <w:t xml:space="preserve">. </w:t>
      </w:r>
      <w:r>
        <w:rPr>
          <w:b w:val="0"/>
          <w:i w:val="0"/>
          <w:smallCaps w:val="0"/>
          <w:strike w:val="0"/>
          <w:sz w:val="16"/>
          <w:u w:val="none"/>
        </w:rPr>
        <w:t>Campaign strategists and House incumbents questioned whether Mr. Biden's June debate performance and faltering national poll numbers were damaging the party's House campaign efforts.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