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Even if Trump is winning </w:t>
      </w:r>
      <w:r>
        <w:rPr>
          <w:b/>
          <w:i w:val="0"/>
          <w:smallCaps w:val="0"/>
          <w:strike w:val="0"/>
          <w:sz w:val="26"/>
          <w:u w:val="none"/>
        </w:rPr>
        <w:t>dems</w:t>
      </w:r>
      <w:r>
        <w:rPr>
          <w:b/>
          <w:i w:val="0"/>
          <w:smallCaps w:val="0"/>
          <w:strike w:val="0"/>
          <w:sz w:val="26"/>
          <w:u w:val="none"/>
        </w:rPr>
        <w:t xml:space="preserve"> will still control the senate</w:t>
      </w:r>
    </w:p>
    <w:p>
      <w:pPr>
        <w:spacing w:after="80"/>
      </w:pPr>
      <w:r>
        <w:rPr>
          <w:b/>
          <w:i w:val="0"/>
          <w:smallCaps w:val="0"/>
          <w:strike w:val="0"/>
          <w:sz w:val="26"/>
          <w:u w:val="none"/>
        </w:rPr>
        <w:t>Harrison 7/3</w:t>
      </w:r>
      <w:r>
        <w:rPr>
          <w:b w:val="0"/>
          <w:i w:val="0"/>
          <w:smallCaps w:val="0"/>
          <w:strike w:val="0"/>
          <w:u w:val="none"/>
        </w:rPr>
        <w:t xml:space="preserve"> Thomas F. July 3 </w:t>
      </w:r>
      <w:r>
        <w:rPr>
          <w:b w:val="0"/>
          <w:i w:val="0"/>
          <w:smallCaps w:val="0"/>
          <w:strike w:val="0"/>
          <w:u w:val="none"/>
        </w:rPr>
        <w:t xml:space="preserve">Tom Harrison is a legal and political reporter based in Boston. His regular beats include the Massachusetts state courts and the U.S. Court of Appeals for the First Circuit. Prior to joining Courthouse News, Tom was editor and publisher of the second-bestselling legal periodical in the U.S. </w:t>
      </w:r>
      <w:r>
        <w:rPr>
          <w:b w:val="0"/>
          <w:i w:val="0"/>
          <w:smallCaps w:val="0"/>
          <w:strike w:val="0"/>
          <w:u w:val="none"/>
        </w:rPr>
        <w:t>Courthouse News Service “</w:t>
      </w:r>
      <w:r>
        <w:rPr>
          <w:b w:val="0"/>
          <w:i w:val="0"/>
          <w:smallCaps w:val="0"/>
          <w:strike w:val="0"/>
          <w:u w:val="none"/>
        </w:rPr>
        <w:t>Many Trump voters back Senate Democrats, making the chamber a toss-up in the fall</w:t>
      </w:r>
      <w:r>
        <w:rPr>
          <w:b w:val="0"/>
          <w:i w:val="0"/>
          <w:smallCaps w:val="0"/>
          <w:strike w:val="0"/>
          <w:u w:val="none"/>
        </w:rPr>
        <w:t xml:space="preserve">” </w:t>
      </w:r>
      <w:r>
        <w:rPr>
          <w:b w:val="0"/>
          <w:i w:val="0"/>
          <w:smallCaps w:val="0"/>
          <w:strike w:val="0"/>
          <w:u w:val="none"/>
        </w:rPr>
        <w:t xml:space="preserve"> ZMR</w:t>
      </w:r>
    </w:p>
    <w:p>
      <w:pPr>
        <w:spacing w:after="60"/>
      </w:pPr>
      <w:r>
        <w:rPr>
          <w:b w:val="0"/>
          <w:i w:val="0"/>
          <w:smallCaps w:val="0"/>
          <w:strike w:val="0"/>
          <w:sz w:val="14"/>
          <w:u w:val="none"/>
        </w:rPr>
        <w:t xml:space="preserve">Five, 10, and even </w:t>
      </w:r>
      <w:r>
        <w:rPr>
          <w:b w:val="0"/>
          <w:i w:val="0"/>
          <w:smallCaps w:val="0"/>
          <w:strike w:val="0"/>
          <w:sz w:val="22"/>
          <w:highlight w:val="cyan"/>
          <w:u w:val="single"/>
        </w:rPr>
        <w:t>15% or more</w:t>
      </w:r>
      <w:r>
        <w:rPr>
          <w:b w:val="0"/>
          <w:i w:val="0"/>
          <w:smallCaps w:val="0"/>
          <w:strike w:val="0"/>
          <w:sz w:val="22"/>
          <w:u w:val="single"/>
        </w:rPr>
        <w:t xml:space="preserve"> of </w:t>
      </w:r>
      <w:r>
        <w:rPr>
          <w:b w:val="0"/>
          <w:i w:val="0"/>
          <w:smallCaps w:val="0"/>
          <w:strike w:val="0"/>
          <w:sz w:val="22"/>
          <w:highlight w:val="cyan"/>
          <w:u w:val="single"/>
        </w:rPr>
        <w:t>swing-state voters</w:t>
      </w:r>
      <w:r>
        <w:rPr>
          <w:b w:val="0"/>
          <w:i w:val="0"/>
          <w:smallCaps w:val="0"/>
          <w:strike w:val="0"/>
          <w:sz w:val="22"/>
          <w:u w:val="single"/>
        </w:rPr>
        <w:t xml:space="preserve"> are telling pollsters that they plan </w:t>
      </w:r>
      <w:r>
        <w:rPr>
          <w:b w:val="0"/>
          <w:i w:val="0"/>
          <w:smallCaps w:val="0"/>
          <w:strike w:val="0"/>
          <w:sz w:val="22"/>
          <w:u w:val="single"/>
        </w:rPr>
        <w:t xml:space="preserve">to </w:t>
      </w:r>
      <w:r>
        <w:rPr>
          <w:b w:val="0"/>
          <w:i w:val="0"/>
          <w:smallCaps w:val="0"/>
          <w:strike w:val="0"/>
          <w:sz w:val="22"/>
          <w:highlight w:val="cyan"/>
          <w:u w:val="single"/>
        </w:rPr>
        <w:t>support</w:t>
      </w:r>
      <w:r>
        <w:rPr>
          <w:b w:val="0"/>
          <w:i w:val="0"/>
          <w:smallCaps w:val="0"/>
          <w:strike w:val="0"/>
          <w:sz w:val="22"/>
          <w:u w:val="single"/>
        </w:rPr>
        <w:t xml:space="preserve"> Donald </w:t>
      </w:r>
      <w:r>
        <w:rPr>
          <w:b w:val="0"/>
          <w:i w:val="0"/>
          <w:smallCaps w:val="0"/>
          <w:strike w:val="0"/>
          <w:sz w:val="22"/>
          <w:highlight w:val="cyan"/>
          <w:u w:val="single"/>
        </w:rPr>
        <w:t>Trump for president and a Democrat for</w:t>
      </w:r>
      <w:r>
        <w:rPr>
          <w:b w:val="0"/>
          <w:i w:val="0"/>
          <w:smallCaps w:val="0"/>
          <w:strike w:val="0"/>
          <w:sz w:val="22"/>
          <w:u w:val="single"/>
        </w:rPr>
        <w:t xml:space="preserve"> the U.S. </w:t>
      </w:r>
      <w:r>
        <w:rPr>
          <w:b w:val="0"/>
          <w:i w:val="0"/>
          <w:smallCaps w:val="0"/>
          <w:strike w:val="0"/>
          <w:sz w:val="22"/>
          <w:highlight w:val="cyan"/>
          <w:u w:val="single"/>
        </w:rPr>
        <w:t>Senate</w:t>
      </w:r>
      <w:r>
        <w:rPr>
          <w:b w:val="0"/>
          <w:i w:val="0"/>
          <w:smallCaps w:val="0"/>
          <w:strike w:val="0"/>
          <w:sz w:val="22"/>
          <w:u w:val="single"/>
        </w:rPr>
        <w:t xml:space="preserve"> this November, making the battle for control of the country's upper chamber a nail-biter</w:t>
      </w:r>
      <w:r>
        <w:rPr>
          <w:b w:val="0"/>
          <w:i w:val="0"/>
          <w:smallCaps w:val="0"/>
          <w:strike w:val="0"/>
          <w:sz w:val="14"/>
          <w:u w:val="none"/>
        </w:rPr>
        <w:t>. Around the country, “</w:t>
      </w:r>
      <w:r>
        <w:rPr>
          <w:b w:val="0"/>
          <w:i w:val="0"/>
          <w:smallCaps w:val="0"/>
          <w:strike w:val="0"/>
          <w:sz w:val="22"/>
          <w:u w:val="single"/>
        </w:rPr>
        <w:t xml:space="preserve">we’re </w:t>
      </w:r>
      <w:r>
        <w:rPr>
          <w:b/>
          <w:i w:val="0"/>
          <w:smallCaps w:val="0"/>
          <w:strike w:val="0"/>
          <w:sz w:val="22"/>
          <w:highlight w:val="cyan"/>
          <w:u w:val="single"/>
        </w:rPr>
        <w:t>seeing a rebound of ticket-splitting</w:t>
      </w:r>
      <w:r>
        <w:rPr>
          <w:b w:val="0"/>
          <w:i w:val="0"/>
          <w:smallCaps w:val="0"/>
          <w:strike w:val="0"/>
          <w:sz w:val="22"/>
          <w:u w:val="single"/>
        </w:rPr>
        <w:t>,” said David Macdonald, a political science professor at the University of Florid</w:t>
      </w:r>
      <w:r>
        <w:rPr>
          <w:b w:val="0"/>
          <w:i w:val="0"/>
          <w:smallCaps w:val="0"/>
          <w:strike w:val="0"/>
          <w:sz w:val="14"/>
          <w:u w:val="none"/>
        </w:rPr>
        <w:t>a. Divided loyalties on the ballot were common 50 years ago, but they all but died out in the last few elections. Their sudden comeback is giving Republican congressional hopefuls heartburn.</w:t>
      </w:r>
    </w:p>
    <w:p>
      <w:pPr>
        <w:spacing w:after="60"/>
      </w:pPr>
      <w:r>
        <w:rPr>
          <w:b w:val="0"/>
          <w:i w:val="0"/>
          <w:smallCaps w:val="0"/>
          <w:strike w:val="0"/>
          <w:sz w:val="14"/>
          <w:u w:val="none"/>
        </w:rPr>
        <w:t xml:space="preserve">On paper, </w:t>
      </w:r>
      <w:r>
        <w:rPr>
          <w:b w:val="0"/>
          <w:i w:val="0"/>
          <w:smallCaps w:val="0"/>
          <w:strike w:val="0"/>
          <w:sz w:val="22"/>
          <w:u w:val="single"/>
        </w:rPr>
        <w:t xml:space="preserve">winning back the Senate should be a cakewalk for the GOP this year: The party is defending only 11 relatively safe seats while the Democrats </w:t>
      </w:r>
      <w:r>
        <w:rPr>
          <w:b w:val="0"/>
          <w:i w:val="0"/>
          <w:smallCaps w:val="0"/>
          <w:strike w:val="0"/>
          <w:sz w:val="22"/>
          <w:u w:val="single"/>
        </w:rPr>
        <w:t>have to</w:t>
      </w:r>
      <w:r>
        <w:rPr>
          <w:b w:val="0"/>
          <w:i w:val="0"/>
          <w:smallCaps w:val="0"/>
          <w:strike w:val="0"/>
          <w:sz w:val="22"/>
          <w:u w:val="single"/>
        </w:rPr>
        <w:t xml:space="preserve"> defend 23 seats</w:t>
      </w:r>
      <w:r>
        <w:rPr>
          <w:b w:val="0"/>
          <w:i w:val="0"/>
          <w:smallCaps w:val="0"/>
          <w:strike w:val="0"/>
          <w:sz w:val="14"/>
          <w:u w:val="none"/>
        </w:rPr>
        <w:t xml:space="preserve">, many of them in red or purple states, at a time when their presidential standard-bearer is struggling. And yet, </w:t>
      </w:r>
      <w:r>
        <w:rPr>
          <w:b w:val="0"/>
          <w:i w:val="0"/>
          <w:smallCaps w:val="0"/>
          <w:strike w:val="0"/>
          <w:sz w:val="22"/>
          <w:highlight w:val="cyan"/>
          <w:u w:val="single"/>
        </w:rPr>
        <w:t>thanks to ticket-splitters, Dem</w:t>
      </w:r>
      <w:r>
        <w:rPr>
          <w:b w:val="0"/>
          <w:i w:val="0"/>
          <w:smallCaps w:val="0"/>
          <w:strike w:val="0"/>
          <w:sz w:val="22"/>
          <w:u w:val="single"/>
        </w:rPr>
        <w:t xml:space="preserve">ocratic Senate candidates </w:t>
      </w:r>
      <w:r>
        <w:rPr>
          <w:b w:val="0"/>
          <w:i w:val="0"/>
          <w:smallCaps w:val="0"/>
          <w:strike w:val="0"/>
          <w:sz w:val="22"/>
          <w:highlight w:val="cyan"/>
          <w:u w:val="single"/>
        </w:rPr>
        <w:t>are ahead in</w:t>
      </w:r>
      <w:r>
        <w:rPr>
          <w:b w:val="0"/>
          <w:i w:val="0"/>
          <w:smallCaps w:val="0"/>
          <w:strike w:val="0"/>
          <w:sz w:val="22"/>
          <w:u w:val="single"/>
        </w:rPr>
        <w:t xml:space="preserve"> almost </w:t>
      </w:r>
      <w:r>
        <w:rPr>
          <w:b/>
          <w:i w:val="0"/>
          <w:smallCaps w:val="0"/>
          <w:strike w:val="0"/>
          <w:sz w:val="22"/>
          <w:highlight w:val="cyan"/>
          <w:u w:val="single"/>
        </w:rPr>
        <w:t>all of</w:t>
      </w:r>
      <w:r>
        <w:rPr>
          <w:b/>
          <w:i w:val="0"/>
          <w:smallCaps w:val="0"/>
          <w:strike w:val="0"/>
          <w:sz w:val="22"/>
          <w:highlight w:val="cyan"/>
          <w:u w:val="single"/>
        </w:rPr>
        <w:t xml:space="preserve"> their races</w:t>
      </w:r>
      <w:r>
        <w:rPr>
          <w:b w:val="0"/>
          <w:i w:val="0"/>
          <w:smallCaps w:val="0"/>
          <w:strike w:val="0"/>
          <w:sz w:val="22"/>
          <w:u w:val="single"/>
        </w:rPr>
        <w:t xml:space="preserve"> — sometimes polling </w:t>
      </w:r>
      <w:r>
        <w:rPr>
          <w:b w:val="0"/>
          <w:i w:val="0"/>
          <w:smallCaps w:val="0"/>
          <w:strike w:val="0"/>
          <w:sz w:val="22"/>
          <w:u w:val="single"/>
        </w:rPr>
        <w:t>dramatically</w:t>
      </w:r>
      <w:r>
        <w:rPr>
          <w:b w:val="0"/>
          <w:i w:val="0"/>
          <w:smallCaps w:val="0"/>
          <w:strike w:val="0"/>
          <w:sz w:val="22"/>
          <w:highlight w:val="cyan"/>
          <w:u w:val="single"/>
        </w:rPr>
        <w:t xml:space="preserve"> better than</w:t>
      </w:r>
      <w:r>
        <w:rPr>
          <w:b w:val="0"/>
          <w:i w:val="0"/>
          <w:smallCaps w:val="0"/>
          <w:strike w:val="0"/>
          <w:sz w:val="22"/>
          <w:u w:val="single"/>
        </w:rPr>
        <w:t xml:space="preserve"> President Joe </w:t>
      </w:r>
      <w:r>
        <w:rPr>
          <w:b w:val="0"/>
          <w:i w:val="0"/>
          <w:smallCaps w:val="0"/>
          <w:strike w:val="0"/>
          <w:sz w:val="22"/>
          <w:highlight w:val="cyan"/>
          <w:u w:val="single"/>
        </w:rPr>
        <w:t>Biden</w:t>
      </w:r>
      <w:r>
        <w:rPr>
          <w:b w:val="0"/>
          <w:i w:val="0"/>
          <w:smallCaps w:val="0"/>
          <w:strike w:val="0"/>
          <w:sz w:val="14"/>
          <w:u w:val="none"/>
        </w:rPr>
        <w:t>. “It’s important to remember that not all Trump voters are alike,” Macdonald said. “Some of them vote for Trump enthusiastically while wearing a hat, but others vote reluctantly while holding their nose.”</w:t>
      </w:r>
    </w:p>
    <w:p>
      <w:pPr>
        <w:spacing w:after="60"/>
      </w:pPr>
      <w:r>
        <w:rPr>
          <w:b w:val="0"/>
          <w:i w:val="0"/>
          <w:smallCaps w:val="0"/>
          <w:strike w:val="0"/>
          <w:sz w:val="14"/>
          <w:u w:val="none"/>
        </w:rPr>
        <w:t xml:space="preserve">Back in the 1970s, it wasn’t unusual for 25% or more of voters to split their tickets, according to Andrew Smith, director of the University of New Hampshire Survey Center. In both the 1972 and 1984 elections, Democrats picked up two seats in the Senate even though Republicans won the presidency in a 49-state landslide. As late as 1996, Democratic President Bill Clinton easily won reelection while Republicans added two Senate seats. In fact, from 1968 to 2000, at least 10 states in every election backed presidential and Senate candidates of different parties. But this phenomenon didn’t happen anywhere in 2016, suggesting a dramatic hardening of partisanship. In 2020 it happened in only one state: Maine, which voted for Biden but gave a fifth Senate term to Susan Collins — one of the country’s most liberal Republicans. If the current polls are to be believed, though, 2024 could once again see a raft of states opt for strange bedfellows. </w:t>
      </w:r>
    </w:p>
    <w:p>
      <w:pPr>
        <w:spacing w:after="60"/>
      </w:pPr>
      <w:r>
        <w:rPr>
          <w:b w:val="0"/>
          <w:i w:val="0"/>
          <w:smallCaps w:val="0"/>
          <w:strike w:val="0"/>
          <w:sz w:val="22"/>
          <w:u w:val="single"/>
        </w:rPr>
        <w:t xml:space="preserve">Nowhere is the difference starker than in Montana, where polls show Democratic Senator Jon </w:t>
      </w:r>
      <w:r>
        <w:rPr>
          <w:b w:val="0"/>
          <w:i w:val="0"/>
          <w:smallCaps w:val="0"/>
          <w:strike w:val="0"/>
          <w:sz w:val="22"/>
          <w:highlight w:val="cyan"/>
          <w:u w:val="single"/>
        </w:rPr>
        <w:t>Tester with a lead of</w:t>
      </w:r>
      <w:r>
        <w:rPr>
          <w:b w:val="0"/>
          <w:i w:val="0"/>
          <w:smallCaps w:val="0"/>
          <w:strike w:val="0"/>
          <w:sz w:val="22"/>
          <w:u w:val="single"/>
        </w:rPr>
        <w:t xml:space="preserve"> between </w:t>
      </w:r>
      <w:r>
        <w:rPr>
          <w:b w:val="0"/>
          <w:i w:val="0"/>
          <w:smallCaps w:val="0"/>
          <w:strike w:val="0"/>
          <w:sz w:val="22"/>
          <w:highlight w:val="cyan"/>
          <w:u w:val="single"/>
        </w:rPr>
        <w:t>2 and 9 points</w:t>
      </w:r>
      <w:r>
        <w:rPr>
          <w:b w:val="0"/>
          <w:i w:val="0"/>
          <w:smallCaps w:val="0"/>
          <w:strike w:val="0"/>
          <w:sz w:val="22"/>
          <w:u w:val="single"/>
        </w:rPr>
        <w:t xml:space="preserve"> even though Biden is losing the state by 21</w:t>
      </w:r>
      <w:r>
        <w:rPr>
          <w:b w:val="0"/>
          <w:i w:val="0"/>
          <w:smallCaps w:val="0"/>
          <w:strike w:val="0"/>
          <w:sz w:val="14"/>
          <w:u w:val="none"/>
        </w:rPr>
        <w:t xml:space="preserve">, according to RealClearPolitics. </w:t>
      </w:r>
      <w:r>
        <w:rPr>
          <w:b w:val="0"/>
          <w:i w:val="0"/>
          <w:smallCaps w:val="0"/>
          <w:strike w:val="0"/>
          <w:sz w:val="22"/>
          <w:u w:val="single"/>
        </w:rPr>
        <w:t xml:space="preserve">In Ohio, Democratic Senator Sherrod </w:t>
      </w:r>
      <w:r>
        <w:rPr>
          <w:b w:val="0"/>
          <w:i w:val="0"/>
          <w:smallCaps w:val="0"/>
          <w:strike w:val="0"/>
          <w:sz w:val="22"/>
          <w:highlight w:val="cyan"/>
          <w:u w:val="single"/>
        </w:rPr>
        <w:t>Brown is up by 5 points</w:t>
      </w:r>
      <w:r>
        <w:rPr>
          <w:b w:val="0"/>
          <w:i w:val="0"/>
          <w:smallCaps w:val="0"/>
          <w:strike w:val="0"/>
          <w:sz w:val="22"/>
          <w:u w:val="single"/>
        </w:rPr>
        <w:t xml:space="preserve">, even though Biden is down by 10. And the </w:t>
      </w:r>
      <w:r>
        <w:rPr>
          <w:b/>
          <w:i w:val="0"/>
          <w:smallCaps w:val="0"/>
          <w:strike w:val="0"/>
          <w:sz w:val="22"/>
          <w:highlight w:val="cyan"/>
          <w:u w:val="single"/>
        </w:rPr>
        <w:t>pattern is repeating in other swing states</w:t>
      </w:r>
      <w:r>
        <w:rPr>
          <w:b w:val="0"/>
          <w:i w:val="0"/>
          <w:smallCaps w:val="0"/>
          <w:strike w:val="0"/>
          <w:u w:val="none"/>
        </w:rPr>
        <w:t xml:space="preserve">. </w:t>
      </w:r>
      <w:r>
        <w:rPr>
          <w:b w:val="0"/>
          <w:i w:val="0"/>
          <w:smallCaps w:val="0"/>
          <w:strike w:val="0"/>
          <w:sz w:val="16"/>
          <w:u w:val="none"/>
        </w:rPr>
        <w:t xml:space="preserve">In Arizona and Nevada, the averages show Democratic Senate candidates Ruben Gallego and Jacky Rosen ahead by 5 points, while Biden trails in both states by 3 or more. In Pennsylvania, Democrat Bob Casey leads his Senate race by 5 points while Biden trails by 3 points. In Wisconsin, Biden and Trump are tied, but incumbent Democratic Senator Tammy Baldwin is leading Republican businessman Eric </w:t>
      </w:r>
      <w:r>
        <w:rPr>
          <w:b w:val="0"/>
          <w:i w:val="0"/>
          <w:smallCaps w:val="0"/>
          <w:strike w:val="0"/>
          <w:sz w:val="16"/>
          <w:u w:val="none"/>
        </w:rPr>
        <w:t>Hovde</w:t>
      </w:r>
      <w:r>
        <w:rPr>
          <w:b w:val="0"/>
          <w:i w:val="0"/>
          <w:smallCaps w:val="0"/>
          <w:strike w:val="0"/>
          <w:sz w:val="16"/>
          <w:u w:val="none"/>
        </w:rPr>
        <w:t xml:space="preserve"> by 8 points.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