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Republicans vulnerable </w:t>
      </w:r>
      <w:r>
        <w:rPr>
          <w:b/>
          <w:i w:val="0"/>
          <w:smallCaps w:val="0"/>
          <w:strike w:val="0"/>
          <w:sz w:val="26"/>
          <w:u w:val="none"/>
        </w:rPr>
        <w:t>-- infighting</w:t>
      </w:r>
    </w:p>
    <w:p>
      <w:pPr>
        <w:spacing w:after="80"/>
      </w:pPr>
      <w:r>
        <w:rPr>
          <w:b/>
          <w:i w:val="0"/>
          <w:smallCaps w:val="0"/>
          <w:strike w:val="0"/>
          <w:sz w:val="23"/>
          <w:u w:val="none"/>
        </w:rPr>
        <w:t>Popli</w:t>
      </w:r>
      <w:r>
        <w:rPr>
          <w:b/>
          <w:i w:val="0"/>
          <w:smallCaps w:val="0"/>
          <w:strike w:val="0"/>
          <w:sz w:val="23"/>
          <w:u w:val="none"/>
        </w:rPr>
        <w:t xml:space="preserve"> ’24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(4/3/24, Nik </w:t>
      </w:r>
      <w:r>
        <w:rPr>
          <w:b w:val="0"/>
          <w:i w:val="0"/>
          <w:smallCaps w:val="0"/>
          <w:strike w:val="0"/>
          <w:sz w:val="14"/>
          <w:u w:val="none"/>
        </w:rPr>
        <w:t>Popli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is a reporter at TIME, based in the Washington, D.C. bureau. He covers economic policy and national politics, focusing on Congress, technology, and the economy, </w:t>
      </w:r>
      <w:r>
        <w:rPr>
          <w:b w:val="0"/>
          <w:i/>
          <w:smallCaps w:val="0"/>
          <w:strike w:val="0"/>
          <w:sz w:val="14"/>
          <w:u w:val="none"/>
        </w:rPr>
        <w:t xml:space="preserve">“Republicans Worry They Could Lose the House—Before the Election” </w:t>
      </w:r>
      <w:r>
        <w:rPr>
          <w:b w:val="0"/>
          <w:i w:val="0"/>
          <w:smallCaps w:val="0"/>
          <w:strike w:val="0"/>
          <w:sz w:val="14"/>
          <w:u w:val="none"/>
        </w:rPr>
        <w:t>TIME, https://time.com/6962988/republicans-house-majority-election-democrats/)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Sixteen months later, as the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Republican majority has shrunk </w:t>
      </w:r>
      <w:r>
        <w:rPr>
          <w:b w:val="0"/>
          <w:i w:val="0"/>
          <w:smallCaps w:val="0"/>
          <w:strike w:val="0"/>
          <w:u w:val="single"/>
        </w:rPr>
        <w:t>even further</w:t>
      </w:r>
      <w:r>
        <w:rPr>
          <w:b w:val="0"/>
          <w:i w:val="0"/>
          <w:smallCaps w:val="0"/>
          <w:strike w:val="0"/>
          <w:u w:val="single"/>
        </w:rPr>
        <w:t xml:space="preserve">, House Speaker </w:t>
      </w:r>
      <w:r>
        <w:rPr>
          <w:b w:val="0"/>
          <w:i w:val="0"/>
          <w:smallCaps w:val="0"/>
          <w:strike w:val="0"/>
          <w:highlight w:val="cyan"/>
          <w:u w:val="single"/>
        </w:rPr>
        <w:t>Mike Johnson</w:t>
      </w:r>
      <w:r>
        <w:rPr>
          <w:b w:val="0"/>
          <w:i w:val="0"/>
          <w:smallCaps w:val="0"/>
          <w:strike w:val="0"/>
          <w:u w:val="single"/>
        </w:rPr>
        <w:t xml:space="preserve"> is </w:t>
      </w:r>
      <w:r>
        <w:rPr>
          <w:b w:val="0"/>
          <w:i w:val="0"/>
          <w:smallCaps w:val="0"/>
          <w:strike w:val="0"/>
          <w:highlight w:val="cyan"/>
          <w:u w:val="single"/>
        </w:rPr>
        <w:t>admitting</w:t>
      </w:r>
      <w:r>
        <w:rPr>
          <w:b w:val="0"/>
          <w:i w:val="0"/>
          <w:smallCaps w:val="0"/>
          <w:strike w:val="0"/>
          <w:u w:val="single"/>
        </w:rPr>
        <w:t xml:space="preserve"> that possibility. He told Fox News on Monday that </w:t>
      </w:r>
      <w:r>
        <w:rPr>
          <w:b w:val="0"/>
          <w:i w:val="0"/>
          <w:smallCaps w:val="0"/>
          <w:strike w:val="0"/>
          <w:u w:val="single"/>
        </w:rPr>
        <w:t xml:space="preserve">there </w:t>
      </w:r>
      <w:r>
        <w:rPr>
          <w:b w:val="0"/>
          <w:i w:val="0"/>
          <w:smallCaps w:val="0"/>
          <w:strike w:val="0"/>
          <w:highlight w:val="cyan"/>
          <w:u w:val="single"/>
        </w:rPr>
        <w:t>is a</w:t>
      </w:r>
      <w:r>
        <w:rPr>
          <w:b w:val="0"/>
          <w:i w:val="0"/>
          <w:smallCaps w:val="0"/>
          <w:strike w:val="0"/>
          <w:u w:val="single"/>
        </w:rPr>
        <w:t xml:space="preserve"> slim </w:t>
      </w:r>
      <w:r>
        <w:rPr>
          <w:b w:val="0"/>
          <w:i w:val="0"/>
          <w:smallCaps w:val="0"/>
          <w:strike w:val="0"/>
          <w:highlight w:val="cyan"/>
          <w:u w:val="single"/>
        </w:rPr>
        <w:t>chance</w:t>
      </w:r>
      <w:r>
        <w:rPr>
          <w:b w:val="0"/>
          <w:i w:val="0"/>
          <w:smallCaps w:val="0"/>
          <w:strike w:val="0"/>
          <w:u w:val="single"/>
        </w:rPr>
        <w:t xml:space="preserve"> he could </w:t>
      </w:r>
      <w:r>
        <w:rPr>
          <w:b w:val="0"/>
          <w:i w:val="0"/>
          <w:smallCaps w:val="0"/>
          <w:strike w:val="0"/>
          <w:highlight w:val="cyan"/>
          <w:u w:val="single"/>
        </w:rPr>
        <w:t>lose the speakership to Democratic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House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leader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next few weeks amid a wave of early retirements. "That's a risk,” Johnson said of Democrats taking control of the House. </w:t>
      </w:r>
      <w:r>
        <w:rPr>
          <w:b w:val="0"/>
          <w:i w:val="0"/>
          <w:smallCaps w:val="0"/>
          <w:strike w:val="0"/>
          <w:u w:val="single"/>
        </w:rPr>
        <w:t xml:space="preserve">Already </w:t>
      </w:r>
      <w:r>
        <w:rPr>
          <w:b w:val="0"/>
          <w:i w:val="0"/>
          <w:smallCaps w:val="0"/>
          <w:strike w:val="0"/>
          <w:highlight w:val="cyan"/>
          <w:u w:val="single"/>
        </w:rPr>
        <w:t>three Republican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lawmakers </w:t>
      </w:r>
      <w:r>
        <w:rPr>
          <w:b w:val="0"/>
          <w:i w:val="0"/>
          <w:smallCaps w:val="0"/>
          <w:strike w:val="0"/>
          <w:u w:val="single"/>
        </w:rPr>
        <w:t xml:space="preserve">have </w:t>
      </w:r>
      <w:r>
        <w:rPr>
          <w:b w:val="0"/>
          <w:i w:val="0"/>
          <w:smallCaps w:val="0"/>
          <w:strike w:val="0"/>
          <w:highlight w:val="cyan"/>
          <w:u w:val="single"/>
        </w:rPr>
        <w:t>resigned</w:t>
      </w:r>
      <w:r>
        <w:rPr>
          <w:b w:val="0"/>
          <w:i w:val="0"/>
          <w:smallCaps w:val="0"/>
          <w:strike w:val="0"/>
          <w:u w:val="single"/>
        </w:rPr>
        <w:t xml:space="preserve"> from their posts mid-term—Reps. </w:t>
      </w:r>
      <w:r>
        <w:rPr>
          <w:b w:val="0"/>
          <w:i w:val="0"/>
          <w:smallCaps w:val="0"/>
          <w:strike w:val="0"/>
          <w:u w:val="single"/>
        </w:rPr>
        <w:t xml:space="preserve">, Bill Johnson, and Ken Buck. A fourth Republican, Rep. Mike </w:t>
      </w:r>
      <w:r>
        <w:rPr>
          <w:b w:val="0"/>
          <w:i w:val="0"/>
          <w:smallCaps w:val="0"/>
          <w:strike w:val="0"/>
          <w:highlight w:val="cyan"/>
          <w:u w:val="single"/>
        </w:rPr>
        <w:t>Gallagher of Wisconsin</w:t>
      </w:r>
      <w:r>
        <w:rPr>
          <w:b w:val="0"/>
          <w:i w:val="0"/>
          <w:smallCaps w:val="0"/>
          <w:strike w:val="0"/>
          <w:u w:val="single"/>
        </w:rPr>
        <w:t xml:space="preserve">, is expected </w:t>
      </w:r>
      <w:r>
        <w:rPr>
          <w:b w:val="0"/>
          <w:i w:val="0"/>
          <w:smallCaps w:val="0"/>
          <w:strike w:val="0"/>
          <w:highlight w:val="cyan"/>
          <w:u w:val="single"/>
        </w:rPr>
        <w:t>to step down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u w:val="single"/>
        </w:rPr>
        <w:t xml:space="preserve"> mid-</w:t>
      </w:r>
      <w:r>
        <w:rPr>
          <w:b w:val="0"/>
          <w:i w:val="0"/>
          <w:smallCaps w:val="0"/>
          <w:strike w:val="0"/>
          <w:highlight w:val="cyan"/>
          <w:u w:val="single"/>
        </w:rPr>
        <w:t>April</w:t>
      </w:r>
      <w:r>
        <w:rPr>
          <w:b w:val="0"/>
          <w:i w:val="0"/>
          <w:smallCaps w:val="0"/>
          <w:strike w:val="0"/>
          <w:u w:val="single"/>
        </w:rPr>
        <w:t xml:space="preserve">, bringing the party’s former nine-seat </w:t>
      </w:r>
      <w:r>
        <w:rPr>
          <w:b w:val="0"/>
          <w:i w:val="0"/>
          <w:smallCaps w:val="0"/>
          <w:strike w:val="0"/>
          <w:highlight w:val="cyan"/>
          <w:u w:val="single"/>
        </w:rPr>
        <w:t>majority down to just 217-213</w:t>
      </w:r>
      <w:r>
        <w:rPr>
          <w:b w:val="0"/>
          <w:i w:val="0"/>
          <w:smallCaps w:val="0"/>
          <w:strike w:val="0"/>
          <w:u w:val="single"/>
        </w:rPr>
        <w:t xml:space="preserve"> as Republicans </w:t>
      </w:r>
      <w:r>
        <w:rPr>
          <w:b w:val="0"/>
          <w:i w:val="0"/>
          <w:smallCaps w:val="0"/>
          <w:strike w:val="0"/>
          <w:highlight w:val="cyan"/>
          <w:u w:val="single"/>
        </w:rPr>
        <w:t>lost a fifth seat</w:t>
      </w:r>
      <w:r>
        <w:rPr>
          <w:b w:val="0"/>
          <w:i w:val="0"/>
          <w:smallCaps w:val="0"/>
          <w:strike w:val="0"/>
          <w:u w:val="single"/>
        </w:rPr>
        <w:t xml:space="preserve"> after </w:t>
      </w:r>
      <w:r>
        <w:rPr>
          <w:b w:val="0"/>
          <w:i w:val="0"/>
          <w:smallCaps w:val="0"/>
          <w:strike w:val="0"/>
          <w:u w:val="single"/>
        </w:rPr>
        <w:t xml:space="preserve"> was expelled from the House.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spate of early departures means that Republicans can soon only afford to lose one single vote when all lawmakers are present and voting, since 216 votes would constitute a majority. The shrinking Republican majority has raised concerns among some in the party about the potential for an unprecedented shift in power mid-Congress. </w:t>
      </w:r>
      <w:r>
        <w:rPr>
          <w:b w:val="0"/>
          <w:i w:val="0"/>
          <w:smallCaps w:val="0"/>
          <w:strike w:val="0"/>
          <w:u w:val="single"/>
        </w:rPr>
        <w:t xml:space="preserve">“It's very feasible that </w:t>
      </w:r>
      <w:r>
        <w:rPr>
          <w:b w:val="0"/>
          <w:i w:val="0"/>
          <w:smallCaps w:val="0"/>
          <w:strike w:val="0"/>
          <w:highlight w:val="cyan"/>
          <w:u w:val="single"/>
        </w:rPr>
        <w:t>Democrats will be running the House before the election</w:t>
      </w:r>
      <w:r>
        <w:rPr>
          <w:b w:val="0"/>
          <w:i w:val="0"/>
          <w:smallCaps w:val="0"/>
          <w:strike w:val="0"/>
          <w:u w:val="single"/>
        </w:rPr>
        <w:t xml:space="preserve">,” says Brian Darling, a GOP strategist and former counsel to Sen. Rand Paul.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“It's time for Republicans to have a team meeting and say, ‘okay, guys, this majority is falling apart and if you keep acting like this, we're not going to have a majority.’” </w:t>
      </w:r>
      <w:r>
        <w:rPr>
          <w:b w:val="0"/>
          <w:i w:val="0"/>
          <w:smallCaps w:val="0"/>
          <w:strike w:val="0"/>
          <w:u w:val="single"/>
        </w:rPr>
        <w:t xml:space="preserve">As Republicans grapple with the ongoing wave of early retirements,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party </w:t>
      </w:r>
      <w:r>
        <w:rPr>
          <w:b w:val="0"/>
          <w:i w:val="0"/>
          <w:smallCaps w:val="0"/>
          <w:strike w:val="0"/>
          <w:u w:val="single"/>
        </w:rPr>
        <w:t xml:space="preserve">leadership </w:t>
      </w:r>
      <w:r>
        <w:rPr>
          <w:b w:val="0"/>
          <w:i w:val="0"/>
          <w:smallCaps w:val="0"/>
          <w:strike w:val="0"/>
          <w:highlight w:val="cyan"/>
          <w:u w:val="single"/>
        </w:rPr>
        <w:t>has little room for error</w:t>
      </w:r>
      <w:r>
        <w:rPr>
          <w:b w:val="0"/>
          <w:i w:val="0"/>
          <w:smallCaps w:val="0"/>
          <w:strike w:val="0"/>
          <w:u w:val="single"/>
        </w:rPr>
        <w:t xml:space="preserve"> as even a single additional departure could tip the scales in favor of the Democrats, which has never happened in the middle of a congressional term. Buck, who stepped down in March due to what he called growing dysfunction in Congress, has hinted that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Republicans </w:t>
      </w:r>
      <w:r>
        <w:rPr>
          <w:b w:val="0"/>
          <w:i w:val="0"/>
          <w:smallCaps w:val="0"/>
          <w:strike w:val="0"/>
          <w:u w:val="single"/>
        </w:rPr>
        <w:t xml:space="preserve">could </w:t>
      </w:r>
      <w:r>
        <w:rPr>
          <w:b w:val="0"/>
          <w:i w:val="0"/>
          <w:smallCaps w:val="0"/>
          <w:strike w:val="0"/>
          <w:highlight w:val="cyan"/>
          <w:u w:val="single"/>
        </w:rPr>
        <w:t>see more resignations</w:t>
      </w:r>
      <w:r>
        <w:rPr>
          <w:b w:val="0"/>
          <w:i w:val="0"/>
          <w:smallCaps w:val="0"/>
          <w:strike w:val="0"/>
          <w:u w:val="single"/>
        </w:rPr>
        <w:t xml:space="preserve"> in the coming months if bitter </w:t>
      </w:r>
      <w:r>
        <w:rPr>
          <w:b w:val="0"/>
          <w:i w:val="0"/>
          <w:smallCaps w:val="0"/>
          <w:strike w:val="0"/>
          <w:highlight w:val="cyan"/>
          <w:u w:val="single"/>
        </w:rPr>
        <w:t>divisions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inside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GOP </w:t>
      </w:r>
      <w:r>
        <w:rPr>
          <w:b w:val="0"/>
          <w:i w:val="0"/>
          <w:smallCaps w:val="0"/>
          <w:strike w:val="0"/>
          <w:u w:val="single"/>
        </w:rPr>
        <w:t xml:space="preserve">continue to </w:t>
      </w:r>
      <w:r>
        <w:rPr>
          <w:b w:val="0"/>
          <w:i w:val="0"/>
          <w:smallCaps w:val="0"/>
          <w:strike w:val="0"/>
          <w:highlight w:val="cyan"/>
          <w:u w:val="single"/>
        </w:rPr>
        <w:t>escalate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>“Republicans would be smart to be worried,” says Matthew Green, a politics professor at Catholic University. “I don't think the odds are very high that the Republicans will lose their majority, but it is a much bigger possibility now than it's ever been. And I think it's clear that the Republican leadership is worried about it.</w:t>
      </w:r>
      <w:r>
        <w:rPr>
          <w:b w:val="0"/>
          <w:i w:val="0"/>
          <w:smallCaps w:val="0"/>
          <w:strike w:val="0"/>
          <w:u w:val="single"/>
        </w:rPr>
        <w:t xml:space="preserve">” Green adds that if another Republican resigns or experiences an unexpected health crisis leading to their absence from voting, then </w:t>
      </w:r>
      <w:r>
        <w:rPr>
          <w:b w:val="0"/>
          <w:i w:val="0"/>
          <w:smallCaps w:val="0"/>
          <w:strike w:val="0"/>
          <w:highlight w:val="cyan"/>
          <w:u w:val="single"/>
        </w:rPr>
        <w:t>Democrats</w:t>
      </w:r>
      <w:r>
        <w:rPr>
          <w:b w:val="0"/>
          <w:i w:val="0"/>
          <w:smallCaps w:val="0"/>
          <w:strike w:val="0"/>
          <w:u w:val="single"/>
        </w:rPr>
        <w:t xml:space="preserve"> could </w:t>
      </w:r>
      <w:r>
        <w:rPr>
          <w:b w:val="0"/>
          <w:i w:val="0"/>
          <w:smallCaps w:val="0"/>
          <w:strike w:val="0"/>
          <w:highlight w:val="cyan"/>
          <w:u w:val="single"/>
        </w:rPr>
        <w:t>secure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majority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before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 w:val="0"/>
          <w:i w:val="0"/>
          <w:smallCaps w:val="0"/>
          <w:strike w:val="0"/>
          <w:highlight w:val="cyan"/>
          <w:u w:val="single"/>
        </w:rPr>
        <w:t>November</w:t>
      </w:r>
      <w:r>
        <w:rPr>
          <w:b w:val="0"/>
          <w:i w:val="0"/>
          <w:smallCaps w:val="0"/>
          <w:strike w:val="0"/>
          <w:u w:val="single"/>
        </w:rPr>
        <w:t xml:space="preserve"> elections. It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would be the first time such a shift has happened in the House mid-term, with the closest parallel coming in 1930 when Republicans lost their slim majority before the session began after several members died and Democrats won special elections to replace them. </w:t>
      </w:r>
      <w:r>
        <w:rPr>
          <w:b w:val="0"/>
          <w:i w:val="0"/>
          <w:smallCaps w:val="0"/>
          <w:strike w:val="0"/>
          <w:u w:val="single"/>
        </w:rPr>
        <w:t xml:space="preserve">Complicating matters, some </w:t>
      </w:r>
      <w:r>
        <w:rPr>
          <w:b w:val="0"/>
          <w:i w:val="0"/>
          <w:smallCaps w:val="0"/>
          <w:strike w:val="0"/>
          <w:highlight w:val="cyan"/>
          <w:u w:val="single"/>
        </w:rPr>
        <w:t>Republicans</w:t>
      </w:r>
      <w:r>
        <w:rPr>
          <w:b w:val="0"/>
          <w:i w:val="0"/>
          <w:smallCaps w:val="0"/>
          <w:strike w:val="0"/>
          <w:u w:val="single"/>
        </w:rPr>
        <w:t xml:space="preserve"> are already </w:t>
      </w:r>
      <w:r>
        <w:rPr>
          <w:b w:val="0"/>
          <w:i w:val="0"/>
          <w:smallCaps w:val="0"/>
          <w:strike w:val="0"/>
          <w:highlight w:val="cyan"/>
          <w:u w:val="single"/>
        </w:rPr>
        <w:t>considering</w:t>
      </w:r>
      <w:r>
        <w:rPr>
          <w:b w:val="0"/>
          <w:i w:val="0"/>
          <w:smallCaps w:val="0"/>
          <w:strike w:val="0"/>
          <w:u w:val="single"/>
        </w:rPr>
        <w:t xml:space="preserve"> strategies to </w:t>
      </w:r>
      <w:r>
        <w:rPr>
          <w:b w:val="0"/>
          <w:i w:val="0"/>
          <w:smallCaps w:val="0"/>
          <w:strike w:val="0"/>
          <w:highlight w:val="cyan"/>
          <w:u w:val="single"/>
        </w:rPr>
        <w:t>remove Johnson</w:t>
      </w:r>
      <w:r>
        <w:rPr>
          <w:b w:val="0"/>
          <w:i w:val="0"/>
          <w:smallCaps w:val="0"/>
          <w:strike w:val="0"/>
          <w:u w:val="single"/>
        </w:rPr>
        <w:t xml:space="preserve"> from his leadership position and trigger a vote for a new Speaker of the House. Rep. Marjorie Taylor Greene, a far-right Georgia Republican, </w:t>
      </w:r>
      <w:r>
        <w:rPr>
          <w:b w:val="0"/>
          <w:i w:val="0"/>
          <w:smallCaps w:val="0"/>
          <w:strike w:val="0"/>
          <w:u w:val="single"/>
        </w:rPr>
        <w:t xml:space="preserve"> the speakership on March 22 after Johnson had to rely on Democratic votes to pass a critical government funding package. The move could set up a </w:t>
      </w:r>
      <w:r>
        <w:rPr>
          <w:b w:val="0"/>
          <w:i w:val="0"/>
          <w:smallCaps w:val="0"/>
          <w:strike w:val="0"/>
          <w:highlight w:val="cyan"/>
          <w:u w:val="single"/>
        </w:rPr>
        <w:t>risky leadership vote</w:t>
      </w:r>
      <w:r>
        <w:rPr>
          <w:b w:val="0"/>
          <w:i w:val="0"/>
          <w:smallCaps w:val="0"/>
          <w:strike w:val="0"/>
          <w:u w:val="single"/>
        </w:rPr>
        <w:t xml:space="preserve"> that would test the unity of the Republican conference. “If we </w:t>
      </w:r>
      <w:r>
        <w:rPr>
          <w:b w:val="0"/>
          <w:i w:val="0"/>
          <w:smallCaps w:val="0"/>
          <w:strike w:val="0"/>
          <w:highlight w:val="cyan"/>
          <w:u w:val="single"/>
        </w:rPr>
        <w:t>vacated this speaker</w:t>
      </w:r>
      <w:r>
        <w:rPr>
          <w:b w:val="0"/>
          <w:i w:val="0"/>
          <w:smallCaps w:val="0"/>
          <w:strike w:val="0"/>
          <w:u w:val="single"/>
        </w:rPr>
        <w:t xml:space="preserve">, we’d </w:t>
      </w:r>
      <w:r>
        <w:rPr>
          <w:b w:val="0"/>
          <w:i w:val="0"/>
          <w:smallCaps w:val="0"/>
          <w:strike w:val="0"/>
          <w:highlight w:val="cyan"/>
          <w:u w:val="single"/>
        </w:rPr>
        <w:t>end up with a Democrat</w:t>
      </w:r>
      <w:r>
        <w:rPr>
          <w:b w:val="0"/>
          <w:i w:val="0"/>
          <w:smallCaps w:val="0"/>
          <w:strike w:val="0"/>
          <w:u w:val="single"/>
        </w:rPr>
        <w:t xml:space="preserve">,” Rep. Matt </w:t>
      </w:r>
      <w:r>
        <w:rPr>
          <w:b w:val="0"/>
          <w:i w:val="0"/>
          <w:smallCaps w:val="0"/>
          <w:strike w:val="0"/>
          <w:u w:val="single"/>
        </w:rPr>
        <w:t>Gaetz</w:t>
      </w:r>
      <w:r>
        <w:rPr>
          <w:b w:val="0"/>
          <w:i w:val="0"/>
          <w:smallCaps w:val="0"/>
          <w:strike w:val="0"/>
          <w:u w:val="single"/>
        </w:rPr>
        <w:t xml:space="preserve">, a Florida Republican, warned immediately after Greene triggered the motion, adding that he believes some </w:t>
      </w:r>
      <w:r>
        <w:rPr>
          <w:b w:val="0"/>
          <w:i w:val="0"/>
          <w:smallCaps w:val="0"/>
          <w:strike w:val="0"/>
          <w:highlight w:val="cyan"/>
          <w:u w:val="single"/>
        </w:rPr>
        <w:t>Republicans would vote for Jeffries</w:t>
      </w:r>
      <w:r>
        <w:rPr>
          <w:b w:val="0"/>
          <w:i w:val="0"/>
          <w:smallCaps w:val="0"/>
          <w:strike w:val="0"/>
          <w:u w:val="single"/>
        </w:rPr>
        <w:t xml:space="preserve">. 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