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Democrats are tied to Biden, despite attempts to distance themselves.</w:t>
      </w:r>
    </w:p>
    <w:p>
      <w:pPr>
        <w:spacing w:after="80"/>
      </w:pPr>
      <w:r>
        <w:rPr>
          <w:b/>
          <w:i w:val="0"/>
          <w:smallCaps w:val="0"/>
          <w:strike w:val="0"/>
          <w:sz w:val="26"/>
          <w:u w:val="none"/>
        </w:rPr>
        <w:t>Johnson</w:t>
      </w:r>
      <w:r>
        <w:rPr>
          <w:b w:val="0"/>
          <w:i w:val="0"/>
          <w:smallCaps w:val="0"/>
          <w:strike w:val="0"/>
          <w:u w:val="none"/>
        </w:rPr>
        <w:t xml:space="preserve"> ‘20</w:t>
      </w:r>
      <w:r>
        <w:rPr>
          <w:b/>
          <w:i w:val="0"/>
          <w:smallCaps w:val="0"/>
          <w:strike w:val="0"/>
          <w:sz w:val="26"/>
          <w:u w:val="none"/>
        </w:rPr>
        <w:t>24</w:t>
      </w:r>
      <w:r>
        <w:rPr>
          <w:b w:val="0"/>
          <w:i w:val="0"/>
          <w:smallCaps w:val="0"/>
          <w:strike w:val="0"/>
          <w:u w:val="none"/>
        </w:rPr>
        <w:t xml:space="preserve"> [Julia; May 19; Politics Writer for Fox News Digital and Fox Business; Fox News, “Balance of power: Vulnerable Dems look to differentiate themselves from unpopular Biden”, </w:t>
      </w:r>
      <w:r>
        <w:rPr>
          <w:b w:val="0"/>
          <w:i w:val="0"/>
          <w:smallCaps w:val="0"/>
          <w:strike w:val="0"/>
          <w:u w:val="none"/>
        </w:rPr>
        <w:t>] //</w:t>
      </w:r>
      <w:r>
        <w:rPr>
          <w:b w:val="0"/>
          <w:i w:val="0"/>
          <w:smallCaps w:val="0"/>
          <w:strike w:val="0"/>
          <w:u w:val="none"/>
        </w:rPr>
        <w:t>kcho</w:t>
      </w:r>
    </w:p>
    <w:p>
      <w:pPr>
        <w:spacing w:after="60"/>
      </w:pPr>
      <w:r>
        <w:rPr>
          <w:b w:val="0"/>
          <w:i w:val="0"/>
          <w:smallCaps w:val="0"/>
          <w:strike w:val="0"/>
          <w:sz w:val="16"/>
          <w:u w:val="none"/>
        </w:rPr>
        <w:t xml:space="preserve">Some of the most </w:t>
      </w:r>
      <w:r>
        <w:rPr>
          <w:b w:val="0"/>
          <w:i w:val="0"/>
          <w:smallCaps w:val="0"/>
          <w:strike w:val="0"/>
          <w:sz w:val="22"/>
          <w:u w:val="single"/>
        </w:rPr>
        <w:t xml:space="preserve">vulnerable </w:t>
      </w:r>
      <w:r>
        <w:rPr>
          <w:b w:val="0"/>
          <w:i w:val="0"/>
          <w:smallCaps w:val="0"/>
          <w:strike w:val="0"/>
          <w:sz w:val="22"/>
          <w:highlight w:val="cyan"/>
          <w:u w:val="single"/>
        </w:rPr>
        <w:t>Democratic Senate</w:t>
      </w:r>
      <w:r>
        <w:rPr>
          <w:b w:val="0"/>
          <w:i w:val="0"/>
          <w:smallCaps w:val="0"/>
          <w:strike w:val="0"/>
          <w:sz w:val="22"/>
          <w:u w:val="single"/>
        </w:rPr>
        <w:t xml:space="preserve"> </w:t>
      </w:r>
      <w:r>
        <w:rPr>
          <w:b w:val="0"/>
          <w:i w:val="0"/>
          <w:smallCaps w:val="0"/>
          <w:strike w:val="0"/>
          <w:sz w:val="22"/>
          <w:highlight w:val="cyan"/>
          <w:u w:val="single"/>
        </w:rPr>
        <w:t>incumbents</w:t>
      </w:r>
      <w:r>
        <w:rPr>
          <w:b w:val="0"/>
          <w:i w:val="0"/>
          <w:smallCaps w:val="0"/>
          <w:strike w:val="0"/>
          <w:sz w:val="22"/>
          <w:u w:val="single"/>
        </w:rPr>
        <w:t xml:space="preserve"> up for re-election in November have looked to </w:t>
      </w:r>
      <w:r>
        <w:rPr>
          <w:b w:val="0"/>
          <w:i w:val="0"/>
          <w:smallCaps w:val="0"/>
          <w:strike w:val="0"/>
          <w:sz w:val="22"/>
          <w:highlight w:val="cyan"/>
          <w:u w:val="single"/>
        </w:rPr>
        <w:t>highlight their disagreements with</w:t>
      </w:r>
      <w:r>
        <w:rPr>
          <w:b w:val="0"/>
          <w:i w:val="0"/>
          <w:smallCaps w:val="0"/>
          <w:strike w:val="0"/>
          <w:sz w:val="22"/>
          <w:u w:val="single"/>
        </w:rPr>
        <w:t xml:space="preserve"> President </w:t>
      </w:r>
      <w:r>
        <w:rPr>
          <w:b w:val="0"/>
          <w:i w:val="0"/>
          <w:smallCaps w:val="0"/>
          <w:strike w:val="0"/>
          <w:sz w:val="22"/>
          <w:highlight w:val="cyan"/>
          <w:u w:val="single"/>
        </w:rPr>
        <w:t>Biden</w:t>
      </w:r>
      <w:r>
        <w:rPr>
          <w:b w:val="0"/>
          <w:i w:val="0"/>
          <w:smallCaps w:val="0"/>
          <w:strike w:val="0"/>
          <w:sz w:val="16"/>
          <w:u w:val="none"/>
        </w:rPr>
        <w:t xml:space="preserve"> ahead of the pivotal matchups. </w:t>
      </w:r>
    </w:p>
    <w:p>
      <w:pPr>
        <w:spacing w:after="60"/>
      </w:pPr>
      <w:r>
        <w:rPr>
          <w:b w:val="0"/>
          <w:i w:val="0"/>
          <w:smallCaps w:val="0"/>
          <w:strike w:val="0"/>
          <w:sz w:val="16"/>
          <w:u w:val="none"/>
        </w:rPr>
        <w:t>"</w:t>
      </w:r>
      <w:r>
        <w:rPr>
          <w:b w:val="0"/>
          <w:i w:val="0"/>
          <w:smallCaps w:val="0"/>
          <w:strike w:val="0"/>
          <w:sz w:val="22"/>
          <w:highlight w:val="cyan"/>
          <w:u w:val="single"/>
        </w:rPr>
        <w:t>'Distancing' from</w:t>
      </w:r>
      <w:r>
        <w:rPr>
          <w:b w:val="0"/>
          <w:i w:val="0"/>
          <w:smallCaps w:val="0"/>
          <w:strike w:val="0"/>
          <w:sz w:val="22"/>
          <w:u w:val="single"/>
        </w:rPr>
        <w:t xml:space="preserve"> a </w:t>
      </w:r>
      <w:r>
        <w:rPr>
          <w:b w:val="0"/>
          <w:i w:val="0"/>
          <w:smallCaps w:val="0"/>
          <w:strike w:val="0"/>
          <w:sz w:val="22"/>
          <w:highlight w:val="cyan"/>
          <w:u w:val="single"/>
        </w:rPr>
        <w:t>party brand</w:t>
      </w:r>
      <w:r>
        <w:rPr>
          <w:b w:val="0"/>
          <w:i w:val="0"/>
          <w:smallCaps w:val="0"/>
          <w:strike w:val="0"/>
          <w:sz w:val="22"/>
          <w:u w:val="single"/>
        </w:rPr>
        <w:t xml:space="preserve"> is a time-honored tradition in Congress</w:t>
      </w:r>
      <w:r>
        <w:rPr>
          <w:b w:val="0"/>
          <w:i w:val="0"/>
          <w:smallCaps w:val="0"/>
          <w:strike w:val="0"/>
          <w:sz w:val="16"/>
          <w:u w:val="none"/>
        </w:rPr>
        <w:t xml:space="preserve">," explained Jacob </w:t>
      </w:r>
      <w:r>
        <w:rPr>
          <w:b w:val="0"/>
          <w:i w:val="0"/>
          <w:smallCaps w:val="0"/>
          <w:strike w:val="0"/>
          <w:sz w:val="16"/>
          <w:u w:val="none"/>
        </w:rPr>
        <w:t>Neiheisel</w:t>
      </w:r>
      <w:r>
        <w:rPr>
          <w:b w:val="0"/>
          <w:i w:val="0"/>
          <w:smallCaps w:val="0"/>
          <w:strike w:val="0"/>
          <w:sz w:val="16"/>
          <w:u w:val="none"/>
        </w:rPr>
        <w:t>, associate professor of political science at the State University of New York at Buffalo.</w:t>
      </w:r>
    </w:p>
    <w:p>
      <w:pPr>
        <w:spacing w:after="60"/>
      </w:pPr>
      <w:r>
        <w:rPr>
          <w:b w:val="0"/>
          <w:i w:val="0"/>
          <w:smallCaps w:val="0"/>
          <w:strike w:val="0"/>
          <w:sz w:val="16"/>
          <w:u w:val="none"/>
        </w:rPr>
        <w:t xml:space="preserve">Sens. Jon Tester, D-Mont.; Sherrod Brown, D-Ohio; Tammy Baldwin, D-Wis.; Jacky Rosen, D-Nev.; and Bob Casey, D-Pa., are embroiled in the most competitive races of the 2024 cycle, with the Democrats up against one of the toughest re-election maps in years. </w:t>
      </w:r>
    </w:p>
    <w:p>
      <w:pPr>
        <w:spacing w:after="60"/>
      </w:pPr>
      <w:r>
        <w:rPr>
          <w:b w:val="0"/>
          <w:i w:val="0"/>
          <w:smallCaps w:val="0"/>
          <w:strike w:val="0"/>
          <w:sz w:val="16"/>
          <w:u w:val="none"/>
        </w:rPr>
        <w:t>"</w:t>
      </w:r>
      <w:r>
        <w:rPr>
          <w:b w:val="0"/>
          <w:i w:val="0"/>
          <w:smallCaps w:val="0"/>
          <w:strike w:val="0"/>
          <w:sz w:val="22"/>
          <w:u w:val="single"/>
        </w:rPr>
        <w:t>They're going to sound like MAGA Republicans</w:t>
      </w:r>
      <w:r>
        <w:rPr>
          <w:b w:val="0"/>
          <w:i w:val="0"/>
          <w:smallCaps w:val="0"/>
          <w:strike w:val="0"/>
          <w:sz w:val="16"/>
          <w:u w:val="none"/>
        </w:rPr>
        <w:t xml:space="preserve"> in their TV ads before it's all over with," said Republican strategist Scott Jennings. </w:t>
      </w:r>
    </w:p>
    <w:p>
      <w:pPr>
        <w:spacing w:after="60"/>
      </w:pPr>
      <w:r>
        <w:rPr>
          <w:b w:val="0"/>
          <w:i w:val="0"/>
          <w:smallCaps w:val="0"/>
          <w:strike w:val="0"/>
          <w:sz w:val="16"/>
          <w:u w:val="none"/>
        </w:rPr>
        <w:t xml:space="preserve">Last week, </w:t>
      </w:r>
      <w:r>
        <w:rPr>
          <w:b w:val="0"/>
          <w:i w:val="0"/>
          <w:smallCaps w:val="0"/>
          <w:strike w:val="0"/>
          <w:sz w:val="22"/>
          <w:highlight w:val="cyan"/>
          <w:u w:val="single"/>
        </w:rPr>
        <w:t>Tester</w:t>
      </w:r>
      <w:r>
        <w:rPr>
          <w:b w:val="0"/>
          <w:i w:val="0"/>
          <w:smallCaps w:val="0"/>
          <w:strike w:val="0"/>
          <w:sz w:val="22"/>
          <w:u w:val="single"/>
        </w:rPr>
        <w:t xml:space="preserve"> came out in </w:t>
      </w:r>
      <w:r>
        <w:rPr>
          <w:b w:val="0"/>
          <w:i w:val="0"/>
          <w:smallCaps w:val="0"/>
          <w:strike w:val="0"/>
          <w:sz w:val="22"/>
          <w:highlight w:val="cyan"/>
          <w:u w:val="single"/>
        </w:rPr>
        <w:t>favor</w:t>
      </w:r>
      <w:r>
        <w:rPr>
          <w:b w:val="0"/>
          <w:i w:val="0"/>
          <w:smallCaps w:val="0"/>
          <w:strike w:val="0"/>
          <w:sz w:val="22"/>
          <w:u w:val="single"/>
        </w:rPr>
        <w:t xml:space="preserve"> of </w:t>
      </w:r>
      <w:r>
        <w:rPr>
          <w:b w:val="0"/>
          <w:i w:val="0"/>
          <w:smallCaps w:val="0"/>
          <w:strike w:val="0"/>
          <w:sz w:val="22"/>
          <w:highlight w:val="cyan"/>
          <w:u w:val="single"/>
        </w:rPr>
        <w:t>a</w:t>
      </w:r>
      <w:r>
        <w:rPr>
          <w:b w:val="0"/>
          <w:i w:val="0"/>
          <w:smallCaps w:val="0"/>
          <w:strike w:val="0"/>
          <w:sz w:val="22"/>
          <w:u w:val="single"/>
        </w:rPr>
        <w:t xml:space="preserve"> largely </w:t>
      </w:r>
      <w:r>
        <w:rPr>
          <w:b w:val="0"/>
          <w:i w:val="0"/>
          <w:smallCaps w:val="0"/>
          <w:strike w:val="0"/>
          <w:sz w:val="22"/>
          <w:highlight w:val="cyan"/>
          <w:u w:val="single"/>
        </w:rPr>
        <w:t>Republican-supported illegal immigration measure</w:t>
      </w:r>
      <w:r>
        <w:rPr>
          <w:b w:val="0"/>
          <w:i w:val="0"/>
          <w:smallCaps w:val="0"/>
          <w:strike w:val="0"/>
          <w:sz w:val="16"/>
          <w:u w:val="none"/>
        </w:rPr>
        <w:t xml:space="preserve"> named after slain Georgia college student Laken Riley. </w:t>
      </w:r>
      <w:r>
        <w:rPr>
          <w:b w:val="0"/>
          <w:i w:val="0"/>
          <w:smallCaps w:val="0"/>
          <w:strike w:val="0"/>
          <w:sz w:val="22"/>
          <w:u w:val="single"/>
        </w:rPr>
        <w:t xml:space="preserve">He previously voted against moving forward with the bill, which takes aim </w:t>
      </w:r>
      <w:r>
        <w:rPr>
          <w:b w:val="0"/>
          <w:i w:val="0"/>
          <w:smallCaps w:val="0"/>
          <w:strike w:val="0"/>
          <w:sz w:val="22"/>
          <w:u w:val="single"/>
        </w:rPr>
        <w:t>at illegal immigrants</w:t>
      </w:r>
      <w:r>
        <w:rPr>
          <w:b w:val="0"/>
          <w:i w:val="0"/>
          <w:smallCaps w:val="0"/>
          <w:strike w:val="0"/>
          <w:sz w:val="16"/>
          <w:u w:val="none"/>
        </w:rPr>
        <w:t xml:space="preserve"> like the one charged with Riley's murder, as a potential amendment to a larger bill package. However, Tester did signal at the time he would support it if it came to the floor as a stand-alone bill, despite the unlikelihood of Senate Majority Leader Chuck Schumer, D-N.Y. allowing that to happen. </w:t>
      </w:r>
    </w:p>
    <w:p>
      <w:pPr>
        <w:spacing w:after="60"/>
      </w:pPr>
      <w:r>
        <w:rPr>
          <w:b w:val="0"/>
          <w:i w:val="0"/>
          <w:smallCaps w:val="0"/>
          <w:strike w:val="0"/>
          <w:sz w:val="16"/>
          <w:u w:val="none"/>
        </w:rPr>
        <w:t xml:space="preserve">Tester's office vehemently pushed back on previous claims that he was against the bill. "Claims from Mitch McConnell-backed groups that Senator Tester changed his position on the Laken Riley Act are patently false and another desperate attempt to politicize the border instead of fixing it," his office told Fox News Digital. </w:t>
      </w:r>
    </w:p>
    <w:p>
      <w:pPr>
        <w:spacing w:after="60"/>
      </w:pPr>
      <w:r>
        <w:rPr>
          <w:b w:val="0"/>
          <w:i w:val="0"/>
          <w:smallCaps w:val="0"/>
          <w:strike w:val="0"/>
          <w:sz w:val="22"/>
          <w:u w:val="single"/>
        </w:rPr>
        <w:t xml:space="preserve">The Montana senator isn't the only one to make his differences with Biden clear in the lead-up to the election. </w:t>
      </w:r>
    </w:p>
    <w:p>
      <w:pPr>
        <w:spacing w:after="60"/>
      </w:pPr>
      <w:r>
        <w:rPr>
          <w:b w:val="0"/>
          <w:i w:val="0"/>
          <w:smallCaps w:val="0"/>
          <w:strike w:val="0"/>
          <w:sz w:val="22"/>
          <w:highlight w:val="cyan"/>
          <w:u w:val="single"/>
        </w:rPr>
        <w:t>Rosen</w:t>
      </w:r>
      <w:r>
        <w:rPr>
          <w:b w:val="0"/>
          <w:i w:val="0"/>
          <w:smallCaps w:val="0"/>
          <w:strike w:val="0"/>
          <w:sz w:val="16"/>
          <w:u w:val="none"/>
        </w:rPr>
        <w:t xml:space="preserve">, who represents the critical swing state of Nevada, also </w:t>
      </w:r>
      <w:r>
        <w:rPr>
          <w:b w:val="0"/>
          <w:i w:val="0"/>
          <w:smallCaps w:val="0"/>
          <w:strike w:val="0"/>
          <w:sz w:val="22"/>
          <w:highlight w:val="cyan"/>
          <w:u w:val="single"/>
        </w:rPr>
        <w:t>diverged with Biden publicly on multiple occasions</w:t>
      </w:r>
      <w:r>
        <w:rPr>
          <w:b w:val="0"/>
          <w:i w:val="0"/>
          <w:smallCaps w:val="0"/>
          <w:strike w:val="0"/>
          <w:sz w:val="22"/>
          <w:u w:val="single"/>
        </w:rPr>
        <w:t>.</w:t>
      </w:r>
      <w:r>
        <w:rPr>
          <w:b w:val="0"/>
          <w:i w:val="0"/>
          <w:smallCaps w:val="0"/>
          <w:strike w:val="0"/>
          <w:sz w:val="16"/>
          <w:u w:val="none"/>
        </w:rPr>
        <w:t xml:space="preserve"> </w:t>
      </w:r>
      <w:r>
        <w:rPr>
          <w:b w:val="0"/>
          <w:i w:val="0"/>
          <w:smallCaps w:val="0"/>
          <w:strike w:val="0"/>
          <w:sz w:val="16"/>
          <w:u w:val="none"/>
        </w:rPr>
        <w:t xml:space="preserve">In particular, </w:t>
      </w:r>
      <w:r>
        <w:rPr>
          <w:b w:val="0"/>
          <w:i w:val="0"/>
          <w:smallCaps w:val="0"/>
          <w:strike w:val="0"/>
          <w:sz w:val="22"/>
          <w:highlight w:val="cyan"/>
          <w:u w:val="single"/>
        </w:rPr>
        <w:t>Rosen</w:t>
      </w:r>
      <w:r>
        <w:rPr>
          <w:b w:val="0"/>
          <w:i w:val="0"/>
          <w:smallCaps w:val="0"/>
          <w:strike w:val="0"/>
          <w:sz w:val="16"/>
          <w:u w:val="none"/>
        </w:rPr>
        <w:t xml:space="preserve"> is partially </w:t>
      </w:r>
      <w:r>
        <w:rPr>
          <w:b w:val="0"/>
          <w:i w:val="0"/>
          <w:smallCaps w:val="0"/>
          <w:strike w:val="0"/>
          <w:sz w:val="22"/>
          <w:u w:val="single"/>
        </w:rPr>
        <w:t xml:space="preserve">credited with </w:t>
      </w:r>
      <w:r>
        <w:rPr>
          <w:b w:val="0"/>
          <w:i w:val="0"/>
          <w:smallCaps w:val="0"/>
          <w:strike w:val="0"/>
          <w:sz w:val="22"/>
          <w:highlight w:val="cyan"/>
          <w:u w:val="single"/>
        </w:rPr>
        <w:t>kill</w:t>
      </w:r>
      <w:r>
        <w:rPr>
          <w:b w:val="0"/>
          <w:i w:val="0"/>
          <w:smallCaps w:val="0"/>
          <w:strike w:val="0"/>
          <w:sz w:val="22"/>
          <w:u w:val="single"/>
        </w:rPr>
        <w:t xml:space="preserve">ing the </w:t>
      </w:r>
      <w:r>
        <w:rPr>
          <w:b w:val="0"/>
          <w:i w:val="0"/>
          <w:smallCaps w:val="0"/>
          <w:strike w:val="0"/>
          <w:sz w:val="22"/>
          <w:highlight w:val="cyan"/>
          <w:u w:val="single"/>
        </w:rPr>
        <w:t>Biden</w:t>
      </w:r>
      <w:r>
        <w:rPr>
          <w:b w:val="0"/>
          <w:i w:val="0"/>
          <w:smallCaps w:val="0"/>
          <w:strike w:val="0"/>
          <w:sz w:val="22"/>
          <w:u w:val="single"/>
        </w:rPr>
        <w:t xml:space="preserve"> administration</w:t>
      </w:r>
      <w:r>
        <w:rPr>
          <w:b w:val="0"/>
          <w:i w:val="0"/>
          <w:smallCaps w:val="0"/>
          <w:strike w:val="0"/>
          <w:sz w:val="22"/>
          <w:highlight w:val="cyan"/>
          <w:u w:val="single"/>
        </w:rPr>
        <w:t>'s hopes of confirming the first Muslim federal appellate judge</w:t>
      </w:r>
      <w:r>
        <w:rPr>
          <w:b w:val="0"/>
          <w:i w:val="0"/>
          <w:smallCaps w:val="0"/>
          <w:strike w:val="0"/>
          <w:sz w:val="16"/>
          <w:u w:val="none"/>
        </w:rPr>
        <w:t xml:space="preserve"> in Adeel Mangi. The Nevada senator came out against the controversial Biden nominee, citing his ties with an allegedly anti-law enforcement organization. </w:t>
      </w:r>
    </w:p>
    <w:p>
      <w:pPr>
        <w:spacing w:after="60"/>
      </w:pPr>
      <w:r>
        <w:rPr>
          <w:b w:val="0"/>
          <w:i w:val="0"/>
          <w:smallCaps w:val="0"/>
          <w:strike w:val="0"/>
          <w:sz w:val="16"/>
          <w:u w:val="none"/>
        </w:rPr>
        <w:t>"This is what they do," Jennings said. "</w:t>
      </w:r>
      <w:r>
        <w:rPr>
          <w:b w:val="0"/>
          <w:i w:val="0"/>
          <w:smallCaps w:val="0"/>
          <w:strike w:val="0"/>
          <w:sz w:val="22"/>
          <w:highlight w:val="cyan"/>
          <w:u w:val="single"/>
        </w:rPr>
        <w:t xml:space="preserve">They spend </w:t>
      </w:r>
      <w:r>
        <w:rPr>
          <w:b/>
          <w:i w:val="0"/>
          <w:smallCaps w:val="0"/>
          <w:strike w:val="0"/>
          <w:sz w:val="22"/>
          <w:highlight w:val="cyan"/>
          <w:u w:val="single"/>
        </w:rPr>
        <w:t>five</w:t>
      </w:r>
      <w:r>
        <w:rPr>
          <w:b/>
          <w:i w:val="0"/>
          <w:smallCaps w:val="0"/>
          <w:strike w:val="0"/>
          <w:sz w:val="22"/>
          <w:u w:val="single"/>
        </w:rPr>
        <w:t xml:space="preserve"> and a half </w:t>
      </w:r>
      <w:r>
        <w:rPr>
          <w:b/>
          <w:i w:val="0"/>
          <w:smallCaps w:val="0"/>
          <w:strike w:val="0"/>
          <w:sz w:val="22"/>
          <w:highlight w:val="cyan"/>
          <w:u w:val="single"/>
        </w:rPr>
        <w:t>years supporting</w:t>
      </w:r>
      <w:r>
        <w:rPr>
          <w:b/>
          <w:i w:val="0"/>
          <w:smallCaps w:val="0"/>
          <w:strike w:val="0"/>
          <w:sz w:val="22"/>
          <w:u w:val="single"/>
        </w:rPr>
        <w:t xml:space="preserve"> Democrats and </w:t>
      </w:r>
      <w:r>
        <w:rPr>
          <w:b/>
          <w:i w:val="0"/>
          <w:smallCaps w:val="0"/>
          <w:strike w:val="0"/>
          <w:sz w:val="22"/>
          <w:highlight w:val="cyan"/>
          <w:u w:val="single"/>
        </w:rPr>
        <w:t>Democratic</w:t>
      </w:r>
      <w:r>
        <w:rPr>
          <w:b w:val="0"/>
          <w:i w:val="0"/>
          <w:smallCaps w:val="0"/>
          <w:strike w:val="0"/>
          <w:sz w:val="22"/>
          <w:u w:val="single"/>
        </w:rPr>
        <w:t xml:space="preserve"> </w:t>
      </w:r>
      <w:r>
        <w:rPr>
          <w:b/>
          <w:i w:val="0"/>
          <w:smallCaps w:val="0"/>
          <w:strike w:val="0"/>
          <w:sz w:val="22"/>
          <w:highlight w:val="cyan"/>
          <w:u w:val="single"/>
        </w:rPr>
        <w:t>policies</w:t>
      </w:r>
      <w:r>
        <w:rPr>
          <w:b/>
          <w:i w:val="0"/>
          <w:smallCaps w:val="0"/>
          <w:strike w:val="0"/>
          <w:sz w:val="22"/>
          <w:u w:val="single"/>
        </w:rPr>
        <w:t xml:space="preserve"> that </w:t>
      </w:r>
      <w:r>
        <w:rPr>
          <w:b/>
          <w:i w:val="0"/>
          <w:smallCaps w:val="0"/>
          <w:strike w:val="0"/>
          <w:sz w:val="22"/>
          <w:highlight w:val="cyan"/>
          <w:u w:val="single"/>
        </w:rPr>
        <w:t>everyone in their state hates</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val="0"/>
          <w:i w:val="0"/>
          <w:smallCaps w:val="0"/>
          <w:strike w:val="0"/>
          <w:sz w:val="22"/>
          <w:highlight w:val="cyan"/>
          <w:u w:val="single"/>
        </w:rPr>
        <w:t>then</w:t>
      </w:r>
      <w:r>
        <w:rPr>
          <w:b w:val="0"/>
          <w:i w:val="0"/>
          <w:smallCaps w:val="0"/>
          <w:strike w:val="0"/>
          <w:sz w:val="22"/>
          <w:u w:val="single"/>
        </w:rPr>
        <w:t xml:space="preserve"> they </w:t>
      </w:r>
      <w:r>
        <w:rPr>
          <w:b w:val="0"/>
          <w:i w:val="0"/>
          <w:smallCaps w:val="0"/>
          <w:strike w:val="0"/>
          <w:sz w:val="22"/>
          <w:highlight w:val="cyan"/>
          <w:u w:val="single"/>
        </w:rPr>
        <w:t>spend six months pretending it never happened."</w:t>
      </w:r>
    </w:p>
    <w:p>
      <w:pPr>
        <w:spacing w:after="60"/>
      </w:pPr>
      <w:r>
        <w:rPr>
          <w:b w:val="0"/>
          <w:i w:val="0"/>
          <w:smallCaps w:val="0"/>
          <w:strike w:val="0"/>
          <w:sz w:val="16"/>
          <w:u w:val="none"/>
        </w:rPr>
        <w:t xml:space="preserve">The Republican strategist added, though, </w:t>
      </w:r>
      <w:r>
        <w:rPr>
          <w:b w:val="0"/>
          <w:i w:val="0"/>
          <w:smallCaps w:val="0"/>
          <w:strike w:val="0"/>
          <w:sz w:val="22"/>
          <w:u w:val="single"/>
        </w:rPr>
        <w:t xml:space="preserve">that </w:t>
      </w:r>
      <w:r>
        <w:rPr>
          <w:b w:val="0"/>
          <w:i w:val="0"/>
          <w:smallCaps w:val="0"/>
          <w:strike w:val="0"/>
          <w:sz w:val="22"/>
          <w:highlight w:val="cyan"/>
          <w:u w:val="single"/>
        </w:rPr>
        <w:t xml:space="preserve">they may be </w:t>
      </w:r>
      <w:r>
        <w:rPr>
          <w:b/>
          <w:i w:val="0"/>
          <w:smallCaps w:val="0"/>
          <w:strike w:val="0"/>
          <w:sz w:val="22"/>
          <w:highlight w:val="cyan"/>
          <w:u w:val="single"/>
        </w:rPr>
        <w:t>hard-pressed to convince voters of their differences</w:t>
      </w:r>
      <w:r>
        <w:rPr>
          <w:b w:val="0"/>
          <w:i w:val="0"/>
          <w:smallCaps w:val="0"/>
          <w:strike w:val="0"/>
          <w:sz w:val="22"/>
          <w:u w:val="single"/>
        </w:rPr>
        <w:t xml:space="preserve"> with the president, </w:t>
      </w:r>
      <w:r>
        <w:rPr>
          <w:b w:val="0"/>
          <w:i w:val="0"/>
          <w:smallCaps w:val="0"/>
          <w:strike w:val="0"/>
          <w:sz w:val="22"/>
          <w:highlight w:val="cyan"/>
          <w:u w:val="single"/>
        </w:rPr>
        <w:t xml:space="preserve">given that they </w:t>
      </w:r>
      <w:r>
        <w:rPr>
          <w:b/>
          <w:i w:val="0"/>
          <w:smallCaps w:val="0"/>
          <w:strike w:val="0"/>
          <w:sz w:val="22"/>
          <w:highlight w:val="cyan"/>
          <w:u w:val="single"/>
        </w:rPr>
        <w:t>vote</w:t>
      </w:r>
      <w:r>
        <w:rPr>
          <w:b/>
          <w:i w:val="0"/>
          <w:smallCaps w:val="0"/>
          <w:strike w:val="0"/>
          <w:sz w:val="22"/>
          <w:u w:val="single"/>
        </w:rPr>
        <w:t xml:space="preserve"> in line </w:t>
      </w:r>
      <w:r>
        <w:rPr>
          <w:b/>
          <w:i w:val="0"/>
          <w:smallCaps w:val="0"/>
          <w:strike w:val="0"/>
          <w:sz w:val="22"/>
          <w:highlight w:val="cyan"/>
          <w:u w:val="single"/>
        </w:rPr>
        <w:t>with him</w:t>
      </w:r>
      <w:r>
        <w:rPr>
          <w:b/>
          <w:i w:val="0"/>
          <w:smallCaps w:val="0"/>
          <w:strike w:val="0"/>
          <w:sz w:val="22"/>
          <w:u w:val="single"/>
        </w:rPr>
        <w:t xml:space="preserve"> nearly </w:t>
      </w:r>
      <w:r>
        <w:rPr>
          <w:b/>
          <w:i w:val="0"/>
          <w:smallCaps w:val="0"/>
          <w:strike w:val="0"/>
          <w:sz w:val="22"/>
          <w:highlight w:val="cyan"/>
          <w:u w:val="single"/>
        </w:rPr>
        <w:t>all the time.</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