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tech has a massive effect on congressional elections</w:t>
      </w:r>
    </w:p>
    <w:p>
      <w:pPr>
        <w:spacing w:after="80"/>
      </w:pPr>
      <w:r>
        <w:rPr>
          <w:b/>
          <w:i w:val="0"/>
          <w:smallCaps w:val="0"/>
          <w:strike w:val="0"/>
          <w:sz w:val="26"/>
          <w:u w:val="none"/>
        </w:rPr>
        <w:t>Masumoto 24</w:t>
      </w:r>
      <w:r>
        <w:rPr>
          <w:b w:val="0"/>
          <w:i w:val="0"/>
          <w:smallCaps w:val="0"/>
          <w:strike w:val="0"/>
          <w:u w:val="none"/>
        </w:rPr>
        <w:t xml:space="preserve"> Melia June 2 Multiskilled journalist and reporter at KVUE, the ABC affiliate in Austin, Texas. During my first year in the business, I’ve covered major national news pertaining to Texas, including border immigration legislation, abortion legislation and campus protests. I’ve also developed an interest in covering criminal and civil trials. KVUE “</w:t>
      </w:r>
      <w:r>
        <w:rPr>
          <w:b w:val="0"/>
          <w:i w:val="0"/>
          <w:smallCaps w:val="0"/>
          <w:strike w:val="0"/>
          <w:u w:val="none"/>
        </w:rPr>
        <w:t>Texas legislators looking into potential political biases of Big Tech companies ahead of 2024 election</w:t>
      </w:r>
      <w:r>
        <w:rPr>
          <w:b w:val="0"/>
          <w:i w:val="0"/>
          <w:smallCaps w:val="0"/>
          <w:strike w:val="0"/>
          <w:u w:val="none"/>
        </w:rPr>
        <w:t xml:space="preserve">” </w:t>
      </w:r>
      <w:r>
        <w:rPr>
          <w:b w:val="0"/>
          <w:i w:val="0"/>
          <w:smallCaps w:val="0"/>
          <w:strike w:val="0"/>
          <w:u w:val="none"/>
        </w:rPr>
        <w:t xml:space="preserve"> ZMR</w:t>
      </w:r>
    </w:p>
    <w:p>
      <w:pPr>
        <w:spacing w:after="60"/>
      </w:pPr>
      <w:r>
        <w:rPr>
          <w:b w:val="0"/>
          <w:i w:val="0"/>
          <w:smallCaps w:val="0"/>
          <w:strike w:val="0"/>
          <w:sz w:val="16"/>
          <w:u w:val="none"/>
        </w:rPr>
        <w:t xml:space="preserve">For </w:t>
      </w:r>
      <w:r>
        <w:rPr>
          <w:b w:val="0"/>
          <w:i w:val="0"/>
          <w:smallCaps w:val="0"/>
          <w:strike w:val="0"/>
          <w:sz w:val="16"/>
          <w:u w:val="none"/>
        </w:rPr>
        <w:t>the majority of</w:t>
      </w:r>
      <w:r>
        <w:rPr>
          <w:b w:val="0"/>
          <w:i w:val="0"/>
          <w:smallCaps w:val="0"/>
          <w:strike w:val="0"/>
          <w:sz w:val="16"/>
          <w:u w:val="none"/>
        </w:rPr>
        <w:t xml:space="preserve"> State Affairs meeting, the committee called in </w:t>
      </w:r>
      <w:r>
        <w:rPr>
          <w:b w:val="0"/>
          <w:i w:val="0"/>
          <w:smallCaps w:val="0"/>
          <w:strike w:val="0"/>
          <w:sz w:val="22"/>
          <w:u w:val="single"/>
        </w:rPr>
        <w:t xml:space="preserve">several </w:t>
      </w:r>
      <w:r>
        <w:rPr>
          <w:b w:val="0"/>
          <w:i w:val="0"/>
          <w:smallCaps w:val="0"/>
          <w:strike w:val="0"/>
          <w:sz w:val="22"/>
          <w:highlight w:val="cyan"/>
          <w:u w:val="single"/>
        </w:rPr>
        <w:t>experts</w:t>
      </w:r>
      <w:r>
        <w:rPr>
          <w:b w:val="0"/>
          <w:i w:val="0"/>
          <w:smallCaps w:val="0"/>
          <w:strike w:val="0"/>
          <w:sz w:val="22"/>
          <w:u w:val="single"/>
        </w:rPr>
        <w:t xml:space="preserve"> to testify on how they </w:t>
      </w:r>
      <w:r>
        <w:rPr>
          <w:b/>
          <w:i w:val="0"/>
          <w:smallCaps w:val="0"/>
          <w:strike w:val="0"/>
          <w:sz w:val="22"/>
          <w:highlight w:val="cyan"/>
          <w:u w:val="single"/>
        </w:rPr>
        <w:t>believe Big Tech</w:t>
      </w:r>
      <w:r>
        <w:rPr>
          <w:b w:val="0"/>
          <w:i w:val="0"/>
          <w:smallCaps w:val="0"/>
          <w:strike w:val="0"/>
          <w:sz w:val="22"/>
          <w:u w:val="single"/>
        </w:rPr>
        <w:t xml:space="preserve"> companies </w:t>
      </w:r>
      <w:r>
        <w:rPr>
          <w:b w:val="0"/>
          <w:i w:val="0"/>
          <w:smallCaps w:val="0"/>
          <w:strike w:val="0"/>
          <w:sz w:val="22"/>
          <w:highlight w:val="cyan"/>
          <w:u w:val="single"/>
        </w:rPr>
        <w:t>threaten election security</w:t>
      </w:r>
      <w:r>
        <w:rPr>
          <w:b w:val="0"/>
          <w:i w:val="0"/>
          <w:smallCaps w:val="0"/>
          <w:strike w:val="0"/>
          <w:sz w:val="22"/>
          <w:u w:val="single"/>
        </w:rPr>
        <w:t xml:space="preserve">. </w:t>
      </w:r>
    </w:p>
    <w:p>
      <w:pPr>
        <w:spacing w:after="60"/>
      </w:pPr>
      <w:r>
        <w:rPr>
          <w:b w:val="0"/>
          <w:i w:val="0"/>
          <w:smallCaps w:val="0"/>
          <w:strike w:val="0"/>
          <w:sz w:val="16"/>
          <w:u w:val="none"/>
        </w:rPr>
        <w:t xml:space="preserve">Dan Schneider, the vice president of Media Research Center, an organization that documents perceived media bias and censorship of Big Tech, said that </w:t>
      </w:r>
      <w:r>
        <w:rPr>
          <w:b w:val="0"/>
          <w:i w:val="0"/>
          <w:smallCaps w:val="0"/>
          <w:strike w:val="0"/>
          <w:sz w:val="22"/>
          <w:u w:val="single"/>
        </w:rPr>
        <w:t xml:space="preserve">through their </w:t>
      </w:r>
      <w:r>
        <w:rPr>
          <w:b w:val="0"/>
          <w:i w:val="0"/>
          <w:smallCaps w:val="0"/>
          <w:strike w:val="0"/>
          <w:sz w:val="22"/>
          <w:highlight w:val="cyan"/>
          <w:u w:val="single"/>
        </w:rPr>
        <w:t>studies,</w:t>
      </w:r>
      <w:r>
        <w:rPr>
          <w:b w:val="0"/>
          <w:i w:val="0"/>
          <w:smallCaps w:val="0"/>
          <w:strike w:val="0"/>
          <w:sz w:val="22"/>
          <w:u w:val="single"/>
        </w:rPr>
        <w:t xml:space="preserve"> they </w:t>
      </w:r>
      <w:r>
        <w:rPr>
          <w:b w:val="0"/>
          <w:i w:val="0"/>
          <w:smallCaps w:val="0"/>
          <w:strike w:val="0"/>
          <w:sz w:val="22"/>
          <w:highlight w:val="cyan"/>
          <w:u w:val="single"/>
        </w:rPr>
        <w:t>found</w:t>
      </w:r>
      <w:r>
        <w:rPr>
          <w:b w:val="0"/>
          <w:i w:val="0"/>
          <w:smallCaps w:val="0"/>
          <w:strike w:val="0"/>
          <w:sz w:val="22"/>
          <w:u w:val="single"/>
        </w:rPr>
        <w:t xml:space="preserve"> that </w:t>
      </w:r>
      <w:r>
        <w:rPr>
          <w:b w:val="0"/>
          <w:i w:val="0"/>
          <w:smallCaps w:val="0"/>
          <w:strike w:val="0"/>
          <w:sz w:val="22"/>
          <w:highlight w:val="cyan"/>
          <w:u w:val="single"/>
        </w:rPr>
        <w:t>Google favors</w:t>
      </w:r>
      <w:r>
        <w:rPr>
          <w:b w:val="0"/>
          <w:i w:val="0"/>
          <w:smallCaps w:val="0"/>
          <w:strike w:val="0"/>
          <w:sz w:val="22"/>
          <w:u w:val="single"/>
        </w:rPr>
        <w:t xml:space="preserve"> creating </w:t>
      </w:r>
      <w:r>
        <w:rPr>
          <w:b/>
          <w:i w:val="0"/>
          <w:smallCaps w:val="0"/>
          <w:strike w:val="0"/>
          <w:sz w:val="22"/>
          <w:highlight w:val="cyan"/>
          <w:u w:val="single"/>
        </w:rPr>
        <w:t>algorithms that are biased</w:t>
      </w:r>
      <w:r>
        <w:rPr>
          <w:b w:val="0"/>
          <w:i w:val="0"/>
          <w:smallCaps w:val="0"/>
          <w:strike w:val="0"/>
          <w:sz w:val="22"/>
          <w:u w:val="single"/>
        </w:rPr>
        <w:t>.</w:t>
      </w:r>
    </w:p>
    <w:p>
      <w:pPr>
        <w:spacing w:after="60"/>
      </w:pPr>
      <w:r>
        <w:rPr>
          <w:b w:val="0"/>
          <w:i w:val="0"/>
          <w:smallCaps w:val="0"/>
          <w:strike w:val="0"/>
          <w:sz w:val="16"/>
          <w:u w:val="none"/>
        </w:rPr>
        <w:t xml:space="preserve">“These </w:t>
      </w:r>
      <w:r>
        <w:rPr>
          <w:b w:val="0"/>
          <w:i w:val="0"/>
          <w:smallCaps w:val="0"/>
          <w:strike w:val="0"/>
          <w:sz w:val="22"/>
          <w:highlight w:val="cyan"/>
          <w:u w:val="single"/>
        </w:rPr>
        <w:t>big tech</w:t>
      </w:r>
      <w:r>
        <w:rPr>
          <w:b w:val="0"/>
          <w:i w:val="0"/>
          <w:smallCaps w:val="0"/>
          <w:strike w:val="0"/>
          <w:sz w:val="22"/>
          <w:u w:val="single"/>
        </w:rPr>
        <w:t xml:space="preserve"> platforms </w:t>
      </w:r>
      <w:r>
        <w:rPr>
          <w:b w:val="0"/>
          <w:i w:val="0"/>
          <w:smallCaps w:val="0"/>
          <w:strike w:val="0"/>
          <w:sz w:val="16"/>
          <w:u w:val="none"/>
        </w:rPr>
        <w:t xml:space="preserve">like Google and Facebook </w:t>
      </w:r>
      <w:r>
        <w:rPr>
          <w:b w:val="0"/>
          <w:i w:val="0"/>
          <w:smallCaps w:val="0"/>
          <w:strike w:val="0"/>
          <w:sz w:val="22"/>
          <w:highlight w:val="cyan"/>
          <w:u w:val="single"/>
        </w:rPr>
        <w:t>will have a</w:t>
      </w:r>
      <w:r>
        <w:rPr>
          <w:b w:val="0"/>
          <w:i w:val="0"/>
          <w:smallCaps w:val="0"/>
          <w:strike w:val="0"/>
          <w:sz w:val="22"/>
          <w:u w:val="single"/>
        </w:rPr>
        <w:t xml:space="preserve"> candidate of </w:t>
      </w:r>
      <w:r>
        <w:rPr>
          <w:b w:val="0"/>
          <w:i w:val="0"/>
          <w:smallCaps w:val="0"/>
          <w:strike w:val="0"/>
          <w:sz w:val="22"/>
          <w:highlight w:val="cyan"/>
          <w:u w:val="single"/>
        </w:rPr>
        <w:t>choice</w:t>
      </w:r>
      <w:r>
        <w:rPr>
          <w:b w:val="0"/>
          <w:i w:val="0"/>
          <w:smallCaps w:val="0"/>
          <w:strike w:val="0"/>
          <w:sz w:val="22"/>
          <w:u w:val="single"/>
        </w:rPr>
        <w:t>,</w:t>
      </w:r>
      <w:r>
        <w:rPr>
          <w:b w:val="0"/>
          <w:i w:val="0"/>
          <w:smallCaps w:val="0"/>
          <w:strike w:val="0"/>
          <w:sz w:val="16"/>
          <w:u w:val="none"/>
        </w:rPr>
        <w:t xml:space="preserve"> a preferred candidate, and </w:t>
      </w:r>
      <w:r>
        <w:rPr>
          <w:b/>
          <w:i w:val="0"/>
          <w:smallCaps w:val="0"/>
          <w:strike w:val="0"/>
          <w:sz w:val="22"/>
          <w:highlight w:val="cyan"/>
          <w:u w:val="single"/>
        </w:rPr>
        <w:t>any candidate in the way</w:t>
      </w:r>
      <w:r>
        <w:rPr>
          <w:b w:val="0"/>
          <w:i w:val="0"/>
          <w:smallCaps w:val="0"/>
          <w:strike w:val="0"/>
          <w:sz w:val="22"/>
          <w:u w:val="single"/>
        </w:rPr>
        <w:t xml:space="preserve"> of that individual </w:t>
      </w:r>
      <w:r>
        <w:rPr>
          <w:b/>
          <w:i w:val="0"/>
          <w:smallCaps w:val="0"/>
          <w:strike w:val="0"/>
          <w:sz w:val="22"/>
          <w:highlight w:val="cyan"/>
          <w:u w:val="single"/>
        </w:rPr>
        <w:t>will be censored</w:t>
      </w:r>
      <w:r>
        <w:rPr>
          <w:b w:val="0"/>
          <w:i w:val="0"/>
          <w:smallCaps w:val="0"/>
          <w:strike w:val="0"/>
          <w:sz w:val="22"/>
          <w:u w:val="single"/>
        </w:rPr>
        <w:t xml:space="preserve"> and content supporting that candidate will be silenced</w:t>
      </w:r>
      <w:r>
        <w:rPr>
          <w:b w:val="0"/>
          <w:i w:val="0"/>
          <w:smallCaps w:val="0"/>
          <w:strike w:val="0"/>
          <w:sz w:val="16"/>
          <w:u w:val="none"/>
        </w:rPr>
        <w:t>,” Schneider said.</w:t>
      </w:r>
    </w:p>
    <w:p>
      <w:pPr>
        <w:spacing w:after="60"/>
      </w:pPr>
      <w:r>
        <w:rPr>
          <w:b w:val="0"/>
          <w:i w:val="0"/>
          <w:smallCaps w:val="0"/>
          <w:strike w:val="0"/>
          <w:sz w:val="16"/>
          <w:u w:val="none"/>
        </w:rPr>
        <w:t xml:space="preserve">Zach </w:t>
      </w:r>
      <w:r>
        <w:rPr>
          <w:b w:val="0"/>
          <w:i w:val="0"/>
          <w:smallCaps w:val="0"/>
          <w:strike w:val="0"/>
          <w:sz w:val="16"/>
          <w:u w:val="none"/>
        </w:rPr>
        <w:t>Vorhies</w:t>
      </w:r>
      <w:r>
        <w:rPr>
          <w:b w:val="0"/>
          <w:i w:val="0"/>
          <w:smallCaps w:val="0"/>
          <w:strike w:val="0"/>
          <w:sz w:val="16"/>
          <w:u w:val="none"/>
        </w:rPr>
        <w:t xml:space="preserve">, a former software engineer for Google for eight and a half years, shared a similar testimony </w:t>
      </w:r>
      <w:r>
        <w:rPr>
          <w:b w:val="0"/>
          <w:i w:val="0"/>
          <w:smallCaps w:val="0"/>
          <w:strike w:val="0"/>
          <w:sz w:val="22"/>
          <w:u w:val="single"/>
        </w:rPr>
        <w:t>of Google favoring certain candidates and creating biased algorithms</w:t>
      </w:r>
      <w:r>
        <w:rPr>
          <w:b w:val="0"/>
          <w:i w:val="0"/>
          <w:smallCaps w:val="0"/>
          <w:strike w:val="0"/>
          <w:sz w:val="16"/>
          <w:u w:val="none"/>
        </w:rPr>
        <w:t xml:space="preserve">. He also testified about how </w:t>
      </w:r>
      <w:r>
        <w:rPr>
          <w:b w:val="0"/>
          <w:i w:val="0"/>
          <w:smallCaps w:val="0"/>
          <w:strike w:val="0"/>
          <w:sz w:val="22"/>
          <w:highlight w:val="cyan"/>
          <w:u w:val="single"/>
        </w:rPr>
        <w:t>Google</w:t>
      </w:r>
      <w:r>
        <w:rPr>
          <w:b w:val="0"/>
          <w:i w:val="0"/>
          <w:smallCaps w:val="0"/>
          <w:strike w:val="0"/>
          <w:sz w:val="22"/>
          <w:u w:val="single"/>
        </w:rPr>
        <w:t xml:space="preserve"> allegedly </w:t>
      </w:r>
      <w:r>
        <w:rPr>
          <w:b w:val="0"/>
          <w:i w:val="0"/>
          <w:smallCaps w:val="0"/>
          <w:strike w:val="0"/>
          <w:sz w:val="22"/>
          <w:highlight w:val="cyan"/>
          <w:u w:val="single"/>
        </w:rPr>
        <w:t>has many blacklists</w:t>
      </w:r>
      <w:r>
        <w:rPr>
          <w:b w:val="0"/>
          <w:i w:val="0"/>
          <w:smallCaps w:val="0"/>
          <w:strike w:val="0"/>
          <w:sz w:val="22"/>
          <w:u w:val="single"/>
        </w:rPr>
        <w:t xml:space="preserve"> and ranks news media sites</w:t>
      </w:r>
      <w:r>
        <w:rPr>
          <w:b w:val="0"/>
          <w:i w:val="0"/>
          <w:smallCaps w:val="0"/>
          <w:strike w:val="0"/>
          <w:sz w:val="16"/>
          <w:u w:val="none"/>
        </w:rPr>
        <w:t>. He claimed that news websites that support Democrats are ranked the highest in the U.S.</w:t>
      </w:r>
    </w:p>
    <w:p>
      <w:pPr>
        <w:spacing w:after="60"/>
      </w:pPr>
      <w:r>
        <w:rPr>
          <w:b w:val="0"/>
          <w:i w:val="0"/>
          <w:smallCaps w:val="0"/>
          <w:strike w:val="0"/>
          <w:sz w:val="16"/>
          <w:u w:val="none"/>
        </w:rPr>
        <w:t xml:space="preserve">Others who testified made claims that </w:t>
      </w:r>
      <w:r>
        <w:rPr>
          <w:b w:val="0"/>
          <w:i w:val="0"/>
          <w:smallCaps w:val="0"/>
          <w:strike w:val="0"/>
          <w:sz w:val="22"/>
          <w:u w:val="single"/>
        </w:rPr>
        <w:t>elections have been turned over to Big Tech companies since 2012</w:t>
      </w:r>
      <w:r>
        <w:rPr>
          <w:b w:val="0"/>
          <w:i w:val="0"/>
          <w:smallCaps w:val="0"/>
          <w:strike w:val="0"/>
          <w:sz w:val="16"/>
          <w:u w:val="none"/>
        </w:rPr>
        <w:t xml:space="preserve">. Dr. Robert Epstein, the senior research psychologist for the American Institute for Behavioral Research and Technology, testified that through Google’s algorithms, </w:t>
      </w:r>
      <w:r>
        <w:rPr>
          <w:b/>
          <w:i w:val="0"/>
          <w:smallCaps w:val="0"/>
          <w:strike w:val="0"/>
          <w:sz w:val="22"/>
          <w:highlight w:val="cyan"/>
          <w:u w:val="single"/>
        </w:rPr>
        <w:t>they’ve flipped elections without people’s knowledge</w:t>
      </w:r>
      <w:r>
        <w:rPr>
          <w:b w:val="0"/>
          <w:i w:val="0"/>
          <w:smallCaps w:val="0"/>
          <w:strike w:val="0"/>
          <w:sz w:val="22"/>
          <w:u w:val="single"/>
        </w:rPr>
        <w:t xml:space="preserve"> and have the potential to shift millions of votes</w:t>
      </w:r>
      <w:r>
        <w:rPr>
          <w:b w:val="0"/>
          <w:i w:val="0"/>
          <w:smallCaps w:val="0"/>
          <w:strike w:val="0"/>
          <w:sz w:val="16"/>
          <w:u w:val="none"/>
        </w:rPr>
        <w:t>.</w:t>
      </w:r>
    </w:p>
    <w:p>
      <w:pPr>
        <w:spacing w:after="60"/>
      </w:pPr>
      <w:r>
        <w:rPr>
          <w:b w:val="0"/>
          <w:i w:val="0"/>
          <w:smallCaps w:val="0"/>
          <w:strike w:val="0"/>
          <w:sz w:val="16"/>
          <w:u w:val="none"/>
        </w:rPr>
        <w:t xml:space="preserve">“This is the new kind of </w:t>
      </w:r>
      <w:r>
        <w:rPr>
          <w:b w:val="0"/>
          <w:i w:val="0"/>
          <w:smallCaps w:val="0"/>
          <w:strike w:val="0"/>
          <w:sz w:val="22"/>
          <w:highlight w:val="cyan"/>
          <w:u w:val="single"/>
        </w:rPr>
        <w:t>subliminal manipulation</w:t>
      </w:r>
      <w:r>
        <w:rPr>
          <w:b w:val="0"/>
          <w:i w:val="0"/>
          <w:smallCaps w:val="0"/>
          <w:strike w:val="0"/>
          <w:sz w:val="22"/>
          <w:u w:val="single"/>
        </w:rPr>
        <w:t xml:space="preserve">, and it’s occurring </w:t>
      </w:r>
      <w:r>
        <w:rPr>
          <w:b w:val="0"/>
          <w:i w:val="0"/>
          <w:smallCaps w:val="0"/>
          <w:strike w:val="0"/>
          <w:sz w:val="22"/>
          <w:highlight w:val="cyan"/>
          <w:u w:val="single"/>
        </w:rPr>
        <w:t>on a scale</w:t>
      </w:r>
      <w:r>
        <w:rPr>
          <w:b w:val="0"/>
          <w:i w:val="0"/>
          <w:smallCaps w:val="0"/>
          <w:strike w:val="0"/>
          <w:sz w:val="22"/>
          <w:u w:val="single"/>
        </w:rPr>
        <w:t xml:space="preserve"> that’s </w:t>
      </w:r>
      <w:r>
        <w:rPr>
          <w:b w:val="0"/>
          <w:i w:val="0"/>
          <w:smallCaps w:val="0"/>
          <w:strike w:val="0"/>
          <w:sz w:val="22"/>
          <w:highlight w:val="cyan"/>
          <w:u w:val="single"/>
        </w:rPr>
        <w:t>never</w:t>
      </w:r>
      <w:r>
        <w:rPr>
          <w:b w:val="0"/>
          <w:i w:val="0"/>
          <w:smallCaps w:val="0"/>
          <w:strike w:val="0"/>
          <w:sz w:val="22"/>
          <w:u w:val="single"/>
        </w:rPr>
        <w:t xml:space="preserve"> occurred </w:t>
      </w:r>
      <w:r>
        <w:rPr>
          <w:b w:val="0"/>
          <w:i w:val="0"/>
          <w:smallCaps w:val="0"/>
          <w:strike w:val="0"/>
          <w:sz w:val="22"/>
          <w:highlight w:val="cyan"/>
          <w:u w:val="single"/>
        </w:rPr>
        <w:t>before</w:t>
      </w:r>
      <w:r>
        <w:rPr>
          <w:b w:val="0"/>
          <w:i w:val="0"/>
          <w:smallCaps w:val="0"/>
          <w:strike w:val="0"/>
          <w:sz w:val="16"/>
          <w:highlight w:val="cyan"/>
          <w:u w:val="none"/>
        </w:rPr>
        <w:t>,</w:t>
      </w:r>
      <w:r>
        <w:rPr>
          <w:b w:val="0"/>
          <w:i w:val="0"/>
          <w:smallCaps w:val="0"/>
          <w:strike w:val="0"/>
          <w:sz w:val="16"/>
          <w:u w:val="none"/>
        </w:rPr>
        <w:t xml:space="preserve">” Epstein said. “It’s not just affecting Americans, it’s affecting more than 5 billion people around the world … Google doesn’t always favor the left, </w:t>
      </w:r>
      <w:r>
        <w:rPr>
          <w:b w:val="0"/>
          <w:i w:val="0"/>
          <w:smallCaps w:val="0"/>
          <w:strike w:val="0"/>
          <w:sz w:val="22"/>
          <w:highlight w:val="cyan"/>
          <w:u w:val="single"/>
        </w:rPr>
        <w:t>they favor whoever</w:t>
      </w:r>
      <w:r>
        <w:rPr>
          <w:b w:val="0"/>
          <w:i w:val="0"/>
          <w:smallCaps w:val="0"/>
          <w:strike w:val="0"/>
          <w:sz w:val="22"/>
          <w:u w:val="single"/>
        </w:rPr>
        <w:t xml:space="preserve"> they want to favor so that it </w:t>
      </w:r>
      <w:r>
        <w:rPr>
          <w:b w:val="0"/>
          <w:i w:val="0"/>
          <w:smallCaps w:val="0"/>
          <w:strike w:val="0"/>
          <w:sz w:val="22"/>
          <w:highlight w:val="cyan"/>
          <w:u w:val="single"/>
        </w:rPr>
        <w:t>suits the company</w:t>
      </w:r>
      <w:r>
        <w:rPr>
          <w:b w:val="0"/>
          <w:i w:val="0"/>
          <w:smallCaps w:val="0"/>
          <w:strike w:val="0"/>
          <w:u w:val="none"/>
        </w:rPr>
        <w:t xml:space="preserve">. </w:t>
      </w:r>
      <w:r>
        <w:rPr>
          <w:b w:val="0"/>
          <w:i w:val="0"/>
          <w:smallCaps w:val="0"/>
          <w:strike w:val="0"/>
          <w:sz w:val="16"/>
          <w:u w:val="none"/>
        </w:rPr>
        <w:t>In Cuba, they favor the right.”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