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House Republicans losing now due to </w:t>
      </w:r>
      <w:r>
        <w:rPr>
          <w:b/>
          <w:i w:val="0"/>
          <w:smallCaps w:val="0"/>
          <w:strike w:val="0"/>
          <w:sz w:val="26"/>
          <w:u w:val="single"/>
        </w:rPr>
        <w:t>political inaction</w:t>
      </w:r>
      <w:r>
        <w:rPr>
          <w:b/>
          <w:i w:val="0"/>
          <w:smallCaps w:val="0"/>
          <w:strike w:val="0"/>
          <w:sz w:val="26"/>
          <w:u w:val="none"/>
        </w:rPr>
        <w:t xml:space="preserve"> – the plan gives them a win</w:t>
      </w:r>
    </w:p>
    <w:p>
      <w:pPr>
        <w:spacing w:after="80"/>
      </w:pPr>
      <w:r>
        <w:rPr>
          <w:b/>
          <w:i w:val="0"/>
          <w:smallCaps w:val="0"/>
          <w:strike w:val="0"/>
          <w:sz w:val="26"/>
          <w:u w:val="none"/>
        </w:rPr>
        <w:t>Kapur</w:t>
      </w:r>
      <w:r>
        <w:rPr>
          <w:b/>
          <w:i w:val="0"/>
          <w:smallCaps w:val="0"/>
          <w:strike w:val="0"/>
          <w:sz w:val="26"/>
          <w:u w:val="none"/>
        </w:rPr>
        <w:t xml:space="preserve"> 24</w:t>
      </w:r>
    </w:p>
    <w:p>
      <w:pPr>
        <w:spacing w:after="60"/>
      </w:pPr>
      <w:r>
        <w:rPr>
          <w:b w:val="0"/>
          <w:i w:val="0"/>
          <w:smallCaps w:val="0"/>
          <w:strike w:val="0"/>
          <w:sz w:val="16"/>
          <w:u w:val="none"/>
        </w:rPr>
        <w:t>[(Sahil, reporter for NBC News covering Capitol Hill, elections and the intersection of politics and public policy in Washington.) “‘It’s embarrassing’: Republicans worry they have no achievements to run on in 2024”, NBC News, 1-22-24, https://www.nbcnews.com/politics/2024-election/s-embarrassing-republicans-worry-no-achievements-run-2024-rcna131902]//LR</w:t>
      </w:r>
    </w:p>
    <w:p>
      <w:pPr>
        <w:spacing w:after="60"/>
      </w:pPr>
      <w:r>
        <w:rPr>
          <w:b w:val="0"/>
          <w:i w:val="0"/>
          <w:smallCaps w:val="0"/>
          <w:strike w:val="0"/>
          <w:sz w:val="16"/>
          <w:u w:val="none"/>
        </w:rPr>
        <w:t xml:space="preserve">WASHINGTON — When Congress began the new year, Rep. Andy Biggs gave a television interview and made a startling confession: </w:t>
      </w:r>
      <w:r>
        <w:rPr>
          <w:b/>
          <w:i w:val="0"/>
          <w:smallCaps w:val="0"/>
          <w:strike w:val="0"/>
          <w:sz w:val="22"/>
          <w:highlight w:val="cyan"/>
          <w:u w:val="single"/>
        </w:rPr>
        <w:t>House Republicans have done nothing</w:t>
      </w:r>
      <w:r>
        <w:rPr>
          <w:b w:val="0"/>
          <w:i w:val="0"/>
          <w:smallCaps w:val="0"/>
          <w:strike w:val="0"/>
          <w:sz w:val="22"/>
          <w:highlight w:val="cyan"/>
          <w:u w:val="single"/>
        </w:rPr>
        <w:t xml:space="preserve"> </w:t>
      </w:r>
      <w:r>
        <w:rPr>
          <w:b w:val="0"/>
          <w:i w:val="0"/>
          <w:smallCaps w:val="0"/>
          <w:strike w:val="0"/>
          <w:sz w:val="22"/>
          <w:u w:val="single"/>
        </w:rPr>
        <w:t>they can run on.</w:t>
      </w:r>
      <w:r>
        <w:rPr>
          <w:b w:val="0"/>
          <w:i w:val="0"/>
          <w:smallCaps w:val="0"/>
          <w:strike w:val="0"/>
          <w:sz w:val="22"/>
          <w:u w:val="single"/>
        </w:rPr>
        <w:t xml:space="preserve"> </w:t>
      </w:r>
      <w:r>
        <w:rPr>
          <w:b w:val="0"/>
          <w:i w:val="0"/>
          <w:smallCaps w:val="0"/>
          <w:strike w:val="0"/>
          <w:sz w:val="16"/>
          <w:u w:val="none"/>
        </w:rPr>
        <w:t xml:space="preserve">“We have nothing. In my opinion, we have </w:t>
      </w:r>
      <w:r>
        <w:rPr>
          <w:b w:val="0"/>
          <w:i w:val="0"/>
          <w:smallCaps w:val="0"/>
          <w:strike w:val="0"/>
          <w:sz w:val="22"/>
          <w:highlight w:val="cyan"/>
          <w:u w:val="single"/>
        </w:rPr>
        <w:t>nothing to</w:t>
      </w:r>
      <w:r>
        <w:rPr>
          <w:b w:val="0"/>
          <w:i w:val="0"/>
          <w:smallCaps w:val="0"/>
          <w:strike w:val="0"/>
          <w:sz w:val="22"/>
          <w:u w:val="single"/>
        </w:rPr>
        <w:t xml:space="preserve"> go out there and </w:t>
      </w:r>
      <w:r>
        <w:rPr>
          <w:b w:val="0"/>
          <w:i w:val="0"/>
          <w:smallCaps w:val="0"/>
          <w:strike w:val="0"/>
          <w:sz w:val="22"/>
          <w:highlight w:val="cyan"/>
          <w:u w:val="single"/>
        </w:rPr>
        <w:t>campaign on</w:t>
      </w:r>
      <w:r>
        <w:rPr>
          <w:b w:val="0"/>
          <w:i w:val="0"/>
          <w:smallCaps w:val="0"/>
          <w:strike w:val="0"/>
          <w:sz w:val="22"/>
          <w:u w:val="single"/>
        </w:rPr>
        <w:t>,” the Arizona Republican</w:t>
      </w:r>
      <w:r>
        <w:rPr>
          <w:b w:val="0"/>
          <w:i w:val="0"/>
          <w:smallCaps w:val="0"/>
          <w:strike w:val="0"/>
          <w:sz w:val="16"/>
          <w:u w:val="none"/>
        </w:rPr>
        <w:t xml:space="preserve"> said on the conservative network Newsmax. “It’s embarrassing.”</w:t>
      </w:r>
      <w:r>
        <w:rPr>
          <w:b w:val="0"/>
          <w:i w:val="0"/>
          <w:smallCaps w:val="0"/>
          <w:strike w:val="0"/>
          <w:sz w:val="16"/>
          <w:u w:val="none"/>
        </w:rPr>
        <w:t xml:space="preserve"> </w:t>
      </w:r>
      <w:r>
        <w:rPr>
          <w:b w:val="0"/>
          <w:i w:val="0"/>
          <w:smallCaps w:val="0"/>
          <w:strike w:val="0"/>
          <w:sz w:val="16"/>
          <w:u w:val="none"/>
        </w:rPr>
        <w:t xml:space="preserve">Anchor Chris Salcedo responded with a bemused chuckle. “I know,” he said. “The </w:t>
      </w:r>
      <w:r>
        <w:rPr>
          <w:b w:val="0"/>
          <w:i w:val="0"/>
          <w:smallCaps w:val="0"/>
          <w:strike w:val="0"/>
          <w:sz w:val="22"/>
          <w:u w:val="single"/>
        </w:rPr>
        <w:t xml:space="preserve">Republican Party in the Congress majority has </w:t>
      </w:r>
      <w:r>
        <w:rPr>
          <w:b w:val="0"/>
          <w:i w:val="0"/>
          <w:smallCaps w:val="0"/>
          <w:strike w:val="0"/>
          <w:sz w:val="22"/>
          <w:highlight w:val="cyan"/>
          <w:u w:val="single"/>
        </w:rPr>
        <w:t>zero accomplishments</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The exchange captured a </w:t>
      </w:r>
      <w:r>
        <w:rPr>
          <w:b w:val="0"/>
          <w:i w:val="0"/>
          <w:smallCaps w:val="0"/>
          <w:strike w:val="0"/>
          <w:sz w:val="22"/>
          <w:u w:val="single"/>
        </w:rPr>
        <w:t xml:space="preserve">dynamic that </w:t>
      </w:r>
      <w:r>
        <w:rPr>
          <w:b/>
          <w:i w:val="0"/>
          <w:smallCaps w:val="0"/>
          <w:strike w:val="0"/>
          <w:sz w:val="22"/>
          <w:highlight w:val="cyan"/>
          <w:u w:val="single"/>
        </w:rPr>
        <w:t>looms over</w:t>
      </w:r>
      <w:r>
        <w:rPr>
          <w:b/>
          <w:i w:val="0"/>
          <w:smallCaps w:val="0"/>
          <w:strike w:val="0"/>
          <w:sz w:val="22"/>
          <w:u w:val="single"/>
        </w:rPr>
        <w:t xml:space="preserve"> Republican </w:t>
      </w:r>
      <w:r>
        <w:rPr>
          <w:b/>
          <w:i w:val="0"/>
          <w:smallCaps w:val="0"/>
          <w:strike w:val="0"/>
          <w:sz w:val="22"/>
          <w:highlight w:val="cyan"/>
          <w:u w:val="single"/>
        </w:rPr>
        <w:t>lawmakers</w:t>
      </w:r>
      <w:r>
        <w:rPr>
          <w:b w:val="0"/>
          <w:i w:val="0"/>
          <w:smallCaps w:val="0"/>
          <w:strike w:val="0"/>
          <w:sz w:val="22"/>
          <w:highlight w:val="cyan"/>
          <w:u w:val="single"/>
        </w:rPr>
        <w:t xml:space="preserve"> heading into the 2024 election</w:t>
      </w:r>
      <w:r>
        <w:rPr>
          <w:b w:val="0"/>
          <w:i w:val="0"/>
          <w:smallCaps w:val="0"/>
          <w:strike w:val="0"/>
          <w:sz w:val="22"/>
          <w:u w:val="single"/>
        </w:rPr>
        <w:t xml:space="preserve">: They’ve passed </w:t>
      </w:r>
      <w:r>
        <w:rPr>
          <w:b/>
          <w:i w:val="0"/>
          <w:smallCaps w:val="0"/>
          <w:strike w:val="0"/>
          <w:sz w:val="22"/>
          <w:highlight w:val="cyan"/>
          <w:u w:val="single"/>
        </w:rPr>
        <w:t>little substantive legislatio</w:t>
      </w:r>
      <w:r>
        <w:rPr>
          <w:b w:val="0"/>
          <w:i w:val="0"/>
          <w:smallCaps w:val="0"/>
          <w:strike w:val="0"/>
          <w:sz w:val="22"/>
          <w:highlight w:val="cyan"/>
          <w:u w:val="single"/>
        </w:rPr>
        <w:t xml:space="preserve">n </w:t>
      </w:r>
      <w:r>
        <w:rPr>
          <w:b w:val="0"/>
          <w:i w:val="0"/>
          <w:smallCaps w:val="0"/>
          <w:strike w:val="0"/>
          <w:sz w:val="22"/>
          <w:u w:val="single"/>
        </w:rPr>
        <w:t>since winning the majority</w:t>
      </w:r>
      <w:r>
        <w:rPr>
          <w:b w:val="0"/>
          <w:i w:val="0"/>
          <w:smallCaps w:val="0"/>
          <w:strike w:val="0"/>
          <w:sz w:val="16"/>
          <w:u w:val="none"/>
        </w:rPr>
        <w:t xml:space="preserve"> in 2022 and </w:t>
      </w:r>
      <w:r>
        <w:rPr>
          <w:b w:val="0"/>
          <w:i w:val="0"/>
          <w:smallCaps w:val="0"/>
          <w:strike w:val="0"/>
          <w:sz w:val="22"/>
          <w:highlight w:val="cyan"/>
          <w:u w:val="single"/>
        </w:rPr>
        <w:t>struggled to do the basics</w:t>
      </w:r>
      <w:r>
        <w:rPr>
          <w:b w:val="0"/>
          <w:i w:val="0"/>
          <w:smallCaps w:val="0"/>
          <w:strike w:val="0"/>
          <w:sz w:val="22"/>
          <w:u w:val="single"/>
        </w:rPr>
        <w:t xml:space="preserve"> of governing</w:t>
      </w:r>
      <w:r>
        <w:rPr>
          <w:b w:val="0"/>
          <w:i w:val="0"/>
          <w:smallCaps w:val="0"/>
          <w:strike w:val="0"/>
          <w:sz w:val="16"/>
          <w:u w:val="none"/>
        </w:rPr>
        <w:t xml:space="preserve"> with a Democratic-led Senate. Their </w:t>
      </w:r>
      <w:r>
        <w:rPr>
          <w:b w:val="0"/>
          <w:i w:val="0"/>
          <w:smallCaps w:val="0"/>
          <w:strike w:val="0"/>
          <w:sz w:val="22"/>
          <w:u w:val="single"/>
        </w:rPr>
        <w:t xml:space="preserve">first year was instead </w:t>
      </w:r>
      <w:r>
        <w:rPr>
          <w:b w:val="0"/>
          <w:i w:val="0"/>
          <w:smallCaps w:val="0"/>
          <w:strike w:val="0"/>
          <w:sz w:val="22"/>
          <w:highlight w:val="cyan"/>
          <w:u w:val="single"/>
        </w:rPr>
        <w:t>marked by</w:t>
      </w:r>
      <w:r>
        <w:rPr>
          <w:b w:val="0"/>
          <w:i w:val="0"/>
          <w:smallCaps w:val="0"/>
          <w:strike w:val="0"/>
          <w:sz w:val="22"/>
          <w:highlight w:val="cyan"/>
          <w:u w:val="single"/>
        </w:rPr>
        <w:t xml:space="preserve"> </w:t>
      </w:r>
      <w:r>
        <w:rPr>
          <w:b/>
          <w:i w:val="0"/>
          <w:smallCaps w:val="0"/>
          <w:strike w:val="0"/>
          <w:sz w:val="22"/>
          <w:highlight w:val="cyan"/>
          <w:u w:val="single"/>
        </w:rPr>
        <w:t>fractiousness and chaos</w:t>
      </w:r>
      <w:r>
        <w:rPr>
          <w:b w:val="0"/>
          <w:i w:val="0"/>
          <w:smallCaps w:val="0"/>
          <w:strike w:val="0"/>
          <w:sz w:val="22"/>
          <w:u w:val="single"/>
        </w:rPr>
        <w:t>,</w:t>
      </w:r>
      <w:r>
        <w:rPr>
          <w:b w:val="0"/>
          <w:i w:val="0"/>
          <w:smallCaps w:val="0"/>
          <w:strike w:val="0"/>
          <w:sz w:val="16"/>
          <w:u w:val="none"/>
        </w:rPr>
        <w:t xml:space="preserve"> complicating the party’s pitch to voters this fall. The challenge is </w:t>
      </w:r>
      <w:r>
        <w:rPr>
          <w:b w:val="0"/>
          <w:i w:val="0"/>
          <w:smallCaps w:val="0"/>
          <w:strike w:val="0"/>
          <w:sz w:val="22"/>
          <w:highlight w:val="cyan"/>
          <w:u w:val="single"/>
        </w:rPr>
        <w:t>accentuated by</w:t>
      </w:r>
      <w:r>
        <w:rPr>
          <w:b w:val="0"/>
          <w:i w:val="0"/>
          <w:smallCaps w:val="0"/>
          <w:strike w:val="0"/>
          <w:sz w:val="22"/>
          <w:u w:val="single"/>
        </w:rPr>
        <w:t xml:space="preserve"> likely GOP presidential nominee Donald </w:t>
      </w:r>
      <w:r>
        <w:rPr>
          <w:b w:val="0"/>
          <w:i w:val="0"/>
          <w:smallCaps w:val="0"/>
          <w:strike w:val="0"/>
          <w:sz w:val="22"/>
          <w:highlight w:val="cyan"/>
          <w:u w:val="single"/>
        </w:rPr>
        <w:t>Trump</w:t>
      </w:r>
      <w:r>
        <w:rPr>
          <w:b w:val="0"/>
          <w:i w:val="0"/>
          <w:smallCaps w:val="0"/>
          <w:strike w:val="0"/>
          <w:sz w:val="16"/>
          <w:u w:val="none"/>
        </w:rPr>
        <w:t xml:space="preserve"> making</w:t>
      </w:r>
      <w:r>
        <w:rPr>
          <w:b w:val="0"/>
          <w:i w:val="0"/>
          <w:smallCaps w:val="0"/>
          <w:strike w:val="0"/>
          <w:sz w:val="16"/>
          <w:u w:val="none"/>
        </w:rPr>
        <w:t xml:space="preserve"> </w:t>
      </w:r>
      <w:r>
        <w:rPr>
          <w:b w:val="0"/>
          <w:i w:val="0"/>
          <w:smallCaps w:val="0"/>
          <w:strike w:val="0"/>
          <w:sz w:val="16"/>
          <w:u w:val="none"/>
        </w:rPr>
        <w:t>“retribution” against his enemies</w:t>
      </w:r>
      <w:r>
        <w:rPr>
          <w:b w:val="0"/>
          <w:i w:val="0"/>
          <w:smallCaps w:val="0"/>
          <w:strike w:val="0"/>
          <w:sz w:val="16"/>
          <w:u w:val="none"/>
        </w:rPr>
        <w:t>, rather than shared policy goals, the centerpiece of his comeback bid as he continues to spread fabricated claims that the 2020 election was stolen from him.</w:t>
      </w:r>
      <w:r>
        <w:rPr>
          <w:b w:val="0"/>
          <w:i w:val="0"/>
          <w:smallCaps w:val="0"/>
          <w:strike w:val="0"/>
          <w:sz w:val="16"/>
          <w:u w:val="none"/>
        </w:rPr>
        <w:t xml:space="preserve"> </w:t>
      </w:r>
      <w:r>
        <w:rPr>
          <w:b w:val="0"/>
          <w:i w:val="0"/>
          <w:smallCaps w:val="0"/>
          <w:strike w:val="0"/>
          <w:sz w:val="16"/>
          <w:u w:val="none"/>
        </w:rPr>
        <w:t xml:space="preserve">With 10 months until Election Day, </w:t>
      </w:r>
      <w:r>
        <w:rPr>
          <w:b w:val="0"/>
          <w:i w:val="0"/>
          <w:smallCaps w:val="0"/>
          <w:strike w:val="0"/>
          <w:sz w:val="22"/>
          <w:u w:val="single"/>
        </w:rPr>
        <w:t xml:space="preserve">Republicans </w:t>
      </w:r>
      <w:r>
        <w:rPr>
          <w:b/>
          <w:i w:val="0"/>
          <w:smallCaps w:val="0"/>
          <w:strike w:val="0"/>
          <w:sz w:val="22"/>
          <w:u w:val="single"/>
        </w:rPr>
        <w:t xml:space="preserve">still have a </w:t>
      </w:r>
      <w:r>
        <w:rPr>
          <w:b/>
          <w:i w:val="0"/>
          <w:smallCaps w:val="0"/>
          <w:strike w:val="0"/>
          <w:sz w:val="22"/>
          <w:highlight w:val="cyan"/>
          <w:u w:val="single"/>
        </w:rPr>
        <w:t>few opportunities</w:t>
      </w:r>
      <w:r>
        <w:rPr>
          <w:b w:val="0"/>
          <w:i w:val="0"/>
          <w:smallCaps w:val="0"/>
          <w:strike w:val="0"/>
          <w:sz w:val="22"/>
          <w:highlight w:val="cyan"/>
          <w:u w:val="single"/>
        </w:rPr>
        <w:t xml:space="preserve"> to salvage</w:t>
      </w:r>
      <w:r>
        <w:rPr>
          <w:b w:val="0"/>
          <w:i w:val="0"/>
          <w:smallCaps w:val="0"/>
          <w:strike w:val="0"/>
          <w:sz w:val="16"/>
          <w:u w:val="none"/>
        </w:rPr>
        <w:t xml:space="preserve"> what has been a historically unproductive congressional session and </w:t>
      </w:r>
      <w:r>
        <w:rPr>
          <w:b w:val="0"/>
          <w:i w:val="0"/>
          <w:smallCaps w:val="0"/>
          <w:strike w:val="0"/>
          <w:sz w:val="22"/>
          <w:highlight w:val="cyan"/>
          <w:u w:val="single"/>
        </w:rPr>
        <w:t>pass new laws</w:t>
      </w:r>
      <w:r>
        <w:rPr>
          <w:b w:val="0"/>
          <w:i w:val="0"/>
          <w:smallCaps w:val="0"/>
          <w:strike w:val="0"/>
          <w:sz w:val="22"/>
          <w:u w:val="single"/>
        </w:rPr>
        <w:t xml:space="preserve"> in the divided government.</w:t>
      </w:r>
      <w:r>
        <w:rPr>
          <w:b w:val="0"/>
          <w:i w:val="0"/>
          <w:smallCaps w:val="0"/>
          <w:strike w:val="0"/>
          <w:sz w:val="22"/>
          <w:u w:val="single"/>
        </w:rPr>
        <w:t xml:space="preserve"> </w:t>
      </w:r>
      <w:r>
        <w:rPr>
          <w:b w:val="0"/>
          <w:i w:val="0"/>
          <w:smallCaps w:val="0"/>
          <w:strike w:val="0"/>
          <w:sz w:val="16"/>
          <w:u w:val="none"/>
        </w:rPr>
        <w:t>A</w:t>
      </w:r>
      <w:r>
        <w:rPr>
          <w:b w:val="0"/>
          <w:i w:val="0"/>
          <w:smallCaps w:val="0"/>
          <w:strike w:val="0"/>
          <w:sz w:val="16"/>
          <w:u w:val="none"/>
        </w:rPr>
        <w:t xml:space="preserve"> </w:t>
      </w:r>
      <w:r>
        <w:rPr>
          <w:b w:val="0"/>
          <w:i w:val="0"/>
          <w:smallCaps w:val="0"/>
          <w:strike w:val="0"/>
          <w:sz w:val="16"/>
          <w:u w:val="none"/>
        </w:rPr>
        <w:t>spending deal</w:t>
      </w:r>
      <w:r>
        <w:rPr>
          <w:b w:val="0"/>
          <w:i w:val="0"/>
          <w:smallCaps w:val="0"/>
          <w:strike w:val="0"/>
          <w:sz w:val="16"/>
          <w:u w:val="none"/>
        </w:rPr>
        <w:t xml:space="preserve"> </w:t>
      </w:r>
      <w:r>
        <w:rPr>
          <w:b w:val="0"/>
          <w:i w:val="0"/>
          <w:smallCaps w:val="0"/>
          <w:strike w:val="0"/>
          <w:sz w:val="16"/>
          <w:u w:val="none"/>
        </w:rPr>
        <w:t>between House Speaker Mike Johnson, R-La., and Senate Majority Leader Chuck Schumer, D-N.Y., gives the GOP a chance to achieve spending cuts. A potential Senate</w:t>
      </w:r>
      <w:r>
        <w:rPr>
          <w:b w:val="0"/>
          <w:i w:val="0"/>
          <w:smallCaps w:val="0"/>
          <w:strike w:val="0"/>
          <w:sz w:val="16"/>
          <w:u w:val="none"/>
        </w:rPr>
        <w:t xml:space="preserve"> </w:t>
      </w:r>
      <w:r>
        <w:rPr>
          <w:b w:val="0"/>
          <w:i w:val="0"/>
          <w:smallCaps w:val="0"/>
          <w:strike w:val="0"/>
          <w:sz w:val="16"/>
          <w:u w:val="none"/>
        </w:rPr>
        <w:t>immigration</w:t>
      </w:r>
      <w:r>
        <w:rPr>
          <w:b w:val="0"/>
          <w:i w:val="0"/>
          <w:smallCaps w:val="0"/>
          <w:strike w:val="0"/>
          <w:sz w:val="16"/>
          <w:u w:val="none"/>
        </w:rPr>
        <w:t xml:space="preserve"> </w:t>
      </w:r>
      <w:r>
        <w:rPr>
          <w:b w:val="0"/>
          <w:i w:val="0"/>
          <w:smallCaps w:val="0"/>
          <w:strike w:val="0"/>
          <w:sz w:val="16"/>
          <w:u w:val="none"/>
        </w:rPr>
        <w:t>deal</w:t>
      </w:r>
      <w:r>
        <w:rPr>
          <w:b w:val="0"/>
          <w:i w:val="0"/>
          <w:smallCaps w:val="0"/>
          <w:strike w:val="0"/>
          <w:sz w:val="16"/>
          <w:u w:val="none"/>
        </w:rPr>
        <w:t xml:space="preserve"> </w:t>
      </w:r>
      <w:r>
        <w:rPr>
          <w:b w:val="0"/>
          <w:i w:val="0"/>
          <w:smallCaps w:val="0"/>
          <w:strike w:val="0"/>
          <w:sz w:val="16"/>
          <w:u w:val="none"/>
        </w:rPr>
        <w:t>gives them an opportunity to toughen asylum and border laws. And a</w:t>
      </w:r>
      <w:r>
        <w:rPr>
          <w:b w:val="0"/>
          <w:i w:val="0"/>
          <w:smallCaps w:val="0"/>
          <w:strike w:val="0"/>
          <w:sz w:val="16"/>
          <w:u w:val="none"/>
        </w:rPr>
        <w:t xml:space="preserve"> </w:t>
      </w:r>
      <w:r>
        <w:rPr>
          <w:b w:val="0"/>
          <w:i w:val="0"/>
          <w:smallCaps w:val="0"/>
          <w:strike w:val="0"/>
          <w:sz w:val="16"/>
          <w:u w:val="none"/>
        </w:rPr>
        <w:t>bipartisan tax bill</w:t>
      </w:r>
      <w:r>
        <w:rPr>
          <w:b w:val="0"/>
          <w:i w:val="0"/>
          <w:smallCaps w:val="0"/>
          <w:strike w:val="0"/>
          <w:sz w:val="16"/>
          <w:u w:val="none"/>
        </w:rPr>
        <w:t xml:space="preserve"> </w:t>
      </w:r>
      <w:r>
        <w:rPr>
          <w:b w:val="0"/>
          <w:i w:val="0"/>
          <w:smallCaps w:val="0"/>
          <w:strike w:val="0"/>
          <w:sz w:val="16"/>
          <w:u w:val="none"/>
        </w:rPr>
        <w:t>that</w:t>
      </w:r>
      <w:r>
        <w:rPr>
          <w:b w:val="0"/>
          <w:i w:val="0"/>
          <w:smallCaps w:val="0"/>
          <w:strike w:val="0"/>
          <w:sz w:val="16"/>
          <w:u w:val="none"/>
        </w:rPr>
        <w:t xml:space="preserve"> </w:t>
      </w:r>
      <w:r>
        <w:rPr>
          <w:b w:val="0"/>
          <w:i w:val="0"/>
          <w:smallCaps w:val="0"/>
          <w:strike w:val="0"/>
          <w:sz w:val="16"/>
          <w:u w:val="none"/>
        </w:rPr>
        <w:t>overwhelmingly passed</w:t>
      </w:r>
      <w:r>
        <w:rPr>
          <w:b w:val="0"/>
          <w:i w:val="0"/>
          <w:smallCaps w:val="0"/>
          <w:strike w:val="0"/>
          <w:sz w:val="16"/>
          <w:u w:val="none"/>
        </w:rPr>
        <w:t xml:space="preserve"> </w:t>
      </w:r>
      <w:r>
        <w:rPr>
          <w:b w:val="0"/>
          <w:i w:val="0"/>
          <w:smallCaps w:val="0"/>
          <w:strike w:val="0"/>
          <w:sz w:val="16"/>
          <w:u w:val="none"/>
        </w:rPr>
        <w:t>through</w:t>
      </w:r>
      <w:r>
        <w:rPr>
          <w:b w:val="0"/>
          <w:i w:val="0"/>
          <w:smallCaps w:val="0"/>
          <w:strike w:val="0"/>
          <w:sz w:val="16"/>
          <w:u w:val="none"/>
        </w:rPr>
        <w:t xml:space="preserve"> </w:t>
      </w:r>
      <w:r>
        <w:rPr>
          <w:b w:val="0"/>
          <w:i w:val="0"/>
          <w:smallCaps w:val="0"/>
          <w:strike w:val="0"/>
          <w:sz w:val="16"/>
          <w:u w:val="none"/>
        </w:rPr>
        <w:t>committee</w:t>
      </w:r>
      <w:r>
        <w:rPr>
          <w:b w:val="0"/>
          <w:i w:val="0"/>
          <w:smallCaps w:val="0"/>
          <w:strike w:val="0"/>
          <w:sz w:val="16"/>
          <w:u w:val="none"/>
        </w:rPr>
        <w:t xml:space="preserve"> </w:t>
      </w:r>
      <w:r>
        <w:rPr>
          <w:b w:val="0"/>
          <w:i w:val="0"/>
          <w:smallCaps w:val="0"/>
          <w:strike w:val="0"/>
          <w:sz w:val="16"/>
          <w:u w:val="none"/>
        </w:rPr>
        <w:t>on Friday presents a rare opening to deliver tax breaks for GOP backers in the business community.</w:t>
      </w:r>
      <w:r>
        <w:rPr>
          <w:b w:val="0"/>
          <w:i w:val="0"/>
          <w:smallCaps w:val="0"/>
          <w:strike w:val="0"/>
          <w:sz w:val="16"/>
          <w:u w:val="none"/>
        </w:rPr>
        <w:t xml:space="preserve"> </w:t>
      </w:r>
      <w:r>
        <w:rPr>
          <w:b w:val="0"/>
          <w:i w:val="0"/>
          <w:smallCaps w:val="0"/>
          <w:strike w:val="0"/>
          <w:sz w:val="16"/>
          <w:u w:val="none"/>
        </w:rPr>
        <w:t xml:space="preserve">Yet </w:t>
      </w:r>
      <w:r>
        <w:rPr>
          <w:b/>
          <w:i w:val="0"/>
          <w:smallCaps w:val="0"/>
          <w:strike w:val="0"/>
          <w:sz w:val="22"/>
          <w:highlight w:val="cyan"/>
          <w:u w:val="single"/>
        </w:rPr>
        <w:t>none of those measures</w:t>
      </w:r>
      <w:r>
        <w:rPr>
          <w:b w:val="0"/>
          <w:i w:val="0"/>
          <w:smallCaps w:val="0"/>
          <w:strike w:val="0"/>
          <w:sz w:val="22"/>
          <w:u w:val="single"/>
        </w:rPr>
        <w:t xml:space="preserve"> are </w:t>
      </w:r>
      <w:r>
        <w:rPr>
          <w:b w:val="0"/>
          <w:i w:val="0"/>
          <w:smallCaps w:val="0"/>
          <w:strike w:val="0"/>
          <w:sz w:val="22"/>
          <w:highlight w:val="cyan"/>
          <w:u w:val="single"/>
        </w:rPr>
        <w:t>guaranteed</w:t>
      </w:r>
      <w:r>
        <w:rPr>
          <w:b w:val="0"/>
          <w:i w:val="0"/>
          <w:smallCaps w:val="0"/>
          <w:strike w:val="0"/>
          <w:sz w:val="22"/>
          <w:u w:val="single"/>
        </w:rPr>
        <w:t xml:space="preserve"> to become law. </w:t>
      </w:r>
      <w:r>
        <w:rPr>
          <w:b w:val="0"/>
          <w:i w:val="0"/>
          <w:smallCaps w:val="0"/>
          <w:strike w:val="0"/>
          <w:sz w:val="22"/>
          <w:highlight w:val="cyan"/>
          <w:u w:val="single"/>
        </w:rPr>
        <w:t>Right-wing</w:t>
      </w:r>
      <w:r>
        <w:rPr>
          <w:b w:val="0"/>
          <w:i w:val="0"/>
          <w:smallCaps w:val="0"/>
          <w:strike w:val="0"/>
          <w:sz w:val="22"/>
          <w:u w:val="single"/>
        </w:rPr>
        <w:t xml:space="preserve"> members, including Biggs, are </w:t>
      </w:r>
      <w:r>
        <w:rPr>
          <w:b w:val="0"/>
          <w:i w:val="0"/>
          <w:smallCaps w:val="0"/>
          <w:strike w:val="0"/>
          <w:sz w:val="22"/>
          <w:highlight w:val="cyan"/>
          <w:u w:val="single"/>
        </w:rPr>
        <w:t>rebelling against</w:t>
      </w:r>
      <w:r>
        <w:rPr>
          <w:b w:val="0"/>
          <w:i w:val="0"/>
          <w:smallCaps w:val="0"/>
          <w:strike w:val="0"/>
          <w:sz w:val="22"/>
          <w:u w:val="single"/>
        </w:rPr>
        <w:t xml:space="preserve"> some of </w:t>
      </w:r>
      <w:r>
        <w:rPr>
          <w:b w:val="0"/>
          <w:i w:val="0"/>
          <w:smallCaps w:val="0"/>
          <w:strike w:val="0"/>
          <w:sz w:val="22"/>
          <w:highlight w:val="cyan"/>
          <w:u w:val="single"/>
        </w:rPr>
        <w:t>them</w:t>
      </w:r>
      <w:r>
        <w:rPr>
          <w:b w:val="0"/>
          <w:i w:val="0"/>
          <w:smallCaps w:val="0"/>
          <w:strike w:val="0"/>
          <w:sz w:val="22"/>
          <w:u w:val="single"/>
        </w:rPr>
        <w:t xml:space="preserve"> for being </w:t>
      </w:r>
      <w:r>
        <w:rPr>
          <w:b/>
          <w:i w:val="0"/>
          <w:smallCaps w:val="0"/>
          <w:strike w:val="0"/>
          <w:sz w:val="22"/>
          <w:highlight w:val="cyan"/>
          <w:u w:val="single"/>
        </w:rPr>
        <w:t>insufficiently conservative</w:t>
      </w:r>
      <w:r>
        <w:rPr>
          <w:b w:val="0"/>
          <w:i w:val="0"/>
          <w:smallCaps w:val="0"/>
          <w:strike w:val="0"/>
          <w:sz w:val="22"/>
          <w:u w:val="single"/>
        </w:rPr>
        <w:t>.</w:t>
      </w:r>
      <w:r>
        <w:rPr>
          <w:b w:val="0"/>
          <w:i w:val="0"/>
          <w:smallCaps w:val="0"/>
          <w:strike w:val="0"/>
          <w:sz w:val="16"/>
          <w:u w:val="none"/>
        </w:rPr>
        <w:t xml:space="preserve"> The emerging immigration bill’s prospects may hinge on Trump, who is seeking to wield chaos at the border as a weapon against President Joe Biden in the general election.</w:t>
      </w:r>
      <w:r>
        <w:rPr>
          <w:b w:val="0"/>
          <w:i w:val="0"/>
          <w:smallCaps w:val="0"/>
          <w:strike w:val="0"/>
          <w:sz w:val="16"/>
          <w:u w:val="none"/>
        </w:rPr>
        <w:t xml:space="preserve"> </w:t>
      </w:r>
      <w:r>
        <w:rPr>
          <w:b w:val="0"/>
          <w:i w:val="0"/>
          <w:smallCaps w:val="0"/>
          <w:strike w:val="0"/>
          <w:sz w:val="16"/>
          <w:u w:val="none"/>
        </w:rPr>
        <w:t>The tax bill faces some</w:t>
      </w:r>
      <w:r>
        <w:rPr>
          <w:b w:val="0"/>
          <w:i w:val="0"/>
          <w:smallCaps w:val="0"/>
          <w:strike w:val="0"/>
          <w:sz w:val="16"/>
          <w:u w:val="none"/>
        </w:rPr>
        <w:t xml:space="preserve"> </w:t>
      </w:r>
      <w:r>
        <w:rPr>
          <w:b w:val="0"/>
          <w:i w:val="0"/>
          <w:smallCaps w:val="0"/>
          <w:strike w:val="0"/>
          <w:sz w:val="16"/>
          <w:u w:val="none"/>
        </w:rPr>
        <w:t>skepticism from Senate Republicans</w:t>
      </w:r>
      <w:r>
        <w:rPr>
          <w:b w:val="0"/>
          <w:i w:val="0"/>
          <w:smallCaps w:val="0"/>
          <w:strike w:val="0"/>
          <w:sz w:val="16"/>
          <w:u w:val="none"/>
        </w:rPr>
        <w:t xml:space="preserve"> </w:t>
      </w:r>
      <w:r>
        <w:rPr>
          <w:b w:val="0"/>
          <w:i w:val="0"/>
          <w:smallCaps w:val="0"/>
          <w:strike w:val="0"/>
          <w:sz w:val="16"/>
          <w:u w:val="none"/>
        </w:rPr>
        <w:t>and fierce opposition from the business-aligned Wall Street Journal editorial board, which</w:t>
      </w:r>
      <w:r>
        <w:rPr>
          <w:b w:val="0"/>
          <w:i w:val="0"/>
          <w:smallCaps w:val="0"/>
          <w:strike w:val="0"/>
          <w:sz w:val="16"/>
          <w:u w:val="none"/>
        </w:rPr>
        <w:t xml:space="preserve"> </w:t>
      </w:r>
      <w:r>
        <w:rPr>
          <w:b w:val="0"/>
          <w:i w:val="0"/>
          <w:smallCaps w:val="0"/>
          <w:strike w:val="0"/>
          <w:sz w:val="16"/>
          <w:u w:val="none"/>
        </w:rPr>
        <w:t>complained</w:t>
      </w:r>
      <w:r>
        <w:rPr>
          <w:b w:val="0"/>
          <w:i w:val="0"/>
          <w:smallCaps w:val="0"/>
          <w:strike w:val="0"/>
          <w:sz w:val="16"/>
          <w:u w:val="none"/>
        </w:rPr>
        <w:t xml:space="preserve"> </w:t>
      </w:r>
      <w:r>
        <w:rPr>
          <w:b w:val="0"/>
          <w:i w:val="0"/>
          <w:smallCaps w:val="0"/>
          <w:strike w:val="0"/>
          <w:sz w:val="16"/>
          <w:u w:val="none"/>
        </w:rPr>
        <w:t>that it would “give Democrats a huge policy victory” on the child credit. “Republicans haven’t done much in the 118th Congress, and in their scramble to compensate they may now do real policy harm,” the paper wrote.</w:t>
      </w:r>
      <w:r>
        <w:rPr>
          <w:b w:val="0"/>
          <w:i w:val="0"/>
          <w:smallCaps w:val="0"/>
          <w:strike w:val="0"/>
          <w:sz w:val="16"/>
          <w:u w:val="none"/>
        </w:rPr>
        <w:t xml:space="preserve"> </w:t>
      </w:r>
      <w:r>
        <w:rPr>
          <w:b w:val="0"/>
          <w:i w:val="0"/>
          <w:smallCaps w:val="0"/>
          <w:strike w:val="0"/>
          <w:sz w:val="16"/>
          <w:u w:val="none"/>
        </w:rPr>
        <w:t>Rep. Patrick McHenry, R-N.C., the former acting speaker, said Johnson “should seek wider counsel than the loudest people who line up in the queue” —</w:t>
      </w:r>
      <w:r>
        <w:rPr>
          <w:b w:val="0"/>
          <w:i w:val="0"/>
          <w:smallCaps w:val="0"/>
          <w:strike w:val="0"/>
          <w:sz w:val="16"/>
          <w:u w:val="none"/>
        </w:rPr>
        <w:t xml:space="preserve"> </w:t>
      </w:r>
      <w:r>
        <w:rPr>
          <w:b w:val="0"/>
          <w:i w:val="0"/>
          <w:smallCaps w:val="0"/>
          <w:strike w:val="0"/>
          <w:sz w:val="16"/>
          <w:u w:val="none"/>
        </w:rPr>
        <w:t xml:space="preserve">referring to far-right members who oppose compromises with the Senate — warning that the </w:t>
      </w:r>
      <w:r>
        <w:rPr>
          <w:b w:val="0"/>
          <w:i w:val="0"/>
          <w:smallCaps w:val="0"/>
          <w:strike w:val="0"/>
          <w:sz w:val="22"/>
          <w:u w:val="single"/>
        </w:rPr>
        <w:t xml:space="preserve">GOP could </w:t>
      </w:r>
      <w:r>
        <w:rPr>
          <w:b w:val="0"/>
          <w:i w:val="0"/>
          <w:smallCaps w:val="0"/>
          <w:strike w:val="0"/>
          <w:sz w:val="22"/>
          <w:highlight w:val="cyan"/>
          <w:u w:val="single"/>
        </w:rPr>
        <w:t>suffer politically without</w:t>
      </w:r>
      <w:r>
        <w:rPr>
          <w:b w:val="0"/>
          <w:i w:val="0"/>
          <w:smallCaps w:val="0"/>
          <w:strike w:val="0"/>
          <w:sz w:val="22"/>
          <w:u w:val="single"/>
        </w:rPr>
        <w:t xml:space="preserve"> some </w:t>
      </w:r>
      <w:r>
        <w:rPr>
          <w:b w:val="0"/>
          <w:i w:val="0"/>
          <w:smallCaps w:val="0"/>
          <w:strike w:val="0"/>
          <w:sz w:val="22"/>
          <w:highlight w:val="cyan"/>
          <w:u w:val="single"/>
        </w:rPr>
        <w:t>legislative victories</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 xml:space="preserve">“If we keep </w:t>
      </w:r>
      <w:r>
        <w:rPr>
          <w:b w:val="0"/>
          <w:i w:val="0"/>
          <w:smallCaps w:val="0"/>
          <w:strike w:val="0"/>
          <w:sz w:val="22"/>
          <w:u w:val="single"/>
        </w:rPr>
        <w:t>extending the pain and creating more suffering, we will pay the price at the ballot box.</w:t>
      </w:r>
      <w:r>
        <w:rPr>
          <w:b w:val="0"/>
          <w:i w:val="0"/>
          <w:smallCaps w:val="0"/>
          <w:strike w:val="0"/>
          <w:sz w:val="16"/>
          <w:u w:val="none"/>
        </w:rPr>
        <w:t xml:space="preserve"> But if we can get on with governance, and </w:t>
      </w:r>
      <w:r>
        <w:rPr>
          <w:b/>
          <w:i w:val="0"/>
          <w:smallCaps w:val="0"/>
          <w:strike w:val="0"/>
          <w:sz w:val="22"/>
          <w:highlight w:val="cyan"/>
          <w:u w:val="single"/>
        </w:rPr>
        <w:t>get the best</w:t>
      </w:r>
      <w:r>
        <w:rPr>
          <w:b/>
          <w:i w:val="0"/>
          <w:smallCaps w:val="0"/>
          <w:strike w:val="0"/>
          <w:sz w:val="22"/>
          <w:u w:val="single"/>
        </w:rPr>
        <w:t xml:space="preserve"> policy </w:t>
      </w:r>
      <w:r>
        <w:rPr>
          <w:b/>
          <w:i w:val="0"/>
          <w:smallCaps w:val="0"/>
          <w:strike w:val="0"/>
          <w:sz w:val="22"/>
          <w:highlight w:val="cyan"/>
          <w:u w:val="single"/>
        </w:rPr>
        <w:t>wins we can</w:t>
      </w:r>
      <w:r>
        <w:rPr>
          <w:b w:val="0"/>
          <w:i w:val="0"/>
          <w:smallCaps w:val="0"/>
          <w:strike w:val="0"/>
          <w:sz w:val="16"/>
          <w:highlight w:val="cyan"/>
          <w:u w:val="none"/>
        </w:rPr>
        <w:t>,</w:t>
      </w:r>
      <w:r>
        <w:rPr>
          <w:b w:val="0"/>
          <w:i w:val="0"/>
          <w:smallCaps w:val="0"/>
          <w:strike w:val="0"/>
          <w:sz w:val="16"/>
          <w:u w:val="none"/>
        </w:rPr>
        <w:t xml:space="preserve"> then you can open-field this thing,” McHenry said. “But at this point, we are sucking wind because we can’t get past the main object in the road. Once we get past that main object, then it’s the president’s performance on the economy, it’s the president’s performance on national security.”</w:t>
      </w:r>
      <w:r>
        <w:rPr>
          <w:b w:val="0"/>
          <w:i w:val="0"/>
          <w:smallCaps w:val="0"/>
          <w:strike w:val="0"/>
          <w:sz w:val="16"/>
          <w:u w:val="none"/>
        </w:rPr>
        <w:t xml:space="preserve"> </w:t>
      </w:r>
      <w:r>
        <w:rPr>
          <w:b w:val="0"/>
          <w:i w:val="0"/>
          <w:smallCaps w:val="0"/>
          <w:strike w:val="0"/>
          <w:sz w:val="16"/>
          <w:u w:val="none"/>
        </w:rPr>
        <w:t>“We need to get the hell out of the way, cut the best deals we can get,” he said. “And then get on with the political year.”</w:t>
      </w:r>
      <w:r>
        <w:rPr>
          <w:b w:val="0"/>
          <w:i w:val="0"/>
          <w:smallCaps w:val="0"/>
          <w:strike w:val="0"/>
          <w:sz w:val="16"/>
          <w:u w:val="none"/>
        </w:rPr>
        <w:t xml:space="preserve"> </w:t>
      </w:r>
      <w:r>
        <w:rPr>
          <w:b w:val="0"/>
          <w:i w:val="0"/>
          <w:smallCaps w:val="0"/>
          <w:strike w:val="0"/>
          <w:sz w:val="16"/>
          <w:u w:val="none"/>
        </w:rPr>
        <w:t>‘They can’t pass an agenda’</w:t>
      </w:r>
      <w:r>
        <w:rPr>
          <w:b w:val="0"/>
          <w:i w:val="0"/>
          <w:smallCaps w:val="0"/>
          <w:strike w:val="0"/>
          <w:sz w:val="16"/>
          <w:u w:val="none"/>
        </w:rPr>
        <w:t xml:space="preserve"> </w:t>
      </w:r>
      <w:r>
        <w:rPr>
          <w:b w:val="0"/>
          <w:i w:val="0"/>
          <w:smallCaps w:val="0"/>
          <w:strike w:val="0"/>
          <w:sz w:val="22"/>
          <w:highlight w:val="cyan"/>
          <w:u w:val="single"/>
        </w:rPr>
        <w:t xml:space="preserve">Democrats intend to </w:t>
      </w:r>
      <w:r>
        <w:rPr>
          <w:b/>
          <w:i w:val="0"/>
          <w:smallCaps w:val="0"/>
          <w:strike w:val="0"/>
          <w:sz w:val="22"/>
          <w:highlight w:val="cyan"/>
          <w:u w:val="single"/>
        </w:rPr>
        <w:t>highlight</w:t>
      </w:r>
      <w:r>
        <w:rPr>
          <w:b/>
          <w:i w:val="0"/>
          <w:smallCaps w:val="0"/>
          <w:strike w:val="0"/>
          <w:sz w:val="22"/>
          <w:u w:val="single"/>
        </w:rPr>
        <w:t xml:space="preserve"> the majority’s </w:t>
      </w:r>
      <w:r>
        <w:rPr>
          <w:b/>
          <w:i w:val="0"/>
          <w:smallCaps w:val="0"/>
          <w:strike w:val="0"/>
          <w:sz w:val="22"/>
          <w:highlight w:val="cyan"/>
          <w:u w:val="single"/>
        </w:rPr>
        <w:t>thin record</w:t>
      </w:r>
      <w:r>
        <w:rPr>
          <w:b w:val="0"/>
          <w:i w:val="0"/>
          <w:smallCaps w:val="0"/>
          <w:strike w:val="0"/>
          <w:sz w:val="16"/>
          <w:u w:val="none"/>
        </w:rPr>
        <w:t xml:space="preserve"> this fall.</w:t>
      </w:r>
      <w:r>
        <w:rPr>
          <w:b w:val="0"/>
          <w:i w:val="0"/>
          <w:smallCaps w:val="0"/>
          <w:strike w:val="0"/>
          <w:sz w:val="16"/>
          <w:u w:val="none"/>
        </w:rPr>
        <w:t xml:space="preserve"> </w:t>
      </w:r>
      <w:r>
        <w:rPr>
          <w:b w:val="0"/>
          <w:i w:val="0"/>
          <w:smallCaps w:val="0"/>
          <w:strike w:val="0"/>
          <w:sz w:val="22"/>
          <w:u w:val="single"/>
        </w:rPr>
        <w:t>“I think people are paying attention to that,” Rep. Pete Aguilar, D-Calif., the chair of the House Democratic Caucus,</w:t>
      </w:r>
      <w:r>
        <w:rPr>
          <w:b w:val="0"/>
          <w:i w:val="0"/>
          <w:smallCaps w:val="0"/>
          <w:strike w:val="0"/>
          <w:sz w:val="16"/>
          <w:u w:val="none"/>
        </w:rPr>
        <w:t xml:space="preserve"> said in an interview. “This is clearly a Republican conference where the only thing that brings them together are impeachments and censures. That’s what they’re about because they can’t pass an agenda. They can’t do anything substantively to help the American people. And </w:t>
      </w:r>
      <w:r>
        <w:rPr>
          <w:b w:val="0"/>
          <w:i w:val="0"/>
          <w:smallCaps w:val="0"/>
          <w:strike w:val="0"/>
          <w:sz w:val="16"/>
          <w:u w:val="none"/>
        </w:rPr>
        <w:t>so</w:t>
      </w:r>
      <w:r>
        <w:rPr>
          <w:b w:val="0"/>
          <w:i w:val="0"/>
          <w:smallCaps w:val="0"/>
          <w:strike w:val="0"/>
          <w:sz w:val="16"/>
          <w:u w:val="none"/>
        </w:rPr>
        <w:t xml:space="preserve"> we plan on making that an issue throughout the year.”</w:t>
      </w:r>
      <w:r>
        <w:rPr>
          <w:b w:val="0"/>
          <w:i w:val="0"/>
          <w:smallCaps w:val="0"/>
          <w:strike w:val="0"/>
          <w:sz w:val="16"/>
          <w:u w:val="none"/>
        </w:rPr>
        <w:t xml:space="preserve"> </w:t>
      </w:r>
      <w:r>
        <w:rPr>
          <w:b w:val="0"/>
          <w:i w:val="0"/>
          <w:smallCaps w:val="0"/>
          <w:strike w:val="0"/>
          <w:sz w:val="16"/>
          <w:u w:val="none"/>
        </w:rPr>
        <w:t>Rep. Mario Díaz-Balart, R-Fla., a senior appropriator, said there’s still time for Republicans to bag some victories. “If we can do the tax bill, and if we can do the appropriation bills ... if we can do something to actually strengthen the border ... then I think that would be a highly, highly, highly successful Congress,” he said.</w:t>
      </w:r>
      <w:r>
        <w:rPr>
          <w:b w:val="0"/>
          <w:i w:val="0"/>
          <w:smallCaps w:val="0"/>
          <w:strike w:val="0"/>
          <w:sz w:val="16"/>
          <w:u w:val="none"/>
        </w:rPr>
        <w:t xml:space="preserve"> </w:t>
      </w:r>
      <w:r>
        <w:rPr>
          <w:b w:val="0"/>
          <w:i w:val="0"/>
          <w:smallCaps w:val="0"/>
          <w:strike w:val="0"/>
          <w:sz w:val="16"/>
          <w:u w:val="none"/>
        </w:rPr>
        <w:t>Rep. Brian Fitzpatrick, R-Pa., who represents one of 17 GOP districts that Biden won in 2020, praised the tax bill and said he wants to fund Ukraine and Israel, help Taiwan and secure the border.</w:t>
      </w:r>
      <w:r>
        <w:rPr>
          <w:b w:val="0"/>
          <w:i w:val="0"/>
          <w:smallCaps w:val="0"/>
          <w:strike w:val="0"/>
          <w:sz w:val="16"/>
          <w:u w:val="none"/>
        </w:rPr>
        <w:t xml:space="preserve"> </w:t>
      </w:r>
      <w:r>
        <w:rPr>
          <w:b w:val="0"/>
          <w:i w:val="0"/>
          <w:smallCaps w:val="0"/>
          <w:strike w:val="0"/>
          <w:sz w:val="16"/>
          <w:u w:val="none"/>
        </w:rPr>
        <w:t>“I hope there’s enough adults in the room that are willing to focus on progress rather than purity,” Fitzpatrick said.</w:t>
      </w:r>
      <w:r>
        <w:rPr>
          <w:b w:val="0"/>
          <w:i w:val="0"/>
          <w:smallCaps w:val="0"/>
          <w:strike w:val="0"/>
          <w:sz w:val="16"/>
          <w:u w:val="none"/>
        </w:rPr>
        <w:t xml:space="preserve"> </w:t>
      </w:r>
      <w:r>
        <w:rPr>
          <w:b w:val="0"/>
          <w:i w:val="0"/>
          <w:smallCaps w:val="0"/>
          <w:strike w:val="0"/>
          <w:sz w:val="16"/>
          <w:u w:val="none"/>
        </w:rPr>
        <w:t>GOP senators concur. “It would be really nice if they could hang their hat on some accomplishment,” said Sen. Kevin Cramer, R-N.D., who previously served three terms in the House.</w:t>
      </w:r>
      <w:r>
        <w:rPr>
          <w:b w:val="0"/>
          <w:i w:val="0"/>
          <w:smallCaps w:val="0"/>
          <w:strike w:val="0"/>
          <w:sz w:val="16"/>
          <w:u w:val="none"/>
        </w:rPr>
        <w:t xml:space="preserve"> </w:t>
      </w:r>
      <w:r>
        <w:rPr>
          <w:b w:val="0"/>
          <w:i w:val="0"/>
          <w:smallCaps w:val="0"/>
          <w:strike w:val="0"/>
          <w:sz w:val="16"/>
          <w:u w:val="none"/>
        </w:rPr>
        <w:t xml:space="preserve">Cramer said the record of accomplishments since Republicans took the House majority has so far been “damn </w:t>
      </w:r>
      <w:r>
        <w:rPr>
          <w:b w:val="0"/>
          <w:i w:val="0"/>
          <w:smallCaps w:val="0"/>
          <w:strike w:val="0"/>
          <w:sz w:val="16"/>
          <w:u w:val="none"/>
        </w:rPr>
        <w:t>thin</w:t>
      </w:r>
      <w:r>
        <w:rPr>
          <w:b w:val="0"/>
          <w:i w:val="0"/>
          <w:smallCaps w:val="0"/>
          <w:strike w:val="0"/>
          <w:sz w:val="16"/>
          <w:u w:val="none"/>
        </w:rPr>
        <w:t>.” He warned that if conservatives scuttle an immigration deal, it could hurt swing-district GOP members who would benefit from achievements as they fight for political survival in competitive districts.</w:t>
      </w:r>
      <w:r>
        <w:rPr>
          <w:b w:val="0"/>
          <w:i w:val="0"/>
          <w:smallCaps w:val="0"/>
          <w:strike w:val="0"/>
          <w:sz w:val="16"/>
          <w:u w:val="none"/>
        </w:rPr>
        <w:t xml:space="preserve"> </w:t>
      </w:r>
      <w:r>
        <w:rPr>
          <w:b w:val="0"/>
          <w:i w:val="0"/>
          <w:smallCaps w:val="0"/>
          <w:strike w:val="0"/>
          <w:sz w:val="16"/>
          <w:u w:val="none"/>
        </w:rPr>
        <w:t>“It would be ironic if the thing that prevented them from being able to hang their hat on a good immigration or border security policy would be the election because it could be the only thing that might save some of them,” Cramer said. “The whole ‘burden of governing’ thing that I was hopeful would weigh heavily enough on them to get serious hasn’t worked so far.”</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