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Biden loses Dems the House – swings key races</w:t>
      </w:r>
    </w:p>
    <w:p>
      <w:pPr>
        <w:spacing w:after="80"/>
      </w:pPr>
      <w:r>
        <w:rPr>
          <w:b/>
          <w:i w:val="0"/>
          <w:smallCaps w:val="0"/>
          <w:strike w:val="0"/>
          <w:sz w:val="26"/>
          <w:u w:val="none"/>
        </w:rPr>
        <w:t>Coleman</w:t>
      </w:r>
      <w:r>
        <w:rPr>
          <w:b/>
          <w:i w:val="0"/>
          <w:smallCaps w:val="0"/>
          <w:strike w:val="0"/>
          <w:sz w:val="26"/>
          <w:u w:val="none"/>
        </w:rPr>
        <w:t xml:space="preserve"> </w:t>
      </w:r>
      <w:r>
        <w:rPr>
          <w:b/>
          <w:i w:val="0"/>
          <w:smallCaps w:val="0"/>
          <w:strike w:val="0"/>
          <w:sz w:val="26"/>
          <w:u w:val="none"/>
        </w:rPr>
        <w:t>24</w:t>
      </w:r>
    </w:p>
    <w:p>
      <w:pPr>
        <w:spacing w:after="60"/>
      </w:pPr>
      <w:r>
        <w:rPr>
          <w:b w:val="0"/>
          <w:i w:val="0"/>
          <w:smallCaps w:val="0"/>
          <w:strike w:val="0"/>
          <w:sz w:val="16"/>
          <w:u w:val="none"/>
        </w:rPr>
        <w:t>[(J. Miles, associate editor of Sabato’s Crystal Ball, the University of Virginia Center for Politics’ authoritative, nonpartisan newsletter on American campaigns and elections.) “</w:t>
      </w:r>
      <w:r>
        <w:rPr>
          <w:b w:val="0"/>
          <w:i w:val="0"/>
          <w:smallCaps w:val="0"/>
          <w:strike w:val="0"/>
          <w:sz w:val="16"/>
          <w:u w:val="none"/>
        </w:rPr>
        <w:t>How</w:t>
      </w:r>
      <w:r>
        <w:rPr>
          <w:b w:val="0"/>
          <w:i w:val="0"/>
          <w:smallCaps w:val="0"/>
          <w:strike w:val="0"/>
          <w:sz w:val="16"/>
          <w:u w:val="none"/>
        </w:rPr>
        <w:t xml:space="preserve"> Current Presidential Polling May Impact House Races”, Center For Politics, July 11th 2024, https://centerforpolitics.org/crystalball/how-current-presidential-polling-may-impact-house-races/]//LR</w:t>
      </w:r>
    </w:p>
    <w:p>
      <w:pPr>
        <w:spacing w:after="60"/>
      </w:pPr>
      <w:r>
        <w:rPr>
          <w:b w:val="0"/>
          <w:i w:val="0"/>
          <w:smallCaps w:val="0"/>
          <w:strike w:val="0"/>
          <w:sz w:val="16"/>
          <w:u w:val="none"/>
        </w:rPr>
        <w:t xml:space="preserve">The second scenario is where the </w:t>
      </w:r>
      <w:r>
        <w:rPr>
          <w:b w:val="0"/>
          <w:i w:val="0"/>
          <w:smallCaps w:val="0"/>
          <w:strike w:val="0"/>
          <w:sz w:val="22"/>
          <w:u w:val="single"/>
        </w:rPr>
        <w:t xml:space="preserve">playing </w:t>
      </w:r>
      <w:r>
        <w:rPr>
          <w:b w:val="0"/>
          <w:i w:val="0"/>
          <w:smallCaps w:val="0"/>
          <w:strike w:val="0"/>
          <w:sz w:val="22"/>
          <w:highlight w:val="cyan"/>
          <w:u w:val="single"/>
        </w:rPr>
        <w:t>field</w:t>
      </w:r>
      <w:r>
        <w:rPr>
          <w:b w:val="0"/>
          <w:i w:val="0"/>
          <w:smallCaps w:val="0"/>
          <w:strike w:val="0"/>
          <w:sz w:val="22"/>
          <w:u w:val="single"/>
        </w:rPr>
        <w:t xml:space="preserve"> would </w:t>
      </w:r>
      <w:r>
        <w:rPr>
          <w:b w:val="0"/>
          <w:i w:val="0"/>
          <w:smallCaps w:val="0"/>
          <w:strike w:val="0"/>
          <w:sz w:val="22"/>
          <w:u w:val="single"/>
        </w:rPr>
        <w:t>really</w:t>
      </w:r>
      <w:r>
        <w:rPr>
          <w:b w:val="0"/>
          <w:i w:val="0"/>
          <w:smallCaps w:val="0"/>
          <w:strike w:val="0"/>
          <w:sz w:val="22"/>
          <w:u w:val="single"/>
        </w:rPr>
        <w:t xml:space="preserve"> start </w:t>
      </w:r>
      <w:r>
        <w:rPr>
          <w:b w:val="0"/>
          <w:i w:val="0"/>
          <w:smallCaps w:val="0"/>
          <w:strike w:val="0"/>
          <w:sz w:val="22"/>
          <w:highlight w:val="cyan"/>
          <w:u w:val="single"/>
        </w:rPr>
        <w:t xml:space="preserve">tilting </w:t>
      </w:r>
      <w:r>
        <w:rPr>
          <w:b/>
          <w:i w:val="0"/>
          <w:smallCaps w:val="0"/>
          <w:strike w:val="0"/>
          <w:sz w:val="22"/>
          <w:highlight w:val="cyan"/>
          <w:u w:val="single"/>
        </w:rPr>
        <w:t>against Democrats</w:t>
      </w:r>
      <w:r>
        <w:rPr>
          <w:b w:val="0"/>
          <w:i w:val="0"/>
          <w:smallCaps w:val="0"/>
          <w:strike w:val="0"/>
          <w:sz w:val="16"/>
          <w:u w:val="none"/>
        </w:rPr>
        <w:t xml:space="preserve">. As of Monday, </w:t>
      </w:r>
      <w:r>
        <w:rPr>
          <w:b w:val="0"/>
          <w:i w:val="0"/>
          <w:smallCaps w:val="0"/>
          <w:strike w:val="0"/>
          <w:sz w:val="22"/>
          <w:u w:val="single"/>
        </w:rPr>
        <w:t>RealClearPolitics’s</w:t>
      </w:r>
      <w:r>
        <w:rPr>
          <w:b w:val="0"/>
          <w:i w:val="0"/>
          <w:smallCaps w:val="0"/>
          <w:strike w:val="0"/>
          <w:sz w:val="22"/>
          <w:u w:val="single"/>
        </w:rPr>
        <w:t xml:space="preserve"> </w:t>
      </w:r>
      <w:r>
        <w:rPr>
          <w:b/>
          <w:i w:val="0"/>
          <w:smallCaps w:val="0"/>
          <w:strike w:val="0"/>
          <w:sz w:val="22"/>
          <w:u w:val="single"/>
        </w:rPr>
        <w:t>national aggregator</w:t>
      </w:r>
      <w:r>
        <w:rPr>
          <w:b w:val="0"/>
          <w:i w:val="0"/>
          <w:smallCaps w:val="0"/>
          <w:strike w:val="0"/>
          <w:sz w:val="22"/>
          <w:u w:val="single"/>
        </w:rPr>
        <w:t xml:space="preserve"> gave </w:t>
      </w:r>
      <w:r>
        <w:rPr>
          <w:b w:val="0"/>
          <w:i w:val="0"/>
          <w:smallCaps w:val="0"/>
          <w:strike w:val="0"/>
          <w:sz w:val="22"/>
          <w:highlight w:val="cyan"/>
          <w:u w:val="single"/>
        </w:rPr>
        <w:t>Trump</w:t>
      </w:r>
      <w:r>
        <w:rPr>
          <w:b w:val="0"/>
          <w:i w:val="0"/>
          <w:smallCaps w:val="0"/>
          <w:strike w:val="0"/>
          <w:sz w:val="22"/>
          <w:u w:val="single"/>
        </w:rPr>
        <w:t xml:space="preserve"> a </w:t>
      </w:r>
      <w:r>
        <w:rPr>
          <w:b w:val="0"/>
          <w:i w:val="0"/>
          <w:smallCaps w:val="0"/>
          <w:strike w:val="0"/>
          <w:sz w:val="22"/>
          <w:highlight w:val="cyan"/>
          <w:u w:val="single"/>
        </w:rPr>
        <w:t>47</w:t>
      </w:r>
      <w:r>
        <w:rPr>
          <w:b w:val="0"/>
          <w:i w:val="0"/>
          <w:smallCaps w:val="0"/>
          <w:strike w:val="0"/>
          <w:sz w:val="22"/>
          <w:u w:val="single"/>
        </w:rPr>
        <w:t>.5%-</w:t>
      </w:r>
      <w:r>
        <w:rPr>
          <w:b w:val="0"/>
          <w:i w:val="0"/>
          <w:smallCaps w:val="0"/>
          <w:strike w:val="0"/>
          <w:sz w:val="22"/>
          <w:highlight w:val="cyan"/>
          <w:u w:val="single"/>
        </w:rPr>
        <w:t>44.</w:t>
      </w:r>
      <w:r>
        <w:rPr>
          <w:b w:val="0"/>
          <w:i w:val="0"/>
          <w:smallCaps w:val="0"/>
          <w:strike w:val="0"/>
          <w:sz w:val="22"/>
          <w:u w:val="single"/>
        </w:rPr>
        <w:t xml:space="preserve">1% </w:t>
      </w:r>
      <w:r>
        <w:rPr>
          <w:b w:val="0"/>
          <w:i w:val="0"/>
          <w:smallCaps w:val="0"/>
          <w:strike w:val="0"/>
          <w:sz w:val="22"/>
          <w:highlight w:val="cyan"/>
          <w:u w:val="single"/>
        </w:rPr>
        <w:t>lead</w:t>
      </w:r>
      <w:r>
        <w:rPr>
          <w:b w:val="0"/>
          <w:i w:val="0"/>
          <w:smallCaps w:val="0"/>
          <w:strike w:val="0"/>
          <w:sz w:val="22"/>
          <w:u w:val="single"/>
        </w:rPr>
        <w:t xml:space="preserve"> over Biden</w:t>
      </w:r>
      <w:r>
        <w:rPr>
          <w:b w:val="0"/>
          <w:i w:val="0"/>
          <w:smallCaps w:val="0"/>
          <w:strike w:val="0"/>
          <w:sz w:val="16"/>
          <w:u w:val="none"/>
        </w:rPr>
        <w:t xml:space="preserve">, while the president trailed Trump by a slightly lesser 42.1%-39.7% in FiveThirtyEight’s average. In splitting the difference between the two outlets, we came up with a </w:t>
      </w:r>
      <w:r>
        <w:rPr>
          <w:b w:val="0"/>
          <w:i w:val="0"/>
          <w:smallCaps w:val="0"/>
          <w:strike w:val="0"/>
          <w:sz w:val="22"/>
          <w:u w:val="single"/>
        </w:rPr>
        <w:t xml:space="preserve">3.3-point two-party margin for Trump. </w:t>
      </w:r>
      <w:r>
        <w:rPr>
          <w:b w:val="0"/>
          <w:i w:val="0"/>
          <w:smallCaps w:val="0"/>
          <w:strike w:val="0"/>
          <w:sz w:val="16"/>
          <w:u w:val="none"/>
        </w:rPr>
        <w:t xml:space="preserve">The far-right column on Table 1 reflects a </w:t>
      </w:r>
      <w:r>
        <w:rPr>
          <w:b w:val="0"/>
          <w:i w:val="0"/>
          <w:smallCaps w:val="0"/>
          <w:strike w:val="0"/>
          <w:sz w:val="22"/>
          <w:highlight w:val="cyan"/>
          <w:u w:val="single"/>
        </w:rPr>
        <w:t>uniform swing from</w:t>
      </w:r>
      <w:r>
        <w:rPr>
          <w:b w:val="0"/>
          <w:i w:val="0"/>
          <w:smallCaps w:val="0"/>
          <w:strike w:val="0"/>
          <w:sz w:val="22"/>
          <w:u w:val="single"/>
        </w:rPr>
        <w:t xml:space="preserve"> the actual </w:t>
      </w:r>
      <w:r>
        <w:rPr>
          <w:b w:val="0"/>
          <w:i w:val="0"/>
          <w:smallCaps w:val="0"/>
          <w:strike w:val="0"/>
          <w:sz w:val="22"/>
          <w:highlight w:val="cyan"/>
          <w:u w:val="single"/>
        </w:rPr>
        <w:t>2020</w:t>
      </w:r>
      <w:r>
        <w:rPr>
          <w:b w:val="0"/>
          <w:i w:val="0"/>
          <w:smallCaps w:val="0"/>
          <w:strike w:val="0"/>
          <w:sz w:val="22"/>
          <w:u w:val="single"/>
        </w:rPr>
        <w:t xml:space="preserve"> result </w:t>
      </w:r>
      <w:r>
        <w:rPr>
          <w:b w:val="0"/>
          <w:i w:val="0"/>
          <w:smallCaps w:val="0"/>
          <w:strike w:val="0"/>
          <w:sz w:val="22"/>
          <w:highlight w:val="cyan"/>
          <w:u w:val="single"/>
        </w:rPr>
        <w:t>to</w:t>
      </w:r>
      <w:r>
        <w:rPr>
          <w:b w:val="0"/>
          <w:i w:val="0"/>
          <w:smallCaps w:val="0"/>
          <w:strike w:val="0"/>
          <w:sz w:val="22"/>
          <w:u w:val="single"/>
        </w:rPr>
        <w:t xml:space="preserve"> a </w:t>
      </w:r>
      <w:r>
        <w:rPr>
          <w:b w:val="0"/>
          <w:i w:val="0"/>
          <w:smallCaps w:val="0"/>
          <w:strike w:val="0"/>
          <w:sz w:val="22"/>
          <w:highlight w:val="cyan"/>
          <w:u w:val="single"/>
        </w:rPr>
        <w:t>3.3% Trump</w:t>
      </w:r>
      <w:r>
        <w:rPr>
          <w:b w:val="0"/>
          <w:i w:val="0"/>
          <w:smallCaps w:val="0"/>
          <w:strike w:val="0"/>
          <w:sz w:val="22"/>
          <w:u w:val="single"/>
        </w:rPr>
        <w:t xml:space="preserve"> </w:t>
      </w:r>
      <w:r>
        <w:rPr>
          <w:b/>
          <w:i w:val="0"/>
          <w:smallCaps w:val="0"/>
          <w:strike w:val="0"/>
          <w:sz w:val="22"/>
          <w:u w:val="single"/>
        </w:rPr>
        <w:t xml:space="preserve">popular vote </w:t>
      </w:r>
      <w:r>
        <w:rPr>
          <w:b/>
          <w:i w:val="0"/>
          <w:smallCaps w:val="0"/>
          <w:strike w:val="0"/>
          <w:sz w:val="22"/>
          <w:highlight w:val="cyan"/>
          <w:u w:val="single"/>
        </w:rPr>
        <w:t>advantage</w:t>
      </w:r>
      <w:r>
        <w:rPr>
          <w:b w:val="0"/>
          <w:i w:val="0"/>
          <w:smallCaps w:val="0"/>
          <w:strike w:val="0"/>
          <w:sz w:val="16"/>
          <w:u w:val="none"/>
        </w:rPr>
        <w:t xml:space="preserve"> in the two-party vote. All told, </w:t>
      </w:r>
      <w:r>
        <w:rPr>
          <w:b w:val="0"/>
          <w:i w:val="0"/>
          <w:smallCaps w:val="0"/>
          <w:strike w:val="0"/>
          <w:sz w:val="22"/>
          <w:highlight w:val="cyan"/>
          <w:u w:val="single"/>
        </w:rPr>
        <w:t>Democrats</w:t>
      </w:r>
      <w:r>
        <w:rPr>
          <w:b w:val="0"/>
          <w:i w:val="0"/>
          <w:smallCaps w:val="0"/>
          <w:strike w:val="0"/>
          <w:sz w:val="22"/>
          <w:u w:val="single"/>
        </w:rPr>
        <w:t xml:space="preserve"> would </w:t>
      </w:r>
      <w:r>
        <w:rPr>
          <w:b w:val="0"/>
          <w:i w:val="0"/>
          <w:smallCaps w:val="0"/>
          <w:strike w:val="0"/>
          <w:sz w:val="22"/>
          <w:highlight w:val="cyan"/>
          <w:u w:val="single"/>
        </w:rPr>
        <w:t>hold</w:t>
      </w:r>
      <w:r>
        <w:rPr>
          <w:b w:val="0"/>
          <w:i w:val="0"/>
          <w:smallCaps w:val="0"/>
          <w:strike w:val="0"/>
          <w:sz w:val="22"/>
          <w:u w:val="single"/>
        </w:rPr>
        <w:t xml:space="preserve"> </w:t>
      </w:r>
      <w:r>
        <w:rPr>
          <w:b w:val="0"/>
          <w:i w:val="0"/>
          <w:smallCaps w:val="0"/>
          <w:strike w:val="0"/>
          <w:sz w:val="22"/>
          <w:highlight w:val="cyan"/>
          <w:u w:val="single"/>
        </w:rPr>
        <w:t>15 of</w:t>
      </w:r>
      <w:r>
        <w:rPr>
          <w:b w:val="0"/>
          <w:i w:val="0"/>
          <w:smallCaps w:val="0"/>
          <w:strike w:val="0"/>
          <w:sz w:val="22"/>
          <w:u w:val="single"/>
        </w:rPr>
        <w:t xml:space="preserve"> these </w:t>
      </w:r>
      <w:r>
        <w:rPr>
          <w:b w:val="0"/>
          <w:i w:val="0"/>
          <w:smallCaps w:val="0"/>
          <w:strike w:val="0"/>
          <w:sz w:val="22"/>
          <w:highlight w:val="cyan"/>
          <w:u w:val="single"/>
        </w:rPr>
        <w:t>24</w:t>
      </w:r>
      <w:r>
        <w:rPr>
          <w:b w:val="0"/>
          <w:i w:val="0"/>
          <w:smallCaps w:val="0"/>
          <w:strike w:val="0"/>
          <w:sz w:val="22"/>
          <w:u w:val="single"/>
        </w:rPr>
        <w:t xml:space="preserve"> potential </w:t>
      </w:r>
      <w:r>
        <w:rPr>
          <w:b/>
          <w:i w:val="0"/>
          <w:smallCaps w:val="0"/>
          <w:strike w:val="0"/>
          <w:sz w:val="22"/>
          <w:highlight w:val="cyan"/>
          <w:u w:val="single"/>
        </w:rPr>
        <w:t>Biden-to-Trump</w:t>
      </w:r>
      <w:r>
        <w:rPr>
          <w:b w:val="0"/>
          <w:i w:val="0"/>
          <w:smallCaps w:val="0"/>
          <w:strike w:val="0"/>
          <w:sz w:val="22"/>
          <w:highlight w:val="cyan"/>
          <w:u w:val="single"/>
        </w:rPr>
        <w:t xml:space="preserve"> seats</w:t>
      </w:r>
      <w:r>
        <w:rPr>
          <w:b w:val="0"/>
          <w:i w:val="0"/>
          <w:smallCaps w:val="0"/>
          <w:strike w:val="0"/>
          <w:sz w:val="16"/>
          <w:u w:val="none"/>
        </w:rPr>
        <w:t xml:space="preserve">. The </w:t>
      </w:r>
      <w:r>
        <w:rPr>
          <w:b w:val="0"/>
          <w:i w:val="0"/>
          <w:smallCaps w:val="0"/>
          <w:strike w:val="0"/>
          <w:sz w:val="16"/>
          <w:u w:val="none"/>
        </w:rPr>
        <w:t xml:space="preserve">aforementioned </w:t>
      </w:r>
      <w:r>
        <w:rPr>
          <w:b w:val="0"/>
          <w:i w:val="0"/>
          <w:smallCaps w:val="0"/>
          <w:strike w:val="0"/>
          <w:sz w:val="22"/>
          <w:u w:val="single"/>
        </w:rPr>
        <w:t>Rep.</w:t>
      </w:r>
      <w:r>
        <w:rPr>
          <w:b w:val="0"/>
          <w:i w:val="0"/>
          <w:smallCaps w:val="0"/>
          <w:strike w:val="0"/>
          <w:sz w:val="22"/>
          <w:u w:val="single"/>
        </w:rPr>
        <w:t xml:space="preserve"> Angie </w:t>
      </w:r>
      <w:r>
        <w:rPr>
          <w:b w:val="0"/>
          <w:i w:val="0"/>
          <w:smallCaps w:val="0"/>
          <w:strike w:val="0"/>
          <w:sz w:val="22"/>
          <w:highlight w:val="cyan"/>
          <w:u w:val="single"/>
        </w:rPr>
        <w:t>Craig</w:t>
      </w:r>
      <w:r>
        <w:rPr>
          <w:b w:val="0"/>
          <w:i w:val="0"/>
          <w:smallCaps w:val="0"/>
          <w:strike w:val="0"/>
          <w:sz w:val="22"/>
          <w:u w:val="single"/>
        </w:rPr>
        <w:t xml:space="preserve"> </w:t>
      </w:r>
      <w:r>
        <w:rPr>
          <w:b w:val="0"/>
          <w:i w:val="0"/>
          <w:smallCaps w:val="0"/>
          <w:strike w:val="0"/>
          <w:sz w:val="16"/>
          <w:u w:val="none"/>
        </w:rPr>
        <w:t xml:space="preserve">would actually hold the most marginal </w:t>
      </w:r>
      <w:r>
        <w:rPr>
          <w:b w:val="0"/>
          <w:i w:val="0"/>
          <w:smallCaps w:val="0"/>
          <w:strike w:val="0"/>
          <w:sz w:val="22"/>
          <w:u w:val="single"/>
        </w:rPr>
        <w:t>Trump-won seat</w:t>
      </w:r>
      <w:r>
        <w:rPr>
          <w:b w:val="0"/>
          <w:i w:val="0"/>
          <w:smallCaps w:val="0"/>
          <w:strike w:val="0"/>
          <w:sz w:val="16"/>
          <w:u w:val="none"/>
        </w:rPr>
        <w:t xml:space="preserve"> in the House under this scenario. Importantly, over the past few cycles, Craig’s </w:t>
      </w:r>
      <w:r>
        <w:rPr>
          <w:b/>
          <w:i w:val="0"/>
          <w:smallCaps w:val="0"/>
          <w:strike w:val="0"/>
          <w:sz w:val="22"/>
          <w:highlight w:val="cyan"/>
          <w:u w:val="single"/>
        </w:rPr>
        <w:t>district</w:t>
      </w:r>
      <w:r>
        <w:rPr>
          <w:b/>
          <w:i w:val="0"/>
          <w:smallCaps w:val="0"/>
          <w:strike w:val="0"/>
          <w:sz w:val="22"/>
          <w:u w:val="single"/>
        </w:rPr>
        <w:t xml:space="preserve"> has </w:t>
      </w:r>
      <w:r>
        <w:rPr>
          <w:b/>
          <w:i w:val="0"/>
          <w:smallCaps w:val="0"/>
          <w:strike w:val="0"/>
          <w:sz w:val="22"/>
          <w:highlight w:val="cyan"/>
          <w:u w:val="single"/>
        </w:rPr>
        <w:t>tracked</w:t>
      </w:r>
      <w:r>
        <w:rPr>
          <w:b w:val="0"/>
          <w:i w:val="0"/>
          <w:smallCaps w:val="0"/>
          <w:strike w:val="0"/>
          <w:sz w:val="22"/>
          <w:u w:val="single"/>
        </w:rPr>
        <w:t xml:space="preserve"> </w:t>
      </w:r>
      <w:r>
        <w:rPr>
          <w:b w:val="0"/>
          <w:i w:val="0"/>
          <w:smallCaps w:val="0"/>
          <w:strike w:val="0"/>
          <w:sz w:val="22"/>
          <w:highlight w:val="cyan"/>
          <w:u w:val="single"/>
        </w:rPr>
        <w:t>well</w:t>
      </w:r>
      <w:r>
        <w:rPr>
          <w:b w:val="0"/>
          <w:i w:val="0"/>
          <w:smallCaps w:val="0"/>
          <w:strike w:val="0"/>
          <w:sz w:val="22"/>
          <w:u w:val="single"/>
        </w:rPr>
        <w:t xml:space="preserve"> with </w:t>
      </w:r>
      <w:r>
        <w:rPr>
          <w:b w:val="0"/>
          <w:i w:val="0"/>
          <w:smallCaps w:val="0"/>
          <w:strike w:val="0"/>
          <w:sz w:val="22"/>
          <w:highlight w:val="cyan"/>
          <w:u w:val="single"/>
        </w:rPr>
        <w:t>Minnesota</w:t>
      </w:r>
      <w:r>
        <w:rPr>
          <w:b w:val="0"/>
          <w:i w:val="0"/>
          <w:smallCaps w:val="0"/>
          <w:strike w:val="0"/>
          <w:sz w:val="22"/>
          <w:u w:val="single"/>
        </w:rPr>
        <w:t xml:space="preserve"> overall (meaning, in this case, one would expect the </w:t>
      </w:r>
      <w:r>
        <w:rPr>
          <w:b w:val="0"/>
          <w:i w:val="0"/>
          <w:smallCaps w:val="0"/>
          <w:strike w:val="0"/>
          <w:sz w:val="22"/>
          <w:highlight w:val="cyan"/>
          <w:u w:val="single"/>
        </w:rPr>
        <w:t>state’s</w:t>
      </w:r>
      <w:r>
        <w:rPr>
          <w:b w:val="0"/>
          <w:i w:val="0"/>
          <w:smallCaps w:val="0"/>
          <w:strike w:val="0"/>
          <w:sz w:val="22"/>
          <w:u w:val="single"/>
        </w:rPr>
        <w:t xml:space="preserve"> electoral </w:t>
      </w:r>
      <w:r>
        <w:rPr>
          <w:b w:val="0"/>
          <w:i w:val="0"/>
          <w:smallCaps w:val="0"/>
          <w:strike w:val="0"/>
          <w:sz w:val="22"/>
          <w:highlight w:val="cyan"/>
          <w:u w:val="single"/>
        </w:rPr>
        <w:t>votes</w:t>
      </w:r>
      <w:r>
        <w:rPr>
          <w:b w:val="0"/>
          <w:i w:val="0"/>
          <w:smallCaps w:val="0"/>
          <w:strike w:val="0"/>
          <w:sz w:val="22"/>
          <w:u w:val="single"/>
        </w:rPr>
        <w:t xml:space="preserve"> to be </w:t>
      </w:r>
      <w:r>
        <w:rPr>
          <w:b w:val="0"/>
          <w:i w:val="0"/>
          <w:smallCaps w:val="0"/>
          <w:strike w:val="0"/>
          <w:sz w:val="22"/>
          <w:highlight w:val="cyan"/>
          <w:u w:val="single"/>
        </w:rPr>
        <w:t>in</w:t>
      </w:r>
      <w:r>
        <w:rPr>
          <w:b w:val="0"/>
          <w:i w:val="0"/>
          <w:smallCaps w:val="0"/>
          <w:strike w:val="0"/>
          <w:sz w:val="22"/>
          <w:u w:val="single"/>
        </w:rPr>
        <w:t xml:space="preserve"> the </w:t>
      </w:r>
      <w:r>
        <w:rPr>
          <w:b w:val="0"/>
          <w:i w:val="0"/>
          <w:smallCaps w:val="0"/>
          <w:strike w:val="0"/>
          <w:sz w:val="22"/>
          <w:highlight w:val="cyan"/>
          <w:u w:val="single"/>
        </w:rPr>
        <w:t>GOP column</w:t>
      </w:r>
      <w:r>
        <w:rPr>
          <w:b w:val="0"/>
          <w:i w:val="0"/>
          <w:smallCaps w:val="0"/>
          <w:strike w:val="0"/>
          <w:sz w:val="16"/>
          <w:u w:val="none"/>
        </w:rPr>
        <w:t xml:space="preserve"> for the first time since 1972, albeit very narrowly so). While we won’t namecheck every seat that flips to Trump in this category, arguably the most important district here is NE-2. While GOP Rep. Don Bacon has been a frequent Democratic target since he was elected in 2016, his Omaha-district is also critical at the presidential level. In a situation where Biden holds the “Blue Wall” trio of Michigan, Pennsylvania, and Wisconsin but loses the Sun Belt states of Arizona, Georgia, and Nevada, NE-2 could provide Biden’s 270th electoral vote. In fact, we would go a little bit further and say that this configuration would represent Biden’s </w:t>
      </w:r>
      <w:r>
        <w:rPr>
          <w:b w:val="0"/>
          <w:i w:val="0"/>
          <w:smallCaps w:val="0"/>
          <w:strike w:val="0"/>
          <w:sz w:val="16"/>
          <w:u w:val="none"/>
        </w:rPr>
        <w:t>likeliest</w:t>
      </w:r>
      <w:r>
        <w:rPr>
          <w:b w:val="0"/>
          <w:i w:val="0"/>
          <w:smallCaps w:val="0"/>
          <w:strike w:val="0"/>
          <w:sz w:val="16"/>
          <w:u w:val="none"/>
        </w:rPr>
        <w:t xml:space="preserve"> path to 270 (</w:t>
      </w:r>
      <w:r>
        <w:rPr>
          <w:b w:val="0"/>
          <w:i w:val="0"/>
          <w:smallCaps w:val="0"/>
          <w:strike w:val="0"/>
          <w:sz w:val="16"/>
          <w:u w:val="none"/>
        </w:rPr>
        <w:t>Crystal Ball</w:t>
      </w:r>
      <w:r>
        <w:rPr>
          <w:b w:val="0"/>
          <w:i w:val="0"/>
          <w:smallCaps w:val="0"/>
          <w:strike w:val="0"/>
          <w:sz w:val="16"/>
          <w:u w:val="none"/>
        </w:rPr>
        <w:t xml:space="preserve"> Managing Editor Kyle Kondik </w:t>
      </w:r>
      <w:r>
        <w:rPr>
          <w:b w:val="0"/>
          <w:i w:val="0"/>
          <w:smallCaps w:val="0"/>
          <w:strike w:val="0"/>
          <w:sz w:val="16"/>
          <w:u w:val="none"/>
        </w:rPr>
        <w:t>discussed</w:t>
      </w:r>
      <w:r>
        <w:rPr>
          <w:b w:val="0"/>
          <w:i w:val="0"/>
          <w:smallCaps w:val="0"/>
          <w:strike w:val="0"/>
          <w:sz w:val="16"/>
          <w:u w:val="none"/>
        </w:rPr>
        <w:t xml:space="preserve"> this scenario when we moved some Electoral College ratings last month). With the Nebraska legislature </w:t>
      </w:r>
      <w:r>
        <w:rPr>
          <w:b w:val="0"/>
          <w:i w:val="0"/>
          <w:smallCaps w:val="0"/>
          <w:strike w:val="0"/>
          <w:sz w:val="16"/>
          <w:u w:val="none"/>
        </w:rPr>
        <w:t>returning</w:t>
      </w:r>
      <w:r>
        <w:rPr>
          <w:b w:val="0"/>
          <w:i w:val="0"/>
          <w:smallCaps w:val="0"/>
          <w:strike w:val="0"/>
          <w:sz w:val="16"/>
          <w:u w:val="none"/>
        </w:rPr>
        <w:t xml:space="preserve"> to Lincoln for a special session later this month, Gov. Jim </w:t>
      </w:r>
      <w:r>
        <w:rPr>
          <w:b w:val="0"/>
          <w:i w:val="0"/>
          <w:smallCaps w:val="0"/>
          <w:strike w:val="0"/>
          <w:sz w:val="16"/>
          <w:u w:val="none"/>
        </w:rPr>
        <w:t>Pillen</w:t>
      </w:r>
      <w:r>
        <w:rPr>
          <w:b w:val="0"/>
          <w:i w:val="0"/>
          <w:smallCaps w:val="0"/>
          <w:strike w:val="0"/>
          <w:sz w:val="16"/>
          <w:u w:val="none"/>
        </w:rPr>
        <w:t xml:space="preserve"> (R) is renewing his push to change the state’s Electoral Vote allocation format to winner-take-all, although legislators </w:t>
      </w:r>
      <w:r>
        <w:rPr>
          <w:b w:val="0"/>
          <w:i w:val="0"/>
          <w:smallCaps w:val="0"/>
          <w:strike w:val="0"/>
          <w:sz w:val="16"/>
          <w:u w:val="none"/>
        </w:rPr>
        <w:t>turned back</w:t>
      </w:r>
      <w:r>
        <w:rPr>
          <w:b w:val="0"/>
          <w:i w:val="0"/>
          <w:smallCaps w:val="0"/>
          <w:strike w:val="0"/>
          <w:sz w:val="16"/>
          <w:u w:val="none"/>
        </w:rPr>
        <w:t xml:space="preserve"> a similar effort earlier this year. Some of the Democratic incumbents in seats that Trump carries in this scenario might still be favored: in South Texas for instance, Rep. Henry Cuellar (D, TX-28) routinely outruns the top of the ticket—Cuellar, who is also under indictment on bribery charges, caught a </w:t>
      </w:r>
      <w:r>
        <w:rPr>
          <w:b w:val="0"/>
          <w:i w:val="0"/>
          <w:smallCaps w:val="0"/>
          <w:strike w:val="0"/>
          <w:sz w:val="16"/>
          <w:u w:val="none"/>
        </w:rPr>
        <w:t>break</w:t>
      </w:r>
      <w:r>
        <w:rPr>
          <w:b w:val="0"/>
          <w:i w:val="0"/>
          <w:smallCaps w:val="0"/>
          <w:strike w:val="0"/>
          <w:sz w:val="16"/>
          <w:u w:val="none"/>
        </w:rPr>
        <w:t xml:space="preserve"> last month when it was announced that his trial would not take place before the election. Going farther west, </w:t>
      </w:r>
      <w:r>
        <w:rPr>
          <w:b w:val="0"/>
          <w:i w:val="0"/>
          <w:smallCaps w:val="0"/>
          <w:strike w:val="0"/>
          <w:sz w:val="22"/>
          <w:u w:val="single"/>
        </w:rPr>
        <w:t xml:space="preserve">Democrats’ </w:t>
      </w:r>
      <w:r>
        <w:rPr>
          <w:b w:val="0"/>
          <w:i w:val="0"/>
          <w:smallCaps w:val="0"/>
          <w:strike w:val="0"/>
          <w:sz w:val="22"/>
          <w:highlight w:val="cyan"/>
          <w:u w:val="single"/>
        </w:rPr>
        <w:t>Nevada</w:t>
      </w:r>
      <w:r>
        <w:rPr>
          <w:b w:val="0"/>
          <w:i w:val="0"/>
          <w:smallCaps w:val="0"/>
          <w:strike w:val="0"/>
          <w:sz w:val="22"/>
          <w:u w:val="single"/>
        </w:rPr>
        <w:t xml:space="preserve"> gerrymander, </w:t>
      </w:r>
      <w:r>
        <w:rPr>
          <w:b w:val="0"/>
          <w:i w:val="0"/>
          <w:smallCaps w:val="0"/>
          <w:strike w:val="0"/>
          <w:sz w:val="16"/>
          <w:u w:val="none"/>
        </w:rPr>
        <w:t xml:space="preserve">which served them well in 2022, </w:t>
      </w:r>
      <w:r>
        <w:rPr>
          <w:b w:val="0"/>
          <w:i w:val="0"/>
          <w:smallCaps w:val="0"/>
          <w:strike w:val="0"/>
          <w:sz w:val="22"/>
          <w:u w:val="single"/>
        </w:rPr>
        <w:t xml:space="preserve">would </w:t>
      </w:r>
      <w:r>
        <w:rPr>
          <w:b/>
          <w:i w:val="0"/>
          <w:smallCaps w:val="0"/>
          <w:strike w:val="0"/>
          <w:sz w:val="22"/>
          <w:u w:val="single"/>
        </w:rPr>
        <w:t xml:space="preserve">begin to </w:t>
      </w:r>
      <w:r>
        <w:rPr>
          <w:b/>
          <w:i w:val="0"/>
          <w:smallCaps w:val="0"/>
          <w:strike w:val="0"/>
          <w:sz w:val="22"/>
          <w:highlight w:val="cyan"/>
          <w:u w:val="single"/>
        </w:rPr>
        <w:t>buckle</w:t>
      </w:r>
      <w:r>
        <w:rPr>
          <w:b w:val="0"/>
          <w:i w:val="0"/>
          <w:smallCaps w:val="0"/>
          <w:strike w:val="0"/>
          <w:sz w:val="22"/>
          <w:u w:val="single"/>
        </w:rPr>
        <w:t xml:space="preserve">, as Rep. Susie </w:t>
      </w:r>
      <w:r>
        <w:rPr>
          <w:b w:val="0"/>
          <w:i w:val="0"/>
          <w:smallCaps w:val="0"/>
          <w:strike w:val="0"/>
          <w:sz w:val="22"/>
          <w:highlight w:val="cyan"/>
          <w:u w:val="single"/>
        </w:rPr>
        <w:t>Lee</w:t>
      </w:r>
      <w:r>
        <w:rPr>
          <w:b w:val="0"/>
          <w:i w:val="0"/>
          <w:smallCaps w:val="0"/>
          <w:strike w:val="0"/>
          <w:sz w:val="22"/>
          <w:u w:val="single"/>
        </w:rPr>
        <w:t xml:space="preserve"> (D, NV-3) would </w:t>
      </w:r>
      <w:r>
        <w:rPr>
          <w:b w:val="0"/>
          <w:i w:val="0"/>
          <w:smallCaps w:val="0"/>
          <w:strike w:val="0"/>
          <w:sz w:val="22"/>
          <w:highlight w:val="cyan"/>
          <w:u w:val="single"/>
        </w:rPr>
        <w:t>have</w:t>
      </w:r>
      <w:r>
        <w:rPr>
          <w:b w:val="0"/>
          <w:i w:val="0"/>
          <w:smallCaps w:val="0"/>
          <w:strike w:val="0"/>
          <w:sz w:val="22"/>
          <w:u w:val="single"/>
        </w:rPr>
        <w:t xml:space="preserve"> a </w:t>
      </w:r>
      <w:r>
        <w:rPr>
          <w:b w:val="0"/>
          <w:i w:val="0"/>
          <w:smallCaps w:val="0"/>
          <w:strike w:val="0"/>
          <w:sz w:val="22"/>
          <w:highlight w:val="cyan"/>
          <w:u w:val="single"/>
        </w:rPr>
        <w:t>Trump +1 seat</w:t>
      </w:r>
      <w:r>
        <w:rPr>
          <w:b w:val="0"/>
          <w:i w:val="0"/>
          <w:smallCaps w:val="0"/>
          <w:strike w:val="0"/>
          <w:sz w:val="22"/>
          <w:u w:val="single"/>
        </w:rPr>
        <w:t>.</w:t>
      </w:r>
      <w:r>
        <w:rPr>
          <w:b w:val="0"/>
          <w:i w:val="0"/>
          <w:smallCaps w:val="0"/>
          <w:strike w:val="0"/>
          <w:sz w:val="16"/>
          <w:u w:val="none"/>
        </w:rPr>
        <w:t xml:space="preserve"> Still, though Biden’s position has been wanting in Nevada for months by this point, national Republicans have not seemed to take much of an </w:t>
      </w:r>
      <w:r>
        <w:rPr>
          <w:b w:val="0"/>
          <w:i w:val="0"/>
          <w:smallCaps w:val="0"/>
          <w:strike w:val="0"/>
          <w:sz w:val="16"/>
          <w:u w:val="none"/>
        </w:rPr>
        <w:t>interest</w:t>
      </w:r>
      <w:r>
        <w:rPr>
          <w:b w:val="0"/>
          <w:i w:val="0"/>
          <w:smallCaps w:val="0"/>
          <w:strike w:val="0"/>
          <w:sz w:val="16"/>
          <w:u w:val="none"/>
        </w:rPr>
        <w:t xml:space="preserve"> in House races there (although that could obviously change). Aside from the seats listed on Table 1, a </w:t>
      </w:r>
      <w:r>
        <w:rPr>
          <w:b/>
          <w:i w:val="0"/>
          <w:smallCaps w:val="0"/>
          <w:strike w:val="0"/>
          <w:sz w:val="22"/>
          <w:u w:val="single"/>
        </w:rPr>
        <w:t>uniform swing</w:t>
      </w:r>
      <w:r>
        <w:rPr>
          <w:b w:val="0"/>
          <w:i w:val="0"/>
          <w:smallCaps w:val="0"/>
          <w:strike w:val="0"/>
          <w:sz w:val="22"/>
          <w:u w:val="single"/>
        </w:rPr>
        <w:t xml:space="preserve"> to Trump would have </w:t>
      </w:r>
      <w:r>
        <w:rPr>
          <w:b w:val="0"/>
          <w:i w:val="0"/>
          <w:smallCaps w:val="0"/>
          <w:strike w:val="0"/>
          <w:sz w:val="22"/>
          <w:highlight w:val="cyan"/>
          <w:u w:val="single"/>
        </w:rPr>
        <w:t>implications in other</w:t>
      </w:r>
      <w:r>
        <w:rPr>
          <w:b w:val="0"/>
          <w:i w:val="0"/>
          <w:smallCaps w:val="0"/>
          <w:strike w:val="0"/>
          <w:sz w:val="22"/>
          <w:u w:val="single"/>
        </w:rPr>
        <w:t xml:space="preserve"> </w:t>
      </w:r>
      <w:r>
        <w:rPr>
          <w:b w:val="0"/>
          <w:i w:val="0"/>
          <w:smallCaps w:val="0"/>
          <w:strike w:val="0"/>
          <w:sz w:val="22"/>
          <w:u w:val="single"/>
        </w:rPr>
        <w:t>hotly-contested</w:t>
      </w:r>
      <w:r>
        <w:rPr>
          <w:b w:val="0"/>
          <w:i w:val="0"/>
          <w:smallCaps w:val="0"/>
          <w:strike w:val="0"/>
          <w:sz w:val="22"/>
          <w:u w:val="single"/>
        </w:rPr>
        <w:t xml:space="preserve"> </w:t>
      </w:r>
      <w:r>
        <w:rPr>
          <w:b w:val="0"/>
          <w:i w:val="0"/>
          <w:smallCaps w:val="0"/>
          <w:strike w:val="0"/>
          <w:sz w:val="22"/>
          <w:highlight w:val="cyan"/>
          <w:u w:val="single"/>
        </w:rPr>
        <w:t>races</w:t>
      </w:r>
      <w:r>
        <w:rPr>
          <w:b w:val="0"/>
          <w:i w:val="0"/>
          <w:smallCaps w:val="0"/>
          <w:strike w:val="0"/>
          <w:sz w:val="22"/>
          <w:u w:val="single"/>
        </w:rPr>
        <w:t xml:space="preserve">. All three co-chairs of the </w:t>
      </w:r>
      <w:r>
        <w:rPr>
          <w:b w:val="0"/>
          <w:i w:val="0"/>
          <w:smallCaps w:val="0"/>
          <w:strike w:val="0"/>
          <w:sz w:val="22"/>
          <w:highlight w:val="cyan"/>
          <w:u w:val="single"/>
        </w:rPr>
        <w:t>Blue Dog</w:t>
      </w:r>
      <w:r>
        <w:rPr>
          <w:b w:val="0"/>
          <w:i w:val="0"/>
          <w:smallCaps w:val="0"/>
          <w:strike w:val="0"/>
          <w:sz w:val="22"/>
          <w:u w:val="single"/>
        </w:rPr>
        <w:t xml:space="preserve"> Coalition—</w:t>
      </w:r>
      <w:r>
        <w:rPr>
          <w:b w:val="0"/>
          <w:i w:val="0"/>
          <w:smallCaps w:val="0"/>
          <w:strike w:val="0"/>
          <w:sz w:val="22"/>
          <w:highlight w:val="cyan"/>
          <w:u w:val="single"/>
        </w:rPr>
        <w:t>Golden</w:t>
      </w:r>
      <w:r>
        <w:rPr>
          <w:b w:val="0"/>
          <w:i w:val="0"/>
          <w:smallCaps w:val="0"/>
          <w:strike w:val="0"/>
          <w:sz w:val="22"/>
          <w:u w:val="single"/>
        </w:rPr>
        <w:t xml:space="preserve">, </w:t>
      </w:r>
      <w:r>
        <w:rPr>
          <w:b w:val="0"/>
          <w:i w:val="0"/>
          <w:smallCaps w:val="0"/>
          <w:strike w:val="0"/>
          <w:sz w:val="22"/>
          <w:u w:val="single"/>
        </w:rPr>
        <w:t>Gluesenkamp</w:t>
      </w:r>
      <w:r>
        <w:rPr>
          <w:b w:val="0"/>
          <w:i w:val="0"/>
          <w:smallCaps w:val="0"/>
          <w:strike w:val="0"/>
          <w:sz w:val="22"/>
          <w:u w:val="single"/>
        </w:rPr>
        <w:t xml:space="preserve"> </w:t>
      </w:r>
      <w:r>
        <w:rPr>
          <w:b w:val="0"/>
          <w:i w:val="0"/>
          <w:smallCaps w:val="0"/>
          <w:strike w:val="0"/>
          <w:sz w:val="22"/>
          <w:highlight w:val="cyan"/>
          <w:u w:val="single"/>
        </w:rPr>
        <w:t>Perez</w:t>
      </w:r>
      <w:r>
        <w:rPr>
          <w:b w:val="0"/>
          <w:i w:val="0"/>
          <w:smallCaps w:val="0"/>
          <w:strike w:val="0"/>
          <w:sz w:val="22"/>
          <w:u w:val="single"/>
        </w:rPr>
        <w:t xml:space="preserve">, and Alaska’s Mary </w:t>
      </w:r>
      <w:r>
        <w:rPr>
          <w:b w:val="0"/>
          <w:i w:val="0"/>
          <w:smallCaps w:val="0"/>
          <w:strike w:val="0"/>
          <w:sz w:val="22"/>
          <w:highlight w:val="cyan"/>
          <w:u w:val="single"/>
        </w:rPr>
        <w:t>Peltola</w:t>
      </w:r>
      <w:r>
        <w:rPr>
          <w:b w:val="0"/>
          <w:i w:val="0"/>
          <w:smallCaps w:val="0"/>
          <w:strike w:val="0"/>
          <w:sz w:val="22"/>
          <w:u w:val="single"/>
        </w:rPr>
        <w:t xml:space="preserve">—would be defending </w:t>
      </w:r>
      <w:r>
        <w:rPr>
          <w:b/>
          <w:i w:val="0"/>
          <w:smallCaps w:val="0"/>
          <w:strike w:val="0"/>
          <w:sz w:val="22"/>
          <w:highlight w:val="cyan"/>
          <w:u w:val="single"/>
        </w:rPr>
        <w:t>double-digit</w:t>
      </w:r>
      <w:r>
        <w:rPr>
          <w:b w:val="0"/>
          <w:i w:val="0"/>
          <w:smallCaps w:val="0"/>
          <w:strike w:val="0"/>
          <w:sz w:val="22"/>
          <w:highlight w:val="cyan"/>
          <w:u w:val="single"/>
        </w:rPr>
        <w:t xml:space="preserve"> Trump seats</w:t>
      </w:r>
      <w:r>
        <w:rPr>
          <w:b w:val="0"/>
          <w:i w:val="0"/>
          <w:smallCaps w:val="0"/>
          <w:strike w:val="0"/>
          <w:sz w:val="16"/>
          <w:u w:val="none"/>
        </w:rPr>
        <w:t xml:space="preserve"> in the more extreme scenario (though to be fair to </w:t>
      </w:r>
      <w:r>
        <w:rPr>
          <w:b w:val="0"/>
          <w:i w:val="0"/>
          <w:smallCaps w:val="0"/>
          <w:strike w:val="0"/>
          <w:sz w:val="16"/>
          <w:u w:val="none"/>
        </w:rPr>
        <w:t>Peltola</w:t>
      </w:r>
      <w:r>
        <w:rPr>
          <w:b w:val="0"/>
          <w:i w:val="0"/>
          <w:smallCaps w:val="0"/>
          <w:strike w:val="0"/>
          <w:sz w:val="16"/>
          <w:u w:val="none"/>
        </w:rPr>
        <w:t xml:space="preserve">, Alaska has been a double-digit Republican-won state in presidential contests since 1996). This may explain why Golden and </w:t>
      </w:r>
      <w:r>
        <w:rPr>
          <w:b w:val="0"/>
          <w:i w:val="0"/>
          <w:smallCaps w:val="0"/>
          <w:strike w:val="0"/>
          <w:sz w:val="16"/>
          <w:u w:val="none"/>
        </w:rPr>
        <w:t>Gluesenkamp</w:t>
      </w:r>
      <w:r>
        <w:rPr>
          <w:b w:val="0"/>
          <w:i w:val="0"/>
          <w:smallCaps w:val="0"/>
          <w:strike w:val="0"/>
          <w:sz w:val="16"/>
          <w:u w:val="none"/>
        </w:rPr>
        <w:t xml:space="preserve"> Perez have taken a “who cares, he’s going to lose anyway” stance on Biden: if Trump is perceived to be on an easy path back to the White House, red-district voters who may otherwise feel threatened by Democratic control of Washington could be more likely to split their tickets. </w:t>
      </w:r>
      <w:r>
        <w:rPr>
          <w:b w:val="0"/>
          <w:i w:val="0"/>
          <w:smallCaps w:val="0"/>
          <w:strike w:val="0"/>
          <w:sz w:val="22"/>
          <w:u w:val="single"/>
        </w:rPr>
        <w:t xml:space="preserve">Marcy </w:t>
      </w:r>
      <w:r>
        <w:rPr>
          <w:b w:val="0"/>
          <w:i w:val="0"/>
          <w:smallCaps w:val="0"/>
          <w:strike w:val="0"/>
          <w:sz w:val="22"/>
          <w:highlight w:val="cyan"/>
          <w:u w:val="single"/>
        </w:rPr>
        <w:t>Kaptur</w:t>
      </w:r>
      <w:r>
        <w:rPr>
          <w:b w:val="0"/>
          <w:i w:val="0"/>
          <w:smallCaps w:val="0"/>
          <w:strike w:val="0"/>
          <w:sz w:val="22"/>
          <w:u w:val="single"/>
        </w:rPr>
        <w:t xml:space="preserve"> (D, OH-9), who is running for a historic 22nd term, would have a similar </w:t>
      </w:r>
      <w:r>
        <w:rPr>
          <w:b w:val="0"/>
          <w:i w:val="0"/>
          <w:smallCaps w:val="0"/>
          <w:strike w:val="0"/>
          <w:sz w:val="22"/>
          <w:highlight w:val="cyan"/>
          <w:u w:val="single"/>
        </w:rPr>
        <w:t>Trump +11</w:t>
      </w:r>
      <w:r>
        <w:rPr>
          <w:b w:val="0"/>
          <w:i w:val="0"/>
          <w:smallCaps w:val="0"/>
          <w:strike w:val="0"/>
          <w:sz w:val="22"/>
          <w:u w:val="single"/>
        </w:rPr>
        <w:t xml:space="preserve"> seat.</w:t>
      </w:r>
      <w:r>
        <w:rPr>
          <w:b w:val="0"/>
          <w:i w:val="0"/>
          <w:smallCaps w:val="0"/>
          <w:strike w:val="0"/>
          <w:sz w:val="16"/>
          <w:u w:val="none"/>
        </w:rPr>
        <w:t xml:space="preserve"> Meanwhile, </w:t>
      </w:r>
      <w:r>
        <w:rPr>
          <w:b w:val="0"/>
          <w:i w:val="0"/>
          <w:smallCaps w:val="0"/>
          <w:strike w:val="0"/>
          <w:sz w:val="22"/>
          <w:u w:val="single"/>
        </w:rPr>
        <w:t xml:space="preserve">Democratic </w:t>
      </w:r>
      <w:r>
        <w:rPr>
          <w:b/>
          <w:i w:val="0"/>
          <w:smallCaps w:val="0"/>
          <w:strike w:val="0"/>
          <w:sz w:val="22"/>
          <w:highlight w:val="cyan"/>
          <w:u w:val="single"/>
        </w:rPr>
        <w:t xml:space="preserve">offensive </w:t>
      </w:r>
      <w:r>
        <w:rPr>
          <w:b/>
          <w:i w:val="0"/>
          <w:smallCaps w:val="0"/>
          <w:strike w:val="0"/>
          <w:sz w:val="22"/>
          <w:u w:val="single"/>
        </w:rPr>
        <w:t>opportunities</w:t>
      </w:r>
      <w:r>
        <w:rPr>
          <w:b w:val="0"/>
          <w:i w:val="0"/>
          <w:smallCaps w:val="0"/>
          <w:strike w:val="0"/>
          <w:sz w:val="22"/>
          <w:u w:val="single"/>
        </w:rPr>
        <w:t xml:space="preserve"> could get </w:t>
      </w:r>
      <w:r>
        <w:rPr>
          <w:b w:val="0"/>
          <w:i w:val="0"/>
          <w:smallCaps w:val="0"/>
          <w:strike w:val="0"/>
          <w:sz w:val="22"/>
          <w:highlight w:val="cyan"/>
          <w:u w:val="single"/>
        </w:rPr>
        <w:t>less promising</w:t>
      </w:r>
      <w:r>
        <w:rPr>
          <w:b w:val="0"/>
          <w:i w:val="0"/>
          <w:smallCaps w:val="0"/>
          <w:strike w:val="0"/>
          <w:sz w:val="16"/>
          <w:u w:val="none"/>
        </w:rPr>
        <w:t xml:space="preserve">. On Long Island, the </w:t>
      </w:r>
      <w:r>
        <w:rPr>
          <w:b w:val="0"/>
          <w:i w:val="0"/>
          <w:smallCaps w:val="0"/>
          <w:strike w:val="0"/>
          <w:sz w:val="22"/>
          <w:highlight w:val="cyan"/>
          <w:u w:val="single"/>
        </w:rPr>
        <w:t>bluest district</w:t>
      </w:r>
      <w:r>
        <w:rPr>
          <w:b w:val="0"/>
          <w:i w:val="0"/>
          <w:smallCaps w:val="0"/>
          <w:strike w:val="0"/>
          <w:sz w:val="22"/>
          <w:u w:val="single"/>
        </w:rPr>
        <w:t xml:space="preserve"> that is currently </w:t>
      </w:r>
      <w:r>
        <w:rPr>
          <w:b w:val="0"/>
          <w:i w:val="0"/>
          <w:smallCaps w:val="0"/>
          <w:strike w:val="0"/>
          <w:sz w:val="22"/>
          <w:highlight w:val="cyan"/>
          <w:u w:val="single"/>
        </w:rPr>
        <w:t>held by</w:t>
      </w:r>
      <w:r>
        <w:rPr>
          <w:b w:val="0"/>
          <w:i w:val="0"/>
          <w:smallCaps w:val="0"/>
          <w:strike w:val="0"/>
          <w:sz w:val="22"/>
          <w:u w:val="single"/>
        </w:rPr>
        <w:t xml:space="preserve"> a </w:t>
      </w:r>
      <w:r>
        <w:rPr>
          <w:b w:val="0"/>
          <w:i w:val="0"/>
          <w:smallCaps w:val="0"/>
          <w:strike w:val="0"/>
          <w:sz w:val="22"/>
          <w:highlight w:val="cyan"/>
          <w:u w:val="single"/>
        </w:rPr>
        <w:t>Republican</w:t>
      </w:r>
      <w:r>
        <w:rPr>
          <w:b w:val="0"/>
          <w:i w:val="0"/>
          <w:smallCaps w:val="0"/>
          <w:strike w:val="0"/>
          <w:sz w:val="22"/>
          <w:u w:val="single"/>
        </w:rPr>
        <w:t xml:space="preserve"> is Rep. Anthony </w:t>
      </w:r>
      <w:r>
        <w:rPr>
          <w:b w:val="0"/>
          <w:i w:val="0"/>
          <w:smallCaps w:val="0"/>
          <w:strike w:val="0"/>
          <w:sz w:val="22"/>
          <w:u w:val="single"/>
        </w:rPr>
        <w:t>D’Esposito’s</w:t>
      </w:r>
      <w:r>
        <w:rPr>
          <w:b w:val="0"/>
          <w:i w:val="0"/>
          <w:smallCaps w:val="0"/>
          <w:strike w:val="0"/>
          <w:sz w:val="22"/>
          <w:u w:val="single"/>
        </w:rPr>
        <w:t xml:space="preserve"> </w:t>
      </w:r>
      <w:r>
        <w:rPr>
          <w:b w:val="0"/>
          <w:i w:val="0"/>
          <w:smallCaps w:val="0"/>
          <w:strike w:val="0"/>
          <w:sz w:val="22"/>
          <w:highlight w:val="cyan"/>
          <w:u w:val="single"/>
        </w:rPr>
        <w:t>NY-4</w:t>
      </w:r>
      <w:r>
        <w:rPr>
          <w:b w:val="0"/>
          <w:i w:val="0"/>
          <w:smallCaps w:val="0"/>
          <w:strike w:val="0"/>
          <w:sz w:val="16"/>
          <w:u w:val="none"/>
        </w:rPr>
        <w:t xml:space="preserve"> (we rate the race as Leans Democratic). </w:t>
      </w:r>
      <w:r>
        <w:rPr>
          <w:b w:val="0"/>
          <w:i w:val="0"/>
          <w:smallCaps w:val="0"/>
          <w:strike w:val="0"/>
          <w:sz w:val="16"/>
          <w:u w:val="none"/>
        </w:rPr>
        <w:t>D’Esposito</w:t>
      </w:r>
      <w:r>
        <w:rPr>
          <w:b w:val="0"/>
          <w:i w:val="0"/>
          <w:smallCaps w:val="0"/>
          <w:strike w:val="0"/>
          <w:sz w:val="16"/>
          <w:u w:val="none"/>
        </w:rPr>
        <w:t xml:space="preserve"> could still be an underdog, but if </w:t>
      </w:r>
      <w:r>
        <w:rPr>
          <w:b w:val="0"/>
          <w:i w:val="0"/>
          <w:smallCaps w:val="0"/>
          <w:strike w:val="0"/>
          <w:sz w:val="22"/>
          <w:highlight w:val="cyan"/>
          <w:u w:val="single"/>
        </w:rPr>
        <w:t>Trump’s deficit</w:t>
      </w:r>
      <w:r>
        <w:rPr>
          <w:b w:val="0"/>
          <w:i w:val="0"/>
          <w:smallCaps w:val="0"/>
          <w:strike w:val="0"/>
          <w:sz w:val="22"/>
          <w:u w:val="single"/>
        </w:rPr>
        <w:t xml:space="preserve"> in the district were </w:t>
      </w:r>
      <w:r>
        <w:rPr>
          <w:b w:val="0"/>
          <w:i w:val="0"/>
          <w:smallCaps w:val="0"/>
          <w:strike w:val="0"/>
          <w:sz w:val="22"/>
          <w:highlight w:val="cyan"/>
          <w:u w:val="single"/>
        </w:rPr>
        <w:t>cut to 7</w:t>
      </w:r>
      <w:r>
        <w:rPr>
          <w:b w:val="0"/>
          <w:i w:val="0"/>
          <w:smallCaps w:val="0"/>
          <w:strike w:val="0"/>
          <w:sz w:val="22"/>
          <w:u w:val="single"/>
        </w:rPr>
        <w:t xml:space="preserve"> points instead of 15, his </w:t>
      </w:r>
      <w:r>
        <w:rPr>
          <w:b w:val="0"/>
          <w:i w:val="0"/>
          <w:smallCaps w:val="0"/>
          <w:strike w:val="0"/>
          <w:sz w:val="22"/>
          <w:highlight w:val="cyan"/>
          <w:u w:val="single"/>
        </w:rPr>
        <w:t>odds</w:t>
      </w:r>
      <w:r>
        <w:rPr>
          <w:b w:val="0"/>
          <w:i w:val="0"/>
          <w:smallCaps w:val="0"/>
          <w:strike w:val="0"/>
          <w:sz w:val="22"/>
          <w:u w:val="single"/>
        </w:rPr>
        <w:t xml:space="preserve"> would look </w:t>
      </w:r>
      <w:r>
        <w:rPr>
          <w:b/>
          <w:i w:val="0"/>
          <w:smallCaps w:val="0"/>
          <w:strike w:val="0"/>
          <w:sz w:val="22"/>
          <w:highlight w:val="cyan"/>
          <w:u w:val="single"/>
        </w:rPr>
        <w:t>less daunting.</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