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 Republican majority won’t pass climate litigation</w:t>
      </w:r>
    </w:p>
    <w:p>
      <w:pPr>
        <w:spacing w:after="80"/>
      </w:pPr>
      <w:r>
        <w:rPr>
          <w:b/>
          <w:i w:val="0"/>
          <w:smallCaps w:val="0"/>
          <w:strike w:val="0"/>
          <w:sz w:val="23"/>
          <w:u w:val="none"/>
        </w:rPr>
        <w:t>Friedman ’24</w:t>
      </w:r>
      <w:r>
        <w:rPr>
          <w:b w:val="0"/>
          <w:i w:val="0"/>
          <w:smallCaps w:val="0"/>
          <w:strike w:val="0"/>
          <w:u w:val="none"/>
        </w:rPr>
        <w:t xml:space="preserve"> </w:t>
      </w:r>
      <w:r>
        <w:rPr>
          <w:b w:val="0"/>
          <w:i w:val="0"/>
          <w:smallCaps w:val="0"/>
          <w:strike w:val="0"/>
          <w:sz w:val="14"/>
          <w:u w:val="none"/>
        </w:rPr>
        <w:t xml:space="preserve">(7/17/24, Lisa Friedman is </w:t>
      </w:r>
      <w:r>
        <w:rPr>
          <w:b w:val="0"/>
          <w:i w:val="0"/>
          <w:smallCaps w:val="0"/>
          <w:strike w:val="0"/>
          <w:sz w:val="14"/>
          <w:u w:val="none"/>
        </w:rPr>
        <w:t>a reporter covering climate policy and politics at The New York Times.</w:t>
      </w:r>
      <w:r>
        <w:rPr>
          <w:b w:val="0"/>
          <w:i w:val="0"/>
          <w:smallCaps w:val="0"/>
          <w:strike w:val="0"/>
          <w:sz w:val="14"/>
          <w:u w:val="none"/>
        </w:rPr>
        <w:t xml:space="preserve"> She </w:t>
      </w:r>
      <w:r>
        <w:rPr>
          <w:b w:val="0"/>
          <w:i w:val="0"/>
          <w:smallCaps w:val="0"/>
          <w:strike w:val="0"/>
          <w:sz w:val="14"/>
          <w:u w:val="none"/>
        </w:rPr>
        <w:t>write’s</w:t>
      </w:r>
      <w:r>
        <w:rPr>
          <w:b w:val="0"/>
          <w:i w:val="0"/>
          <w:smallCaps w:val="0"/>
          <w:strike w:val="0"/>
          <w:sz w:val="14"/>
          <w:u w:val="none"/>
        </w:rPr>
        <w:t xml:space="preserve"> about how governments are addressing climate change for more than 30 years. </w:t>
      </w:r>
      <w:r>
        <w:rPr>
          <w:b w:val="0"/>
          <w:i/>
          <w:smallCaps w:val="0"/>
          <w:strike w:val="0"/>
          <w:sz w:val="14"/>
          <w:u w:val="none"/>
        </w:rPr>
        <w:t xml:space="preserve">“At the Republican National Convention, Climate Change Isn’t a Problem” </w:t>
      </w:r>
      <w:r>
        <w:rPr>
          <w:b w:val="0"/>
          <w:i w:val="0"/>
          <w:smallCaps w:val="0"/>
          <w:strike w:val="0"/>
          <w:sz w:val="14"/>
          <w:u w:val="none"/>
        </w:rPr>
        <w:t>New York Times, https://www.nytimes.com/2024/07/15/climate/republicans-climate-change-fossil-fuels.html)</w:t>
      </w:r>
    </w:p>
    <w:p>
      <w:pPr>
        <w:spacing w:after="60"/>
      </w:pPr>
      <w:r>
        <w:rPr>
          <w:b w:val="0"/>
          <w:i w:val="0"/>
          <w:smallCaps w:val="0"/>
          <w:strike w:val="0"/>
          <w:sz w:val="22"/>
          <w:u w:val="single"/>
        </w:rPr>
        <w:t xml:space="preserve">The </w:t>
      </w:r>
      <w:r>
        <w:rPr>
          <w:b w:val="0"/>
          <w:i w:val="0"/>
          <w:smallCaps w:val="0"/>
          <w:strike w:val="0"/>
          <w:sz w:val="22"/>
          <w:highlight w:val="cyan"/>
          <w:u w:val="single"/>
        </w:rPr>
        <w:t xml:space="preserve">United States is experiencing </w:t>
      </w:r>
      <w:r>
        <w:rPr>
          <w:b w:val="0"/>
          <w:i w:val="0"/>
          <w:smallCaps w:val="0"/>
          <w:strike w:val="0"/>
          <w:sz w:val="22"/>
          <w:u w:val="single"/>
        </w:rPr>
        <w:t xml:space="preserve">scorching </w:t>
      </w:r>
      <w:r>
        <w:rPr>
          <w:b w:val="0"/>
          <w:i w:val="0"/>
          <w:smallCaps w:val="0"/>
          <w:strike w:val="0"/>
          <w:sz w:val="22"/>
          <w:highlight w:val="cyan"/>
          <w:u w:val="single"/>
        </w:rPr>
        <w:t>new levels</w:t>
      </w:r>
      <w:r>
        <w:rPr>
          <w:b w:val="0"/>
          <w:i w:val="0"/>
          <w:smallCaps w:val="0"/>
          <w:strike w:val="0"/>
          <w:sz w:val="22"/>
          <w:u w:val="single"/>
        </w:rPr>
        <w:t xml:space="preserve"> of </w:t>
      </w:r>
      <w:r>
        <w:rPr>
          <w:b w:val="0"/>
          <w:i w:val="0"/>
          <w:smallCaps w:val="0"/>
          <w:strike w:val="0"/>
          <w:sz w:val="22"/>
          <w:highlight w:val="cyan"/>
          <w:u w:val="single"/>
        </w:rPr>
        <w:t>heat</w:t>
      </w:r>
      <w:r>
        <w:rPr>
          <w:b w:val="0"/>
          <w:i w:val="0"/>
          <w:smallCaps w:val="0"/>
          <w:strike w:val="0"/>
          <w:sz w:val="22"/>
          <w:u w:val="single"/>
        </w:rPr>
        <w:t xml:space="preserve"> fueled by climate change this summer, with </w:t>
      </w:r>
      <w:r>
        <w:rPr>
          <w:b w:val="0"/>
          <w:i w:val="0"/>
          <w:smallCaps w:val="0"/>
          <w:strike w:val="0"/>
          <w:sz w:val="22"/>
          <w:highlight w:val="cyan"/>
          <w:u w:val="single"/>
        </w:rPr>
        <w:t>dozens</w:t>
      </w:r>
      <w:r>
        <w:rPr>
          <w:b w:val="0"/>
          <w:i w:val="0"/>
          <w:smallCaps w:val="0"/>
          <w:strike w:val="0"/>
          <w:sz w:val="22"/>
          <w:u w:val="single"/>
        </w:rPr>
        <w:t xml:space="preserve"> of people </w:t>
      </w:r>
      <w:r>
        <w:rPr>
          <w:b w:val="0"/>
          <w:i w:val="0"/>
          <w:smallCaps w:val="0"/>
          <w:strike w:val="0"/>
          <w:sz w:val="22"/>
          <w:highlight w:val="cyan"/>
          <w:u w:val="single"/>
        </w:rPr>
        <w:t>dying</w:t>
      </w:r>
      <w:r>
        <w:rPr>
          <w:b w:val="0"/>
          <w:i w:val="0"/>
          <w:smallCaps w:val="0"/>
          <w:strike w:val="0"/>
          <w:sz w:val="22"/>
          <w:u w:val="single"/>
        </w:rPr>
        <w:t xml:space="preserve"> in the West, </w:t>
      </w:r>
      <w:r>
        <w:rPr>
          <w:b w:val="0"/>
          <w:i w:val="0"/>
          <w:smallCaps w:val="0"/>
          <w:strike w:val="0"/>
          <w:sz w:val="22"/>
          <w:highlight w:val="cyan"/>
          <w:u w:val="single"/>
        </w:rPr>
        <w:t>millions</w:t>
      </w:r>
      <w:r>
        <w:rPr>
          <w:b w:val="0"/>
          <w:i w:val="0"/>
          <w:smallCaps w:val="0"/>
          <w:strike w:val="0"/>
          <w:sz w:val="22"/>
          <w:u w:val="single"/>
        </w:rPr>
        <w:t xml:space="preserve"> sweating </w:t>
      </w:r>
      <w:r>
        <w:rPr>
          <w:b w:val="0"/>
          <w:i w:val="0"/>
          <w:smallCaps w:val="0"/>
          <w:strike w:val="0"/>
          <w:sz w:val="22"/>
          <w:highlight w:val="cyan"/>
          <w:u w:val="single"/>
        </w:rPr>
        <w:t>under heat advisories</w:t>
      </w:r>
      <w:r>
        <w:rPr>
          <w:b w:val="0"/>
          <w:i w:val="0"/>
          <w:smallCaps w:val="0"/>
          <w:strike w:val="0"/>
          <w:sz w:val="22"/>
          <w:u w:val="single"/>
        </w:rPr>
        <w:t xml:space="preserve"> and nearly </w:t>
      </w:r>
      <w:r>
        <w:rPr>
          <w:b w:val="0"/>
          <w:i w:val="0"/>
          <w:smallCaps w:val="0"/>
          <w:strike w:val="0"/>
          <w:sz w:val="22"/>
          <w:u w:val="single"/>
        </w:rPr>
        <w:t xml:space="preserve">three-quarters of Americans </w:t>
      </w:r>
      <w:r>
        <w:rPr>
          <w:b w:val="0"/>
          <w:i w:val="0"/>
          <w:smallCaps w:val="0"/>
          <w:strike w:val="0"/>
          <w:sz w:val="22"/>
          <w:u w:val="single"/>
        </w:rPr>
        <w:t xml:space="preserve"> global warming</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 xml:space="preserve">But as the </w:t>
      </w:r>
      <w:r>
        <w:rPr>
          <w:b w:val="0"/>
          <w:i w:val="0"/>
          <w:smallCaps w:val="0"/>
          <w:strike w:val="0"/>
          <w:sz w:val="22"/>
          <w:highlight w:val="cyan"/>
          <w:u w:val="single"/>
        </w:rPr>
        <w:t>Republican Party</w:t>
      </w:r>
      <w:r>
        <w:rPr>
          <w:b w:val="0"/>
          <w:i w:val="0"/>
          <w:smallCaps w:val="0"/>
          <w:strike w:val="0"/>
          <w:sz w:val="22"/>
          <w:u w:val="single"/>
        </w:rPr>
        <w:t xml:space="preserve"> opens its national convention in Milwaukee with a </w:t>
      </w:r>
      <w:r>
        <w:rPr>
          <w:b w:val="0"/>
          <w:i w:val="0"/>
          <w:smallCaps w:val="0"/>
          <w:strike w:val="0"/>
          <w:sz w:val="22"/>
          <w:u w:val="single"/>
        </w:rPr>
        <w:t>prime-time</w:t>
      </w:r>
      <w:r>
        <w:rPr>
          <w:b w:val="0"/>
          <w:i w:val="0"/>
          <w:smallCaps w:val="0"/>
          <w:strike w:val="0"/>
          <w:sz w:val="22"/>
          <w:u w:val="single"/>
        </w:rPr>
        <w:t xml:space="preserve"> focus on energy on Monday night, the party has </w:t>
      </w:r>
      <w:r>
        <w:rPr>
          <w:b w:val="0"/>
          <w:i w:val="0"/>
          <w:smallCaps w:val="0"/>
          <w:strike w:val="0"/>
          <w:sz w:val="22"/>
          <w:highlight w:val="cyan"/>
          <w:u w:val="single"/>
        </w:rPr>
        <w:t>no plan to address climate change</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While some Republicans no longer deny the overwhelming scientific consensus that the planet is warming because of human activity, party leaders do not see it as a problem that needs to be addressed.</w:t>
      </w:r>
      <w:r>
        <w:rPr>
          <w:b w:val="0"/>
          <w:i w:val="0"/>
          <w:smallCaps w:val="0"/>
          <w:strike w:val="0"/>
          <w:sz w:val="16"/>
          <w:u w:val="none"/>
        </w:rPr>
        <w:t xml:space="preserve"> </w:t>
      </w:r>
      <w:r>
        <w:rPr>
          <w:b w:val="0"/>
          <w:i w:val="0"/>
          <w:smallCaps w:val="0"/>
          <w:strike w:val="0"/>
          <w:sz w:val="16"/>
          <w:u w:val="none"/>
        </w:rPr>
        <w:t>“I don’t know that there is a Republican approach to climate change as an organizing issue,” said Thomas J. Pyle, president of the American Energy Alliance, a conservative research group focused on energy. “I don’t think President Trump sees reducing greenhouse gases, using the government to do so, as an imperative.”</w:t>
      </w:r>
      <w:r>
        <w:rPr>
          <w:b w:val="0"/>
          <w:i w:val="0"/>
          <w:smallCaps w:val="0"/>
          <w:strike w:val="0"/>
          <w:sz w:val="16"/>
          <w:u w:val="none"/>
        </w:rPr>
        <w:t xml:space="preserve"> </w:t>
      </w:r>
      <w:r>
        <w:rPr>
          <w:b w:val="0"/>
          <w:i w:val="0"/>
          <w:smallCaps w:val="0"/>
          <w:strike w:val="0"/>
          <w:sz w:val="16"/>
          <w:u w:val="none"/>
        </w:rPr>
        <w:t>When former President Donald J. Trump mentions climate change at all, it is mockingly.</w:t>
      </w:r>
      <w:r>
        <w:rPr>
          <w:b w:val="0"/>
          <w:i w:val="0"/>
          <w:smallCaps w:val="0"/>
          <w:strike w:val="0"/>
          <w:sz w:val="16"/>
          <w:u w:val="none"/>
        </w:rPr>
        <w:t xml:space="preserve"> </w:t>
      </w:r>
      <w:r>
        <w:rPr>
          <w:b w:val="0"/>
          <w:i w:val="0"/>
          <w:smallCaps w:val="0"/>
          <w:strike w:val="0"/>
          <w:sz w:val="16"/>
          <w:u w:val="none"/>
        </w:rPr>
        <w:t>“Can you imagine, this guy says global warming is the greatest threat to our country?” Mr. Trump said, referring to President Biden as he addressed a rally in Chesapeake, Va., last month, the</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across the globe. “Global warming is fine. In fact, I heard it was going to be very warm today. It’s fine.”</w:t>
      </w:r>
      <w:r>
        <w:rPr>
          <w:b w:val="0"/>
          <w:i w:val="0"/>
          <w:smallCaps w:val="0"/>
          <w:strike w:val="0"/>
          <w:sz w:val="16"/>
          <w:u w:val="none"/>
        </w:rPr>
        <w:t xml:space="preserve"> </w:t>
      </w:r>
      <w:r>
        <w:rPr>
          <w:b w:val="0"/>
          <w:i w:val="0"/>
          <w:smallCaps w:val="0"/>
          <w:strike w:val="0"/>
          <w:sz w:val="16"/>
          <w:u w:val="none"/>
        </w:rPr>
        <w:t>He went on to dismiss the scientific evidence that melting ice sheets in Antarctica and Greenland are causing seas to rise, threatening coastal communities around the world.</w:t>
      </w:r>
      <w:r>
        <w:rPr>
          <w:b w:val="0"/>
          <w:i w:val="0"/>
          <w:smallCaps w:val="0"/>
          <w:strike w:val="0"/>
          <w:sz w:val="16"/>
          <w:u w:val="none"/>
        </w:rPr>
        <w:t xml:space="preserve"> </w:t>
      </w:r>
      <w:r>
        <w:rPr>
          <w:b w:val="0"/>
          <w:i w:val="0"/>
          <w:smallCaps w:val="0"/>
          <w:strike w:val="0"/>
          <w:sz w:val="16"/>
          <w:u w:val="none"/>
        </w:rPr>
        <w:t>“The ocean will rise, maybe, and it may go down, also,” Mr. Trump said. “But it may rise one eighth of an inch in the next 497 years, they say, one eighth, which gives you a little bit more waterfront property if you’re lucky enough to own.” In fact, sea levels are estimated to rise as much as 33 inches by the end of the century, according to top scientists. And if the Antarctic ice sheet collapses, experts said global sea levels could rise by more than 10 feet.</w:t>
      </w:r>
      <w:r>
        <w:rPr>
          <w:b w:val="0"/>
          <w:i w:val="0"/>
          <w:smallCaps w:val="0"/>
          <w:strike w:val="0"/>
          <w:sz w:val="16"/>
          <w:u w:val="none"/>
        </w:rPr>
        <w:t xml:space="preserve"> </w:t>
      </w:r>
      <w:r>
        <w:rPr>
          <w:b w:val="0"/>
          <w:i w:val="0"/>
          <w:smallCaps w:val="0"/>
          <w:strike w:val="0"/>
          <w:sz w:val="16"/>
          <w:u w:val="none"/>
        </w:rPr>
        <w:t xml:space="preserve">At the televised debate with Mr. Biden in June, Mr. Trump was asked if he would take any action as president to slow the climate crisis. “I want absolutely immaculate clean </w:t>
      </w:r>
      <w:r>
        <w:rPr>
          <w:b w:val="0"/>
          <w:i w:val="0"/>
          <w:smallCaps w:val="0"/>
          <w:strike w:val="0"/>
          <w:sz w:val="16"/>
          <w:u w:val="none"/>
        </w:rPr>
        <w:t>water</w:t>
      </w:r>
      <w:r>
        <w:rPr>
          <w:b w:val="0"/>
          <w:i w:val="0"/>
          <w:smallCaps w:val="0"/>
          <w:strike w:val="0"/>
          <w:sz w:val="16"/>
          <w:u w:val="none"/>
        </w:rPr>
        <w:t xml:space="preserve"> and I want absolutely clean air, and we had it,” Mr. Trump responded, without answering the question.</w:t>
      </w:r>
      <w:r>
        <w:rPr>
          <w:b w:val="0"/>
          <w:i w:val="0"/>
          <w:smallCaps w:val="0"/>
          <w:strike w:val="0"/>
          <w:sz w:val="16"/>
          <w:u w:val="none"/>
        </w:rPr>
        <w:t xml:space="preserve"> </w:t>
      </w:r>
      <w:r>
        <w:rPr>
          <w:b w:val="0"/>
          <w:i w:val="0"/>
          <w:smallCaps w:val="0"/>
          <w:strike w:val="0"/>
          <w:sz w:val="16"/>
          <w:u w:val="none"/>
        </w:rPr>
        <w:t>Mr. Trump’s spokeswoman, Karoline Leavitt, later declined to clarify the former president’s position or discuss any actions he would take regarding climate change, saying only that he wants “energy dominance.”</w:t>
      </w:r>
      <w:r>
        <w:rPr>
          <w:b w:val="0"/>
          <w:i w:val="0"/>
          <w:smallCaps w:val="0"/>
          <w:strike w:val="0"/>
          <w:sz w:val="16"/>
          <w:u w:val="none"/>
        </w:rPr>
        <w:t xml:space="preserve"> </w:t>
      </w:r>
      <w:r>
        <w:rPr>
          <w:b w:val="0"/>
          <w:i w:val="0"/>
          <w:smallCaps w:val="0"/>
          <w:strike w:val="0"/>
          <w:sz w:val="16"/>
          <w:u w:val="none"/>
        </w:rPr>
        <w:t>A clear majority of Americans, 65 percent, wants the country to focus on increasing solar, wind and other renewable energy and not fossil fuels, according to a May survey by the Pew Research Center</w:t>
      </w:r>
      <w:r>
        <w:rPr>
          <w:b w:val="0"/>
          <w:i w:val="0"/>
          <w:smallCaps w:val="0"/>
          <w:strike w:val="0"/>
          <w:sz w:val="22"/>
          <w:u w:val="single"/>
        </w:rPr>
        <w:t xml:space="preserve">. But just 38 percent of Republicans surveyed said renewable energy should be prioritized, while </w:t>
      </w:r>
      <w:r>
        <w:rPr>
          <w:b w:val="0"/>
          <w:i w:val="0"/>
          <w:smallCaps w:val="0"/>
          <w:strike w:val="0"/>
          <w:sz w:val="22"/>
          <w:highlight w:val="cyan"/>
          <w:u w:val="single"/>
        </w:rPr>
        <w:t xml:space="preserve">61 percent said </w:t>
      </w:r>
      <w:r>
        <w:rPr>
          <w:b w:val="0"/>
          <w:i w:val="0"/>
          <w:smallCaps w:val="0"/>
          <w:strike w:val="0"/>
          <w:sz w:val="22"/>
          <w:u w:val="single"/>
        </w:rPr>
        <w:t xml:space="preserve">the </w:t>
      </w:r>
      <w:r>
        <w:rPr>
          <w:b w:val="0"/>
          <w:i w:val="0"/>
          <w:smallCaps w:val="0"/>
          <w:strike w:val="0"/>
          <w:sz w:val="22"/>
          <w:highlight w:val="cyan"/>
          <w:u w:val="single"/>
        </w:rPr>
        <w:t>country</w:t>
      </w:r>
      <w:r>
        <w:rPr>
          <w:b w:val="0"/>
          <w:i w:val="0"/>
          <w:smallCaps w:val="0"/>
          <w:strike w:val="0"/>
          <w:sz w:val="22"/>
          <w:u w:val="single"/>
        </w:rPr>
        <w:t xml:space="preserve"> should </w:t>
      </w:r>
      <w:r>
        <w:rPr>
          <w:b w:val="0"/>
          <w:i w:val="0"/>
          <w:smallCaps w:val="0"/>
          <w:strike w:val="0"/>
          <w:sz w:val="22"/>
          <w:highlight w:val="cyan"/>
          <w:u w:val="single"/>
        </w:rPr>
        <w:t>focus on developing more oil, gas and coal</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 xml:space="preserve">“Their No. 1 agenda is to continue producing fossil fuels,” said Andrew </w:t>
      </w:r>
      <w:r>
        <w:rPr>
          <w:b w:val="0"/>
          <w:i w:val="0"/>
          <w:smallCaps w:val="0"/>
          <w:strike w:val="0"/>
          <w:sz w:val="16"/>
          <w:u w:val="none"/>
        </w:rPr>
        <w:t>Dessler</w:t>
      </w:r>
      <w:r>
        <w:rPr>
          <w:b w:val="0"/>
          <w:i w:val="0"/>
          <w:smallCaps w:val="0"/>
          <w:strike w:val="0"/>
          <w:sz w:val="16"/>
          <w:u w:val="none"/>
        </w:rPr>
        <w:t>, a professor of atmospheric sciences and the director of the Texas Center for Climate Studies at Texas A&amp;M University</w:t>
      </w:r>
      <w:r>
        <w:rPr>
          <w:b w:val="0"/>
          <w:i w:val="0"/>
          <w:smallCaps w:val="0"/>
          <w:strike w:val="0"/>
          <w:sz w:val="22"/>
          <w:u w:val="single"/>
        </w:rPr>
        <w:t xml:space="preserve">. “Once you understand their </w:t>
      </w:r>
      <w:r>
        <w:rPr>
          <w:b w:val="0"/>
          <w:i w:val="0"/>
          <w:smallCaps w:val="0"/>
          <w:strike w:val="0"/>
          <w:sz w:val="22"/>
          <w:highlight w:val="cyan"/>
          <w:u w:val="single"/>
        </w:rPr>
        <w:t>main goal</w:t>
      </w:r>
      <w:r>
        <w:rPr>
          <w:b w:val="0"/>
          <w:i w:val="0"/>
          <w:smallCaps w:val="0"/>
          <w:strike w:val="0"/>
          <w:sz w:val="22"/>
          <w:u w:val="single"/>
        </w:rPr>
        <w:t xml:space="preserve"> is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highlight w:val="cyan"/>
          <w:u w:val="single"/>
        </w:rPr>
        <w:t>entrench fossil fuels</w:t>
      </w:r>
      <w:r>
        <w:rPr>
          <w:b w:val="0"/>
          <w:i w:val="0"/>
          <w:smallCaps w:val="0"/>
          <w:strike w:val="0"/>
          <w:sz w:val="22"/>
          <w:u w:val="single"/>
        </w:rPr>
        <w:t xml:space="preserve"> regardless of anything else, everything makes sense.”</w:t>
      </w:r>
      <w:r>
        <w:rPr>
          <w:b w:val="0"/>
          <w:i w:val="0"/>
          <w:smallCaps w:val="0"/>
          <w:strike w:val="0"/>
          <w:sz w:val="16"/>
          <w:u w:val="none"/>
        </w:rPr>
        <w:t xml:space="preserve"> </w:t>
      </w:r>
      <w:r>
        <w:rPr>
          <w:b w:val="0"/>
          <w:i w:val="0"/>
          <w:smallCaps w:val="0"/>
          <w:strike w:val="0"/>
          <w:sz w:val="16"/>
          <w:u w:val="none"/>
        </w:rPr>
        <w:t xml:space="preserve">The party platform, issued last week, makes no mention of climate change. </w:t>
      </w:r>
      <w:r>
        <w:rPr>
          <w:b w:val="0"/>
          <w:i w:val="0"/>
          <w:smallCaps w:val="0"/>
          <w:strike w:val="0"/>
          <w:sz w:val="22"/>
          <w:u w:val="single"/>
        </w:rPr>
        <w:t xml:space="preserve">Instead, it </w:t>
      </w:r>
      <w:r>
        <w:rPr>
          <w:b w:val="0"/>
          <w:i w:val="0"/>
          <w:smallCaps w:val="0"/>
          <w:strike w:val="0"/>
          <w:sz w:val="22"/>
          <w:highlight w:val="cyan"/>
          <w:u w:val="single"/>
        </w:rPr>
        <w:t>encourages more production of oil, gas and coal</w:t>
      </w:r>
      <w:r>
        <w:rPr>
          <w:b w:val="0"/>
          <w:i w:val="0"/>
          <w:smallCaps w:val="0"/>
          <w:strike w:val="0"/>
          <w:sz w:val="22"/>
          <w:u w:val="single"/>
        </w:rPr>
        <w:t xml:space="preserve">, the burning of which is </w:t>
      </w:r>
      <w:r>
        <w:rPr>
          <w:b w:val="0"/>
          <w:i w:val="0"/>
          <w:smallCaps w:val="0"/>
          <w:strike w:val="0"/>
          <w:sz w:val="22"/>
          <w:u w:val="single"/>
        </w:rPr>
        <w:t>dangerously</w:t>
      </w:r>
      <w:r>
        <w:rPr>
          <w:b w:val="0"/>
          <w:i w:val="0"/>
          <w:smallCaps w:val="0"/>
          <w:strike w:val="0"/>
          <w:sz w:val="22"/>
          <w:u w:val="single"/>
        </w:rPr>
        <w:t xml:space="preserve"> </w:t>
      </w:r>
      <w:r>
        <w:rPr>
          <w:b w:val="0"/>
          <w:i w:val="0"/>
          <w:smallCaps w:val="0"/>
          <w:strike w:val="0"/>
          <w:sz w:val="22"/>
          <w:highlight w:val="cyan"/>
          <w:u w:val="single"/>
        </w:rPr>
        <w:t>driving</w:t>
      </w:r>
      <w:r>
        <w:rPr>
          <w:b w:val="0"/>
          <w:i w:val="0"/>
          <w:smallCaps w:val="0"/>
          <w:strike w:val="0"/>
          <w:sz w:val="22"/>
          <w:u w:val="single"/>
        </w:rPr>
        <w:t xml:space="preserve"> up </w:t>
      </w:r>
      <w:r>
        <w:rPr>
          <w:b w:val="0"/>
          <w:i w:val="0"/>
          <w:smallCaps w:val="0"/>
          <w:strike w:val="0"/>
          <w:sz w:val="22"/>
          <w:highlight w:val="cyan"/>
          <w:u w:val="single"/>
        </w:rPr>
        <w:t>global temperatures</w:t>
      </w:r>
      <w:r>
        <w:rPr>
          <w:b w:val="0"/>
          <w:i w:val="0"/>
          <w:smallCaps w:val="0"/>
          <w:strike w:val="0"/>
          <w:sz w:val="22"/>
          <w:u w:val="single"/>
        </w:rPr>
        <w:t>. “We will DRILL, BABY, DRILL,” it says, referring to oil as “liquid gold.”</w:t>
      </w:r>
      <w:r>
        <w:rPr>
          <w:b w:val="0"/>
          <w:i w:val="0"/>
          <w:smallCaps w:val="0"/>
          <w:strike w:val="0"/>
          <w:sz w:val="22"/>
          <w:u w:val="single"/>
        </w:rPr>
        <w:t xml:space="preserve"> </w:t>
      </w:r>
      <w:r>
        <w:rPr>
          <w:b w:val="0"/>
          <w:i w:val="0"/>
          <w:smallCaps w:val="0"/>
          <w:strike w:val="0"/>
          <w:sz w:val="16"/>
          <w:u w:val="none"/>
        </w:rPr>
        <w:t>By contrast, Mr. Biden has taken the most aggressive action of any president to cut emissions from coal, oil and gas and encourage a transition to wind, solar and other carbon-free energy. He has directed every federal agency from the Agriculture Department to the Pentagon to consider how climate change is affecting their core missions.</w:t>
      </w:r>
      <w:r>
        <w:rPr>
          <w:b w:val="0"/>
          <w:i w:val="0"/>
          <w:smallCaps w:val="0"/>
          <w:strike w:val="0"/>
          <w:sz w:val="16"/>
          <w:u w:val="none"/>
        </w:rPr>
        <w:t xml:space="preserve"> </w:t>
      </w:r>
      <w:r>
        <w:rPr>
          <w:b w:val="0"/>
          <w:i w:val="0"/>
          <w:smallCaps w:val="0"/>
          <w:strike w:val="0"/>
          <w:sz w:val="22"/>
          <w:u w:val="single"/>
        </w:rPr>
        <w:t>If Mr. Biden has taken an all-of-government approach to fighting climate change, Mr</w:t>
      </w:r>
      <w:r>
        <w:rPr>
          <w:b w:val="0"/>
          <w:i w:val="0"/>
          <w:smallCaps w:val="0"/>
          <w:strike w:val="0"/>
          <w:sz w:val="22"/>
          <w:highlight w:val="cyan"/>
          <w:u w:val="single"/>
        </w:rPr>
        <w:t>. Trump</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his </w:t>
      </w:r>
      <w:r>
        <w:rPr>
          <w:b w:val="0"/>
          <w:i w:val="0"/>
          <w:smallCaps w:val="0"/>
          <w:strike w:val="0"/>
          <w:sz w:val="22"/>
          <w:highlight w:val="cyan"/>
          <w:u w:val="single"/>
        </w:rPr>
        <w:t>allies</w:t>
      </w:r>
      <w:r>
        <w:rPr>
          <w:b w:val="0"/>
          <w:i w:val="0"/>
          <w:smallCaps w:val="0"/>
          <w:strike w:val="0"/>
          <w:sz w:val="22"/>
          <w:u w:val="single"/>
        </w:rPr>
        <w:t xml:space="preserve"> would adopt the opposite: scrubbing “climate” from all federal functions and </w:t>
      </w:r>
      <w:r>
        <w:rPr>
          <w:b w:val="0"/>
          <w:i w:val="0"/>
          <w:smallCaps w:val="0"/>
          <w:strike w:val="0"/>
          <w:sz w:val="22"/>
          <w:highlight w:val="cyan"/>
          <w:u w:val="single"/>
        </w:rPr>
        <w:t>promoting fossil fuels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 xml:space="preserve">Mr. Trump and his </w:t>
      </w:r>
      <w:r>
        <w:rPr>
          <w:b w:val="0"/>
          <w:i w:val="0"/>
          <w:smallCaps w:val="0"/>
          <w:strike w:val="0"/>
          <w:sz w:val="22"/>
          <w:u w:val="single"/>
        </w:rPr>
        <w:t xml:space="preserve">allies want to </w:t>
      </w:r>
      <w:r>
        <w:rPr>
          <w:b w:val="0"/>
          <w:i w:val="0"/>
          <w:smallCaps w:val="0"/>
          <w:strike w:val="0"/>
          <w:sz w:val="22"/>
          <w:highlight w:val="cyan"/>
          <w:u w:val="single"/>
        </w:rPr>
        <w:t xml:space="preserve">end </w:t>
      </w:r>
      <w:r>
        <w:rPr>
          <w:b w:val="0"/>
          <w:i w:val="0"/>
          <w:smallCaps w:val="0"/>
          <w:strike w:val="0"/>
          <w:sz w:val="22"/>
          <w:u w:val="single"/>
        </w:rPr>
        <w:t xml:space="preserve">federal </w:t>
      </w:r>
      <w:r>
        <w:rPr>
          <w:b w:val="0"/>
          <w:i w:val="0"/>
          <w:smallCaps w:val="0"/>
          <w:strike w:val="0"/>
          <w:sz w:val="22"/>
          <w:highlight w:val="cyan"/>
          <w:u w:val="single"/>
        </w:rPr>
        <w:t>subsidies</w:t>
      </w:r>
      <w:r>
        <w:rPr>
          <w:b w:val="0"/>
          <w:i w:val="0"/>
          <w:smallCaps w:val="0"/>
          <w:strike w:val="0"/>
          <w:sz w:val="22"/>
          <w:u w:val="single"/>
        </w:rPr>
        <w:t xml:space="preserve"> for </w:t>
      </w:r>
      <w:r>
        <w:rPr>
          <w:b w:val="0"/>
          <w:i w:val="0"/>
          <w:smallCaps w:val="0"/>
          <w:strike w:val="0"/>
          <w:sz w:val="22"/>
          <w:highlight w:val="cyan"/>
          <w:u w:val="single"/>
        </w:rPr>
        <w:t>el</w:t>
      </w:r>
      <w:r>
        <w:rPr>
          <w:b w:val="0"/>
          <w:i w:val="0"/>
          <w:smallCaps w:val="0"/>
          <w:strike w:val="0"/>
          <w:sz w:val="22"/>
          <w:u w:val="single"/>
        </w:rPr>
        <w:t xml:space="preserve">ectric </w:t>
      </w:r>
      <w:r>
        <w:rPr>
          <w:b w:val="0"/>
          <w:i w:val="0"/>
          <w:smallCaps w:val="0"/>
          <w:strike w:val="0"/>
          <w:sz w:val="22"/>
          <w:highlight w:val="cyan"/>
          <w:u w:val="single"/>
        </w:rPr>
        <w:t>v</w:t>
      </w:r>
      <w:r>
        <w:rPr>
          <w:b w:val="0"/>
          <w:i w:val="0"/>
          <w:smallCaps w:val="0"/>
          <w:strike w:val="0"/>
          <w:sz w:val="22"/>
          <w:u w:val="single"/>
        </w:rPr>
        <w:t xml:space="preserve">ehicles, battery development and the </w:t>
      </w:r>
      <w:r>
        <w:rPr>
          <w:b w:val="0"/>
          <w:i w:val="0"/>
          <w:smallCaps w:val="0"/>
          <w:strike w:val="0"/>
          <w:sz w:val="22"/>
          <w:highlight w:val="cyan"/>
          <w:u w:val="single"/>
        </w:rPr>
        <w:t>wind</w:t>
      </w:r>
      <w:r>
        <w:rPr>
          <w:b w:val="0"/>
          <w:i w:val="0"/>
          <w:smallCaps w:val="0"/>
          <w:strike w:val="0"/>
          <w:sz w:val="22"/>
          <w:u w:val="single"/>
        </w:rPr>
        <w:t xml:space="preserve"> and </w:t>
      </w:r>
      <w:r>
        <w:rPr>
          <w:b w:val="0"/>
          <w:i w:val="0"/>
          <w:smallCaps w:val="0"/>
          <w:strike w:val="0"/>
          <w:sz w:val="22"/>
          <w:highlight w:val="cyan"/>
          <w:u w:val="single"/>
        </w:rPr>
        <w:t>solar</w:t>
      </w:r>
      <w:r>
        <w:rPr>
          <w:b w:val="0"/>
          <w:i w:val="0"/>
          <w:smallCaps w:val="0"/>
          <w:strike w:val="0"/>
          <w:sz w:val="22"/>
          <w:u w:val="single"/>
        </w:rPr>
        <w:t xml:space="preserve"> industries, preferring instead to </w:t>
      </w:r>
      <w:r>
        <w:rPr>
          <w:b w:val="0"/>
          <w:i w:val="0"/>
          <w:smallCaps w:val="0"/>
          <w:strike w:val="0"/>
          <w:sz w:val="22"/>
          <w:highlight w:val="cyan"/>
          <w:u w:val="single"/>
        </w:rPr>
        <w:t>open</w:t>
      </w:r>
      <w:r>
        <w:rPr>
          <w:b w:val="0"/>
          <w:i w:val="0"/>
          <w:smallCaps w:val="0"/>
          <w:strike w:val="0"/>
          <w:sz w:val="22"/>
          <w:u w:val="single"/>
        </w:rPr>
        <w:t xml:space="preserve"> up</w:t>
      </w:r>
      <w:r>
        <w:rPr>
          <w:b w:val="0"/>
          <w:i w:val="0"/>
          <w:smallCaps w:val="0"/>
          <w:strike w:val="0"/>
          <w:sz w:val="22"/>
          <w:u w:val="single"/>
        </w:rPr>
        <w:t xml:space="preserve"> the Alaskan </w:t>
      </w:r>
      <w:r>
        <w:rPr>
          <w:b w:val="0"/>
          <w:i w:val="0"/>
          <w:smallCaps w:val="0"/>
          <w:strike w:val="0"/>
          <w:sz w:val="22"/>
          <w:u w:val="single"/>
        </w:rPr>
        <w:t xml:space="preserve">wilderness to </w:t>
      </w:r>
      <w:r>
        <w:rPr>
          <w:b w:val="0"/>
          <w:i w:val="0"/>
          <w:smallCaps w:val="0"/>
          <w:strike w:val="0"/>
          <w:sz w:val="22"/>
          <w:highlight w:val="cyan"/>
          <w:u w:val="single"/>
        </w:rPr>
        <w:t>oil drilling</w:t>
      </w:r>
      <w:r>
        <w:rPr>
          <w:b w:val="0"/>
          <w:i w:val="0"/>
          <w:smallCaps w:val="0"/>
          <w:strike w:val="0"/>
          <w:sz w:val="22"/>
          <w:u w:val="single"/>
        </w:rPr>
        <w:t xml:space="preserve">, encourage more </w:t>
      </w:r>
      <w:r>
        <w:rPr>
          <w:b w:val="0"/>
          <w:i w:val="0"/>
          <w:smallCaps w:val="0"/>
          <w:strike w:val="0"/>
          <w:sz w:val="22"/>
          <w:highlight w:val="cyan"/>
          <w:u w:val="single"/>
        </w:rPr>
        <w:t>offshore</w:t>
      </w:r>
      <w:r>
        <w:rPr>
          <w:b w:val="0"/>
          <w:i w:val="0"/>
          <w:smallCaps w:val="0"/>
          <w:strike w:val="0"/>
          <w:sz w:val="22"/>
          <w:u w:val="single"/>
        </w:rPr>
        <w:t xml:space="preserve"> </w:t>
      </w:r>
      <w:r>
        <w:rPr>
          <w:b w:val="0"/>
          <w:i w:val="0"/>
          <w:smallCaps w:val="0"/>
          <w:strike w:val="0"/>
          <w:sz w:val="22"/>
          <w:highlight w:val="cyan"/>
          <w:u w:val="single"/>
        </w:rPr>
        <w:t>drilling</w:t>
      </w:r>
      <w:r>
        <w:rPr>
          <w:b w:val="0"/>
          <w:i w:val="0"/>
          <w:smallCaps w:val="0"/>
          <w:strike w:val="0"/>
          <w:sz w:val="22"/>
          <w:u w:val="single"/>
        </w:rPr>
        <w:t xml:space="preserve"> and expand </w:t>
      </w:r>
      <w:r>
        <w:rPr>
          <w:b w:val="0"/>
          <w:i w:val="0"/>
          <w:smallCaps w:val="0"/>
          <w:strike w:val="0"/>
          <w:sz w:val="22"/>
          <w:highlight w:val="cyan"/>
          <w:u w:val="single"/>
        </w:rPr>
        <w:t>gas</w:t>
      </w:r>
      <w:r>
        <w:rPr>
          <w:b w:val="0"/>
          <w:i w:val="0"/>
          <w:smallCaps w:val="0"/>
          <w:strike w:val="0"/>
          <w:sz w:val="22"/>
          <w:u w:val="single"/>
        </w:rPr>
        <w:t xml:space="preserve"> </w:t>
      </w:r>
      <w:r>
        <w:rPr>
          <w:b w:val="0"/>
          <w:i w:val="0"/>
          <w:smallCaps w:val="0"/>
          <w:strike w:val="0"/>
          <w:sz w:val="22"/>
          <w:highlight w:val="cyan"/>
          <w:u w:val="single"/>
        </w:rPr>
        <w:t>export</w:t>
      </w:r>
      <w:r>
        <w:rPr>
          <w:b w:val="0"/>
          <w:i w:val="0"/>
          <w:smallCaps w:val="0"/>
          <w:strike w:val="0"/>
          <w:sz w:val="22"/>
          <w:u w:val="single"/>
        </w:rPr>
        <w:t xml:space="preserve"> terminals.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