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Republican congress blocks climate action </w:t>
      </w:r>
    </w:p>
    <w:p>
      <w:pPr>
        <w:spacing w:after="80"/>
      </w:pPr>
      <w:r>
        <w:rPr>
          <w:b/>
          <w:i w:val="0"/>
          <w:smallCaps w:val="0"/>
          <w:strike w:val="0"/>
          <w:sz w:val="26"/>
          <w:u w:val="none"/>
        </w:rPr>
        <w:t xml:space="preserve">Gross 21’ </w:t>
      </w:r>
      <w:r>
        <w:rPr>
          <w:b w:val="0"/>
          <w:i w:val="0"/>
          <w:smallCaps w:val="0"/>
          <w:strike w:val="0"/>
          <w:u w:val="none"/>
        </w:rPr>
        <w:t>(</w:t>
      </w:r>
      <w:r>
        <w:rPr>
          <w:b w:val="0"/>
          <w:i w:val="0"/>
          <w:smallCaps w:val="0"/>
          <w:strike w:val="0"/>
          <w:u w:val="none"/>
        </w:rPr>
        <w:t xml:space="preserve"> Samantha, Director of Energy security and climate initiative Bachelor of </w:t>
      </w:r>
      <w:r>
        <w:rPr>
          <w:b w:val="0"/>
          <w:i w:val="0"/>
          <w:smallCaps w:val="0"/>
          <w:strike w:val="0"/>
          <w:u w:val="none"/>
        </w:rPr>
        <w:t>SWcience</w:t>
      </w:r>
      <w:r>
        <w:rPr>
          <w:b w:val="0"/>
          <w:i w:val="0"/>
          <w:smallCaps w:val="0"/>
          <w:strike w:val="0"/>
          <w:u w:val="none"/>
        </w:rPr>
        <w:t xml:space="preserve">, masters in environmental engineering; Brookings “Republicans in Congress Are Out of Step With the American Public on Climate” </w:t>
      </w:r>
      <w:r>
        <w:rPr>
          <w:b w:val="0"/>
          <w:i w:val="0"/>
          <w:smallCaps w:val="0"/>
          <w:strike w:val="0"/>
          <w:u w:val="none"/>
        </w:rPr>
        <w:t xml:space="preserve">) </w:t>
      </w:r>
    </w:p>
    <w:p>
      <w:pPr>
        <w:spacing w:after="60"/>
      </w:pPr>
      <w:r>
        <w:rPr>
          <w:b w:val="0"/>
          <w:i w:val="0"/>
          <w:smallCaps w:val="0"/>
          <w:strike w:val="0"/>
          <w:sz w:val="16"/>
          <w:u w:val="none"/>
        </w:rPr>
        <w:t xml:space="preserve">Many </w:t>
      </w:r>
      <w:r>
        <w:rPr>
          <w:b w:val="0"/>
          <w:i w:val="0"/>
          <w:smallCaps w:val="0"/>
          <w:strike w:val="0"/>
          <w:sz w:val="22"/>
          <w:highlight w:val="cyan"/>
          <w:u w:val="single"/>
        </w:rPr>
        <w:t>Republicans legislators</w:t>
      </w:r>
      <w:r>
        <w:rPr>
          <w:b w:val="0"/>
          <w:i w:val="0"/>
          <w:smallCaps w:val="0"/>
          <w:strike w:val="0"/>
          <w:sz w:val="16"/>
          <w:u w:val="none"/>
        </w:rPr>
        <w:t xml:space="preserve"> still </w:t>
      </w:r>
      <w:r>
        <w:rPr>
          <w:b w:val="0"/>
          <w:i w:val="0"/>
          <w:smallCaps w:val="0"/>
          <w:strike w:val="0"/>
          <w:sz w:val="22"/>
          <w:highlight w:val="cyan"/>
          <w:u w:val="single"/>
        </w:rPr>
        <w:t>reject</w:t>
      </w:r>
      <w:r>
        <w:rPr>
          <w:b w:val="0"/>
          <w:i w:val="0"/>
          <w:smallCaps w:val="0"/>
          <w:strike w:val="0"/>
          <w:sz w:val="22"/>
          <w:u w:val="single"/>
        </w:rPr>
        <w:t xml:space="preserve"> the science of </w:t>
      </w:r>
      <w:r>
        <w:rPr>
          <w:b w:val="0"/>
          <w:i w:val="0"/>
          <w:smallCaps w:val="0"/>
          <w:strike w:val="0"/>
          <w:sz w:val="22"/>
          <w:highlight w:val="cyan"/>
          <w:u w:val="single"/>
        </w:rPr>
        <w:t>climate change</w:t>
      </w:r>
      <w:r>
        <w:rPr>
          <w:b w:val="0"/>
          <w:i w:val="0"/>
          <w:smallCaps w:val="0"/>
          <w:strike w:val="0"/>
          <w:sz w:val="16"/>
          <w:u w:val="none"/>
        </w:rPr>
        <w:t xml:space="preserve">, a position </w:t>
      </w:r>
      <w:r>
        <w:rPr>
          <w:b w:val="0"/>
          <w:i w:val="0"/>
          <w:smallCaps w:val="0"/>
          <w:strike w:val="0"/>
          <w:sz w:val="16"/>
          <w:u w:val="none"/>
        </w:rPr>
        <w:t xml:space="preserve">, but </w:t>
      </w:r>
      <w:r>
        <w:rPr>
          <w:b w:val="0"/>
          <w:i w:val="0"/>
          <w:smallCaps w:val="0"/>
          <w:strike w:val="0"/>
          <w:sz w:val="16"/>
          <w:u w:val="none"/>
        </w:rPr>
        <w:t xml:space="preserve">. Their positions have not kept up with their constituents, or even some business groups with which they are typically aligned. After the API made its announcement, Senator John </w:t>
      </w:r>
      <w:r>
        <w:rPr>
          <w:b w:val="0"/>
          <w:i w:val="0"/>
          <w:smallCaps w:val="0"/>
          <w:strike w:val="0"/>
          <w:sz w:val="16"/>
          <w:u w:val="none"/>
        </w:rPr>
        <w:t>Barrasso</w:t>
      </w:r>
      <w:r>
        <w:rPr>
          <w:b w:val="0"/>
          <w:i w:val="0"/>
          <w:smallCaps w:val="0"/>
          <w:strike w:val="0"/>
          <w:sz w:val="16"/>
          <w:u w:val="none"/>
        </w:rPr>
        <w:t xml:space="preserve"> of Wyoming, the ranking Republican on the Senate Energy and Natural Resources Committee, issued a statement saying, “</w:t>
      </w:r>
      <w:r>
        <w:rPr>
          <w:b w:val="0"/>
          <w:i w:val="0"/>
          <w:smallCaps w:val="0"/>
          <w:strike w:val="0"/>
          <w:sz w:val="16"/>
          <w:u w:val="none"/>
        </w:rPr>
        <w:t xml:space="preserve">.” In April, </w:t>
      </w:r>
      <w:r>
        <w:rPr>
          <w:b w:val="0"/>
          <w:i w:val="0"/>
          <w:smallCaps w:val="0"/>
          <w:strike w:val="0"/>
          <w:sz w:val="22"/>
          <w:highlight w:val="cyan"/>
          <w:u w:val="single"/>
        </w:rPr>
        <w:t>Representative</w:t>
      </w:r>
      <w:r>
        <w:rPr>
          <w:b w:val="0"/>
          <w:i w:val="0"/>
          <w:smallCaps w:val="0"/>
          <w:strike w:val="0"/>
          <w:sz w:val="16"/>
          <w:u w:val="none"/>
        </w:rPr>
        <w:t xml:space="preserve"> Scott Perry of Pennsylvania </w:t>
      </w:r>
      <w:r>
        <w:rPr>
          <w:b w:val="0"/>
          <w:i w:val="0"/>
          <w:smallCaps w:val="0"/>
          <w:strike w:val="0"/>
          <w:sz w:val="16"/>
          <w:u w:val="none"/>
        </w:rPr>
        <w:t xml:space="preserve"> at a hearing of a subcommittee of the House Foreign Affairs Committee that he </w:t>
      </w:r>
      <w:r>
        <w:rPr>
          <w:b w:val="0"/>
          <w:i w:val="0"/>
          <w:smallCaps w:val="0"/>
          <w:strike w:val="0"/>
          <w:sz w:val="22"/>
          <w:highlight w:val="cyan"/>
          <w:u w:val="single"/>
        </w:rPr>
        <w:t>planned</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16"/>
          <w:u w:val="none"/>
        </w:rPr>
        <w:t xml:space="preserve"> introduce a bill to </w:t>
      </w:r>
      <w:r>
        <w:rPr>
          <w:b w:val="0"/>
          <w:i w:val="0"/>
          <w:smallCaps w:val="0"/>
          <w:strike w:val="0"/>
          <w:sz w:val="22"/>
          <w:highlight w:val="cyan"/>
          <w:u w:val="single"/>
        </w:rPr>
        <w:t>withdraw</w:t>
      </w:r>
      <w:r>
        <w:rPr>
          <w:b w:val="0"/>
          <w:i w:val="0"/>
          <w:smallCaps w:val="0"/>
          <w:strike w:val="0"/>
          <w:sz w:val="22"/>
          <w:u w:val="single"/>
        </w:rPr>
        <w:t xml:space="preserve"> the United States </w:t>
      </w:r>
      <w:r>
        <w:rPr>
          <w:b w:val="0"/>
          <w:i w:val="0"/>
          <w:smallCaps w:val="0"/>
          <w:strike w:val="0"/>
          <w:sz w:val="22"/>
          <w:highlight w:val="cyan"/>
          <w:u w:val="single"/>
        </w:rPr>
        <w:t>from</w:t>
      </w:r>
      <w:r>
        <w:rPr>
          <w:b w:val="0"/>
          <w:i w:val="0"/>
          <w:smallCaps w:val="0"/>
          <w:strike w:val="0"/>
          <w:sz w:val="22"/>
          <w:u w:val="single"/>
        </w:rPr>
        <w:t xml:space="preserve"> the </w:t>
      </w:r>
      <w:r>
        <w:rPr>
          <w:b w:val="0"/>
          <w:i w:val="0"/>
          <w:smallCaps w:val="0"/>
          <w:strike w:val="0"/>
          <w:sz w:val="22"/>
          <w:highlight w:val="cyan"/>
          <w:u w:val="single"/>
        </w:rPr>
        <w:t>United Nations Framework Commission on Climate Change</w:t>
      </w:r>
      <w:r>
        <w:rPr>
          <w:b w:val="0"/>
          <w:i w:val="0"/>
          <w:smallCaps w:val="0"/>
          <w:strike w:val="0"/>
          <w:sz w:val="16"/>
          <w:u w:val="none"/>
        </w:rPr>
        <w:t xml:space="preserve">. He introduced his </w:t>
      </w:r>
      <w:r>
        <w:rPr>
          <w:b w:val="0"/>
          <w:i w:val="0"/>
          <w:smallCaps w:val="0"/>
          <w:strike w:val="0"/>
          <w:sz w:val="16"/>
          <w:u w:val="none"/>
        </w:rPr>
        <w:t>, which has no chance of passing, on Earth Day.</w:t>
      </w:r>
    </w:p>
    <w:p>
      <w:pPr>
        <w:spacing w:after="60"/>
      </w:pPr>
      <w:r>
        <w:rPr>
          <w:b w:val="0"/>
          <w:i w:val="0"/>
          <w:smallCaps w:val="0"/>
          <w:strike w:val="0"/>
          <w:sz w:val="16"/>
          <w:u w:val="none"/>
        </w:rPr>
        <w:t xml:space="preserve">How did we get here? A total unwillingness to cooperate with Democrats is part of the problem. </w:t>
      </w:r>
      <w:r>
        <w:rPr>
          <w:b w:val="0"/>
          <w:i w:val="0"/>
          <w:smallCaps w:val="0"/>
          <w:strike w:val="0"/>
          <w:sz w:val="22"/>
          <w:highlight w:val="cyan"/>
          <w:u w:val="single"/>
        </w:rPr>
        <w:t>The polarized atmosphere</w:t>
      </w:r>
      <w:r>
        <w:rPr>
          <w:b w:val="0"/>
          <w:i w:val="0"/>
          <w:smallCaps w:val="0"/>
          <w:strike w:val="0"/>
          <w:sz w:val="16"/>
          <w:u w:val="none"/>
        </w:rPr>
        <w:t xml:space="preserve"> in Washington </w:t>
      </w:r>
      <w:r>
        <w:rPr>
          <w:b w:val="0"/>
          <w:i w:val="0"/>
          <w:smallCaps w:val="0"/>
          <w:strike w:val="0"/>
          <w:sz w:val="22"/>
          <w:highlight w:val="cyan"/>
          <w:u w:val="single"/>
        </w:rPr>
        <w:t>is such that</w:t>
      </w:r>
      <w:r>
        <w:rPr>
          <w:b w:val="0"/>
          <w:i w:val="0"/>
          <w:smallCaps w:val="0"/>
          <w:strike w:val="0"/>
          <w:sz w:val="16"/>
          <w:highlight w:val="cyan"/>
          <w:u w:val="none"/>
        </w:rPr>
        <w:t xml:space="preserve"> </w:t>
      </w:r>
      <w:r>
        <w:rPr>
          <w:b w:val="0"/>
          <w:i w:val="0"/>
          <w:smallCaps w:val="0"/>
          <w:strike w:val="0"/>
          <w:sz w:val="22"/>
          <w:highlight w:val="cyan"/>
          <w:u w:val="single"/>
        </w:rPr>
        <w:t>it is difficult for</w:t>
      </w:r>
      <w:r>
        <w:rPr>
          <w:b w:val="0"/>
          <w:i w:val="0"/>
          <w:smallCaps w:val="0"/>
          <w:strike w:val="0"/>
          <w:sz w:val="22"/>
          <w:u w:val="single"/>
        </w:rPr>
        <w:t xml:space="preserve"> a </w:t>
      </w:r>
      <w:r>
        <w:rPr>
          <w:b w:val="0"/>
          <w:i w:val="0"/>
          <w:smallCaps w:val="0"/>
          <w:strike w:val="0"/>
          <w:sz w:val="22"/>
          <w:highlight w:val="cyan"/>
          <w:u w:val="single"/>
        </w:rPr>
        <w:t>Republican</w:t>
      </w:r>
      <w:r>
        <w:rPr>
          <w:b w:val="0"/>
          <w:i w:val="0"/>
          <w:smallCaps w:val="0"/>
          <w:strike w:val="0"/>
          <w:sz w:val="22"/>
          <w:u w:val="single"/>
        </w:rPr>
        <w:t xml:space="preserve"> </w:t>
      </w:r>
      <w:r>
        <w:rPr>
          <w:b w:val="0"/>
          <w:i w:val="0"/>
          <w:smallCaps w:val="0"/>
          <w:strike w:val="0"/>
          <w:sz w:val="22"/>
          <w:highlight w:val="cyan"/>
          <w:u w:val="single"/>
        </w:rPr>
        <w:t>to support</w:t>
      </w:r>
      <w:r>
        <w:rPr>
          <w:b w:val="0"/>
          <w:i w:val="0"/>
          <w:smallCaps w:val="0"/>
          <w:strike w:val="0"/>
          <w:sz w:val="22"/>
          <w:u w:val="single"/>
        </w:rPr>
        <w:t xml:space="preserve"> </w:t>
      </w:r>
      <w:r>
        <w:rPr>
          <w:b w:val="0"/>
          <w:i w:val="0"/>
          <w:smallCaps w:val="0"/>
          <w:strike w:val="0"/>
          <w:sz w:val="22"/>
          <w:highlight w:val="cyan"/>
          <w:u w:val="single"/>
        </w:rPr>
        <w:t>anything</w:t>
      </w:r>
      <w:r>
        <w:rPr>
          <w:b w:val="0"/>
          <w:i w:val="0"/>
          <w:smallCaps w:val="0"/>
          <w:strike w:val="0"/>
          <w:sz w:val="22"/>
          <w:u w:val="single"/>
        </w:rPr>
        <w:t xml:space="preserve"> </w:t>
      </w:r>
      <w:r>
        <w:rPr>
          <w:b w:val="0"/>
          <w:i w:val="0"/>
          <w:smallCaps w:val="0"/>
          <w:strike w:val="0"/>
          <w:sz w:val="22"/>
          <w:highlight w:val="cyan"/>
          <w:u w:val="single"/>
        </w:rPr>
        <w:t>proposed</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the </w:t>
      </w:r>
      <w:r>
        <w:rPr>
          <w:b w:val="0"/>
          <w:i w:val="0"/>
          <w:smallCaps w:val="0"/>
          <w:strike w:val="0"/>
          <w:sz w:val="22"/>
          <w:highlight w:val="cyan"/>
          <w:u w:val="single"/>
        </w:rPr>
        <w:t>Biden</w:t>
      </w:r>
      <w:r>
        <w:rPr>
          <w:b w:val="0"/>
          <w:i w:val="0"/>
          <w:smallCaps w:val="0"/>
          <w:strike w:val="0"/>
          <w:sz w:val="22"/>
          <w:u w:val="single"/>
        </w:rPr>
        <w:t xml:space="preserve"> administration</w:t>
      </w:r>
      <w:r>
        <w:rPr>
          <w:b w:val="0"/>
          <w:i w:val="0"/>
          <w:smallCaps w:val="0"/>
          <w:strike w:val="0"/>
          <w:sz w:val="16"/>
          <w:u w:val="none"/>
        </w:rPr>
        <w:t xml:space="preserve">, lest they be demonized by right-wing media and the party’s activist base. A lack of honesty exacerbates this problem. Just in the last few days there was a flareup on the political right that President Joe Biden’s climate plan intended </w:t>
      </w:r>
      <w:r>
        <w:rPr>
          <w:b w:val="0"/>
          <w:i w:val="0"/>
          <w:smallCaps w:val="0"/>
          <w:strike w:val="0"/>
          <w:sz w:val="16"/>
          <w:u w:val="none"/>
        </w:rPr>
        <w:t>. His plan said no such thing, but as the saying goes, a lie can travel around the world while the truth is lacing up its boots.</w:t>
      </w:r>
    </w:p>
    <w:p>
      <w:pPr>
        <w:spacing w:after="60"/>
      </w:pPr>
      <w:r>
        <w:rPr>
          <w:b w:val="0"/>
          <w:i w:val="0"/>
          <w:smallCaps w:val="0"/>
          <w:strike w:val="0"/>
          <w:sz w:val="16"/>
          <w:u w:val="none"/>
        </w:rPr>
        <w:t xml:space="preserve">The </w:t>
      </w:r>
      <w:r>
        <w:rPr>
          <w:b w:val="0"/>
          <w:i w:val="0"/>
          <w:smallCaps w:val="0"/>
          <w:strike w:val="0"/>
          <w:sz w:val="22"/>
          <w:highlight w:val="cyan"/>
          <w:u w:val="single"/>
        </w:rPr>
        <w:t>climate policies</w:t>
      </w:r>
      <w:r>
        <w:rPr>
          <w:b w:val="0"/>
          <w:i w:val="0"/>
          <w:smallCaps w:val="0"/>
          <w:strike w:val="0"/>
          <w:sz w:val="22"/>
          <w:u w:val="single"/>
        </w:rPr>
        <w:t xml:space="preserve"> that Biden has proposed so far</w:t>
      </w:r>
      <w:r>
        <w:rPr>
          <w:b w:val="0"/>
          <w:i w:val="0"/>
          <w:smallCaps w:val="0"/>
          <w:strike w:val="0"/>
          <w:sz w:val="16"/>
          <w:u w:val="none"/>
        </w:rPr>
        <w:t xml:space="preserve"> are a mix of executive action and proposals for Congress to fund climate-friendly investments. His </w:t>
      </w:r>
      <w:r>
        <w:rPr>
          <w:b w:val="0"/>
          <w:i w:val="0"/>
          <w:smallCaps w:val="0"/>
          <w:strike w:val="0"/>
          <w:sz w:val="16"/>
          <w:u w:val="none"/>
        </w:rPr>
        <w:t xml:space="preserve"> includes encouragement for electric vehicle purchases and charging station construction, a clean electricity standard and tax credits for clean electricity development, and support for low-carbon industrial processes. He’s more focused on carrots than sticks, in part because carrots are easier to get through a skeptical Congress. Yet those policies </w:t>
      </w:r>
      <w:r>
        <w:rPr>
          <w:b w:val="0"/>
          <w:i w:val="0"/>
          <w:smallCaps w:val="0"/>
          <w:strike w:val="0"/>
          <w:sz w:val="22"/>
          <w:highlight w:val="cyan"/>
          <w:u w:val="single"/>
        </w:rPr>
        <w:t>are condemned</w:t>
      </w:r>
      <w:r>
        <w:rPr>
          <w:b w:val="0"/>
          <w:i w:val="0"/>
          <w:smallCaps w:val="0"/>
          <w:strike w:val="0"/>
          <w:sz w:val="22"/>
          <w:u w:val="single"/>
        </w:rPr>
        <w:t xml:space="preserve"> by Republicans </w:t>
      </w:r>
      <w:r>
        <w:rPr>
          <w:b w:val="0"/>
          <w:i w:val="0"/>
          <w:smallCaps w:val="0"/>
          <w:strike w:val="0"/>
          <w:sz w:val="22"/>
          <w:highlight w:val="cyan"/>
          <w:u w:val="single"/>
        </w:rPr>
        <w:t>as “socialism</w:t>
      </w:r>
      <w:r>
        <w:rPr>
          <w:b w:val="0"/>
          <w:i w:val="0"/>
          <w:smallCaps w:val="0"/>
          <w:strike w:val="0"/>
          <w:sz w:val="16"/>
          <w:u w:val="none"/>
        </w:rPr>
        <w:t xml:space="preserve">.” “Our best future won’t come from Washington schemes or socialist dreams,” </w:t>
      </w:r>
      <w:r>
        <w:rPr>
          <w:b w:val="0"/>
          <w:i w:val="0"/>
          <w:smallCaps w:val="0"/>
          <w:strike w:val="0"/>
          <w:sz w:val="16"/>
          <w:u w:val="none"/>
        </w:rPr>
        <w:t xml:space="preserve"> in response to President Biden’s first address to a joint session of Congress, on April 28.</w:t>
      </w:r>
    </w:p>
    <w:p>
      <w:pPr>
        <w:spacing w:after="60"/>
      </w:pPr>
      <w:r>
        <w:rPr>
          <w:b w:val="0"/>
          <w:i w:val="0"/>
          <w:smallCaps w:val="0"/>
          <w:strike w:val="0"/>
          <w:sz w:val="16"/>
          <w:u w:val="none"/>
        </w:rPr>
        <w:t xml:space="preserve">The situation of one political party out of step with </w:t>
      </w:r>
      <w:r>
        <w:rPr>
          <w:b w:val="0"/>
          <w:i w:val="0"/>
          <w:smallCaps w:val="0"/>
          <w:strike w:val="0"/>
          <w:sz w:val="16"/>
          <w:u w:val="none"/>
        </w:rPr>
        <w:t>a majority of</w:t>
      </w:r>
      <w:r>
        <w:rPr>
          <w:b w:val="0"/>
          <w:i w:val="0"/>
          <w:smallCaps w:val="0"/>
          <w:strike w:val="0"/>
          <w:sz w:val="16"/>
          <w:u w:val="none"/>
        </w:rPr>
        <w:t xml:space="preserve"> the American people seems like an unsteady state, a disequilibrium that cannot hold. As an American concerned about climate and looking toward a low-carbon future, I wish that were so. But the Republican Party is sticking together in opposition. </w:t>
      </w:r>
      <w:r>
        <w:rPr>
          <w:b w:val="0"/>
          <w:i w:val="0"/>
          <w:smallCaps w:val="0"/>
          <w:strike w:val="0"/>
          <w:sz w:val="22"/>
          <w:highlight w:val="cyan"/>
          <w:u w:val="single"/>
        </w:rPr>
        <w:t xml:space="preserve">Although </w:t>
      </w:r>
      <w:r>
        <w:rPr>
          <w:b w:val="0"/>
          <w:i w:val="0"/>
          <w:smallCaps w:val="0"/>
          <w:strike w:val="0"/>
          <w:sz w:val="22"/>
          <w:u w:val="single"/>
        </w:rPr>
        <w:t xml:space="preserve">, </w:t>
      </w:r>
      <w:r>
        <w:rPr>
          <w:b w:val="0"/>
          <w:i w:val="0"/>
          <w:smallCaps w:val="0"/>
          <w:strike w:val="0"/>
          <w:sz w:val="22"/>
          <w:highlight w:val="cyan"/>
          <w:u w:val="single"/>
        </w:rPr>
        <w:t>Republicans in Congress</w:t>
      </w:r>
      <w:r>
        <w:rPr>
          <w:b w:val="0"/>
          <w:i w:val="0"/>
          <w:smallCaps w:val="0"/>
          <w:strike w:val="0"/>
          <w:sz w:val="22"/>
          <w:u w:val="single"/>
        </w:rPr>
        <w:t xml:space="preserve"> are </w:t>
      </w:r>
      <w:r>
        <w:rPr>
          <w:b w:val="0"/>
          <w:i w:val="0"/>
          <w:smallCaps w:val="0"/>
          <w:strike w:val="0"/>
          <w:sz w:val="22"/>
          <w:u w:val="single"/>
        </w:rPr>
        <w:t>.</w:t>
      </w:r>
      <w:r>
        <w:rPr>
          <w:b w:val="0"/>
          <w:i w:val="0"/>
          <w:smallCaps w:val="0"/>
          <w:strike w:val="0"/>
          <w:sz w:val="16"/>
          <w:u w:val="none"/>
        </w:rPr>
        <w:t xml:space="preserve"> The anti-majoritarian structure of the Senate gives the minority power to block legislation and require 60 votes for passage. Democrats can take advantage of their narrow control of the Senate to pass support for green investments through the </w:t>
      </w:r>
      <w:r>
        <w:rPr>
          <w:b w:val="0"/>
          <w:i w:val="0"/>
          <w:smallCaps w:val="0"/>
          <w:strike w:val="0"/>
          <w:sz w:val="16"/>
          <w:u w:val="none"/>
        </w:rPr>
        <w:t xml:space="preserve">, and perhaps afterward point out the popularity of the legislation among average Republicans. But in today’s tribal political environment, will it matter? </w:t>
      </w:r>
      <w:r>
        <w:rPr>
          <w:b w:val="0"/>
          <w:i w:val="0"/>
          <w:smallCaps w:val="0"/>
          <w:strike w:val="0"/>
          <w:sz w:val="22"/>
          <w:u w:val="single"/>
        </w:rPr>
        <w:t xml:space="preserve">Ultimately, </w:t>
      </w:r>
      <w:r>
        <w:rPr>
          <w:b w:val="0"/>
          <w:i w:val="0"/>
          <w:smallCaps w:val="0"/>
          <w:strike w:val="0"/>
          <w:sz w:val="22"/>
          <w:highlight w:val="cyan"/>
          <w:u w:val="single"/>
        </w:rPr>
        <w:t>hope for change among</w:t>
      </w:r>
      <w:r>
        <w:rPr>
          <w:b w:val="0"/>
          <w:i w:val="0"/>
          <w:smallCaps w:val="0"/>
          <w:strike w:val="0"/>
          <w:sz w:val="22"/>
          <w:u w:val="single"/>
        </w:rPr>
        <w:t xml:space="preserve"> Congressional </w:t>
      </w:r>
      <w:r>
        <w:rPr>
          <w:b w:val="0"/>
          <w:i w:val="0"/>
          <w:smallCaps w:val="0"/>
          <w:strike w:val="0"/>
          <w:sz w:val="22"/>
          <w:highlight w:val="cyan"/>
          <w:u w:val="single"/>
        </w:rPr>
        <w:t>Republicans</w:t>
      </w:r>
      <w:r>
        <w:rPr>
          <w:b w:val="0"/>
          <w:i w:val="0"/>
          <w:smallCaps w:val="0"/>
          <w:strike w:val="0"/>
          <w:sz w:val="22"/>
          <w:u w:val="single"/>
        </w:rPr>
        <w:t xml:space="preserve"> </w:t>
      </w:r>
      <w:r>
        <w:rPr>
          <w:b w:val="0"/>
          <w:i w:val="0"/>
          <w:smallCaps w:val="0"/>
          <w:strike w:val="0"/>
          <w:sz w:val="22"/>
          <w:highlight w:val="cyan"/>
          <w:u w:val="single"/>
        </w:rPr>
        <w:t>lies with voters</w:t>
      </w:r>
      <w:r>
        <w:rPr>
          <w:b w:val="0"/>
          <w:i w:val="0"/>
          <w:smallCaps w:val="0"/>
          <w:strike w:val="0"/>
          <w:sz w:val="22"/>
          <w:u w:val="single"/>
        </w:rPr>
        <w:t xml:space="preserve">, </w:t>
      </w:r>
      <w:r>
        <w:rPr>
          <w:b w:val="0"/>
          <w:i w:val="0"/>
          <w:smallCaps w:val="0"/>
          <w:strike w:val="0"/>
          <w:sz w:val="22"/>
          <w:highlight w:val="cyan"/>
          <w:u w:val="single"/>
        </w:rPr>
        <w:t>who</w:t>
      </w:r>
      <w:r>
        <w:rPr>
          <w:b w:val="0"/>
          <w:i w:val="0"/>
          <w:smallCaps w:val="0"/>
          <w:strike w:val="0"/>
          <w:sz w:val="22"/>
          <w:u w:val="single"/>
        </w:rPr>
        <w:t xml:space="preserve"> say they care about climate, but </w:t>
      </w:r>
      <w:r>
        <w:rPr>
          <w:b w:val="0"/>
          <w:i w:val="0"/>
          <w:smallCaps w:val="0"/>
          <w:strike w:val="0"/>
          <w:sz w:val="22"/>
          <w:highlight w:val="cyan"/>
          <w:u w:val="single"/>
        </w:rPr>
        <w:t>haven’t made</w:t>
      </w:r>
      <w:r>
        <w:rPr>
          <w:b w:val="0"/>
          <w:i w:val="0"/>
          <w:smallCaps w:val="0"/>
          <w:strike w:val="0"/>
          <w:sz w:val="22"/>
          <w:u w:val="single"/>
        </w:rPr>
        <w:t xml:space="preserve"> </w:t>
      </w:r>
      <w:r>
        <w:rPr>
          <w:b w:val="0"/>
          <w:i w:val="0"/>
          <w:smallCaps w:val="0"/>
          <w:strike w:val="0"/>
          <w:sz w:val="22"/>
          <w:highlight w:val="cyan"/>
          <w:u w:val="single"/>
        </w:rPr>
        <w:t>it</w:t>
      </w:r>
      <w:r>
        <w:rPr>
          <w:b w:val="0"/>
          <w:i w:val="0"/>
          <w:smallCaps w:val="0"/>
          <w:strike w:val="0"/>
          <w:sz w:val="22"/>
          <w:u w:val="single"/>
        </w:rPr>
        <w:t xml:space="preserve"> </w:t>
      </w:r>
      <w:r>
        <w:rPr>
          <w:b w:val="0"/>
          <w:i w:val="0"/>
          <w:smallCaps w:val="0"/>
          <w:strike w:val="0"/>
          <w:sz w:val="22"/>
          <w:highlight w:val="cyan"/>
          <w:u w:val="single"/>
        </w:rPr>
        <w:t>a central issue</w:t>
      </w:r>
      <w:r>
        <w:rPr>
          <w:b w:val="0"/>
          <w:i w:val="0"/>
          <w:smallCaps w:val="0"/>
          <w:strike w:val="0"/>
          <w:sz w:val="22"/>
          <w:u w:val="single"/>
        </w:rPr>
        <w:t xml:space="preserve"> determining their vote. </w:t>
      </w:r>
      <w:r>
        <w:rPr>
          <w:b w:val="0"/>
          <w:i w:val="0"/>
          <w:smallCaps w:val="0"/>
          <w:strike w:val="0"/>
          <w:sz w:val="22"/>
          <w:highlight w:val="cyan"/>
          <w:u w:val="single"/>
        </w:rPr>
        <w:t>Unless</w:t>
      </w:r>
      <w:r>
        <w:rPr>
          <w:b w:val="0"/>
          <w:i w:val="0"/>
          <w:smallCaps w:val="0"/>
          <w:strike w:val="0"/>
          <w:sz w:val="22"/>
          <w:u w:val="single"/>
        </w:rPr>
        <w:t xml:space="preserve"> and until </w:t>
      </w:r>
      <w:r>
        <w:rPr>
          <w:b w:val="0"/>
          <w:i w:val="0"/>
          <w:smallCaps w:val="0"/>
          <w:strike w:val="0"/>
          <w:sz w:val="22"/>
          <w:highlight w:val="cyan"/>
          <w:u w:val="single"/>
        </w:rPr>
        <w:t>that changes</w:t>
      </w:r>
      <w:r>
        <w:rPr>
          <w:b w:val="0"/>
          <w:i w:val="0"/>
          <w:smallCaps w:val="0"/>
          <w:strike w:val="0"/>
          <w:sz w:val="22"/>
          <w:u w:val="single"/>
        </w:rPr>
        <w:t xml:space="preserve">, I fear that </w:t>
      </w:r>
      <w:r>
        <w:rPr>
          <w:b w:val="0"/>
          <w:i w:val="0"/>
          <w:smallCaps w:val="0"/>
          <w:strike w:val="0"/>
          <w:sz w:val="22"/>
          <w:highlight w:val="cyan"/>
          <w:u w:val="single"/>
        </w:rPr>
        <w:t>U.S. climate gridlock will continue.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