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Trump second term increases GHG emissions</w:t>
      </w:r>
    </w:p>
    <w:p>
      <w:pPr>
        <w:spacing w:after="80"/>
      </w:pPr>
      <w:r>
        <w:rPr>
          <w:b/>
          <w:i w:val="0"/>
          <w:smallCaps w:val="0"/>
          <w:strike w:val="0"/>
          <w:sz w:val="26"/>
          <w:u w:val="none"/>
        </w:rPr>
        <w:t>Plumer and Friedman 7/16</w:t>
      </w:r>
      <w:r>
        <w:rPr>
          <w:b w:val="0"/>
          <w:i w:val="0"/>
          <w:smallCaps w:val="0"/>
          <w:strike w:val="0"/>
          <w:u w:val="none"/>
        </w:rPr>
        <w:t xml:space="preserve"> Brad and Lisa July 16 Brad Plumer is a Times reporter who covers technology and policy efforts to address global warming. Lisa Friedman is a Times reporter who writes about how governments are addressing climate change and the effects of those policies on communities. NYT “What Trump 2.0 Could Mean for the Environment” </w:t>
      </w:r>
      <w:r>
        <w:rPr>
          <w:b w:val="0"/>
          <w:i w:val="0"/>
          <w:smallCaps w:val="0"/>
          <w:strike w:val="0"/>
          <w:u w:val="none"/>
        </w:rPr>
        <w:t xml:space="preserve"> ZMR</w:t>
      </w:r>
    </w:p>
    <w:p>
      <w:pPr>
        <w:spacing w:after="60"/>
      </w:pPr>
      <w:r>
        <w:rPr>
          <w:b w:val="0"/>
          <w:i w:val="0"/>
          <w:smallCaps w:val="0"/>
          <w:strike w:val="0"/>
          <w:sz w:val="16"/>
          <w:u w:val="none"/>
        </w:rPr>
        <w:t xml:space="preserve">As president, Donald </w:t>
      </w:r>
      <w:r>
        <w:rPr>
          <w:b w:val="0"/>
          <w:i w:val="0"/>
          <w:smallCaps w:val="0"/>
          <w:strike w:val="0"/>
          <w:sz w:val="22"/>
          <w:highlight w:val="cyan"/>
          <w:u w:val="single"/>
        </w:rPr>
        <w:t>Trump’</w:t>
      </w:r>
      <w:r>
        <w:rPr>
          <w:b w:val="0"/>
          <w:i w:val="0"/>
          <w:smallCaps w:val="0"/>
          <w:strike w:val="0"/>
          <w:sz w:val="22"/>
          <w:u w:val="single"/>
        </w:rPr>
        <w:t xml:space="preserve">s sweeping </w:t>
      </w:r>
      <w:r>
        <w:rPr>
          <w:b w:val="0"/>
          <w:i w:val="0"/>
          <w:smallCaps w:val="0"/>
          <w:strike w:val="0"/>
          <w:sz w:val="22"/>
          <w:highlight w:val="cyan"/>
          <w:u w:val="single"/>
        </w:rPr>
        <w:t>attempts to roll back</w:t>
      </w:r>
      <w:r>
        <w:rPr>
          <w:b w:val="0"/>
          <w:i w:val="0"/>
          <w:smallCaps w:val="0"/>
          <w:strike w:val="0"/>
          <w:sz w:val="22"/>
          <w:u w:val="single"/>
        </w:rPr>
        <w:t xml:space="preserve"> federal </w:t>
      </w:r>
      <w:r>
        <w:rPr>
          <w:b w:val="0"/>
          <w:i w:val="0"/>
          <w:smallCaps w:val="0"/>
          <w:strike w:val="0"/>
          <w:sz w:val="22"/>
          <w:highlight w:val="cyan"/>
          <w:u w:val="single"/>
        </w:rPr>
        <w:t>environmental regulations were</w:t>
      </w:r>
      <w:r>
        <w:rPr>
          <w:b w:val="0"/>
          <w:i w:val="0"/>
          <w:smallCaps w:val="0"/>
          <w:strike w:val="0"/>
          <w:sz w:val="22"/>
          <w:u w:val="single"/>
        </w:rPr>
        <w:t xml:space="preserve"> often </w:t>
      </w:r>
      <w:r>
        <w:rPr>
          <w:b w:val="0"/>
          <w:i w:val="0"/>
          <w:smallCaps w:val="0"/>
          <w:strike w:val="0"/>
          <w:sz w:val="22"/>
          <w:highlight w:val="cyan"/>
          <w:u w:val="single"/>
        </w:rPr>
        <w:t>stymied</w:t>
      </w:r>
      <w:r>
        <w:rPr>
          <w:b w:val="0"/>
          <w:i w:val="0"/>
          <w:smallCaps w:val="0"/>
          <w:strike w:val="0"/>
          <w:sz w:val="16"/>
          <w:u w:val="none"/>
        </w:rPr>
        <w:t xml:space="preserve"> — by the courts, by a lack of experience, even by internal resistance from government employees.</w:t>
      </w:r>
    </w:p>
    <w:p>
      <w:pPr>
        <w:spacing w:after="60"/>
      </w:pPr>
      <w:r>
        <w:rPr>
          <w:b w:val="0"/>
          <w:i w:val="0"/>
          <w:smallCaps w:val="0"/>
          <w:strike w:val="0"/>
          <w:sz w:val="16"/>
          <w:u w:val="none"/>
        </w:rPr>
        <w:t>But if he retakes the White House in November, Mr</w:t>
      </w:r>
      <w:r>
        <w:rPr>
          <w:b w:val="0"/>
          <w:i w:val="0"/>
          <w:smallCaps w:val="0"/>
          <w:strike w:val="0"/>
          <w:sz w:val="22"/>
          <w:u w:val="single"/>
        </w:rPr>
        <w:t xml:space="preserve">. </w:t>
      </w:r>
      <w:r>
        <w:rPr>
          <w:b w:val="0"/>
          <w:i w:val="0"/>
          <w:smallCaps w:val="0"/>
          <w:strike w:val="0"/>
          <w:sz w:val="22"/>
          <w:highlight w:val="cyan"/>
          <w:u w:val="single"/>
        </w:rPr>
        <w:t>Trump would be in a</w:t>
      </w:r>
      <w:r>
        <w:rPr>
          <w:b w:val="0"/>
          <w:i w:val="0"/>
          <w:smallCaps w:val="0"/>
          <w:strike w:val="0"/>
          <w:sz w:val="22"/>
          <w:u w:val="single"/>
        </w:rPr>
        <w:t xml:space="preserve"> far </w:t>
      </w:r>
      <w:r>
        <w:rPr>
          <w:b/>
          <w:i w:val="0"/>
          <w:smallCaps w:val="0"/>
          <w:strike w:val="0"/>
          <w:sz w:val="22"/>
          <w:highlight w:val="cyan"/>
          <w:u w:val="single"/>
        </w:rPr>
        <w:t>better position to dismantle</w:t>
      </w:r>
      <w:r>
        <w:rPr>
          <w:b/>
          <w:i w:val="0"/>
          <w:smallCaps w:val="0"/>
          <w:strike w:val="0"/>
          <w:sz w:val="22"/>
          <w:u w:val="single"/>
        </w:rPr>
        <w:t xml:space="preserve"> </w:t>
      </w:r>
      <w:r>
        <w:rPr>
          <w:b/>
          <w:i w:val="0"/>
          <w:smallCaps w:val="0"/>
          <w:strike w:val="0"/>
          <w:sz w:val="22"/>
          <w:highlight w:val="cyan"/>
          <w:u w:val="single"/>
        </w:rPr>
        <w:t>environmental</w:t>
      </w:r>
      <w:r>
        <w:rPr>
          <w:b/>
          <w:i w:val="0"/>
          <w:smallCaps w:val="0"/>
          <w:strike w:val="0"/>
          <w:sz w:val="22"/>
          <w:u w:val="single"/>
        </w:rPr>
        <w:t xml:space="preserve"> and climate </w:t>
      </w:r>
      <w:r>
        <w:rPr>
          <w:b/>
          <w:i w:val="0"/>
          <w:smallCaps w:val="0"/>
          <w:strike w:val="0"/>
          <w:sz w:val="22"/>
          <w:highlight w:val="cyan"/>
          <w:u w:val="single"/>
        </w:rPr>
        <w:t>rules</w:t>
      </w:r>
      <w:r>
        <w:rPr>
          <w:b/>
          <w:i w:val="0"/>
          <w:smallCaps w:val="0"/>
          <w:strike w:val="0"/>
          <w:sz w:val="22"/>
          <w:u w:val="single"/>
        </w:rPr>
        <w:t>,</w:t>
      </w:r>
      <w:r>
        <w:rPr>
          <w:b w:val="0"/>
          <w:i w:val="0"/>
          <w:smallCaps w:val="0"/>
          <w:strike w:val="0"/>
          <w:sz w:val="16"/>
          <w:u w:val="none"/>
        </w:rPr>
        <w:t xml:space="preserve"> aided by more sympathetic judges and conservative allies who are already mapping out ways to bend federal agencies to the president’s will.</w:t>
      </w:r>
    </w:p>
    <w:p>
      <w:pPr>
        <w:spacing w:after="60"/>
      </w:pPr>
      <w:r>
        <w:rPr>
          <w:b w:val="0"/>
          <w:i w:val="0"/>
          <w:smallCaps w:val="0"/>
          <w:strike w:val="0"/>
          <w:sz w:val="16"/>
          <w:u w:val="none"/>
        </w:rPr>
        <w:t>“It’s going to be easier,” said Myron Ebell, who led the transition at the Environmental Protection Agency after Mr. Trump won in 2016. “</w:t>
      </w:r>
      <w:r>
        <w:rPr>
          <w:b w:val="0"/>
          <w:i w:val="0"/>
          <w:smallCaps w:val="0"/>
          <w:strike w:val="0"/>
          <w:sz w:val="22"/>
          <w:u w:val="single"/>
        </w:rPr>
        <w:t>They’re going to have better people, more committed people, more experienced peo</w:t>
      </w:r>
      <w:r>
        <w:rPr>
          <w:b w:val="0"/>
          <w:i w:val="0"/>
          <w:smallCaps w:val="0"/>
          <w:strike w:val="0"/>
          <w:sz w:val="22"/>
          <w:u w:val="single"/>
        </w:rPr>
        <w:t>ple</w:t>
      </w:r>
      <w:r>
        <w:rPr>
          <w:b w:val="0"/>
          <w:i w:val="0"/>
          <w:smallCaps w:val="0"/>
          <w:strike w:val="0"/>
          <w:sz w:val="16"/>
          <w:u w:val="none"/>
        </w:rPr>
        <w:t>. They will be able to move more quickly, and more successfully, in my view.”</w:t>
      </w:r>
    </w:p>
    <w:p>
      <w:pPr>
        <w:spacing w:after="60"/>
      </w:pPr>
      <w:r>
        <w:rPr>
          <w:b w:val="0"/>
          <w:i w:val="0"/>
          <w:smallCaps w:val="0"/>
          <w:strike w:val="0"/>
          <w:sz w:val="16"/>
          <w:u w:val="none"/>
        </w:rPr>
        <w:t xml:space="preserve">On the campaign trail, Mr. </w:t>
      </w:r>
      <w:r>
        <w:rPr>
          <w:b w:val="0"/>
          <w:i w:val="0"/>
          <w:smallCaps w:val="0"/>
          <w:strike w:val="0"/>
          <w:sz w:val="22"/>
          <w:highlight w:val="cyan"/>
          <w:u w:val="single"/>
        </w:rPr>
        <w:t>Trump</w:t>
      </w:r>
      <w:r>
        <w:rPr>
          <w:b w:val="0"/>
          <w:i w:val="0"/>
          <w:smallCaps w:val="0"/>
          <w:strike w:val="0"/>
          <w:sz w:val="22"/>
          <w:u w:val="single"/>
        </w:rPr>
        <w:t xml:space="preserve"> has </w:t>
      </w:r>
      <w:r>
        <w:rPr>
          <w:b w:val="0"/>
          <w:i w:val="0"/>
          <w:smallCaps w:val="0"/>
          <w:strike w:val="0"/>
          <w:sz w:val="22"/>
          <w:highlight w:val="cyan"/>
          <w:u w:val="single"/>
        </w:rPr>
        <w:t>promised to repeal</w:t>
      </w:r>
      <w:r>
        <w:rPr>
          <w:b w:val="0"/>
          <w:i w:val="0"/>
          <w:smallCaps w:val="0"/>
          <w:strike w:val="0"/>
          <w:sz w:val="22"/>
          <w:u w:val="single"/>
        </w:rPr>
        <w:t xml:space="preserve"> federal </w:t>
      </w:r>
      <w:r>
        <w:rPr>
          <w:b w:val="0"/>
          <w:i w:val="0"/>
          <w:smallCaps w:val="0"/>
          <w:strike w:val="0"/>
          <w:sz w:val="22"/>
          <w:highlight w:val="cyan"/>
          <w:u w:val="single"/>
        </w:rPr>
        <w:t>regulations designed to cut g</w:t>
      </w:r>
      <w:r>
        <w:rPr>
          <w:b w:val="0"/>
          <w:i w:val="0"/>
          <w:smallCaps w:val="0"/>
          <w:strike w:val="0"/>
          <w:sz w:val="22"/>
          <w:u w:val="single"/>
        </w:rPr>
        <w:t>reen</w:t>
      </w:r>
      <w:r>
        <w:rPr>
          <w:b w:val="0"/>
          <w:i w:val="0"/>
          <w:smallCaps w:val="0"/>
          <w:strike w:val="0"/>
          <w:sz w:val="22"/>
          <w:highlight w:val="cyan"/>
          <w:u w:val="single"/>
        </w:rPr>
        <w:t>h</w:t>
      </w:r>
      <w:r>
        <w:rPr>
          <w:b w:val="0"/>
          <w:i w:val="0"/>
          <w:smallCaps w:val="0"/>
          <w:strike w:val="0"/>
          <w:sz w:val="22"/>
          <w:u w:val="single"/>
        </w:rPr>
        <w:t xml:space="preserve">ouse </w:t>
      </w:r>
      <w:r>
        <w:rPr>
          <w:b w:val="0"/>
          <w:i w:val="0"/>
          <w:smallCaps w:val="0"/>
          <w:strike w:val="0"/>
          <w:sz w:val="22"/>
          <w:highlight w:val="cyan"/>
          <w:u w:val="single"/>
        </w:rPr>
        <w:t>g</w:t>
      </w:r>
      <w:r>
        <w:rPr>
          <w:b w:val="0"/>
          <w:i w:val="0"/>
          <w:smallCaps w:val="0"/>
          <w:strike w:val="0"/>
          <w:sz w:val="22"/>
          <w:u w:val="single"/>
        </w:rPr>
        <w:t xml:space="preserve">as pollution that is rapidly heating the planet. Many of </w:t>
      </w:r>
      <w:r>
        <w:rPr>
          <w:b/>
          <w:i w:val="0"/>
          <w:smallCaps w:val="0"/>
          <w:strike w:val="0"/>
          <w:sz w:val="22"/>
          <w:highlight w:val="cyan"/>
          <w:u w:val="single"/>
        </w:rPr>
        <w:t>his allies want to go further</w:t>
      </w:r>
      <w:r>
        <w:rPr>
          <w:b w:val="0"/>
          <w:i w:val="0"/>
          <w:smallCaps w:val="0"/>
          <w:strike w:val="0"/>
          <w:sz w:val="22"/>
          <w:u w:val="single"/>
        </w:rPr>
        <w:t>. They are drafting plans to slash budgets, oust career staffers</w:t>
      </w:r>
      <w:r>
        <w:rPr>
          <w:b w:val="0"/>
          <w:i w:val="0"/>
          <w:smallCaps w:val="0"/>
          <w:strike w:val="0"/>
          <w:sz w:val="16"/>
          <w:u w:val="none"/>
        </w:rPr>
        <w:t>, embed loyalists in key offices and scale back the government’s powers to tackle climate change, regulate industries and restrict hazardous chemicals.</w:t>
      </w:r>
    </w:p>
    <w:p>
      <w:pPr>
        <w:spacing w:after="60"/>
      </w:pPr>
      <w:r>
        <w:rPr>
          <w:b w:val="0"/>
          <w:i w:val="0"/>
          <w:smallCaps w:val="0"/>
          <w:strike w:val="0"/>
          <w:sz w:val="16"/>
          <w:u w:val="none"/>
        </w:rPr>
        <w:t>Those plans, while wildly ambitious, may be more attainable next time around. Perhaps the biggest change in Mr. Trump’s favor is that over the past two years, the Supreme Court’s conservative supermajority has significantly curbed the legal authority of the government to impose environmental rules on businesses.</w:t>
      </w:r>
    </w:p>
    <w:p>
      <w:pPr>
        <w:spacing w:after="60"/>
      </w:pPr>
      <w:r>
        <w:rPr>
          <w:b w:val="0"/>
          <w:i w:val="0"/>
          <w:smallCaps w:val="0"/>
          <w:strike w:val="0"/>
          <w:sz w:val="22"/>
          <w:u w:val="single"/>
        </w:rPr>
        <w:t xml:space="preserve">Mr. </w:t>
      </w:r>
      <w:r>
        <w:rPr>
          <w:b w:val="0"/>
          <w:i w:val="0"/>
          <w:smallCaps w:val="0"/>
          <w:strike w:val="0"/>
          <w:sz w:val="22"/>
          <w:highlight w:val="cyan"/>
          <w:u w:val="single"/>
        </w:rPr>
        <w:t>Trump</w:t>
      </w:r>
      <w:r>
        <w:rPr>
          <w:b w:val="0"/>
          <w:i w:val="0"/>
          <w:smallCaps w:val="0"/>
          <w:strike w:val="0"/>
          <w:sz w:val="22"/>
          <w:u w:val="single"/>
        </w:rPr>
        <w:t xml:space="preserve"> may </w:t>
      </w:r>
      <w:r>
        <w:rPr>
          <w:b w:val="0"/>
          <w:i w:val="0"/>
          <w:smallCaps w:val="0"/>
          <w:strike w:val="0"/>
          <w:sz w:val="22"/>
          <w:highlight w:val="cyan"/>
          <w:u w:val="single"/>
        </w:rPr>
        <w:t>have more success in dismantling</w:t>
      </w:r>
      <w:r>
        <w:rPr>
          <w:b w:val="0"/>
          <w:i w:val="0"/>
          <w:smallCaps w:val="0"/>
          <w:strike w:val="0"/>
          <w:sz w:val="22"/>
          <w:u w:val="single"/>
        </w:rPr>
        <w:t xml:space="preserve"> environmental </w:t>
      </w:r>
      <w:r>
        <w:rPr>
          <w:b/>
          <w:i w:val="0"/>
          <w:smallCaps w:val="0"/>
          <w:strike w:val="0"/>
          <w:sz w:val="22"/>
          <w:highlight w:val="cyan"/>
          <w:u w:val="single"/>
        </w:rPr>
        <w:t>protections if he is re-elected</w:t>
      </w:r>
      <w:r>
        <w:rPr>
          <w:b w:val="0"/>
          <w:i w:val="0"/>
          <w:smallCaps w:val="0"/>
          <w:strike w:val="0"/>
          <w:sz w:val="22"/>
          <w:u w:val="single"/>
        </w:rPr>
        <w:t>, this time aided by more sympathetic judges and conservative allies</w:t>
      </w:r>
      <w:r>
        <w:rPr>
          <w:b w:val="0"/>
          <w:i w:val="0"/>
          <w:smallCaps w:val="0"/>
          <w:strike w:val="0"/>
          <w:sz w:val="16"/>
          <w:u w:val="none"/>
        </w:rPr>
        <w:t>. Credit...Scott McIntyre for The New York Times</w:t>
      </w:r>
    </w:p>
    <w:p>
      <w:pPr>
        <w:spacing w:after="60"/>
      </w:pPr>
      <w:r>
        <w:rPr>
          <w:b w:val="0"/>
          <w:i w:val="0"/>
          <w:smallCaps w:val="0"/>
          <w:strike w:val="0"/>
          <w:sz w:val="16"/>
          <w:u w:val="none"/>
        </w:rPr>
        <w:t xml:space="preserve">At the same time, Mr. </w:t>
      </w:r>
      <w:r>
        <w:rPr>
          <w:b w:val="0"/>
          <w:i w:val="0"/>
          <w:smallCaps w:val="0"/>
          <w:strike w:val="0"/>
          <w:sz w:val="22"/>
          <w:u w:val="single"/>
        </w:rPr>
        <w:t xml:space="preserve">Trump has </w:t>
      </w:r>
      <w:r>
        <w:rPr>
          <w:b w:val="0"/>
          <w:i w:val="0"/>
          <w:smallCaps w:val="0"/>
          <w:strike w:val="0"/>
          <w:sz w:val="22"/>
          <w:highlight w:val="cyan"/>
          <w:u w:val="single"/>
        </w:rPr>
        <w:t>proposed reclassifying</w:t>
      </w:r>
      <w:r>
        <w:rPr>
          <w:b w:val="0"/>
          <w:i w:val="0"/>
          <w:smallCaps w:val="0"/>
          <w:strike w:val="0"/>
          <w:sz w:val="22"/>
          <w:u w:val="single"/>
        </w:rPr>
        <w:t xml:space="preserve"> tens of </w:t>
      </w:r>
      <w:r>
        <w:rPr>
          <w:b w:val="0"/>
          <w:i w:val="0"/>
          <w:smallCaps w:val="0"/>
          <w:strike w:val="0"/>
          <w:sz w:val="22"/>
          <w:highlight w:val="cyan"/>
          <w:u w:val="single"/>
        </w:rPr>
        <w:t>thousands of career civil servants</w:t>
      </w:r>
      <w:r>
        <w:rPr>
          <w:b w:val="0"/>
          <w:i w:val="0"/>
          <w:smallCaps w:val="0"/>
          <w:strike w:val="0"/>
          <w:sz w:val="22"/>
          <w:u w:val="single"/>
        </w:rPr>
        <w:t xml:space="preserve">, </w:t>
      </w:r>
      <w:r>
        <w:rPr>
          <w:b w:val="0"/>
          <w:i w:val="0"/>
          <w:smallCaps w:val="0"/>
          <w:strike w:val="0"/>
          <w:sz w:val="22"/>
          <w:highlight w:val="cyan"/>
          <w:u w:val="single"/>
        </w:rPr>
        <w:t>mak</w:t>
      </w:r>
      <w:r>
        <w:rPr>
          <w:b w:val="0"/>
          <w:i w:val="0"/>
          <w:smallCaps w:val="0"/>
          <w:strike w:val="0"/>
          <w:sz w:val="22"/>
          <w:u w:val="single"/>
        </w:rPr>
        <w:t xml:space="preserve">ing </w:t>
      </w:r>
      <w:r>
        <w:rPr>
          <w:b w:val="0"/>
          <w:i w:val="0"/>
          <w:smallCaps w:val="0"/>
          <w:strike w:val="0"/>
          <w:sz w:val="22"/>
          <w:highlight w:val="cyan"/>
          <w:u w:val="single"/>
        </w:rPr>
        <w:t>it easier to fire them</w:t>
      </w:r>
      <w:r>
        <w:rPr>
          <w:b w:val="0"/>
          <w:i w:val="0"/>
          <w:smallCaps w:val="0"/>
          <w:strike w:val="0"/>
          <w:sz w:val="16"/>
          <w:u w:val="none"/>
        </w:rPr>
        <w:t xml:space="preserve">. He has said that move, which he tried to implement at the end of his first term, is </w:t>
      </w:r>
      <w:r>
        <w:rPr>
          <w:b w:val="0"/>
          <w:i w:val="0"/>
          <w:smallCaps w:val="0"/>
          <w:strike w:val="0"/>
          <w:sz w:val="22"/>
          <w:u w:val="single"/>
        </w:rPr>
        <w:t>necessary to “destroy the deep state” that he says secretly worked against his presidency</w:t>
      </w:r>
      <w:r>
        <w:rPr>
          <w:b w:val="0"/>
          <w:i w:val="0"/>
          <w:smallCaps w:val="0"/>
          <w:strike w:val="0"/>
          <w:sz w:val="16"/>
          <w:u w:val="none"/>
        </w:rPr>
        <w:t>. The result is that a second Trump administration might not face as many legal or bureaucratic guardrails as the first.</w:t>
      </w:r>
    </w:p>
    <w:p>
      <w:pPr>
        <w:spacing w:after="60"/>
      </w:pPr>
      <w:r>
        <w:rPr>
          <w:b w:val="0"/>
          <w:i w:val="0"/>
          <w:smallCaps w:val="0"/>
          <w:strike w:val="0"/>
          <w:sz w:val="22"/>
          <w:u w:val="single"/>
        </w:rPr>
        <w:t>“Because of the Supreme Court in particular, he’ll be able to get away with a lot more than anyone ever suspected</w:t>
      </w:r>
      <w:r>
        <w:rPr>
          <w:b w:val="0"/>
          <w:i w:val="0"/>
          <w:smallCaps w:val="0"/>
          <w:strike w:val="0"/>
          <w:sz w:val="16"/>
          <w:u w:val="none"/>
        </w:rPr>
        <w:t>,” said Christine Todd Whitman, who led the Environmental Protection Agency under President George W. Bush. She said the courts have effectively given a second Trump administration a “free hand” to slash regulations.</w:t>
      </w:r>
    </w:p>
    <w:p>
      <w:pPr>
        <w:spacing w:after="60"/>
      </w:pPr>
      <w:r>
        <w:rPr>
          <w:b w:val="0"/>
          <w:i w:val="0"/>
          <w:smallCaps w:val="0"/>
          <w:strike w:val="0"/>
          <w:sz w:val="16"/>
          <w:u w:val="none"/>
        </w:rPr>
        <w:t xml:space="preserve">That could mean a drastic transformation of the E.P.A., which was created by a Republican, Richard Nixon, and for five decades has played a powerful role in American society, </w:t>
      </w:r>
      <w:r>
        <w:rPr>
          <w:b w:val="0"/>
          <w:i w:val="0"/>
          <w:smallCaps w:val="0"/>
          <w:strike w:val="0"/>
          <w:sz w:val="22"/>
          <w:u w:val="single"/>
        </w:rPr>
        <w:t xml:space="preserve">from forcing communities to reduce smog to regulating the use of pesticides. Businesses and </w:t>
      </w:r>
      <w:r>
        <w:rPr>
          <w:b w:val="0"/>
          <w:i w:val="0"/>
          <w:smallCaps w:val="0"/>
          <w:strike w:val="0"/>
          <w:sz w:val="22"/>
          <w:highlight w:val="cyan"/>
          <w:u w:val="single"/>
        </w:rPr>
        <w:t>conservative groups</w:t>
      </w:r>
      <w:r>
        <w:rPr>
          <w:b w:val="0"/>
          <w:i w:val="0"/>
          <w:smallCaps w:val="0"/>
          <w:strike w:val="0"/>
          <w:sz w:val="22"/>
          <w:u w:val="single"/>
        </w:rPr>
        <w:t xml:space="preserve"> have </w:t>
      </w:r>
      <w:r>
        <w:rPr>
          <w:b w:val="0"/>
          <w:i w:val="0"/>
          <w:smallCaps w:val="0"/>
          <w:strike w:val="0"/>
          <w:sz w:val="22"/>
          <w:highlight w:val="cyan"/>
          <w:u w:val="single"/>
        </w:rPr>
        <w:t>long said</w:t>
      </w:r>
      <w:r>
        <w:rPr>
          <w:b w:val="0"/>
          <w:i w:val="0"/>
          <w:smallCaps w:val="0"/>
          <w:strike w:val="0"/>
          <w:sz w:val="22"/>
          <w:u w:val="single"/>
        </w:rPr>
        <w:t xml:space="preserve"> that </w:t>
      </w:r>
      <w:r>
        <w:rPr>
          <w:b w:val="0"/>
          <w:i w:val="0"/>
          <w:smallCaps w:val="0"/>
          <w:strike w:val="0"/>
          <w:sz w:val="22"/>
          <w:highlight w:val="cyan"/>
          <w:u w:val="single"/>
        </w:rPr>
        <w:t>excessive regulation drives up costs</w:t>
      </w:r>
      <w:r>
        <w:rPr>
          <w:b w:val="0"/>
          <w:i w:val="0"/>
          <w:smallCaps w:val="0"/>
          <w:strike w:val="0"/>
          <w:sz w:val="22"/>
          <w:u w:val="single"/>
        </w:rPr>
        <w:t xml:space="preserve"> for industries from electric utilities to home building. Environmentalists say that handcuffing the E.P.A. now, when time is short to contain global warming, could have dire consequences.</w:t>
      </w:r>
    </w:p>
    <w:p>
      <w:pPr>
        <w:spacing w:after="60"/>
      </w:pPr>
      <w:r>
        <w:rPr>
          <w:b w:val="0"/>
          <w:i w:val="0"/>
          <w:smallCaps w:val="0"/>
          <w:strike w:val="0"/>
          <w:sz w:val="16"/>
          <w:u w:val="none"/>
        </w:rPr>
        <w:t xml:space="preserve">A significant </w:t>
      </w:r>
      <w:r>
        <w:rPr>
          <w:b w:val="0"/>
          <w:i w:val="0"/>
          <w:smallCaps w:val="0"/>
          <w:strike w:val="0"/>
          <w:sz w:val="22"/>
          <w:highlight w:val="cyan"/>
          <w:u w:val="single"/>
        </w:rPr>
        <w:t>weakening</w:t>
      </w:r>
      <w:r>
        <w:rPr>
          <w:b w:val="0"/>
          <w:i w:val="0"/>
          <w:smallCaps w:val="0"/>
          <w:strike w:val="0"/>
          <w:sz w:val="22"/>
          <w:u w:val="single"/>
        </w:rPr>
        <w:t xml:space="preserve"> of the </w:t>
      </w:r>
      <w:r>
        <w:rPr>
          <w:b w:val="0"/>
          <w:i w:val="0"/>
          <w:smallCaps w:val="0"/>
          <w:strike w:val="0"/>
          <w:sz w:val="22"/>
          <w:highlight w:val="cyan"/>
          <w:u w:val="single"/>
        </w:rPr>
        <w:t>E.P.A</w:t>
      </w:r>
      <w:r>
        <w:rPr>
          <w:b w:val="0"/>
          <w:i w:val="0"/>
          <w:smallCaps w:val="0"/>
          <w:strike w:val="0"/>
          <w:sz w:val="22"/>
          <w:u w:val="single"/>
        </w:rPr>
        <w:t>., said Ms. Whitman, is “</w:t>
      </w:r>
      <w:r>
        <w:rPr>
          <w:b/>
          <w:i w:val="0"/>
          <w:smallCaps w:val="0"/>
          <w:strike w:val="0"/>
          <w:sz w:val="22"/>
          <w:highlight w:val="cyan"/>
          <w:u w:val="single"/>
        </w:rPr>
        <w:t>going to be devastating</w:t>
      </w:r>
      <w:r>
        <w:rPr>
          <w:b w:val="0"/>
          <w:i w:val="0"/>
          <w:smallCaps w:val="0"/>
          <w:strike w:val="0"/>
          <w:sz w:val="22"/>
          <w:highlight w:val="cyan"/>
          <w:u w:val="single"/>
        </w:rPr>
        <w:t xml:space="preserve"> for</w:t>
      </w:r>
      <w:r>
        <w:rPr>
          <w:b w:val="0"/>
          <w:i w:val="0"/>
          <w:smallCaps w:val="0"/>
          <w:strike w:val="0"/>
          <w:sz w:val="22"/>
          <w:u w:val="single"/>
        </w:rPr>
        <w:t xml:space="preserve"> the country and </w:t>
      </w:r>
      <w:r>
        <w:rPr>
          <w:b w:val="0"/>
          <w:i w:val="0"/>
          <w:smallCaps w:val="0"/>
          <w:strike w:val="0"/>
          <w:sz w:val="22"/>
          <w:highlight w:val="cyan"/>
          <w:u w:val="single"/>
        </w:rPr>
        <w:t>the world</w:t>
      </w:r>
      <w:r>
        <w:rPr>
          <w:b w:val="0"/>
          <w:i w:val="0"/>
          <w:smallCaps w:val="0"/>
          <w:strike w:val="0"/>
          <w:sz w:val="16"/>
          <w:u w:val="none"/>
        </w:rPr>
        <w:t>, frankly, because we all suffer from climate change.”</w:t>
      </w:r>
    </w:p>
    <w:p>
      <w:pPr>
        <w:spacing w:after="60"/>
      </w:pPr>
      <w:r>
        <w:rPr>
          <w:b w:val="0"/>
          <w:i w:val="0"/>
          <w:smallCaps w:val="0"/>
          <w:strike w:val="0"/>
          <w:sz w:val="16"/>
          <w:u w:val="none"/>
        </w:rPr>
        <w:t>Mr. Trump’s spokeswoman, Karoline Leavitt, said in a statement that “President Trump made America a net exporter of energy for the first time because he cut red tape and gave the industry more freedom to do what they do best — utilize the liquid gold under our feet.” If elected, he would “cancel Joe Biden’s radical mandates, terminate the Green New Scam, and make America energy independent again,” she said.</w:t>
      </w:r>
    </w:p>
    <w:p>
      <w:pPr>
        <w:spacing w:after="60"/>
      </w:pPr>
      <w:r>
        <w:rPr>
          <w:b w:val="0"/>
          <w:i w:val="0"/>
          <w:smallCaps w:val="0"/>
          <w:strike w:val="0"/>
          <w:sz w:val="16"/>
          <w:u w:val="none"/>
        </w:rPr>
        <w:t>In 2023, the United States pumped more crude oil than any other nation in history and it is the world’s leading exporter of liquefied natural gas.</w:t>
      </w:r>
    </w:p>
    <w:p>
      <w:pPr>
        <w:spacing w:after="60"/>
      </w:pPr>
      <w:r>
        <w:rPr>
          <w:b w:val="0"/>
          <w:i w:val="0"/>
          <w:smallCaps w:val="0"/>
          <w:strike w:val="0"/>
          <w:sz w:val="16"/>
          <w:u w:val="none"/>
        </w:rPr>
        <w:t>Rolling back regulations</w:t>
      </w:r>
    </w:p>
    <w:p>
      <w:pPr>
        <w:spacing w:after="60"/>
      </w:pPr>
      <w:r>
        <w:rPr>
          <w:b w:val="0"/>
          <w:i w:val="0"/>
          <w:smallCaps w:val="0"/>
          <w:strike w:val="0"/>
          <w:sz w:val="22"/>
          <w:u w:val="single"/>
        </w:rPr>
        <w:t xml:space="preserve">Mr. </w:t>
      </w:r>
      <w:r>
        <w:rPr>
          <w:b w:val="0"/>
          <w:i w:val="0"/>
          <w:smallCaps w:val="0"/>
          <w:strike w:val="0"/>
          <w:sz w:val="22"/>
          <w:highlight w:val="cyan"/>
          <w:u w:val="single"/>
        </w:rPr>
        <w:t>Trump</w:t>
      </w:r>
      <w:r>
        <w:rPr>
          <w:b w:val="0"/>
          <w:i w:val="0"/>
          <w:smallCaps w:val="0"/>
          <w:strike w:val="0"/>
          <w:sz w:val="22"/>
          <w:u w:val="single"/>
        </w:rPr>
        <w:t xml:space="preserve"> doesn’t detail his plans for the E.P.A., apart from </w:t>
      </w:r>
      <w:r>
        <w:rPr>
          <w:b w:val="0"/>
          <w:i w:val="0"/>
          <w:smallCaps w:val="0"/>
          <w:strike w:val="0"/>
          <w:sz w:val="22"/>
          <w:highlight w:val="cyan"/>
          <w:u w:val="single"/>
        </w:rPr>
        <w:t>promis</w:t>
      </w:r>
      <w:r>
        <w:rPr>
          <w:b w:val="0"/>
          <w:i w:val="0"/>
          <w:smallCaps w:val="0"/>
          <w:strike w:val="0"/>
          <w:sz w:val="22"/>
          <w:u w:val="single"/>
        </w:rPr>
        <w:t xml:space="preserve">ing </w:t>
      </w:r>
      <w:r>
        <w:rPr>
          <w:b w:val="0"/>
          <w:i w:val="0"/>
          <w:smallCaps w:val="0"/>
          <w:strike w:val="0"/>
          <w:sz w:val="22"/>
          <w:highlight w:val="cyan"/>
          <w:u w:val="single"/>
        </w:rPr>
        <w:t>to scrap</w:t>
      </w:r>
      <w:r>
        <w:rPr>
          <w:b w:val="0"/>
          <w:i w:val="0"/>
          <w:smallCaps w:val="0"/>
          <w:strike w:val="0"/>
          <w:sz w:val="22"/>
          <w:u w:val="single"/>
        </w:rPr>
        <w:t xml:space="preserve"> two </w:t>
      </w:r>
      <w:r>
        <w:rPr>
          <w:b w:val="0"/>
          <w:i w:val="0"/>
          <w:smallCaps w:val="0"/>
          <w:strike w:val="0"/>
          <w:sz w:val="22"/>
          <w:highlight w:val="cyan"/>
          <w:u w:val="single"/>
        </w:rPr>
        <w:t>major Biden</w:t>
      </w:r>
      <w:r>
        <w:rPr>
          <w:b w:val="0"/>
          <w:i w:val="0"/>
          <w:smallCaps w:val="0"/>
          <w:strike w:val="0"/>
          <w:sz w:val="22"/>
          <w:u w:val="single"/>
        </w:rPr>
        <w:t xml:space="preserve"> administration </w:t>
      </w:r>
      <w:r>
        <w:rPr>
          <w:b w:val="0"/>
          <w:i w:val="0"/>
          <w:smallCaps w:val="0"/>
          <w:strike w:val="0"/>
          <w:sz w:val="22"/>
          <w:highlight w:val="cyan"/>
          <w:u w:val="single"/>
        </w:rPr>
        <w:t>regulations designed to reduce greenhouse gases</w:t>
      </w:r>
      <w:r>
        <w:rPr>
          <w:b w:val="0"/>
          <w:i w:val="0"/>
          <w:smallCaps w:val="0"/>
          <w:strike w:val="0"/>
          <w:sz w:val="22"/>
          <w:u w:val="single"/>
        </w:rPr>
        <w:t xml:space="preserve"> from power plants and car</w:t>
      </w:r>
      <w:r>
        <w:rPr>
          <w:b w:val="0"/>
          <w:i w:val="0"/>
          <w:smallCaps w:val="0"/>
          <w:strike w:val="0"/>
          <w:sz w:val="16"/>
          <w:u w:val="none"/>
        </w:rPr>
        <w:t>s. His allies, however, have laid out specific proposals as part of a transition plan known as Project 2025, spearheaded by the conservative Heritage Foundation.</w:t>
      </w:r>
    </w:p>
    <w:p>
      <w:pPr>
        <w:spacing w:after="60"/>
      </w:pPr>
      <w:r>
        <w:rPr>
          <w:b w:val="0"/>
          <w:i w:val="0"/>
          <w:smallCaps w:val="0"/>
          <w:strike w:val="0"/>
          <w:sz w:val="16"/>
          <w:u w:val="none"/>
        </w:rPr>
        <w:t>While Mr. Trump has recently sought to distance himself from Project 2025, much of the plan was written by people who were top advisers during his first term and could serve in prominent roles if he wins in November.</w:t>
      </w:r>
    </w:p>
    <w:p>
      <w:pPr>
        <w:spacing w:after="60"/>
      </w:pPr>
      <w:r>
        <w:rPr>
          <w:b w:val="0"/>
          <w:i w:val="0"/>
          <w:smallCaps w:val="0"/>
          <w:strike w:val="0"/>
          <w:sz w:val="16"/>
          <w:u w:val="none"/>
        </w:rPr>
        <w:t xml:space="preserve">In a 32-page section on the E.P.A., </w:t>
      </w:r>
      <w:r>
        <w:rPr>
          <w:b w:val="0"/>
          <w:i w:val="0"/>
          <w:smallCaps w:val="0"/>
          <w:strike w:val="0"/>
          <w:sz w:val="22"/>
          <w:u w:val="single"/>
        </w:rPr>
        <w:t xml:space="preserve">the </w:t>
      </w:r>
      <w:r>
        <w:rPr>
          <w:b w:val="0"/>
          <w:i w:val="0"/>
          <w:smallCaps w:val="0"/>
          <w:strike w:val="0"/>
          <w:sz w:val="22"/>
          <w:highlight w:val="cyan"/>
          <w:u w:val="single"/>
        </w:rPr>
        <w:t>plan takes aim at</w:t>
      </w:r>
      <w:r>
        <w:rPr>
          <w:b w:val="0"/>
          <w:i w:val="0"/>
          <w:smallCaps w:val="0"/>
          <w:strike w:val="0"/>
          <w:sz w:val="22"/>
          <w:u w:val="single"/>
        </w:rPr>
        <w:t xml:space="preserve"> the agency’s </w:t>
      </w:r>
      <w:r>
        <w:rPr>
          <w:b w:val="0"/>
          <w:i w:val="0"/>
          <w:smallCaps w:val="0"/>
          <w:strike w:val="0"/>
          <w:sz w:val="22"/>
          <w:highlight w:val="cyan"/>
          <w:u w:val="single"/>
        </w:rPr>
        <w:t>authority to tackle global warming</w:t>
      </w:r>
      <w:r>
        <w:rPr>
          <w:b w:val="0"/>
          <w:i w:val="0"/>
          <w:smallCaps w:val="0"/>
          <w:strike w:val="0"/>
          <w:sz w:val="22"/>
          <w:u w:val="single"/>
        </w:rPr>
        <w:t xml:space="preserve">, </w:t>
      </w:r>
      <w:r>
        <w:rPr>
          <w:b w:val="0"/>
          <w:i w:val="0"/>
          <w:smallCaps w:val="0"/>
          <w:strike w:val="0"/>
          <w:sz w:val="22"/>
          <w:highlight w:val="cyan"/>
          <w:u w:val="single"/>
        </w:rPr>
        <w:t>includin</w:t>
      </w:r>
      <w:r>
        <w:rPr>
          <w:b w:val="0"/>
          <w:i w:val="0"/>
          <w:smallCaps w:val="0"/>
          <w:strike w:val="0"/>
          <w:sz w:val="22"/>
          <w:u w:val="single"/>
        </w:rPr>
        <w:t xml:space="preserve">g by </w:t>
      </w:r>
      <w:r>
        <w:rPr>
          <w:b w:val="0"/>
          <w:i w:val="0"/>
          <w:smallCaps w:val="0"/>
          <w:strike w:val="0"/>
          <w:sz w:val="22"/>
          <w:highlight w:val="cyan"/>
          <w:u w:val="single"/>
        </w:rPr>
        <w:t>revisiting</w:t>
      </w:r>
      <w:r>
        <w:rPr>
          <w:b w:val="0"/>
          <w:i w:val="0"/>
          <w:smallCaps w:val="0"/>
          <w:strike w:val="0"/>
          <w:sz w:val="22"/>
          <w:u w:val="single"/>
        </w:rPr>
        <w:t xml:space="preserve"> a 2009 </w:t>
      </w:r>
      <w:r>
        <w:rPr>
          <w:b w:val="0"/>
          <w:i w:val="0"/>
          <w:smallCaps w:val="0"/>
          <w:strike w:val="0"/>
          <w:sz w:val="22"/>
          <w:highlight w:val="cyan"/>
          <w:u w:val="single"/>
        </w:rPr>
        <w:t>scientific finding that says carbon dioxide</w:t>
      </w:r>
      <w:r>
        <w:rPr>
          <w:b w:val="0"/>
          <w:i w:val="0"/>
          <w:smallCaps w:val="0"/>
          <w:strike w:val="0"/>
          <w:sz w:val="22"/>
          <w:u w:val="single"/>
        </w:rPr>
        <w:t xml:space="preserve"> emissions </w:t>
      </w:r>
      <w:r>
        <w:rPr>
          <w:b/>
          <w:i w:val="0"/>
          <w:smallCaps w:val="0"/>
          <w:strike w:val="0"/>
          <w:sz w:val="22"/>
          <w:highlight w:val="cyan"/>
          <w:u w:val="single"/>
        </w:rPr>
        <w:t>endanger public health</w:t>
      </w:r>
      <w:r>
        <w:rPr>
          <w:b w:val="0"/>
          <w:i w:val="0"/>
          <w:smallCaps w:val="0"/>
          <w:strike w:val="0"/>
          <w:sz w:val="16"/>
          <w:u w:val="none"/>
        </w:rPr>
        <w:t>. The blueprint also calls for repealing regulations governing air pollution from factories that crosses state borders and for reconsidering limits on PFAS, toxic compounds known as “forever chemicals” that have been detected in nearly half the nation’s tap water.</w:t>
      </w:r>
    </w:p>
    <w:p>
      <w:pPr>
        <w:spacing w:after="60"/>
      </w:pPr>
      <w:r>
        <w:rPr>
          <w:b w:val="0"/>
          <w:i w:val="0"/>
          <w:smallCaps w:val="0"/>
          <w:strike w:val="0"/>
          <w:sz w:val="22"/>
          <w:highlight w:val="cyan"/>
          <w:u w:val="single"/>
        </w:rPr>
        <w:t>Project 2025</w:t>
      </w:r>
      <w:r>
        <w:rPr>
          <w:b w:val="0"/>
          <w:i w:val="0"/>
          <w:smallCaps w:val="0"/>
          <w:strike w:val="0"/>
          <w:sz w:val="22"/>
          <w:u w:val="single"/>
        </w:rPr>
        <w:t xml:space="preserve"> also </w:t>
      </w:r>
      <w:r>
        <w:rPr>
          <w:b/>
          <w:i w:val="0"/>
          <w:smallCaps w:val="0"/>
          <w:strike w:val="0"/>
          <w:sz w:val="22"/>
          <w:highlight w:val="cyan"/>
          <w:u w:val="single"/>
        </w:rPr>
        <w:t>calls for eliminating E.P.A.’s office of environmental justice</w:t>
      </w:r>
      <w:r>
        <w:rPr>
          <w:b w:val="0"/>
          <w:i w:val="0"/>
          <w:smallCaps w:val="0"/>
          <w:strike w:val="0"/>
          <w:sz w:val="22"/>
          <w:u w:val="single"/>
        </w:rPr>
        <w:t>, which focuses on reducing pollution in low-income and minority areas</w:t>
      </w:r>
      <w:r>
        <w:rPr>
          <w:b w:val="0"/>
          <w:i w:val="0"/>
          <w:smallCaps w:val="0"/>
          <w:strike w:val="0"/>
          <w:sz w:val="16"/>
          <w:u w:val="none"/>
        </w:rPr>
        <w:t xml:space="preserve">; breaking up an office dedicated to children’s health; resetting scientific advisory boards “to expand opportunities for a diversity of scientific viewpoints”; and appointing a political loyalist as the agency’s science adviser </w:t>
      </w:r>
      <w:r>
        <w:rPr>
          <w:b w:val="0"/>
          <w:i w:val="0"/>
          <w:smallCaps w:val="0"/>
          <w:strike w:val="0"/>
          <w:sz w:val="16"/>
          <w:u w:val="none"/>
        </w:rPr>
        <w:t>in order to</w:t>
      </w:r>
      <w:r>
        <w:rPr>
          <w:b w:val="0"/>
          <w:i w:val="0"/>
          <w:smallCaps w:val="0"/>
          <w:strike w:val="0"/>
          <w:sz w:val="16"/>
          <w:u w:val="none"/>
        </w:rPr>
        <w:t xml:space="preserve"> “reform” the agency’s research.</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