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Political will exists – attacking tariff policy now</w:t>
      </w:r>
    </w:p>
    <w:p>
      <w:pPr>
        <w:spacing w:after="80"/>
      </w:pPr>
      <w:r>
        <w:rPr>
          <w:b/>
          <w:i w:val="0"/>
          <w:smallCaps w:val="0"/>
          <w:strike w:val="0"/>
          <w:sz w:val="26"/>
          <w:u w:val="none"/>
        </w:rPr>
        <w:t>Samuels 23</w:t>
      </w:r>
    </w:p>
    <w:p>
      <w:pPr>
        <w:spacing w:after="60"/>
      </w:pPr>
      <w:r>
        <w:rPr>
          <w:b w:val="0"/>
          <w:i w:val="0"/>
          <w:smallCaps w:val="0"/>
          <w:strike w:val="0"/>
          <w:sz w:val="16"/>
          <w:u w:val="none"/>
        </w:rPr>
        <w:t>[(Brett, White House reporter for The Hill, covering the Biden administration as well as the Trump campaign.) “White House knocks Trump proposal for 10 percent tax on products entering US”, The Hill, August 23rd</w:t>
      </w:r>
      <w:r>
        <w:rPr>
          <w:b w:val="0"/>
          <w:i w:val="0"/>
          <w:smallCaps w:val="0"/>
          <w:strike w:val="0"/>
          <w:sz w:val="16"/>
          <w:u w:val="none"/>
        </w:rPr>
        <w:t xml:space="preserve"> 2023</w:t>
      </w:r>
      <w:r>
        <w:rPr>
          <w:b w:val="0"/>
          <w:i w:val="0"/>
          <w:smallCaps w:val="0"/>
          <w:strike w:val="0"/>
          <w:sz w:val="16"/>
          <w:u w:val="none"/>
        </w:rPr>
        <w:t>, https://thehill.com/homenews/administration/4167729-white-house-knocks-trump-proposal-for-10-percent-tax-on-products-entering-us/]//LR</w:t>
      </w:r>
    </w:p>
    <w:p>
      <w:pPr>
        <w:spacing w:after="60"/>
      </w:pPr>
      <w:r>
        <w:rPr>
          <w:b w:val="0"/>
          <w:i w:val="0"/>
          <w:smallCaps w:val="0"/>
          <w:strike w:val="0"/>
          <w:sz w:val="22"/>
          <w:u w:val="single"/>
        </w:rPr>
        <w:t xml:space="preserve">The </w:t>
      </w:r>
      <w:r>
        <w:rPr>
          <w:b w:val="0"/>
          <w:i w:val="0"/>
          <w:smallCaps w:val="0"/>
          <w:strike w:val="0"/>
          <w:sz w:val="22"/>
          <w:highlight w:val="cyan"/>
          <w:u w:val="single"/>
        </w:rPr>
        <w:t>White House</w:t>
      </w:r>
      <w:r>
        <w:rPr>
          <w:b w:val="0"/>
          <w:i w:val="0"/>
          <w:smallCaps w:val="0"/>
          <w:strike w:val="0"/>
          <w:sz w:val="22"/>
          <w:u w:val="single"/>
        </w:rPr>
        <w:t xml:space="preserve"> on Wednesday </w:t>
      </w:r>
      <w:r>
        <w:rPr>
          <w:b/>
          <w:i w:val="0"/>
          <w:smallCaps w:val="0"/>
          <w:strike w:val="0"/>
          <w:sz w:val="22"/>
          <w:highlight w:val="cyan"/>
          <w:u w:val="single"/>
        </w:rPr>
        <w:t>took a shot at</w:t>
      </w:r>
      <w:r>
        <w:rPr>
          <w:b/>
          <w:i w:val="0"/>
          <w:smallCaps w:val="0"/>
          <w:strike w:val="0"/>
          <w:sz w:val="22"/>
          <w:u w:val="single"/>
        </w:rPr>
        <w:t xml:space="preserve"> a proposal</w:t>
      </w:r>
      <w:r>
        <w:rPr>
          <w:b w:val="0"/>
          <w:i w:val="0"/>
          <w:smallCaps w:val="0"/>
          <w:strike w:val="0"/>
          <w:sz w:val="22"/>
          <w:u w:val="single"/>
        </w:rPr>
        <w:t xml:space="preserve"> from former </w:t>
      </w:r>
      <w:r>
        <w:rPr>
          <w:b w:val="0"/>
          <w:i w:val="0"/>
          <w:smallCaps w:val="0"/>
          <w:strike w:val="0"/>
          <w:sz w:val="22"/>
          <w:u w:val="single"/>
        </w:rPr>
        <w:t xml:space="preserve">President </w:t>
      </w:r>
      <w:r>
        <w:rPr>
          <w:b w:val="0"/>
          <w:i w:val="0"/>
          <w:smallCaps w:val="0"/>
          <w:strike w:val="0"/>
          <w:sz w:val="22"/>
          <w:highlight w:val="cyan"/>
          <w:u w:val="single"/>
        </w:rPr>
        <w:t>Trump</w:t>
      </w:r>
      <w:r>
        <w:rPr>
          <w:b w:val="0"/>
          <w:i w:val="0"/>
          <w:smallCaps w:val="0"/>
          <w:strike w:val="0"/>
          <w:sz w:val="22"/>
          <w:u w:val="single"/>
        </w:rPr>
        <w:t xml:space="preserve"> to impose a 10 percent </w:t>
      </w:r>
      <w:r>
        <w:rPr>
          <w:b w:val="0"/>
          <w:i w:val="0"/>
          <w:smallCaps w:val="0"/>
          <w:strike w:val="0"/>
          <w:sz w:val="22"/>
          <w:highlight w:val="cyan"/>
          <w:u w:val="single"/>
        </w:rPr>
        <w:t>tariff</w:t>
      </w:r>
      <w:r>
        <w:rPr>
          <w:b w:val="0"/>
          <w:i w:val="0"/>
          <w:smallCaps w:val="0"/>
          <w:strike w:val="0"/>
          <w:sz w:val="22"/>
          <w:u w:val="single"/>
        </w:rPr>
        <w:t xml:space="preserve"> on </w:t>
      </w:r>
      <w:r>
        <w:rPr>
          <w:b w:val="0"/>
          <w:i w:val="0"/>
          <w:smallCaps w:val="0"/>
          <w:strike w:val="0"/>
          <w:sz w:val="22"/>
          <w:u w:val="single"/>
        </w:rPr>
        <w:t>foreign imports</w:t>
      </w:r>
      <w:r>
        <w:rPr>
          <w:b w:val="0"/>
          <w:i w:val="0"/>
          <w:smallCaps w:val="0"/>
          <w:strike w:val="0"/>
          <w:sz w:val="22"/>
          <w:u w:val="single"/>
        </w:rPr>
        <w:t xml:space="preserve"> into the United States, </w:t>
      </w:r>
      <w:r>
        <w:rPr>
          <w:b w:val="0"/>
          <w:i w:val="0"/>
          <w:smallCaps w:val="0"/>
          <w:strike w:val="0"/>
          <w:sz w:val="22"/>
          <w:highlight w:val="cyan"/>
          <w:u w:val="single"/>
        </w:rPr>
        <w:t>warning</w:t>
      </w:r>
      <w:r>
        <w:rPr>
          <w:b w:val="0"/>
          <w:i w:val="0"/>
          <w:smallCaps w:val="0"/>
          <w:strike w:val="0"/>
          <w:sz w:val="22"/>
          <w:u w:val="single"/>
        </w:rPr>
        <w:t xml:space="preserve"> it would </w:t>
      </w:r>
      <w:r>
        <w:rPr>
          <w:b/>
          <w:i w:val="0"/>
          <w:smallCaps w:val="0"/>
          <w:strike w:val="0"/>
          <w:sz w:val="22"/>
          <w:u w:val="single"/>
        </w:rPr>
        <w:t xml:space="preserve">lead to </w:t>
      </w:r>
      <w:r>
        <w:rPr>
          <w:b/>
          <w:i w:val="0"/>
          <w:smallCaps w:val="0"/>
          <w:strike w:val="0"/>
          <w:sz w:val="22"/>
          <w:highlight w:val="cyan"/>
          <w:u w:val="single"/>
        </w:rPr>
        <w:t>higher prices</w:t>
      </w:r>
      <w:r>
        <w:rPr>
          <w:b w:val="0"/>
          <w:i w:val="0"/>
          <w:smallCaps w:val="0"/>
          <w:strike w:val="0"/>
          <w:sz w:val="22"/>
          <w:u w:val="single"/>
        </w:rPr>
        <w:t xml:space="preserve">. </w:t>
      </w:r>
      <w:r>
        <w:rPr>
          <w:b w:val="0"/>
          <w:i w:val="0"/>
          <w:smallCaps w:val="0"/>
          <w:strike w:val="0"/>
          <w:sz w:val="16"/>
          <w:u w:val="none"/>
        </w:rPr>
        <w:t>“</w:t>
      </w:r>
      <w:r>
        <w:rPr>
          <w:b w:val="0"/>
          <w:i w:val="0"/>
          <w:smallCaps w:val="0"/>
          <w:strike w:val="0"/>
          <w:sz w:val="16"/>
          <w:u w:val="none"/>
        </w:rPr>
        <w:t>President Biden</w:t>
      </w:r>
      <w:r>
        <w:rPr>
          <w:b w:val="0"/>
          <w:i w:val="0"/>
          <w:smallCaps w:val="0"/>
          <w:strike w:val="0"/>
          <w:sz w:val="16"/>
          <w:u w:val="none"/>
        </w:rPr>
        <w:t xml:space="preserve"> strongly </w:t>
      </w:r>
      <w:r>
        <w:rPr>
          <w:b w:val="0"/>
          <w:i w:val="0"/>
          <w:smallCaps w:val="0"/>
          <w:strike w:val="0"/>
          <w:sz w:val="22"/>
          <w:u w:val="single"/>
        </w:rPr>
        <w:t xml:space="preserve">opposes plans to hurt hardworking families with higher prices and </w:t>
      </w:r>
      <w:r>
        <w:rPr>
          <w:b w:val="0"/>
          <w:i w:val="0"/>
          <w:smallCaps w:val="0"/>
          <w:strike w:val="0"/>
          <w:sz w:val="22"/>
          <w:highlight w:val="cyan"/>
          <w:u w:val="single"/>
        </w:rPr>
        <w:t>higher inflation</w:t>
      </w:r>
      <w:r>
        <w:rPr>
          <w:b w:val="0"/>
          <w:i w:val="0"/>
          <w:smallCaps w:val="0"/>
          <w:strike w:val="0"/>
          <w:sz w:val="22"/>
          <w:u w:val="single"/>
        </w:rPr>
        <w:t xml:space="preserve"> </w:t>
      </w:r>
      <w:r>
        <w:rPr>
          <w:b w:val="0"/>
          <w:i w:val="0"/>
          <w:smallCaps w:val="0"/>
          <w:strike w:val="0"/>
          <w:sz w:val="16"/>
          <w:u w:val="none"/>
        </w:rPr>
        <w:t xml:space="preserve">— as even economists who served in the Trump White House </w:t>
      </w:r>
      <w:r>
        <w:rPr>
          <w:b w:val="0"/>
          <w:i w:val="0"/>
          <w:smallCaps w:val="0"/>
          <w:strike w:val="0"/>
          <w:sz w:val="16"/>
          <w:u w:val="none"/>
        </w:rPr>
        <w:t>warn</w:t>
      </w:r>
      <w:r>
        <w:rPr>
          <w:b w:val="0"/>
          <w:i w:val="0"/>
          <w:smallCaps w:val="0"/>
          <w:strike w:val="0"/>
          <w:sz w:val="16"/>
          <w:u w:val="none"/>
        </w:rPr>
        <w:t xml:space="preserve"> </w:t>
      </w:r>
      <w:r>
        <w:rPr>
          <w:b w:val="0"/>
          <w:i w:val="0"/>
          <w:smallCaps w:val="0"/>
          <w:strike w:val="0"/>
          <w:sz w:val="16"/>
          <w:u w:val="none"/>
        </w:rPr>
        <w:t>such an agenda would</w:t>
      </w:r>
      <w:r>
        <w:rPr>
          <w:b w:val="0"/>
          <w:i w:val="0"/>
          <w:smallCaps w:val="0"/>
          <w:strike w:val="0"/>
          <w:sz w:val="16"/>
          <w:u w:val="none"/>
        </w:rPr>
        <w:t xml:space="preserve">,” deputy press </w:t>
      </w:r>
      <w:r>
        <w:rPr>
          <w:b w:val="0"/>
          <w:i w:val="0"/>
          <w:smallCaps w:val="0"/>
          <w:strike w:val="0"/>
          <w:sz w:val="16"/>
          <w:u w:val="none"/>
        </w:rPr>
        <w:t>secretary</w:t>
      </w:r>
      <w:r>
        <w:rPr>
          <w:b w:val="0"/>
          <w:i w:val="0"/>
          <w:smallCaps w:val="0"/>
          <w:strike w:val="0"/>
          <w:sz w:val="16"/>
          <w:u w:val="none"/>
        </w:rPr>
        <w:t xml:space="preserve"> Andrew Bates said in a statement. “Combining a </w:t>
      </w:r>
      <w:r>
        <w:rPr>
          <w:b w:val="0"/>
          <w:i w:val="0"/>
          <w:smallCaps w:val="0"/>
          <w:strike w:val="0"/>
          <w:sz w:val="22"/>
          <w:highlight w:val="cyan"/>
          <w:u w:val="single"/>
        </w:rPr>
        <w:t>sweeping tariff tax</w:t>
      </w:r>
      <w:r>
        <w:rPr>
          <w:b w:val="0"/>
          <w:i w:val="0"/>
          <w:smallCaps w:val="0"/>
          <w:strike w:val="0"/>
          <w:sz w:val="22"/>
          <w:u w:val="single"/>
        </w:rPr>
        <w:t xml:space="preserve"> on the middle class with more trickle-down tax welfare for rich special interests would </w:t>
      </w:r>
      <w:r>
        <w:rPr>
          <w:b/>
          <w:i w:val="0"/>
          <w:smallCaps w:val="0"/>
          <w:strike w:val="0"/>
          <w:sz w:val="22"/>
          <w:highlight w:val="cyan"/>
          <w:u w:val="single"/>
        </w:rPr>
        <w:t>stifle economic growth</w:t>
      </w:r>
      <w:r>
        <w:rPr>
          <w:b w:val="0"/>
          <w:i w:val="0"/>
          <w:smallCaps w:val="0"/>
          <w:strike w:val="0"/>
          <w:sz w:val="22"/>
          <w:u w:val="single"/>
        </w:rPr>
        <w:t xml:space="preserve"> and fuel inflation</w:t>
      </w:r>
      <w:r>
        <w:rPr>
          <w:b w:val="0"/>
          <w:i w:val="0"/>
          <w:smallCaps w:val="0"/>
          <w:strike w:val="0"/>
          <w:sz w:val="16"/>
          <w:u w:val="none"/>
        </w:rPr>
        <w:t xml:space="preserve">,” Bates added. The White House’s statement </w:t>
      </w:r>
      <w:r>
        <w:rPr>
          <w:b w:val="0"/>
          <w:i w:val="0"/>
          <w:smallCaps w:val="0"/>
          <w:strike w:val="0"/>
          <w:sz w:val="22"/>
          <w:highlight w:val="cyan"/>
          <w:u w:val="single"/>
        </w:rPr>
        <w:t>came</w:t>
      </w:r>
      <w:r>
        <w:rPr>
          <w:b w:val="0"/>
          <w:i w:val="0"/>
          <w:smallCaps w:val="0"/>
          <w:strike w:val="0"/>
          <w:sz w:val="22"/>
          <w:u w:val="single"/>
        </w:rPr>
        <w:t xml:space="preserve"> roughly a week </w:t>
      </w:r>
      <w:r>
        <w:rPr>
          <w:b w:val="0"/>
          <w:i w:val="0"/>
          <w:smallCaps w:val="0"/>
          <w:strike w:val="0"/>
          <w:sz w:val="22"/>
          <w:highlight w:val="cyan"/>
          <w:u w:val="single"/>
        </w:rPr>
        <w:t>after Trump</w:t>
      </w:r>
      <w:r>
        <w:rPr>
          <w:b w:val="0"/>
          <w:i w:val="0"/>
          <w:smallCaps w:val="0"/>
          <w:strike w:val="0"/>
          <w:sz w:val="22"/>
          <w:u w:val="single"/>
        </w:rPr>
        <w:t xml:space="preserve"> sat for an </w:t>
      </w:r>
      <w:r>
        <w:rPr>
          <w:b w:val="0"/>
          <w:i w:val="0"/>
          <w:smallCaps w:val="0"/>
          <w:strike w:val="0"/>
          <w:sz w:val="22"/>
          <w:highlight w:val="cyan"/>
          <w:u w:val="single"/>
        </w:rPr>
        <w:t>interview</w:t>
      </w:r>
      <w:r>
        <w:rPr>
          <w:b w:val="0"/>
          <w:i w:val="0"/>
          <w:smallCaps w:val="0"/>
          <w:strike w:val="0"/>
          <w:sz w:val="22"/>
          <w:u w:val="single"/>
        </w:rPr>
        <w:t xml:space="preserve"> with Fox Business</w:t>
      </w:r>
      <w:r>
        <w:rPr>
          <w:b w:val="0"/>
          <w:i w:val="0"/>
          <w:smallCaps w:val="0"/>
          <w:strike w:val="0"/>
          <w:sz w:val="16"/>
          <w:u w:val="none"/>
        </w:rPr>
        <w:t xml:space="preserve"> Network host and former Trump White House official </w:t>
      </w:r>
      <w:r>
        <w:rPr>
          <w:b w:val="0"/>
          <w:i w:val="0"/>
          <w:smallCaps w:val="0"/>
          <w:strike w:val="0"/>
          <w:sz w:val="16"/>
          <w:u w:val="none"/>
        </w:rPr>
        <w:t>Larry Kudlow,</w:t>
      </w:r>
      <w:r>
        <w:rPr>
          <w:b w:val="0"/>
          <w:i w:val="0"/>
          <w:smallCaps w:val="0"/>
          <w:strike w:val="0"/>
          <w:sz w:val="16"/>
          <w:u w:val="none"/>
        </w:rPr>
        <w:t xml:space="preserve"> who asked him about potential economic policies for a would-be second term. “Number one, I think we should have a ring around the collar, as they say,” </w:t>
      </w:r>
      <w:r>
        <w:rPr>
          <w:b w:val="0"/>
          <w:i w:val="0"/>
          <w:smallCaps w:val="0"/>
          <w:strike w:val="0"/>
          <w:sz w:val="22"/>
          <w:u w:val="single"/>
        </w:rPr>
        <w:t xml:space="preserve">Trump </w:t>
      </w:r>
      <w:r>
        <w:rPr>
          <w:b w:val="0"/>
          <w:i w:val="0"/>
          <w:smallCaps w:val="0"/>
          <w:strike w:val="0"/>
          <w:sz w:val="22"/>
          <w:highlight w:val="cyan"/>
          <w:u w:val="single"/>
        </w:rPr>
        <w:t>said</w:t>
      </w:r>
      <w:r>
        <w:rPr>
          <w:b w:val="0"/>
          <w:i w:val="0"/>
          <w:smallCaps w:val="0"/>
          <w:strike w:val="0"/>
          <w:sz w:val="22"/>
          <w:u w:val="single"/>
        </w:rPr>
        <w:t xml:space="preserve">. “I think, when companies come in and they dump their products in the United States, they should pay automatically, let’s say, a </w:t>
      </w:r>
      <w:r>
        <w:rPr>
          <w:b/>
          <w:i w:val="0"/>
          <w:smallCaps w:val="0"/>
          <w:strike w:val="0"/>
          <w:sz w:val="22"/>
          <w:highlight w:val="cyan"/>
          <w:u w:val="single"/>
        </w:rPr>
        <w:t>10 percent tax</w:t>
      </w:r>
      <w:r>
        <w:rPr>
          <w:b w:val="0"/>
          <w:i w:val="0"/>
          <w:smallCaps w:val="0"/>
          <w:strike w:val="0"/>
          <w:sz w:val="22"/>
          <w:u w:val="single"/>
        </w:rPr>
        <w:t>.”</w:t>
      </w:r>
      <w:r>
        <w:rPr>
          <w:b w:val="0"/>
          <w:i w:val="0"/>
          <w:smallCaps w:val="0"/>
          <w:strike w:val="0"/>
          <w:sz w:val="16"/>
          <w:u w:val="none"/>
        </w:rPr>
        <w:t xml:space="preserve"> Trump argued that the 10 percent tariff on imports would not stop business, but “would really make a lot of money.” He leaned heavily on tariffs during his first term in the White House, which at times led to escalatory trade wars with countries like China. Beijing’s tariffs on U.S. products hit American farmers particularly hard, forcing the government to provide aid to many farmers. The </w:t>
      </w:r>
      <w:r>
        <w:rPr>
          <w:b w:val="0"/>
          <w:i w:val="0"/>
          <w:smallCaps w:val="0"/>
          <w:strike w:val="0"/>
          <w:sz w:val="22"/>
          <w:u w:val="single"/>
        </w:rPr>
        <w:t xml:space="preserve">White House on Wednesday sought to </w:t>
      </w:r>
      <w:r>
        <w:rPr>
          <w:b/>
          <w:i w:val="0"/>
          <w:smallCaps w:val="0"/>
          <w:strike w:val="0"/>
          <w:sz w:val="22"/>
          <w:highlight w:val="cyan"/>
          <w:u w:val="single"/>
        </w:rPr>
        <w:t>contrast Trump’s proposal</w:t>
      </w:r>
      <w:r>
        <w:rPr>
          <w:b w:val="0"/>
          <w:i w:val="0"/>
          <w:smallCaps w:val="0"/>
          <w:strike w:val="0"/>
          <w:sz w:val="22"/>
          <w:highlight w:val="cyan"/>
          <w:u w:val="single"/>
        </w:rPr>
        <w:t xml:space="preserve"> with</w:t>
      </w:r>
      <w:r>
        <w:rPr>
          <w:b w:val="0"/>
          <w:i w:val="0"/>
          <w:smallCaps w:val="0"/>
          <w:strike w:val="0"/>
          <w:sz w:val="22"/>
          <w:u w:val="single"/>
        </w:rPr>
        <w:t xml:space="preserve"> President </w:t>
      </w:r>
      <w:r>
        <w:rPr>
          <w:b w:val="0"/>
          <w:i w:val="0"/>
          <w:smallCaps w:val="0"/>
          <w:strike w:val="0"/>
          <w:sz w:val="22"/>
          <w:highlight w:val="cyan"/>
          <w:u w:val="single"/>
        </w:rPr>
        <w:t>Biden’s record</w:t>
      </w:r>
      <w:r>
        <w:rPr>
          <w:b w:val="0"/>
          <w:i w:val="0"/>
          <w:smallCaps w:val="0"/>
          <w:strike w:val="0"/>
          <w:sz w:val="22"/>
          <w:u w:val="single"/>
        </w:rPr>
        <w:t>, pointing to steadily declining inflation over the past year</w:t>
      </w:r>
      <w:r>
        <w:rPr>
          <w:b w:val="0"/>
          <w:i w:val="0"/>
          <w:smallCaps w:val="0"/>
          <w:strike w:val="0"/>
          <w:sz w:val="16"/>
          <w:u w:val="none"/>
        </w:rPr>
        <w:t xml:space="preserve">. Polls, however, have shown </w:t>
      </w:r>
      <w:r>
        <w:rPr>
          <w:b w:val="0"/>
          <w:i w:val="0"/>
          <w:smallCaps w:val="0"/>
          <w:strike w:val="0"/>
          <w:sz w:val="16"/>
          <w:u w:val="none"/>
        </w:rPr>
        <w:t xml:space="preserve">a </w:t>
      </w:r>
      <w:r>
        <w:rPr>
          <w:b w:val="0"/>
          <w:i w:val="0"/>
          <w:smallCaps w:val="0"/>
          <w:strike w:val="0"/>
          <w:sz w:val="16"/>
          <w:u w:val="none"/>
        </w:rPr>
        <w:t>majority of</w:t>
      </w:r>
      <w:r>
        <w:rPr>
          <w:b w:val="0"/>
          <w:i w:val="0"/>
          <w:smallCaps w:val="0"/>
          <w:strike w:val="0"/>
          <w:sz w:val="16"/>
          <w:u w:val="none"/>
        </w:rPr>
        <w:t xml:space="preserve"> Americans</w:t>
      </w:r>
      <w:r>
        <w:rPr>
          <w:b w:val="0"/>
          <w:i w:val="0"/>
          <w:smallCaps w:val="0"/>
          <w:strike w:val="0"/>
          <w:sz w:val="16"/>
          <w:u w:val="none"/>
        </w:rPr>
        <w:t xml:space="preserve"> still do not trust Biden’s handling of the economy.</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