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A split government </w:t>
      </w:r>
      <w:r>
        <w:rPr>
          <w:b/>
          <w:i w:val="0"/>
          <w:smallCaps w:val="0"/>
          <w:strike w:val="0"/>
          <w:sz w:val="26"/>
          <w:u w:val="single"/>
        </w:rPr>
        <w:t xml:space="preserve">causes compromise empirically </w:t>
      </w:r>
      <w:r>
        <w:rPr>
          <w:b/>
          <w:i w:val="0"/>
          <w:smallCaps w:val="0"/>
          <w:strike w:val="0"/>
          <w:sz w:val="26"/>
          <w:u w:val="none"/>
        </w:rPr>
        <w:t>and is better than a single-party government for legislation and democracy.</w:t>
      </w:r>
    </w:p>
    <w:p>
      <w:pPr>
        <w:spacing w:after="80"/>
      </w:pPr>
      <w:r>
        <w:rPr>
          <w:b/>
          <w:i w:val="0"/>
          <w:smallCaps w:val="0"/>
          <w:strike w:val="0"/>
          <w:sz w:val="26"/>
          <w:u w:val="none"/>
        </w:rPr>
        <w:t>Hand 21</w:t>
      </w:r>
      <w:r>
        <w:rPr>
          <w:b w:val="0"/>
          <w:i w:val="0"/>
          <w:smallCaps w:val="0"/>
          <w:strike w:val="0"/>
          <w:u w:val="none"/>
        </w:rPr>
        <w:t xml:space="preserve"> </w:t>
      </w:r>
      <w:r>
        <w:rPr>
          <w:b w:val="0"/>
          <w:i w:val="0"/>
          <w:smallCaps w:val="0"/>
          <w:strike w:val="0"/>
          <w:u w:val="none"/>
        </w:rPr>
        <w:t xml:space="preserve">[Tom Hand; American History Author; 2021 (referenced from social media: https://l.facebook.com/l.php?u=https%3A%2F%2Fwww.americanacorner.com%2Fblog%2Fhistory-divided-government&amp;h=AT0l632nQWPfJ4uRo4E_M7hGq5BK1gsKPUsNZ9aYYsrTWNM0WwARk7OM7wjqD7UhgKXy-nsWu7Xf2A0EOd-wqBUyiP4VDIzB6sWrs7XY8NQ83C2CJJILxQSRiLobZ9mAzmFIM0Zf8w&amp;s=1); Our History of Divided </w:t>
      </w:r>
      <w:r>
        <w:rPr>
          <w:b w:val="0"/>
          <w:i w:val="0"/>
          <w:smallCaps w:val="0"/>
          <w:strike w:val="0"/>
          <w:u w:val="none"/>
        </w:rPr>
        <w:t>Government  —</w:t>
      </w:r>
      <w:r>
        <w:rPr>
          <w:b w:val="0"/>
          <w:i w:val="0"/>
          <w:smallCaps w:val="0"/>
          <w:strike w:val="0"/>
          <w:u w:val="none"/>
        </w:rPr>
        <w:t xml:space="preserve"> Americana Corner; Americana Corner; https://www.americanacorner.com/blog/history-divided-government; 7-20-2024; AO]</w:t>
      </w:r>
    </w:p>
    <w:p>
      <w:pPr>
        <w:spacing w:after="60"/>
      </w:pPr>
      <w:r>
        <w:rPr>
          <w:b w:val="0"/>
          <w:i w:val="0"/>
          <w:smallCaps w:val="0"/>
          <w:strike w:val="0"/>
          <w:sz w:val="16"/>
          <w:u w:val="none"/>
        </w:rPr>
        <w:t xml:space="preserve">Not surprisingly, the periods with the most significant legislative changes have occurred under a unified government, while </w:t>
      </w:r>
      <w:r>
        <w:rPr>
          <w:b w:val="0"/>
          <w:i w:val="0"/>
          <w:smallCaps w:val="0"/>
          <w:strike w:val="0"/>
          <w:sz w:val="22"/>
          <w:highlight w:val="cyan"/>
          <w:u w:val="single"/>
        </w:rPr>
        <w:t>great compromise</w:t>
      </w:r>
      <w:r>
        <w:rPr>
          <w:b w:val="0"/>
          <w:i w:val="0"/>
          <w:smallCaps w:val="0"/>
          <w:strike w:val="0"/>
          <w:sz w:val="22"/>
          <w:u w:val="single"/>
        </w:rPr>
        <w:t xml:space="preserve"> has most often </w:t>
      </w:r>
      <w:r>
        <w:rPr>
          <w:b w:val="0"/>
          <w:i w:val="0"/>
          <w:smallCaps w:val="0"/>
          <w:strike w:val="0"/>
          <w:sz w:val="22"/>
          <w:highlight w:val="cyan"/>
          <w:u w:val="single"/>
        </w:rPr>
        <w:t xml:space="preserve">happened </w:t>
      </w:r>
      <w:r>
        <w:rPr>
          <w:b/>
          <w:i w:val="0"/>
          <w:smallCaps w:val="0"/>
          <w:strike w:val="0"/>
          <w:sz w:val="22"/>
          <w:highlight w:val="cyan"/>
          <w:u w:val="single"/>
        </w:rPr>
        <w:t>during</w:t>
      </w:r>
      <w:r>
        <w:rPr>
          <w:b/>
          <w:i w:val="0"/>
          <w:smallCaps w:val="0"/>
          <w:strike w:val="0"/>
          <w:sz w:val="22"/>
          <w:u w:val="single"/>
        </w:rPr>
        <w:t xml:space="preserve"> times of </w:t>
      </w:r>
      <w:r>
        <w:rPr>
          <w:b/>
          <w:i w:val="0"/>
          <w:smallCaps w:val="0"/>
          <w:strike w:val="0"/>
          <w:sz w:val="22"/>
          <w:highlight w:val="cyan"/>
          <w:u w:val="single"/>
        </w:rPr>
        <w:t>divided control</w:t>
      </w:r>
      <w:r>
        <w:rPr>
          <w:b w:val="0"/>
          <w:i w:val="0"/>
          <w:smallCaps w:val="0"/>
          <w:strike w:val="0"/>
          <w:sz w:val="22"/>
          <w:u w:val="single"/>
        </w:rPr>
        <w:t>.</w:t>
      </w:r>
    </w:p>
    <w:p>
      <w:pPr>
        <w:spacing w:after="60"/>
      </w:pPr>
      <w:r>
        <w:rPr>
          <w:b w:val="0"/>
          <w:i w:val="0"/>
          <w:smallCaps w:val="0"/>
          <w:strike w:val="0"/>
          <w:sz w:val="16"/>
          <w:u w:val="none"/>
        </w:rPr>
        <w:t xml:space="preserve">For example, President Franklin Roosevelt’s New Deal, President Lyndon Johnson’s Great Society, and President Obama’s Affordable Care Act (Obamacare) were implemented when the same party controlled all three parts of government. </w:t>
      </w:r>
    </w:p>
    <w:p>
      <w:pPr>
        <w:spacing w:after="60"/>
      </w:pPr>
      <w:r>
        <w:rPr>
          <w:b w:val="0"/>
          <w:i w:val="0"/>
          <w:smallCaps w:val="0"/>
          <w:strike w:val="0"/>
          <w:sz w:val="16"/>
          <w:u w:val="none"/>
        </w:rPr>
        <w:t xml:space="preserve">The question is whether these significant changes were for the betterment or to the detriment of the country. Did these administrations go too far, or did they make much needed change? </w:t>
      </w:r>
    </w:p>
    <w:p>
      <w:pPr>
        <w:spacing w:after="60"/>
      </w:pPr>
      <w:r>
        <w:rPr>
          <w:b w:val="0"/>
          <w:i w:val="0"/>
          <w:smallCaps w:val="0"/>
          <w:strike w:val="0"/>
          <w:sz w:val="16"/>
          <w:u w:val="none"/>
        </w:rPr>
        <w:t xml:space="preserve">As mentioned above, </w:t>
      </w:r>
      <w:r>
        <w:rPr>
          <w:b w:val="0"/>
          <w:i w:val="0"/>
          <w:smallCaps w:val="0"/>
          <w:strike w:val="0"/>
          <w:sz w:val="22"/>
          <w:u w:val="single"/>
        </w:rPr>
        <w:t>America has also had many periods of divided government when the parties shared power.</w:t>
      </w:r>
      <w:r>
        <w:rPr>
          <w:b w:val="0"/>
          <w:i w:val="0"/>
          <w:smallCaps w:val="0"/>
          <w:strike w:val="0"/>
          <w:sz w:val="16"/>
          <w:u w:val="none"/>
        </w:rPr>
        <w:t xml:space="preserve"> Let us consider two recent examples, the administrations of President Reagan and President Clinton. </w:t>
      </w:r>
    </w:p>
    <w:p>
      <w:pPr>
        <w:spacing w:after="60"/>
      </w:pPr>
      <w:r>
        <w:rPr>
          <w:b w:val="0"/>
          <w:i w:val="0"/>
          <w:smallCaps w:val="0"/>
          <w:strike w:val="0"/>
          <w:sz w:val="16"/>
          <w:u w:val="none"/>
        </w:rPr>
        <w:t xml:space="preserve">When President </w:t>
      </w:r>
      <w:r>
        <w:rPr>
          <w:b w:val="0"/>
          <w:i w:val="0"/>
          <w:smallCaps w:val="0"/>
          <w:strike w:val="0"/>
          <w:sz w:val="22"/>
          <w:highlight w:val="cyan"/>
          <w:u w:val="single"/>
        </w:rPr>
        <w:t>Reagan</w:t>
      </w:r>
      <w:r>
        <w:rPr>
          <w:b w:val="0"/>
          <w:i w:val="0"/>
          <w:smallCaps w:val="0"/>
          <w:strike w:val="0"/>
          <w:sz w:val="22"/>
          <w:u w:val="single"/>
        </w:rPr>
        <w:t xml:space="preserve"> was </w:t>
      </w:r>
      <w:r>
        <w:rPr>
          <w:b w:val="0"/>
          <w:i w:val="0"/>
          <w:smallCaps w:val="0"/>
          <w:strike w:val="0"/>
          <w:sz w:val="22"/>
          <w:highlight w:val="cyan"/>
          <w:u w:val="single"/>
        </w:rPr>
        <w:t>elected</w:t>
      </w:r>
      <w:r>
        <w:rPr>
          <w:b w:val="0"/>
          <w:i w:val="0"/>
          <w:smallCaps w:val="0"/>
          <w:strike w:val="0"/>
          <w:sz w:val="22"/>
          <w:u w:val="single"/>
        </w:rPr>
        <w:t xml:space="preserve"> in 1980, the </w:t>
      </w:r>
      <w:r>
        <w:rPr>
          <w:b w:val="0"/>
          <w:i w:val="0"/>
          <w:smallCaps w:val="0"/>
          <w:strike w:val="0"/>
          <w:sz w:val="22"/>
          <w:highlight w:val="cyan"/>
          <w:u w:val="single"/>
        </w:rPr>
        <w:t>House</w:t>
      </w:r>
      <w:r>
        <w:rPr>
          <w:b w:val="0"/>
          <w:i w:val="0"/>
          <w:smallCaps w:val="0"/>
          <w:strike w:val="0"/>
          <w:sz w:val="22"/>
          <w:u w:val="single"/>
        </w:rPr>
        <w:t xml:space="preserve"> was </w:t>
      </w:r>
      <w:r>
        <w:rPr>
          <w:b w:val="0"/>
          <w:i w:val="0"/>
          <w:smallCaps w:val="0"/>
          <w:strike w:val="0"/>
          <w:sz w:val="22"/>
          <w:highlight w:val="cyan"/>
          <w:u w:val="single"/>
        </w:rPr>
        <w:t>controlled by</w:t>
      </w:r>
      <w:r>
        <w:rPr>
          <w:b w:val="0"/>
          <w:i w:val="0"/>
          <w:smallCaps w:val="0"/>
          <w:strike w:val="0"/>
          <w:sz w:val="22"/>
          <w:u w:val="single"/>
        </w:rPr>
        <w:t xml:space="preserve"> the </w:t>
      </w:r>
      <w:r>
        <w:rPr>
          <w:b w:val="0"/>
          <w:i w:val="0"/>
          <w:smallCaps w:val="0"/>
          <w:strike w:val="0"/>
          <w:sz w:val="22"/>
          <w:highlight w:val="cyan"/>
          <w:u w:val="single"/>
        </w:rPr>
        <w:t>Democrats</w:t>
      </w:r>
      <w:r>
        <w:rPr>
          <w:b w:val="0"/>
          <w:i w:val="0"/>
          <w:smallCaps w:val="0"/>
          <w:strike w:val="0"/>
          <w:sz w:val="22"/>
          <w:u w:val="single"/>
        </w:rPr>
        <w:t xml:space="preserve"> and Speaker Tip O’Neill. The </w:t>
      </w:r>
      <w:r>
        <w:rPr>
          <w:b w:val="0"/>
          <w:i w:val="0"/>
          <w:smallCaps w:val="0"/>
          <w:strike w:val="0"/>
          <w:sz w:val="22"/>
          <w:highlight w:val="cyan"/>
          <w:u w:val="single"/>
        </w:rPr>
        <w:t>divided government</w:t>
      </w:r>
      <w:r>
        <w:rPr>
          <w:b w:val="0"/>
          <w:i w:val="0"/>
          <w:smallCaps w:val="0"/>
          <w:strike w:val="0"/>
          <w:sz w:val="22"/>
          <w:u w:val="single"/>
        </w:rPr>
        <w:t xml:space="preserve"> forced these two men to work together and, by doing so, they were able to </w:t>
      </w:r>
      <w:r>
        <w:rPr>
          <w:b/>
          <w:i w:val="0"/>
          <w:smallCaps w:val="0"/>
          <w:strike w:val="0"/>
          <w:sz w:val="22"/>
          <w:highlight w:val="cyan"/>
          <w:u w:val="single"/>
        </w:rPr>
        <w:t>reduce inflation from 12</w:t>
      </w:r>
      <w:r>
        <w:rPr>
          <w:b/>
          <w:i w:val="0"/>
          <w:smallCaps w:val="0"/>
          <w:strike w:val="0"/>
          <w:sz w:val="22"/>
          <w:u w:val="single"/>
        </w:rPr>
        <w:t xml:space="preserve">.5% </w:t>
      </w:r>
      <w:r>
        <w:rPr>
          <w:b/>
          <w:i w:val="0"/>
          <w:smallCaps w:val="0"/>
          <w:strike w:val="0"/>
          <w:sz w:val="22"/>
          <w:highlight w:val="cyan"/>
          <w:u w:val="single"/>
        </w:rPr>
        <w:t>to 4</w:t>
      </w:r>
      <w:r>
        <w:rPr>
          <w:b/>
          <w:i w:val="0"/>
          <w:smallCaps w:val="0"/>
          <w:strike w:val="0"/>
          <w:sz w:val="22"/>
          <w:u w:val="single"/>
        </w:rPr>
        <w:t>.4</w:t>
      </w:r>
      <w:r>
        <w:rPr>
          <w:b/>
          <w:i w:val="0"/>
          <w:smallCaps w:val="0"/>
          <w:strike w:val="0"/>
          <w:sz w:val="22"/>
          <w:highlight w:val="cyan"/>
          <w:u w:val="single"/>
        </w:rPr>
        <w:t>%</w:t>
      </w:r>
      <w:r>
        <w:rPr>
          <w:b w:val="0"/>
          <w:i w:val="0"/>
          <w:smallCaps w:val="0"/>
          <w:strike w:val="0"/>
          <w:sz w:val="22"/>
          <w:u w:val="single"/>
        </w:rPr>
        <w:t xml:space="preserve"> and grew the economy by an average of 3.6%</w:t>
      </w:r>
      <w:r>
        <w:rPr>
          <w:b w:val="0"/>
          <w:i w:val="0"/>
          <w:smallCaps w:val="0"/>
          <w:strike w:val="0"/>
          <w:sz w:val="16"/>
          <w:u w:val="none"/>
        </w:rPr>
        <w:t xml:space="preserve"> per year.</w:t>
      </w:r>
    </w:p>
    <w:p>
      <w:pPr>
        <w:spacing w:after="60"/>
      </w:pPr>
      <w:r>
        <w:rPr>
          <w:b w:val="0"/>
          <w:i w:val="0"/>
          <w:smallCaps w:val="0"/>
          <w:strike w:val="0"/>
          <w:sz w:val="16"/>
          <w:u w:val="none"/>
        </w:rPr>
        <w:t xml:space="preserve">Similarly, </w:t>
      </w:r>
      <w:r>
        <w:rPr>
          <w:b w:val="0"/>
          <w:i w:val="0"/>
          <w:smallCaps w:val="0"/>
          <w:strike w:val="0"/>
          <w:sz w:val="22"/>
          <w:highlight w:val="cyan"/>
          <w:u w:val="single"/>
        </w:rPr>
        <w:t>Democrat</w:t>
      </w:r>
      <w:r>
        <w:rPr>
          <w:b w:val="0"/>
          <w:i w:val="0"/>
          <w:smallCaps w:val="0"/>
          <w:strike w:val="0"/>
          <w:sz w:val="22"/>
          <w:u w:val="single"/>
        </w:rPr>
        <w:t xml:space="preserve"> Bill </w:t>
      </w:r>
      <w:r>
        <w:rPr>
          <w:b w:val="0"/>
          <w:i w:val="0"/>
          <w:smallCaps w:val="0"/>
          <w:strike w:val="0"/>
          <w:sz w:val="22"/>
          <w:highlight w:val="cyan"/>
          <w:u w:val="single"/>
        </w:rPr>
        <w:t>Clinton</w:t>
      </w:r>
      <w:r>
        <w:rPr>
          <w:b w:val="0"/>
          <w:i w:val="0"/>
          <w:smallCaps w:val="0"/>
          <w:strike w:val="0"/>
          <w:sz w:val="22"/>
          <w:u w:val="single"/>
        </w:rPr>
        <w:t xml:space="preserve"> was our </w:t>
      </w:r>
      <w:r>
        <w:rPr>
          <w:b w:val="0"/>
          <w:i w:val="0"/>
          <w:smallCaps w:val="0"/>
          <w:strike w:val="0"/>
          <w:sz w:val="22"/>
          <w:highlight w:val="cyan"/>
          <w:u w:val="single"/>
        </w:rPr>
        <w:t>President</w:t>
      </w:r>
      <w:r>
        <w:rPr>
          <w:b w:val="0"/>
          <w:i w:val="0"/>
          <w:smallCaps w:val="0"/>
          <w:strike w:val="0"/>
          <w:sz w:val="22"/>
          <w:u w:val="single"/>
        </w:rPr>
        <w:t xml:space="preserve"> from 1992-2000, </w:t>
      </w:r>
      <w:r>
        <w:rPr>
          <w:b w:val="0"/>
          <w:i w:val="0"/>
          <w:smallCaps w:val="0"/>
          <w:strike w:val="0"/>
          <w:sz w:val="22"/>
          <w:highlight w:val="cyan"/>
          <w:u w:val="single"/>
        </w:rPr>
        <w:t>but Republicans controlled</w:t>
      </w:r>
      <w:r>
        <w:rPr>
          <w:b w:val="0"/>
          <w:i w:val="0"/>
          <w:smallCaps w:val="0"/>
          <w:strike w:val="0"/>
          <w:sz w:val="22"/>
          <w:u w:val="single"/>
        </w:rPr>
        <w:t xml:space="preserve"> both Houses of </w:t>
      </w:r>
      <w:r>
        <w:rPr>
          <w:b w:val="0"/>
          <w:i w:val="0"/>
          <w:smallCaps w:val="0"/>
          <w:strike w:val="0"/>
          <w:sz w:val="22"/>
          <w:highlight w:val="cyan"/>
          <w:u w:val="single"/>
        </w:rPr>
        <w:t>Congress</w:t>
      </w:r>
      <w:r>
        <w:rPr>
          <w:b w:val="0"/>
          <w:i w:val="0"/>
          <w:smallCaps w:val="0"/>
          <w:strike w:val="0"/>
          <w:sz w:val="22"/>
          <w:u w:val="single"/>
        </w:rPr>
        <w:t xml:space="preserve"> during his last six years in office. Once again, the </w:t>
      </w:r>
      <w:r>
        <w:rPr>
          <w:b w:val="0"/>
          <w:i w:val="0"/>
          <w:smallCaps w:val="0"/>
          <w:strike w:val="0"/>
          <w:sz w:val="22"/>
          <w:highlight w:val="cyan"/>
          <w:u w:val="single"/>
        </w:rPr>
        <w:t>leaders</w:t>
      </w:r>
      <w:r>
        <w:rPr>
          <w:b w:val="0"/>
          <w:i w:val="0"/>
          <w:smallCaps w:val="0"/>
          <w:strike w:val="0"/>
          <w:sz w:val="22"/>
          <w:u w:val="single"/>
        </w:rPr>
        <w:t xml:space="preserve"> of the two parties </w:t>
      </w:r>
      <w:r>
        <w:rPr>
          <w:b w:val="0"/>
          <w:i w:val="0"/>
          <w:smallCaps w:val="0"/>
          <w:strike w:val="0"/>
          <w:sz w:val="22"/>
          <w:highlight w:val="cyan"/>
          <w:u w:val="single"/>
        </w:rPr>
        <w:t>cooperated and passed</w:t>
      </w:r>
      <w:r>
        <w:rPr>
          <w:b w:val="0"/>
          <w:i w:val="0"/>
          <w:smallCaps w:val="0"/>
          <w:strike w:val="0"/>
          <w:sz w:val="22"/>
          <w:u w:val="single"/>
        </w:rPr>
        <w:t xml:space="preserve"> meaningful legislation like </w:t>
      </w:r>
      <w:r>
        <w:rPr>
          <w:b w:val="0"/>
          <w:i w:val="0"/>
          <w:smallCaps w:val="0"/>
          <w:strike w:val="0"/>
          <w:sz w:val="22"/>
          <w:highlight w:val="cyan"/>
          <w:u w:val="single"/>
        </w:rPr>
        <w:t>Welfare reform and</w:t>
      </w:r>
      <w:r>
        <w:rPr>
          <w:b w:val="0"/>
          <w:i w:val="0"/>
          <w:smallCaps w:val="0"/>
          <w:strike w:val="0"/>
          <w:sz w:val="22"/>
          <w:u w:val="single"/>
        </w:rPr>
        <w:t xml:space="preserve"> even managed </w:t>
      </w:r>
      <w:r>
        <w:rPr>
          <w:b/>
          <w:i w:val="0"/>
          <w:smallCaps w:val="0"/>
          <w:strike w:val="0"/>
          <w:sz w:val="22"/>
          <w:u w:val="single"/>
        </w:rPr>
        <w:t xml:space="preserve">to </w:t>
      </w:r>
      <w:r>
        <w:rPr>
          <w:b/>
          <w:i w:val="0"/>
          <w:smallCaps w:val="0"/>
          <w:strike w:val="0"/>
          <w:sz w:val="22"/>
          <w:highlight w:val="cyan"/>
          <w:u w:val="single"/>
        </w:rPr>
        <w:t>balance the budget.</w:t>
      </w:r>
      <w:r>
        <w:rPr>
          <w:b/>
          <w:i w:val="0"/>
          <w:smallCaps w:val="0"/>
          <w:strike w:val="0"/>
          <w:sz w:val="22"/>
          <w:u w:val="single"/>
        </w:rPr>
        <w:t xml:space="preserve"> </w:t>
      </w:r>
    </w:p>
    <w:p>
      <w:pPr>
        <w:spacing w:after="60"/>
      </w:pPr>
      <w:r>
        <w:rPr>
          <w:b w:val="0"/>
          <w:i w:val="0"/>
          <w:smallCaps w:val="0"/>
          <w:strike w:val="0"/>
          <w:sz w:val="16"/>
          <w:u w:val="none"/>
        </w:rPr>
        <w:t xml:space="preserve">Interestingly, since World War II, the two </w:t>
      </w:r>
      <w:r>
        <w:rPr>
          <w:b w:val="0"/>
          <w:i w:val="0"/>
          <w:smallCaps w:val="0"/>
          <w:strike w:val="0"/>
          <w:sz w:val="22"/>
          <w:u w:val="single"/>
        </w:rPr>
        <w:t>Presidents with the highest approval ratings have been Reagan (63%) and Clinton (66%)</w:t>
      </w:r>
      <w:r>
        <w:rPr>
          <w:b w:val="0"/>
          <w:i w:val="0"/>
          <w:smallCaps w:val="0"/>
          <w:strike w:val="0"/>
          <w:sz w:val="16"/>
          <w:u w:val="none"/>
        </w:rPr>
        <w:t xml:space="preserve">. While both were very likable men, one must wonder if </w:t>
      </w:r>
      <w:r>
        <w:rPr>
          <w:b w:val="0"/>
          <w:i w:val="0"/>
          <w:smallCaps w:val="0"/>
          <w:strike w:val="0"/>
          <w:sz w:val="22"/>
          <w:u w:val="single"/>
        </w:rPr>
        <w:t xml:space="preserve">the </w:t>
      </w:r>
      <w:r>
        <w:rPr>
          <w:b w:val="0"/>
          <w:i w:val="0"/>
          <w:smallCaps w:val="0"/>
          <w:strike w:val="0"/>
          <w:sz w:val="22"/>
          <w:highlight w:val="cyan"/>
          <w:u w:val="single"/>
        </w:rPr>
        <w:t xml:space="preserve">division of power held </w:t>
      </w:r>
      <w:r>
        <w:rPr>
          <w:b w:val="0"/>
          <w:i w:val="0"/>
          <w:smallCaps w:val="0"/>
          <w:strike w:val="0"/>
          <w:sz w:val="22"/>
          <w:u w:val="single"/>
        </w:rPr>
        <w:t xml:space="preserve">them and their </w:t>
      </w:r>
      <w:r>
        <w:rPr>
          <w:b w:val="0"/>
          <w:i w:val="0"/>
          <w:smallCaps w:val="0"/>
          <w:strike w:val="0"/>
          <w:sz w:val="22"/>
          <w:highlight w:val="cyan"/>
          <w:u w:val="single"/>
        </w:rPr>
        <w:t>party in check</w:t>
      </w:r>
      <w:r>
        <w:rPr>
          <w:b w:val="0"/>
          <w:i w:val="0"/>
          <w:smallCaps w:val="0"/>
          <w:strike w:val="0"/>
          <w:sz w:val="22"/>
          <w:u w:val="single"/>
        </w:rPr>
        <w:t xml:space="preserve"> and made Americans a bit happier</w:t>
      </w:r>
      <w:r>
        <w:rPr>
          <w:b w:val="0"/>
          <w:i w:val="0"/>
          <w:smallCaps w:val="0"/>
          <w:strike w:val="0"/>
          <w:sz w:val="16"/>
          <w:u w:val="none"/>
        </w:rPr>
        <w:t>.</w:t>
      </w:r>
    </w:p>
    <w:p>
      <w:pPr>
        <w:spacing w:after="60"/>
      </w:pPr>
      <w:r>
        <w:rPr>
          <w:b w:val="0"/>
          <w:i w:val="0"/>
          <w:smallCaps w:val="0"/>
          <w:strike w:val="0"/>
          <w:sz w:val="16"/>
          <w:u w:val="none"/>
        </w:rPr>
        <w:t>James Madison worried about one faction or party gaining too much power and, consequently, diminishing the rights of the minority. He wrote “</w:t>
      </w:r>
      <w:r>
        <w:rPr>
          <w:b w:val="0"/>
          <w:i w:val="0"/>
          <w:smallCaps w:val="0"/>
          <w:strike w:val="0"/>
          <w:sz w:val="22"/>
          <w:u w:val="single"/>
        </w:rPr>
        <w:t>Where a majority are united by a common sentiment, and have an opportunity, the rights of the minor party become insecure</w:t>
      </w:r>
      <w:r>
        <w:rPr>
          <w:b w:val="0"/>
          <w:i w:val="0"/>
          <w:smallCaps w:val="0"/>
          <w:strike w:val="0"/>
          <w:sz w:val="16"/>
          <w:u w:val="none"/>
        </w:rPr>
        <w:t xml:space="preserve">.” </w:t>
      </w:r>
    </w:p>
    <w:p>
      <w:pPr>
        <w:spacing w:after="60"/>
      </w:pPr>
      <w:r>
        <w:rPr>
          <w:b w:val="0"/>
          <w:i w:val="0"/>
          <w:smallCaps w:val="0"/>
          <w:strike w:val="0"/>
          <w:sz w:val="16"/>
          <w:u w:val="none"/>
        </w:rPr>
        <w:t xml:space="preserve">While we cannot eliminate political parties, </w:t>
      </w:r>
      <w:r>
        <w:rPr>
          <w:b w:val="0"/>
          <w:i w:val="0"/>
          <w:smallCaps w:val="0"/>
          <w:strike w:val="0"/>
          <w:sz w:val="22"/>
          <w:u w:val="single"/>
        </w:rPr>
        <w:t xml:space="preserve">perhaps </w:t>
      </w:r>
      <w:r>
        <w:rPr>
          <w:b w:val="0"/>
          <w:i w:val="0"/>
          <w:smallCaps w:val="0"/>
          <w:strike w:val="0"/>
          <w:sz w:val="22"/>
          <w:highlight w:val="cyan"/>
          <w:u w:val="single"/>
        </w:rPr>
        <w:t>divided government</w:t>
      </w:r>
      <w:r>
        <w:rPr>
          <w:b w:val="0"/>
          <w:i w:val="0"/>
          <w:smallCaps w:val="0"/>
          <w:strike w:val="0"/>
          <w:sz w:val="22"/>
          <w:u w:val="single"/>
        </w:rPr>
        <w:t xml:space="preserve"> has at least a </w:t>
      </w:r>
      <w:r>
        <w:rPr>
          <w:b/>
          <w:i w:val="0"/>
          <w:smallCaps w:val="0"/>
          <w:strike w:val="0"/>
          <w:sz w:val="22"/>
          <w:highlight w:val="cyan"/>
          <w:u w:val="single"/>
        </w:rPr>
        <w:t>mitigating</w:t>
      </w:r>
      <w:r>
        <w:rPr>
          <w:b/>
          <w:i w:val="0"/>
          <w:smallCaps w:val="0"/>
          <w:strike w:val="0"/>
          <w:sz w:val="22"/>
          <w:u w:val="single"/>
        </w:rPr>
        <w:t xml:space="preserve"> effect on their </w:t>
      </w:r>
      <w:r>
        <w:rPr>
          <w:b/>
          <w:i w:val="0"/>
          <w:smallCaps w:val="0"/>
          <w:strike w:val="0"/>
          <w:sz w:val="22"/>
          <w:highlight w:val="cyan"/>
          <w:u w:val="single"/>
        </w:rPr>
        <w:t>ills</w:t>
      </w:r>
      <w:r>
        <w:rPr>
          <w:b w:val="0"/>
          <w:i w:val="0"/>
          <w:smallCaps w:val="0"/>
          <w:strike w:val="0"/>
          <w:sz w:val="22"/>
          <w:u w:val="single"/>
        </w:rPr>
        <w:t xml:space="preserve">. If you believe that power corrupts, maybe </w:t>
      </w:r>
      <w:r>
        <w:rPr>
          <w:b w:val="0"/>
          <w:i w:val="0"/>
          <w:smallCaps w:val="0"/>
          <w:strike w:val="0"/>
          <w:sz w:val="22"/>
          <w:highlight w:val="cyan"/>
          <w:u w:val="single"/>
        </w:rPr>
        <w:t>divided government</w:t>
      </w:r>
      <w:r>
        <w:rPr>
          <w:b w:val="0"/>
          <w:i w:val="0"/>
          <w:smallCaps w:val="0"/>
          <w:strike w:val="0"/>
          <w:sz w:val="22"/>
          <w:u w:val="single"/>
        </w:rPr>
        <w:t xml:space="preserve"> and a dilution of power </w:t>
      </w:r>
      <w:r>
        <w:rPr>
          <w:b/>
          <w:i w:val="0"/>
          <w:smallCaps w:val="0"/>
          <w:strike w:val="0"/>
          <w:sz w:val="22"/>
          <w:u w:val="single"/>
        </w:rPr>
        <w:t xml:space="preserve">is </w:t>
      </w:r>
      <w:r>
        <w:rPr>
          <w:b/>
          <w:i w:val="0"/>
          <w:smallCaps w:val="0"/>
          <w:strike w:val="0"/>
          <w:sz w:val="22"/>
          <w:highlight w:val="cyan"/>
          <w:u w:val="single"/>
        </w:rPr>
        <w:t>best for a democracy.</w:t>
      </w:r>
      <w:r>
        <w:rPr>
          <w:b/>
          <w:i w:val="0"/>
          <w:smallCaps w:val="0"/>
          <w:strike w:val="0"/>
          <w:sz w:val="22"/>
          <w:u w:val="single"/>
        </w:rPr>
        <w:t xml:space="preserve"> </w:t>
      </w:r>
    </w:p>
    <w:p>
      <w:pPr>
        <w:spacing w:after="60"/>
      </w:pPr>
      <w:r>
        <w:rPr>
          <w:b w:val="0"/>
          <w:i w:val="0"/>
          <w:smallCaps w:val="0"/>
          <w:strike w:val="0"/>
          <w:sz w:val="16"/>
          <w:u w:val="none"/>
        </w:rPr>
        <w:t xml:space="preserve">WHY IT MATTERS </w:t>
      </w:r>
    </w:p>
    <w:p>
      <w:pPr>
        <w:spacing w:after="60"/>
      </w:pPr>
      <w:r>
        <w:rPr>
          <w:b w:val="0"/>
          <w:i w:val="0"/>
          <w:smallCaps w:val="0"/>
          <w:strike w:val="0"/>
          <w:sz w:val="16"/>
          <w:u w:val="none"/>
        </w:rPr>
        <w:t xml:space="preserve">So why should our nation’s ability to effectively manage during times of divided government matter to us today? History has shown that the </w:t>
      </w:r>
      <w:r>
        <w:rPr>
          <w:b w:val="0"/>
          <w:i w:val="0"/>
          <w:smallCaps w:val="0"/>
          <w:strike w:val="0"/>
          <w:sz w:val="22"/>
          <w:u w:val="single"/>
        </w:rPr>
        <w:t>American people will often elect to have two parties share power.</w:t>
      </w:r>
      <w:r>
        <w:rPr>
          <w:b w:val="0"/>
          <w:i w:val="0"/>
          <w:smallCaps w:val="0"/>
          <w:strike w:val="0"/>
          <w:sz w:val="16"/>
          <w:u w:val="none"/>
        </w:rPr>
        <w:t xml:space="preserve"> I believe this is a function of the </w:t>
      </w:r>
      <w:r>
        <w:rPr>
          <w:b w:val="0"/>
          <w:i w:val="0"/>
          <w:smallCaps w:val="0"/>
          <w:strike w:val="0"/>
          <w:sz w:val="22"/>
          <w:u w:val="single"/>
        </w:rPr>
        <w:t xml:space="preserve">innate tendency of everyday Americans to compromise and get along. </w:t>
      </w:r>
    </w:p>
    <w:p>
      <w:pPr>
        <w:spacing w:after="60"/>
      </w:pPr>
      <w:r>
        <w:rPr>
          <w:b w:val="0"/>
          <w:i w:val="0"/>
          <w:smallCaps w:val="0"/>
          <w:strike w:val="0"/>
          <w:sz w:val="16"/>
          <w:u w:val="none"/>
        </w:rPr>
        <w:t xml:space="preserve">Given this habit of ours, </w:t>
      </w:r>
      <w:r>
        <w:rPr>
          <w:b w:val="0"/>
          <w:i w:val="0"/>
          <w:smallCaps w:val="0"/>
          <w:strike w:val="0"/>
          <w:sz w:val="22"/>
          <w:u w:val="single"/>
        </w:rPr>
        <w:t xml:space="preserve">it is comforting to know that </w:t>
      </w:r>
      <w:r>
        <w:rPr>
          <w:b w:val="0"/>
          <w:i w:val="0"/>
          <w:smallCaps w:val="0"/>
          <w:strike w:val="0"/>
          <w:sz w:val="22"/>
          <w:highlight w:val="cyan"/>
          <w:u w:val="single"/>
        </w:rPr>
        <w:t>divided government</w:t>
      </w:r>
      <w:r>
        <w:rPr>
          <w:b w:val="0"/>
          <w:i w:val="0"/>
          <w:smallCaps w:val="0"/>
          <w:strike w:val="0"/>
          <w:sz w:val="22"/>
          <w:u w:val="single"/>
        </w:rPr>
        <w:t xml:space="preserve"> not only works, but often works better than a unified government. It is </w:t>
      </w:r>
      <w:r>
        <w:rPr>
          <w:b/>
          <w:i w:val="0"/>
          <w:smallCaps w:val="0"/>
          <w:strike w:val="0"/>
          <w:sz w:val="22"/>
          <w:highlight w:val="cyan"/>
          <w:u w:val="single"/>
        </w:rPr>
        <w:t>proof of the power of compromise</w:t>
      </w:r>
      <w:r>
        <w:rPr>
          <w:b w:val="0"/>
          <w:i w:val="0"/>
          <w:smallCaps w:val="0"/>
          <w:strike w:val="0"/>
          <w:sz w:val="16"/>
          <w:u w:val="none"/>
        </w:rPr>
        <w:t xml:space="preserve"> and how we can reconcile our differences if we are willing to give a little and always keep our common goals in mind. </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