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GOP wins the house.</w:t>
      </w:r>
    </w:p>
    <w:p>
      <w:pPr>
        <w:spacing w:after="80"/>
      </w:pPr>
      <w:r>
        <w:rPr>
          <w:b/>
          <w:i w:val="0"/>
          <w:smallCaps w:val="0"/>
          <w:strike w:val="0"/>
          <w:sz w:val="26"/>
          <w:u w:val="none"/>
        </w:rPr>
        <w:t>Kilgore 7-15</w:t>
      </w:r>
      <w:r>
        <w:rPr>
          <w:b w:val="0"/>
          <w:i w:val="0"/>
          <w:smallCaps w:val="0"/>
          <w:strike w:val="0"/>
          <w:u w:val="none"/>
        </w:rPr>
        <w:t xml:space="preserve"> [Ed; A political columnist for Intelligencer since 2015; 7-15-2024; </w:t>
      </w:r>
      <w:r>
        <w:rPr>
          <w:b w:val="0"/>
          <w:i w:val="0"/>
          <w:smallCaps w:val="0"/>
          <w:strike w:val="0"/>
          <w:u w:val="none"/>
        </w:rPr>
        <w:t>h”History</w:t>
      </w:r>
      <w:r>
        <w:rPr>
          <w:b w:val="0"/>
          <w:i w:val="0"/>
          <w:smallCaps w:val="0"/>
          <w:strike w:val="0"/>
          <w:u w:val="none"/>
        </w:rPr>
        <w:t xml:space="preserve"> Shows Democrats Can’t Lose the Presidency and Win the House”; ttps://nymag.com/intelligencer/article/biden-trump-house-flip-2024-election.html] Vikrant</w:t>
      </w:r>
    </w:p>
    <w:p>
      <w:pPr>
        <w:spacing w:after="60"/>
      </w:pPr>
      <w:r>
        <w:rPr>
          <w:b w:val="0"/>
          <w:i w:val="0"/>
          <w:smallCaps w:val="0"/>
          <w:strike w:val="0"/>
          <w:sz w:val="16"/>
          <w:u w:val="none"/>
        </w:rPr>
        <w:t xml:space="preserve">One of the ideas coming out of the agonizing </w:t>
      </w:r>
      <w:r>
        <w:rPr>
          <w:b w:val="0"/>
          <w:i w:val="0"/>
          <w:smallCaps w:val="0"/>
          <w:strike w:val="0"/>
          <w:sz w:val="22"/>
          <w:u w:val="single"/>
        </w:rPr>
        <w:t>intra-Democratic debate about Joe Biden’s fitness</w:t>
      </w:r>
      <w:r>
        <w:rPr>
          <w:b w:val="0"/>
          <w:i w:val="0"/>
          <w:smallCaps w:val="0"/>
          <w:strike w:val="0"/>
          <w:sz w:val="16"/>
          <w:u w:val="none"/>
        </w:rPr>
        <w:t xml:space="preserve"> to beat Donald Trump is a sort of plan B. Donors, we are told, are </w:t>
      </w:r>
      <w:r>
        <w:rPr>
          <w:b w:val="0"/>
          <w:i w:val="0"/>
          <w:smallCaps w:val="0"/>
          <w:strike w:val="0"/>
          <w:sz w:val="22"/>
          <w:u w:val="single"/>
        </w:rPr>
        <w:t xml:space="preserve">considering </w:t>
      </w:r>
      <w:r>
        <w:rPr>
          <w:b/>
          <w:i w:val="0"/>
          <w:smallCaps w:val="0"/>
          <w:strike w:val="0"/>
          <w:sz w:val="22"/>
          <w:highlight w:val="green"/>
          <w:u w:val="single"/>
        </w:rPr>
        <w:t>shifting resources</w:t>
      </w:r>
      <w:r>
        <w:rPr>
          <w:b w:val="0"/>
          <w:i w:val="0"/>
          <w:smallCaps w:val="0"/>
          <w:strike w:val="0"/>
          <w:sz w:val="22"/>
          <w:highlight w:val="green"/>
          <w:u w:val="single"/>
        </w:rPr>
        <w:t xml:space="preserve"> to</w:t>
      </w:r>
      <w:r>
        <w:rPr>
          <w:b w:val="0"/>
          <w:i w:val="0"/>
          <w:smallCaps w:val="0"/>
          <w:strike w:val="0"/>
          <w:sz w:val="22"/>
          <w:u w:val="single"/>
        </w:rPr>
        <w:t xml:space="preserve"> an effort to </w:t>
      </w:r>
      <w:r>
        <w:rPr>
          <w:b w:val="0"/>
          <w:i w:val="0"/>
          <w:smallCaps w:val="0"/>
          <w:strike w:val="0"/>
          <w:sz w:val="22"/>
          <w:highlight w:val="green"/>
          <w:u w:val="single"/>
        </w:rPr>
        <w:t>flip</w:t>
      </w:r>
      <w:r>
        <w:rPr>
          <w:b w:val="0"/>
          <w:i w:val="0"/>
          <w:smallCaps w:val="0"/>
          <w:strike w:val="0"/>
          <w:sz w:val="22"/>
          <w:u w:val="single"/>
        </w:rPr>
        <w:t xml:space="preserve"> control of </w:t>
      </w:r>
      <w:r>
        <w:rPr>
          <w:b w:val="0"/>
          <w:i w:val="0"/>
          <w:smallCaps w:val="0"/>
          <w:strike w:val="0"/>
          <w:sz w:val="22"/>
          <w:highlight w:val="green"/>
          <w:u w:val="single"/>
        </w:rPr>
        <w:t xml:space="preserve">the </w:t>
      </w:r>
      <w:r>
        <w:rPr>
          <w:b/>
          <w:i w:val="0"/>
          <w:smallCaps w:val="0"/>
          <w:strike w:val="0"/>
          <w:sz w:val="22"/>
          <w:highlight w:val="green"/>
          <w:u w:val="single"/>
        </w:rPr>
        <w:t>House</w:t>
      </w:r>
      <w:r>
        <w:rPr>
          <w:b w:val="0"/>
          <w:i w:val="0"/>
          <w:smallCaps w:val="0"/>
          <w:strike w:val="0"/>
          <w:sz w:val="16"/>
          <w:u w:val="none"/>
        </w:rPr>
        <w:t xml:space="preserve"> (just four seats away) </w:t>
      </w:r>
      <w:r>
        <w:rPr>
          <w:b w:val="0"/>
          <w:i w:val="0"/>
          <w:smallCaps w:val="0"/>
          <w:strike w:val="0"/>
          <w:sz w:val="16"/>
          <w:u w:val="none"/>
        </w:rPr>
        <w:t>in order to</w:t>
      </w:r>
      <w:r>
        <w:rPr>
          <w:b w:val="0"/>
          <w:i w:val="0"/>
          <w:smallCaps w:val="0"/>
          <w:strike w:val="0"/>
          <w:sz w:val="16"/>
          <w:u w:val="none"/>
        </w:rPr>
        <w:t xml:space="preserve"> block a Trump-led Republican trifecta and a bacchanalia of authoritarian extremism next year. The reigning assumption is that absent a presidential win (which provides the tie-breaking vote in the Senate), maintaining Democratic control of the upper chamber will be almost impossible, since Republicans are sure to flip West Virginia, and all the other competitive races are on Democratic turf. </w:t>
      </w:r>
      <w:r>
        <w:rPr>
          <w:b w:val="0"/>
          <w:i w:val="0"/>
          <w:smallCaps w:val="0"/>
          <w:strike w:val="0"/>
          <w:sz w:val="16"/>
          <w:u w:val="none"/>
        </w:rPr>
        <w:t>So</w:t>
      </w:r>
      <w:r>
        <w:rPr>
          <w:b w:val="0"/>
          <w:i w:val="0"/>
          <w:smallCaps w:val="0"/>
          <w:strike w:val="0"/>
          <w:sz w:val="16"/>
          <w:u w:val="none"/>
        </w:rPr>
        <w:t xml:space="preserve"> making Hakeem Jeffries House Speaker offers the best return on investment and perhaps relief from the agony of watching Biden like a hawk every time he’s on-camera.</w:t>
      </w:r>
    </w:p>
    <w:p>
      <w:pPr>
        <w:spacing w:after="60"/>
      </w:pPr>
      <w:r>
        <w:rPr>
          <w:b w:val="0"/>
          <w:i w:val="0"/>
          <w:smallCaps w:val="0"/>
          <w:strike w:val="0"/>
          <w:sz w:val="16"/>
          <w:u w:val="none"/>
        </w:rPr>
        <w:t xml:space="preserve">It’s an interesting strategy but </w:t>
      </w:r>
      <w:r>
        <w:rPr>
          <w:b w:val="0"/>
          <w:i w:val="0"/>
          <w:smallCaps w:val="0"/>
          <w:strike w:val="0"/>
          <w:sz w:val="22"/>
          <w:highlight w:val="green"/>
          <w:u w:val="single"/>
        </w:rPr>
        <w:t>not</w:t>
      </w:r>
      <w:r>
        <w:rPr>
          <w:b w:val="0"/>
          <w:i w:val="0"/>
          <w:smallCaps w:val="0"/>
          <w:strike w:val="0"/>
          <w:sz w:val="22"/>
          <w:u w:val="single"/>
        </w:rPr>
        <w:t xml:space="preserve"> terribly </w:t>
      </w:r>
      <w:r>
        <w:rPr>
          <w:b w:val="0"/>
          <w:i w:val="0"/>
          <w:smallCaps w:val="0"/>
          <w:strike w:val="0"/>
          <w:sz w:val="22"/>
          <w:highlight w:val="green"/>
          <w:u w:val="single"/>
        </w:rPr>
        <w:t>promising</w:t>
      </w:r>
      <w:r>
        <w:rPr>
          <w:b w:val="0"/>
          <w:i w:val="0"/>
          <w:smallCaps w:val="0"/>
          <w:strike w:val="0"/>
          <w:sz w:val="22"/>
          <w:u w:val="single"/>
        </w:rPr>
        <w:t xml:space="preserve"> from a </w:t>
      </w:r>
      <w:r>
        <w:rPr>
          <w:b/>
          <w:i w:val="0"/>
          <w:smallCaps w:val="0"/>
          <w:strike w:val="0"/>
          <w:sz w:val="22"/>
          <w:u w:val="single"/>
        </w:rPr>
        <w:t>historical</w:t>
      </w:r>
      <w:r>
        <w:rPr>
          <w:b w:val="0"/>
          <w:i w:val="0"/>
          <w:smallCaps w:val="0"/>
          <w:strike w:val="0"/>
          <w:sz w:val="22"/>
          <w:u w:val="single"/>
        </w:rPr>
        <w:t xml:space="preserve"> point of view</w:t>
      </w:r>
      <w:r>
        <w:rPr>
          <w:b w:val="0"/>
          <w:i w:val="0"/>
          <w:smallCaps w:val="0"/>
          <w:strike w:val="0"/>
          <w:sz w:val="16"/>
          <w:u w:val="none"/>
        </w:rPr>
        <w:t xml:space="preserve">. The </w:t>
      </w:r>
      <w:r>
        <w:rPr>
          <w:b w:val="0"/>
          <w:i w:val="0"/>
          <w:smallCaps w:val="0"/>
          <w:strike w:val="0"/>
          <w:sz w:val="22"/>
          <w:highlight w:val="green"/>
          <w:u w:val="single"/>
        </w:rPr>
        <w:t>last time House</w:t>
      </w:r>
      <w:r>
        <w:rPr>
          <w:b w:val="0"/>
          <w:i w:val="0"/>
          <w:smallCaps w:val="0"/>
          <w:strike w:val="0"/>
          <w:sz w:val="22"/>
          <w:u w:val="single"/>
        </w:rPr>
        <w:t xml:space="preserve"> control </w:t>
      </w:r>
      <w:r>
        <w:rPr>
          <w:b w:val="0"/>
          <w:i w:val="0"/>
          <w:smallCaps w:val="0"/>
          <w:strike w:val="0"/>
          <w:sz w:val="22"/>
          <w:highlight w:val="green"/>
          <w:u w:val="single"/>
        </w:rPr>
        <w:t>flipped in</w:t>
      </w:r>
      <w:r>
        <w:rPr>
          <w:b w:val="0"/>
          <w:i w:val="0"/>
          <w:smallCaps w:val="0"/>
          <w:strike w:val="0"/>
          <w:sz w:val="22"/>
          <w:u w:val="single"/>
        </w:rPr>
        <w:t xml:space="preserve"> a </w:t>
      </w:r>
      <w:r>
        <w:rPr>
          <w:b/>
          <w:i w:val="0"/>
          <w:smallCaps w:val="0"/>
          <w:strike w:val="0"/>
          <w:sz w:val="22"/>
          <w:u w:val="single"/>
        </w:rPr>
        <w:t>presidential-</w:t>
      </w:r>
      <w:r>
        <w:rPr>
          <w:b/>
          <w:i w:val="0"/>
          <w:smallCaps w:val="0"/>
          <w:strike w:val="0"/>
          <w:sz w:val="22"/>
          <w:highlight w:val="green"/>
          <w:u w:val="single"/>
        </w:rPr>
        <w:t>election year</w:t>
      </w:r>
      <w:r>
        <w:rPr>
          <w:b w:val="0"/>
          <w:i w:val="0"/>
          <w:smallCaps w:val="0"/>
          <w:strike w:val="0"/>
          <w:sz w:val="22"/>
          <w:highlight w:val="green"/>
          <w:u w:val="single"/>
        </w:rPr>
        <w:t xml:space="preserve"> was</w:t>
      </w:r>
      <w:r>
        <w:rPr>
          <w:b w:val="0"/>
          <w:i w:val="0"/>
          <w:smallCaps w:val="0"/>
          <w:strike w:val="0"/>
          <w:sz w:val="22"/>
          <w:u w:val="single"/>
        </w:rPr>
        <w:t xml:space="preserve"> in </w:t>
      </w:r>
      <w:r>
        <w:rPr>
          <w:b/>
          <w:i w:val="0"/>
          <w:smallCaps w:val="0"/>
          <w:strike w:val="0"/>
          <w:sz w:val="22"/>
          <w:highlight w:val="green"/>
          <w:u w:val="single"/>
        </w:rPr>
        <w:t>1952</w:t>
      </w:r>
      <w:r>
        <w:rPr>
          <w:b w:val="0"/>
          <w:i w:val="0"/>
          <w:smallCaps w:val="0"/>
          <w:strike w:val="0"/>
          <w:sz w:val="16"/>
          <w:u w:val="none"/>
        </w:rPr>
        <w:t xml:space="preserve">, when Republicans benefited from a presidential landslide. The </w:t>
      </w:r>
      <w:r>
        <w:rPr>
          <w:b w:val="0"/>
          <w:i w:val="0"/>
          <w:smallCaps w:val="0"/>
          <w:strike w:val="0"/>
          <w:sz w:val="22"/>
          <w:highlight w:val="green"/>
          <w:u w:val="single"/>
        </w:rPr>
        <w:t>last six</w:t>
      </w:r>
      <w:r>
        <w:rPr>
          <w:b w:val="0"/>
          <w:i w:val="0"/>
          <w:smallCaps w:val="0"/>
          <w:strike w:val="0"/>
          <w:sz w:val="16"/>
          <w:u w:val="none"/>
        </w:rPr>
        <w:t xml:space="preserve"> times House control has flipped (in 1954, 1994, 2006, 2010, 2018, and 2022), it’s </w:t>
      </w:r>
      <w:r>
        <w:rPr>
          <w:b w:val="0"/>
          <w:i w:val="0"/>
          <w:smallCaps w:val="0"/>
          <w:strike w:val="0"/>
          <w:sz w:val="22"/>
          <w:u w:val="single"/>
        </w:rPr>
        <w:t xml:space="preserve">happened in </w:t>
      </w:r>
      <w:r>
        <w:rPr>
          <w:b w:val="0"/>
          <w:i w:val="0"/>
          <w:smallCaps w:val="0"/>
          <w:strike w:val="0"/>
          <w:sz w:val="22"/>
          <w:highlight w:val="green"/>
          <w:u w:val="single"/>
        </w:rPr>
        <w:t>midterm</w:t>
      </w:r>
      <w:r>
        <w:rPr>
          <w:b w:val="0"/>
          <w:i w:val="0"/>
          <w:smallCaps w:val="0"/>
          <w:strike w:val="0"/>
          <w:sz w:val="16"/>
          <w:u w:val="none"/>
        </w:rPr>
        <w:t xml:space="preserve"> elections featuring a very </w:t>
      </w:r>
      <w:r>
        <w:rPr>
          <w:b w:val="0"/>
          <w:i w:val="0"/>
          <w:smallCaps w:val="0"/>
          <w:strike w:val="0"/>
          <w:sz w:val="22"/>
          <w:highlight w:val="green"/>
          <w:u w:val="single"/>
        </w:rPr>
        <w:t xml:space="preserve">common </w:t>
      </w:r>
      <w:r>
        <w:rPr>
          <w:b/>
          <w:i w:val="0"/>
          <w:smallCaps w:val="0"/>
          <w:strike w:val="0"/>
          <w:sz w:val="22"/>
          <w:highlight w:val="green"/>
          <w:u w:val="single"/>
        </w:rPr>
        <w:t>backlash</w:t>
      </w:r>
      <w:r>
        <w:rPr>
          <w:b w:val="0"/>
          <w:i w:val="0"/>
          <w:smallCaps w:val="0"/>
          <w:strike w:val="0"/>
          <w:sz w:val="22"/>
          <w:highlight w:val="green"/>
          <w:u w:val="single"/>
        </w:rPr>
        <w:t xml:space="preserve"> against</w:t>
      </w:r>
      <w:r>
        <w:rPr>
          <w:b w:val="0"/>
          <w:i w:val="0"/>
          <w:smallCaps w:val="0"/>
          <w:strike w:val="0"/>
          <w:sz w:val="22"/>
          <w:u w:val="single"/>
        </w:rPr>
        <w:t xml:space="preserve"> the </w:t>
      </w:r>
      <w:r>
        <w:rPr>
          <w:b w:val="0"/>
          <w:i w:val="0"/>
          <w:smallCaps w:val="0"/>
          <w:strike w:val="0"/>
          <w:sz w:val="22"/>
          <w:highlight w:val="green"/>
          <w:u w:val="single"/>
        </w:rPr>
        <w:t>president’s party</w:t>
      </w:r>
      <w:r>
        <w:rPr>
          <w:b w:val="0"/>
          <w:i w:val="0"/>
          <w:smallCaps w:val="0"/>
          <w:strike w:val="0"/>
          <w:sz w:val="16"/>
          <w:u w:val="none"/>
        </w:rPr>
        <w:t xml:space="preserve">. You know how often a party has lost the White House and flipped the U.S. House in the same election? Zero times. There were times when Senate races (with their highly eccentric landscapes thanks to only one-third of seats being up in any one election) moved in a very different direction from the presidential election. But the </w:t>
      </w:r>
      <w:r>
        <w:rPr>
          <w:b w:val="0"/>
          <w:i w:val="0"/>
          <w:smallCaps w:val="0"/>
          <w:strike w:val="0"/>
          <w:sz w:val="22"/>
          <w:highlight w:val="green"/>
          <w:u w:val="single"/>
        </w:rPr>
        <w:t>House</w:t>
      </w:r>
      <w:r>
        <w:rPr>
          <w:b w:val="0"/>
          <w:i w:val="0"/>
          <w:smallCaps w:val="0"/>
          <w:strike w:val="0"/>
          <w:sz w:val="22"/>
          <w:u w:val="single"/>
        </w:rPr>
        <w:t xml:space="preserve"> has always been harnessed to White House results in </w:t>
      </w:r>
      <w:r>
        <w:rPr>
          <w:b/>
          <w:i w:val="0"/>
          <w:smallCaps w:val="0"/>
          <w:strike w:val="0"/>
          <w:sz w:val="22"/>
          <w:highlight w:val="green"/>
          <w:u w:val="single"/>
        </w:rPr>
        <w:t>fundamental</w:t>
      </w:r>
      <w:r>
        <w:rPr>
          <w:b w:val="0"/>
          <w:i w:val="0"/>
          <w:smallCaps w:val="0"/>
          <w:strike w:val="0"/>
          <w:sz w:val="22"/>
          <w:u w:val="single"/>
        </w:rPr>
        <w:t xml:space="preserve"> </w:t>
      </w:r>
      <w:r>
        <w:rPr>
          <w:b w:val="0"/>
          <w:i w:val="0"/>
          <w:smallCaps w:val="0"/>
          <w:strike w:val="0"/>
          <w:sz w:val="22"/>
          <w:highlight w:val="green"/>
          <w:u w:val="single"/>
        </w:rPr>
        <w:t>and</w:t>
      </w:r>
      <w:r>
        <w:rPr>
          <w:b w:val="0"/>
          <w:i w:val="0"/>
          <w:smallCaps w:val="0"/>
          <w:strike w:val="0"/>
          <w:sz w:val="22"/>
          <w:u w:val="single"/>
        </w:rPr>
        <w:t xml:space="preserve"> even </w:t>
      </w:r>
      <w:r>
        <w:rPr>
          <w:b/>
          <w:i w:val="0"/>
          <w:smallCaps w:val="0"/>
          <w:strike w:val="0"/>
          <w:sz w:val="22"/>
          <w:highlight w:val="green"/>
          <w:u w:val="single"/>
        </w:rPr>
        <w:t>predictable</w:t>
      </w:r>
      <w:r>
        <w:rPr>
          <w:b w:val="0"/>
          <w:i w:val="0"/>
          <w:smallCaps w:val="0"/>
          <w:strike w:val="0"/>
          <w:sz w:val="22"/>
          <w:u w:val="single"/>
        </w:rPr>
        <w:t xml:space="preserve"> ways</w:t>
      </w:r>
      <w:r>
        <w:rPr>
          <w:b w:val="0"/>
          <w:i w:val="0"/>
          <w:smallCaps w:val="0"/>
          <w:strike w:val="0"/>
          <w:sz w:val="16"/>
          <w:u w:val="none"/>
        </w:rPr>
        <w:t>, as political scientist David Faris points out:</w:t>
      </w:r>
    </w:p>
    <w:p>
      <w:pPr>
        <w:spacing w:after="60"/>
      </w:pPr>
      <w:r>
        <w:rPr>
          <w:b w:val="0"/>
          <w:i w:val="0"/>
          <w:smallCaps w:val="0"/>
          <w:strike w:val="0"/>
          <w:sz w:val="16"/>
          <w:u w:val="none"/>
        </w:rPr>
        <w:t>Political scientist Robert Erikson found in 2016 that for “</w:t>
      </w:r>
      <w:r>
        <w:rPr>
          <w:b w:val="0"/>
          <w:i w:val="0"/>
          <w:smallCaps w:val="0"/>
          <w:strike w:val="0"/>
          <w:sz w:val="22"/>
          <w:highlight w:val="green"/>
          <w:u w:val="single"/>
        </w:rPr>
        <w:t>every</w:t>
      </w:r>
      <w:r>
        <w:rPr>
          <w:b w:val="0"/>
          <w:i w:val="0"/>
          <w:smallCaps w:val="0"/>
          <w:strike w:val="0"/>
          <w:sz w:val="22"/>
          <w:u w:val="single"/>
        </w:rPr>
        <w:t xml:space="preserve"> percentage </w:t>
      </w:r>
      <w:r>
        <w:rPr>
          <w:b/>
          <w:i w:val="0"/>
          <w:smallCaps w:val="0"/>
          <w:strike w:val="0"/>
          <w:sz w:val="22"/>
          <w:highlight w:val="green"/>
          <w:u w:val="single"/>
        </w:rPr>
        <w:t>point</w:t>
      </w:r>
      <w:r>
        <w:rPr>
          <w:b w:val="0"/>
          <w:i w:val="0"/>
          <w:smallCaps w:val="0"/>
          <w:strike w:val="0"/>
          <w:sz w:val="22"/>
          <w:u w:val="single"/>
        </w:rPr>
        <w:t xml:space="preserve"> that a </w:t>
      </w:r>
      <w:r>
        <w:rPr>
          <w:b w:val="0"/>
          <w:i w:val="0"/>
          <w:smallCaps w:val="0"/>
          <w:strike w:val="0"/>
          <w:sz w:val="22"/>
          <w:highlight w:val="green"/>
          <w:u w:val="single"/>
        </w:rPr>
        <w:t>presidential candidate</w:t>
      </w:r>
      <w:r>
        <w:rPr>
          <w:b w:val="0"/>
          <w:i w:val="0"/>
          <w:smallCaps w:val="0"/>
          <w:strike w:val="0"/>
          <w:sz w:val="22"/>
          <w:u w:val="single"/>
        </w:rPr>
        <w:t xml:space="preserve"> </w:t>
      </w:r>
      <w:r>
        <w:rPr>
          <w:b w:val="0"/>
          <w:i w:val="0"/>
          <w:smallCaps w:val="0"/>
          <w:strike w:val="0"/>
          <w:sz w:val="22"/>
          <w:highlight w:val="green"/>
          <w:u w:val="single"/>
        </w:rPr>
        <w:t>gains</w:t>
      </w:r>
      <w:r>
        <w:rPr>
          <w:b w:val="0"/>
          <w:i w:val="0"/>
          <w:smallCaps w:val="0"/>
          <w:strike w:val="0"/>
          <w:sz w:val="16"/>
          <w:u w:val="none"/>
        </w:rPr>
        <w:t xml:space="preserve"> in the two-party vote, their party’s </w:t>
      </w:r>
      <w:r>
        <w:rPr>
          <w:b w:val="0"/>
          <w:i w:val="0"/>
          <w:smallCaps w:val="0"/>
          <w:strike w:val="0"/>
          <w:sz w:val="22"/>
          <w:highlight w:val="green"/>
          <w:u w:val="single"/>
        </w:rPr>
        <w:t>down-ballot</w:t>
      </w:r>
      <w:r>
        <w:rPr>
          <w:b w:val="0"/>
          <w:i w:val="0"/>
          <w:smallCaps w:val="0"/>
          <w:strike w:val="0"/>
          <w:sz w:val="22"/>
          <w:u w:val="single"/>
        </w:rPr>
        <w:t xml:space="preserve"> candidates </w:t>
      </w:r>
      <w:r>
        <w:rPr>
          <w:b w:val="0"/>
          <w:i w:val="0"/>
          <w:smallCaps w:val="0"/>
          <w:strike w:val="0"/>
          <w:sz w:val="22"/>
          <w:highlight w:val="green"/>
          <w:u w:val="single"/>
        </w:rPr>
        <w:t>gain</w:t>
      </w:r>
      <w:r>
        <w:rPr>
          <w:b w:val="0"/>
          <w:i w:val="0"/>
          <w:smallCaps w:val="0"/>
          <w:strike w:val="0"/>
          <w:sz w:val="22"/>
          <w:u w:val="single"/>
        </w:rPr>
        <w:t xml:space="preserve"> almost </w:t>
      </w:r>
      <w:r>
        <w:rPr>
          <w:b/>
          <w:i w:val="0"/>
          <w:smallCaps w:val="0"/>
          <w:strike w:val="0"/>
          <w:sz w:val="22"/>
          <w:highlight w:val="green"/>
          <w:u w:val="single"/>
        </w:rPr>
        <w:t xml:space="preserve">half </w:t>
      </w:r>
      <w:r>
        <w:rPr>
          <w:b/>
          <w:i w:val="0"/>
          <w:smallCaps w:val="0"/>
          <w:strike w:val="0"/>
          <w:sz w:val="22"/>
          <w:u w:val="single"/>
        </w:rPr>
        <w:t>a point</w:t>
      </w:r>
      <w:r>
        <w:rPr>
          <w:b w:val="0"/>
          <w:i w:val="0"/>
          <w:smallCaps w:val="0"/>
          <w:strike w:val="0"/>
          <w:sz w:val="16"/>
          <w:u w:val="none"/>
        </w:rPr>
        <w:t xml:space="preserve"> themselves.” A 1990 study by James E. Campbell and Joe A. </w:t>
      </w:r>
      <w:r>
        <w:rPr>
          <w:b w:val="0"/>
          <w:i w:val="0"/>
          <w:smallCaps w:val="0"/>
          <w:strike w:val="0"/>
          <w:sz w:val="16"/>
          <w:u w:val="none"/>
        </w:rPr>
        <w:t>Sumners</w:t>
      </w:r>
      <w:r>
        <w:rPr>
          <w:b w:val="0"/>
          <w:i w:val="0"/>
          <w:smallCaps w:val="0"/>
          <w:strike w:val="0"/>
          <w:sz w:val="16"/>
          <w:u w:val="none"/>
        </w:rPr>
        <w:t xml:space="preserve"> found that for every 10 points that a presidential candidate gains in a state, it boosts that party’s Senate contender by 2 points, and its House hopefuls by 4. This basic logic is a large part of why the past five presidents brought congressional majorities into office with them when they were elected to their first term.</w:t>
      </w:r>
    </w:p>
    <w:p>
      <w:pPr>
        <w:spacing w:after="60"/>
      </w:pPr>
      <w:r>
        <w:rPr>
          <w:b w:val="0"/>
          <w:i w:val="0"/>
          <w:smallCaps w:val="0"/>
          <w:strike w:val="0"/>
          <w:sz w:val="16"/>
          <w:u w:val="none"/>
        </w:rPr>
        <w:t xml:space="preserve">And most of this historical record, mind you, was forged in the bygone era of relatively nonideological major parties that made ticket-splitting immensely more common. House Democrats entered the 2024 cycle optimistic about making gains since 16 Republicans are in districts carried by Biden in 2020 while only five Democrats are in Trump ’20 districts. But as J. Miles Coleman of Sabato’s Crystal Ball observes, an even Biden-Trump race in the national popular vote would turn six Democratic-held House districts red. A </w:t>
      </w:r>
      <w:r>
        <w:rPr>
          <w:b w:val="0"/>
          <w:i w:val="0"/>
          <w:smallCaps w:val="0"/>
          <w:strike w:val="0"/>
          <w:sz w:val="22"/>
          <w:highlight w:val="green"/>
          <w:u w:val="single"/>
        </w:rPr>
        <w:t>3.3 percent Trump advantage</w:t>
      </w:r>
      <w:r>
        <w:rPr>
          <w:b w:val="0"/>
          <w:i w:val="0"/>
          <w:smallCaps w:val="0"/>
          <w:strike w:val="0"/>
          <w:sz w:val="16"/>
          <w:u w:val="none"/>
        </w:rPr>
        <w:t xml:space="preserve"> in the national popular vote (his margin </w:t>
      </w:r>
      <w:r>
        <w:rPr>
          <w:b w:val="0"/>
          <w:i w:val="0"/>
          <w:smallCaps w:val="0"/>
          <w:strike w:val="0"/>
          <w:sz w:val="22"/>
          <w:highlight w:val="green"/>
          <w:u w:val="single"/>
        </w:rPr>
        <w:t>in</w:t>
      </w:r>
      <w:r>
        <w:rPr>
          <w:b w:val="0"/>
          <w:i w:val="0"/>
          <w:smallCaps w:val="0"/>
          <w:strike w:val="0"/>
          <w:sz w:val="22"/>
          <w:u w:val="single"/>
        </w:rPr>
        <w:t xml:space="preserve"> the </w:t>
      </w:r>
      <w:r>
        <w:rPr>
          <w:b w:val="0"/>
          <w:i w:val="0"/>
          <w:smallCaps w:val="0"/>
          <w:strike w:val="0"/>
          <w:sz w:val="22"/>
          <w:highlight w:val="green"/>
          <w:u w:val="single"/>
        </w:rPr>
        <w:t>polling averages</w:t>
      </w:r>
      <w:r>
        <w:rPr>
          <w:b w:val="0"/>
          <w:i w:val="0"/>
          <w:smallCaps w:val="0"/>
          <w:strike w:val="0"/>
          <w:sz w:val="16"/>
          <w:u w:val="none"/>
        </w:rPr>
        <w:t xml:space="preserve"> Coleman was using) would </w:t>
      </w:r>
      <w:r>
        <w:rPr>
          <w:b w:val="0"/>
          <w:i w:val="0"/>
          <w:smallCaps w:val="0"/>
          <w:strike w:val="0"/>
          <w:sz w:val="22"/>
          <w:highlight w:val="green"/>
          <w:u w:val="single"/>
        </w:rPr>
        <w:t xml:space="preserve">turn </w:t>
      </w:r>
      <w:r>
        <w:rPr>
          <w:b/>
          <w:i w:val="0"/>
          <w:smallCaps w:val="0"/>
          <w:strike w:val="0"/>
          <w:sz w:val="22"/>
          <w:highlight w:val="green"/>
          <w:u w:val="single"/>
        </w:rPr>
        <w:t>19</w:t>
      </w:r>
      <w:r>
        <w:rPr>
          <w:b w:val="0"/>
          <w:i w:val="0"/>
          <w:smallCaps w:val="0"/>
          <w:strike w:val="0"/>
          <w:sz w:val="22"/>
          <w:u w:val="single"/>
        </w:rPr>
        <w:t xml:space="preserve"> Democratic-held House </w:t>
      </w:r>
      <w:r>
        <w:rPr>
          <w:b w:val="0"/>
          <w:i w:val="0"/>
          <w:smallCaps w:val="0"/>
          <w:strike w:val="0"/>
          <w:sz w:val="22"/>
          <w:highlight w:val="green"/>
          <w:u w:val="single"/>
        </w:rPr>
        <w:t xml:space="preserve">districts </w:t>
      </w:r>
      <w:r>
        <w:rPr>
          <w:b/>
          <w:i w:val="0"/>
          <w:smallCaps w:val="0"/>
          <w:strike w:val="0"/>
          <w:sz w:val="22"/>
          <w:highlight w:val="green"/>
          <w:u w:val="single"/>
        </w:rPr>
        <w:t>red</w:t>
      </w:r>
      <w:r>
        <w:rPr>
          <w:b w:val="0"/>
          <w:i w:val="0"/>
          <w:smallCaps w:val="0"/>
          <w:strike w:val="0"/>
          <w:sz w:val="16"/>
          <w:u w:val="none"/>
        </w:rPr>
        <w:t>.</w:t>
      </w:r>
    </w:p>
    <w:p>
      <w:pPr>
        <w:spacing w:after="60"/>
      </w:pPr>
      <w:r>
        <w:rPr>
          <w:b w:val="0"/>
          <w:i w:val="0"/>
          <w:smallCaps w:val="0"/>
          <w:strike w:val="0"/>
          <w:sz w:val="16"/>
          <w:u w:val="none"/>
        </w:rPr>
        <w:t xml:space="preserve">Flipping the House if Biden loses decisively is hard to imagine. Even now, with polls showing a close presidential race, </w:t>
      </w:r>
      <w:r>
        <w:rPr>
          <w:b w:val="0"/>
          <w:i w:val="0"/>
          <w:smallCaps w:val="0"/>
          <w:strike w:val="0"/>
          <w:sz w:val="16"/>
          <w:u w:val="none"/>
        </w:rPr>
        <w:t>all of</w:t>
      </w:r>
      <w:r>
        <w:rPr>
          <w:b w:val="0"/>
          <w:i w:val="0"/>
          <w:smallCaps w:val="0"/>
          <w:strike w:val="0"/>
          <w:sz w:val="16"/>
          <w:u w:val="none"/>
        </w:rPr>
        <w:t xml:space="preserve"> the major House prognosticators give Republicans a slight advantage (Cook Political Report, for example, shows the GOP favored in 210 races and Democrats favored in 203, with 22 toss-ups, half of them currently controlled by each party). The congressional generic ballot, polling that estimates the House national popular vote, is dead even (on average, Democrats lead by 0.5 percent in FiveThirtyEight, Republicans by 0.3 percent in RealClearPolitics). This will be an </w:t>
      </w:r>
      <w:r>
        <w:rPr>
          <w:b/>
          <w:i w:val="0"/>
          <w:smallCaps w:val="0"/>
          <w:strike w:val="0"/>
          <w:sz w:val="22"/>
          <w:highlight w:val="green"/>
          <w:u w:val="single"/>
        </w:rPr>
        <w:t>uphill</w:t>
      </w:r>
      <w:r>
        <w:rPr>
          <w:b w:val="0"/>
          <w:i w:val="0"/>
          <w:smallCaps w:val="0"/>
          <w:strike w:val="0"/>
          <w:sz w:val="22"/>
          <w:highlight w:val="green"/>
          <w:u w:val="single"/>
        </w:rPr>
        <w:t xml:space="preserve"> fight</w:t>
      </w:r>
      <w:r>
        <w:rPr>
          <w:b w:val="0"/>
          <w:i w:val="0"/>
          <w:smallCaps w:val="0"/>
          <w:strike w:val="0"/>
          <w:sz w:val="22"/>
          <w:u w:val="single"/>
        </w:rPr>
        <w:t xml:space="preserve"> for Democrats </w:t>
      </w:r>
      <w:r>
        <w:rPr>
          <w:b w:val="0"/>
          <w:i w:val="0"/>
          <w:smallCaps w:val="0"/>
          <w:strike w:val="0"/>
          <w:sz w:val="22"/>
          <w:highlight w:val="green"/>
          <w:u w:val="single"/>
        </w:rPr>
        <w:t>in</w:t>
      </w:r>
      <w:r>
        <w:rPr>
          <w:b w:val="0"/>
          <w:i w:val="0"/>
          <w:smallCaps w:val="0"/>
          <w:strike w:val="0"/>
          <w:sz w:val="22"/>
          <w:u w:val="single"/>
        </w:rPr>
        <w:t xml:space="preserve"> the </w:t>
      </w:r>
      <w:r>
        <w:rPr>
          <w:b/>
          <w:i w:val="0"/>
          <w:smallCaps w:val="0"/>
          <w:strike w:val="0"/>
          <w:sz w:val="22"/>
          <w:highlight w:val="green"/>
          <w:u w:val="single"/>
        </w:rPr>
        <w:t>best</w:t>
      </w:r>
      <w:r>
        <w:rPr>
          <w:b w:val="0"/>
          <w:i w:val="0"/>
          <w:smallCaps w:val="0"/>
          <w:strike w:val="0"/>
          <w:sz w:val="22"/>
          <w:u w:val="single"/>
        </w:rPr>
        <w:t xml:space="preserve"> of </w:t>
      </w:r>
      <w:r>
        <w:rPr>
          <w:b w:val="0"/>
          <w:i w:val="0"/>
          <w:smallCaps w:val="0"/>
          <w:strike w:val="0"/>
          <w:sz w:val="22"/>
          <w:highlight w:val="green"/>
          <w:u w:val="single"/>
        </w:rPr>
        <w:t>circumstances</w:t>
      </w:r>
      <w:r>
        <w:rPr>
          <w:b w:val="0"/>
          <w:i w:val="0"/>
          <w:smallCaps w:val="0"/>
          <w:strike w:val="0"/>
          <w:sz w:val="16"/>
          <w:u w:val="none"/>
        </w:rPr>
        <w:t xml:space="preserve">. And it should be remembered that </w:t>
      </w:r>
      <w:r>
        <w:rPr>
          <w:b w:val="0"/>
          <w:i w:val="0"/>
          <w:smallCaps w:val="0"/>
          <w:strike w:val="0"/>
          <w:sz w:val="22"/>
          <w:u w:val="single"/>
        </w:rPr>
        <w:t xml:space="preserve">Biden’s party </w:t>
      </w:r>
      <w:r>
        <w:rPr>
          <w:b w:val="0"/>
          <w:i w:val="0"/>
          <w:smallCaps w:val="0"/>
          <w:strike w:val="0"/>
          <w:sz w:val="22"/>
          <w:highlight w:val="green"/>
          <w:u w:val="single"/>
        </w:rPr>
        <w:t xml:space="preserve">lost </w:t>
      </w:r>
      <w:r>
        <w:rPr>
          <w:b/>
          <w:i w:val="0"/>
          <w:smallCaps w:val="0"/>
          <w:strike w:val="0"/>
          <w:sz w:val="22"/>
          <w:highlight w:val="green"/>
          <w:u w:val="single"/>
        </w:rPr>
        <w:t>13</w:t>
      </w:r>
      <w:r>
        <w:rPr>
          <w:b/>
          <w:i w:val="0"/>
          <w:smallCaps w:val="0"/>
          <w:strike w:val="0"/>
          <w:sz w:val="22"/>
          <w:u w:val="single"/>
        </w:rPr>
        <w:t xml:space="preserve"> net House </w:t>
      </w:r>
      <w:r>
        <w:rPr>
          <w:b/>
          <w:i w:val="0"/>
          <w:smallCaps w:val="0"/>
          <w:strike w:val="0"/>
          <w:sz w:val="22"/>
          <w:highlight w:val="green"/>
          <w:u w:val="single"/>
        </w:rPr>
        <w:t>seats</w:t>
      </w:r>
      <w:r>
        <w:rPr>
          <w:b w:val="0"/>
          <w:i w:val="0"/>
          <w:smallCaps w:val="0"/>
          <w:strike w:val="0"/>
          <w:sz w:val="22"/>
          <w:highlight w:val="green"/>
          <w:u w:val="single"/>
        </w:rPr>
        <w:t xml:space="preserve"> in 2020 even as he won the White House</w:t>
      </w:r>
      <w:r>
        <w:rPr>
          <w:b w:val="0"/>
          <w:i w:val="0"/>
          <w:smallCaps w:val="0"/>
          <w:strike w:val="0"/>
          <w:sz w:val="16"/>
          <w:u w:val="non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