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GOP is predicted to win the U.S Senate in November</w:t>
      </w:r>
    </w:p>
    <w:p>
      <w:pPr>
        <w:spacing w:after="80"/>
      </w:pPr>
      <w:r>
        <w:rPr>
          <w:b/>
          <w:i w:val="0"/>
          <w:smallCaps w:val="0"/>
          <w:strike w:val="0"/>
          <w:sz w:val="26"/>
          <w:u w:val="none"/>
        </w:rPr>
        <w:t xml:space="preserve">Draeger ‘7-11 </w:t>
      </w:r>
      <w:r>
        <w:rPr>
          <w:b w:val="0"/>
          <w:i w:val="0"/>
          <w:smallCaps w:val="0"/>
          <w:strike w:val="0"/>
          <w:u w:val="none"/>
        </w:rPr>
        <w:t xml:space="preserve">[Jonathan; July 11; Writer for Real Clear News Politics, B.A in Economics and Data Science; Real Clear Politics; “GOP Poised To Regain Senate Majority, Polls Indicate”, </w:t>
      </w:r>
      <w:r>
        <w:rPr>
          <w:b w:val="0"/>
          <w:i w:val="0"/>
          <w:smallCaps w:val="0"/>
          <w:strike w:val="0"/>
          <w:color w:val="000000"/>
          <w:u w:val="none"/>
        </w:rPr>
        <w:t>]</w:t>
      </w:r>
    </w:p>
    <w:p>
      <w:pPr>
        <w:spacing w:after="60"/>
      </w:pPr>
      <w:r>
        <w:rPr>
          <w:b w:val="0"/>
          <w:i w:val="0"/>
          <w:smallCaps w:val="0"/>
          <w:strike w:val="0"/>
          <w:color w:val="000000"/>
          <w:u w:val="single"/>
        </w:rPr>
        <w:t xml:space="preserve">Since the debate, Donald </w:t>
      </w:r>
      <w:r>
        <w:rPr>
          <w:b w:val="0"/>
          <w:i w:val="0"/>
          <w:smallCaps w:val="0"/>
          <w:strike w:val="0"/>
          <w:color w:val="000000"/>
          <w:highlight w:val="cyan"/>
          <w:u w:val="single"/>
        </w:rPr>
        <w:t>Trump</w:t>
      </w:r>
      <w:r>
        <w:rPr>
          <w:b w:val="0"/>
          <w:i w:val="0"/>
          <w:smallCaps w:val="0"/>
          <w:strike w:val="0"/>
          <w:color w:val="000000"/>
          <w:u w:val="single"/>
        </w:rPr>
        <w:t xml:space="preserve"> has </w:t>
      </w:r>
      <w:r>
        <w:rPr>
          <w:b/>
          <w:i w:val="0"/>
          <w:smallCaps w:val="0"/>
          <w:strike w:val="0"/>
          <w:color w:val="000000"/>
          <w:highlight w:val="cyan"/>
          <w:u w:val="single"/>
        </w:rPr>
        <w:t xml:space="preserve">taken a </w:t>
      </w:r>
      <w:r>
        <w:rPr>
          <w:b/>
          <w:i w:val="0"/>
          <w:smallCaps w:val="0"/>
          <w:strike w:val="0"/>
          <w:sz w:val="22"/>
          <w:highlight w:val="cyan"/>
          <w:u w:val="single"/>
        </w:rPr>
        <w:t>strong lead</w:t>
      </w:r>
      <w:r>
        <w:rPr>
          <w:b/>
          <w:i w:val="0"/>
          <w:smallCaps w:val="0"/>
          <w:strike w:val="0"/>
          <w:color w:val="000000"/>
          <w:highlight w:val="cyan"/>
          <w:u w:val="single"/>
        </w:rPr>
        <w:t xml:space="preserve"> in</w:t>
      </w:r>
      <w:r>
        <w:rPr>
          <w:b w:val="0"/>
          <w:i w:val="0"/>
          <w:smallCaps w:val="0"/>
          <w:strike w:val="0"/>
          <w:color w:val="000000"/>
          <w:u w:val="single"/>
        </w:rPr>
        <w:t xml:space="preserve"> nationwide and </w:t>
      </w:r>
      <w:r>
        <w:rPr>
          <w:b w:val="0"/>
          <w:i w:val="0"/>
          <w:smallCaps w:val="0"/>
          <w:strike w:val="0"/>
          <w:color w:val="000000"/>
          <w:u w:val="none"/>
        </w:rPr>
        <w:t xml:space="preserve">. </w:t>
      </w:r>
      <w:r>
        <w:rPr>
          <w:b w:val="0"/>
          <w:i w:val="0"/>
          <w:smallCaps w:val="0"/>
          <w:strike w:val="0"/>
          <w:color w:val="000000"/>
          <w:sz w:val="16"/>
          <w:u w:val="none"/>
        </w:rPr>
        <w:t>Although Senate Democrats are performing better than Republicans in individual toss-up state senate polls,</w:t>
      </w:r>
      <w:r>
        <w:rPr>
          <w:b w:val="0"/>
          <w:i w:val="0"/>
          <w:smallCaps w:val="0"/>
          <w:strike w:val="0"/>
          <w:color w:val="000000"/>
          <w:u w:val="none"/>
        </w:rPr>
        <w:t xml:space="preserve"> </w:t>
      </w:r>
      <w:r>
        <w:rPr>
          <w:b w:val="0"/>
          <w:i w:val="0"/>
          <w:smallCaps w:val="0"/>
          <w:strike w:val="0"/>
          <w:color w:val="000000"/>
          <w:u w:val="single"/>
        </w:rPr>
        <w:t xml:space="preserve">the </w:t>
      </w:r>
      <w:r>
        <w:rPr>
          <w:b w:val="0"/>
          <w:i w:val="0"/>
          <w:smallCaps w:val="0"/>
          <w:strike w:val="0"/>
          <w:color w:val="000000"/>
          <w:highlight w:val="cyan"/>
          <w:u w:val="single"/>
        </w:rPr>
        <w:t xml:space="preserve">GOP is poised to </w:t>
      </w:r>
      <w:r>
        <w:rPr>
          <w:b w:val="0"/>
          <w:i w:val="0"/>
          <w:smallCaps w:val="0"/>
          <w:strike w:val="0"/>
          <w:highlight w:val="cyan"/>
          <w:u w:val="single"/>
        </w:rPr>
        <w:t>reclaim</w:t>
      </w:r>
      <w:r>
        <w:rPr>
          <w:b w:val="0"/>
          <w:i w:val="0"/>
          <w:smallCaps w:val="0"/>
          <w:strike w:val="0"/>
          <w:color w:val="000000"/>
          <w:highlight w:val="cyan"/>
          <w:u w:val="single"/>
        </w:rPr>
        <w:t xml:space="preserve"> the U.S. Senate in November</w:t>
      </w:r>
      <w:r>
        <w:rPr>
          <w:b w:val="0"/>
          <w:i w:val="0"/>
          <w:smallCaps w:val="0"/>
          <w:strike w:val="0"/>
          <w:color w:val="000000"/>
          <w:u w:val="single"/>
        </w:rPr>
        <w:t>.</w:t>
      </w:r>
      <w:r>
        <w:rPr>
          <w:b w:val="0"/>
          <w:i w:val="0"/>
          <w:smallCaps w:val="0"/>
          <w:strike w:val="0"/>
          <w:color w:val="000000"/>
          <w:u w:val="single"/>
        </w:rPr>
        <w:t xml:space="preserve"> </w:t>
      </w:r>
      <w:r>
        <w:rPr>
          <w:b w:val="0"/>
          <w:i w:val="0"/>
          <w:smallCaps w:val="0"/>
          <w:strike w:val="0"/>
          <w:color w:val="000000"/>
          <w:sz w:val="16"/>
          <w:u w:val="none"/>
        </w:rPr>
        <w:t>Currently, the Senate is controlled by Democrats, with 51 Democrats and 49 Republicans. However, with the retirement of Sen. Joe Manchin from West Virginia,</w:t>
      </w:r>
      <w:r>
        <w:rPr>
          <w:b w:val="0"/>
          <w:i w:val="0"/>
          <w:smallCaps w:val="0"/>
          <w:strike w:val="0"/>
          <w:color w:val="000000"/>
          <w:u w:val="none"/>
        </w:rPr>
        <w:t xml:space="preserve"> </w:t>
      </w:r>
      <w:r>
        <w:rPr>
          <w:b w:val="0"/>
          <w:i w:val="0"/>
          <w:smallCaps w:val="0"/>
          <w:strike w:val="0"/>
          <w:color w:val="000000"/>
          <w:u w:val="single"/>
        </w:rPr>
        <w:t>Republicans are likely to gain an edge</w:t>
      </w:r>
      <w:r>
        <w:rPr>
          <w:b w:val="0"/>
          <w:i w:val="0"/>
          <w:smallCaps w:val="0"/>
          <w:strike w:val="0"/>
          <w:color w:val="000000"/>
          <w:u w:val="none"/>
        </w:rPr>
        <w:t xml:space="preserve">. </w:t>
      </w:r>
      <w:r>
        <w:rPr>
          <w:b w:val="0"/>
          <w:i w:val="0"/>
          <w:smallCaps w:val="0"/>
          <w:strike w:val="0"/>
          <w:color w:val="000000"/>
          <w:sz w:val="16"/>
          <w:u w:val="none"/>
        </w:rPr>
        <w:t xml:space="preserve">West Virginia’s Senate seat is expected to go to Republican candidate Jim Justice, given </w:t>
      </w:r>
      <w:r>
        <w:rPr>
          <w:b w:val="0"/>
          <w:i w:val="0"/>
          <w:smallCaps w:val="0"/>
          <w:strike w:val="0"/>
          <w:color w:val="000000"/>
          <w:sz w:val="16"/>
          <w:u w:val="none"/>
        </w:rPr>
        <w:t xml:space="preserve"> in the state in 2020.</w:t>
      </w:r>
      <w:r>
        <w:rPr>
          <w:b w:val="0"/>
          <w:i w:val="0"/>
          <w:smallCaps w:val="0"/>
          <w:strike w:val="0"/>
          <w:color w:val="000000"/>
          <w:u w:val="single"/>
        </w:rPr>
        <w:t xml:space="preserve"> </w:t>
      </w:r>
      <w:r>
        <w:rPr>
          <w:b w:val="0"/>
          <w:i w:val="0"/>
          <w:smallCaps w:val="0"/>
          <w:strike w:val="0"/>
          <w:color w:val="000000"/>
          <w:u w:val="single"/>
        </w:rPr>
        <w:t xml:space="preserve">The </w:t>
      </w:r>
      <w:r>
        <w:rPr>
          <w:b w:val="0"/>
          <w:i w:val="0"/>
          <w:smallCaps w:val="0"/>
          <w:strike w:val="0"/>
          <w:color w:val="000000"/>
          <w:u w:val="single"/>
        </w:rPr>
        <w:t xml:space="preserve"> shows </w:t>
      </w:r>
      <w:r>
        <w:rPr>
          <w:b w:val="0"/>
          <w:i w:val="0"/>
          <w:smallCaps w:val="0"/>
          <w:strike w:val="0"/>
          <w:color w:val="000000"/>
          <w:highlight w:val="cyan"/>
          <w:u w:val="single"/>
        </w:rPr>
        <w:t xml:space="preserve">that Republicans are </w:t>
      </w:r>
      <w:r>
        <w:rPr>
          <w:b/>
          <w:i w:val="0"/>
          <w:smallCaps w:val="0"/>
          <w:strike w:val="0"/>
          <w:color w:val="000000"/>
          <w:highlight w:val="cyan"/>
          <w:u w:val="single"/>
        </w:rPr>
        <w:t>likely to secure at least 5</w:t>
      </w:r>
      <w:r>
        <w:rPr>
          <w:b w:val="0"/>
          <w:i w:val="0"/>
          <w:smallCaps w:val="0"/>
          <w:strike w:val="0"/>
          <w:color w:val="000000"/>
          <w:highlight w:val="cyan"/>
          <w:u w:val="single"/>
        </w:rPr>
        <w:t>0 seats</w:t>
      </w:r>
      <w:r>
        <w:rPr>
          <w:b w:val="0"/>
          <w:i w:val="0"/>
          <w:smallCaps w:val="0"/>
          <w:strike w:val="0"/>
          <w:color w:val="000000"/>
          <w:u w:val="single"/>
        </w:rPr>
        <w:t>, while Democrats are guaranteed 43</w:t>
      </w:r>
      <w:r>
        <w:rPr>
          <w:b w:val="0"/>
          <w:i w:val="0"/>
          <w:smallCaps w:val="0"/>
          <w:strike w:val="0"/>
          <w:color w:val="000000"/>
          <w:u w:val="none"/>
        </w:rPr>
        <w:t xml:space="preserve">. </w:t>
      </w:r>
      <w:r>
        <w:rPr>
          <w:b w:val="0"/>
          <w:i w:val="0"/>
          <w:smallCaps w:val="0"/>
          <w:strike w:val="0"/>
          <w:color w:val="000000"/>
          <w:sz w:val="16"/>
          <w:u w:val="none"/>
        </w:rPr>
        <w:t>The other seven Senate toss-up states – Arizona, Michigan, Montana, Nevada, Ohio, Pennsylvania, and Wisconsin – are all currently held by Democrats.</w:t>
      </w:r>
      <w:r>
        <w:rPr>
          <w:b w:val="0"/>
          <w:i w:val="0"/>
          <w:smallCaps w:val="0"/>
          <w:strike w:val="0"/>
          <w:color w:val="000000"/>
          <w:u w:val="none"/>
        </w:rPr>
        <w:t xml:space="preserve"> </w:t>
      </w:r>
      <w:r>
        <w:rPr>
          <w:b w:val="0"/>
          <w:i w:val="0"/>
          <w:smallCaps w:val="0"/>
          <w:strike w:val="0"/>
          <w:color w:val="000000"/>
          <w:u w:val="single"/>
        </w:rPr>
        <w:t xml:space="preserve">If </w:t>
      </w:r>
      <w:r>
        <w:rPr>
          <w:b w:val="0"/>
          <w:i w:val="0"/>
          <w:smallCaps w:val="0"/>
          <w:strike w:val="0"/>
          <w:color w:val="000000"/>
          <w:highlight w:val="cyan"/>
          <w:u w:val="single"/>
        </w:rPr>
        <w:t>Republicans</w:t>
      </w:r>
      <w:r>
        <w:rPr>
          <w:b w:val="0"/>
          <w:i w:val="0"/>
          <w:smallCaps w:val="0"/>
          <w:strike w:val="0"/>
          <w:color w:val="000000"/>
          <w:u w:val="single"/>
        </w:rPr>
        <w:t xml:space="preserve"> win just one of these seats, they </w:t>
      </w:r>
      <w:r>
        <w:rPr>
          <w:b w:val="0"/>
          <w:i w:val="0"/>
          <w:smallCaps w:val="0"/>
          <w:strike w:val="0"/>
          <w:color w:val="000000"/>
          <w:highlight w:val="cyan"/>
          <w:u w:val="single"/>
        </w:rPr>
        <w:t>will gain a majority in the Senate.</w:t>
      </w:r>
    </w:p>
    <w:p>
      <w:pPr>
        <w:spacing w:after="60"/>
      </w:pPr>
      <w:r>
        <w:rPr>
          <w:b w:val="0"/>
          <w:i w:val="0"/>
          <w:smallCaps w:val="0"/>
          <w:strike w:val="0"/>
          <w:color w:val="000000"/>
          <w:sz w:val="16"/>
          <w:u w:val="none"/>
        </w:rPr>
        <w:t>The only poll examining all these states since the first presidential debate is from Remington Research (R), conducted June 29-July 1. It shows that most toss-up Senate seats lean towards Democrats, but</w:t>
      </w:r>
      <w:r>
        <w:rPr>
          <w:b w:val="0"/>
          <w:i w:val="0"/>
          <w:smallCaps w:val="0"/>
          <w:strike w:val="0"/>
          <w:color w:val="000000"/>
          <w:u w:val="none"/>
        </w:rPr>
        <w:t xml:space="preserve"> </w:t>
      </w:r>
      <w:r>
        <w:rPr>
          <w:b w:val="0"/>
          <w:i w:val="0"/>
          <w:smallCaps w:val="0"/>
          <w:strike w:val="0"/>
          <w:color w:val="000000"/>
          <w:highlight w:val="cyan"/>
          <w:u w:val="single"/>
        </w:rPr>
        <w:t>Republicans have opportunities to gain</w:t>
      </w:r>
      <w:r>
        <w:rPr>
          <w:b w:val="0"/>
          <w:i w:val="0"/>
          <w:smallCaps w:val="0"/>
          <w:strike w:val="0"/>
          <w:color w:val="000000"/>
          <w:u w:val="single"/>
        </w:rPr>
        <w:t xml:space="preserve"> a few.</w:t>
      </w:r>
      <w:r>
        <w:rPr>
          <w:b w:val="0"/>
          <w:i w:val="0"/>
          <w:smallCaps w:val="0"/>
          <w:strike w:val="0"/>
          <w:color w:val="000000"/>
          <w:u w:val="none"/>
        </w:rPr>
        <w:t xml:space="preserve"> </w:t>
      </w:r>
      <w:r>
        <w:rPr>
          <w:b w:val="0"/>
          <w:i w:val="0"/>
          <w:smallCaps w:val="0"/>
          <w:strike w:val="0"/>
          <w:color w:val="000000"/>
          <w:sz w:val="16"/>
          <w:u w:val="none"/>
        </w:rPr>
        <w:t xml:space="preserve">Unsurprisingly, the </w:t>
      </w:r>
      <w:r>
        <w:rPr>
          <w:b w:val="0"/>
          <w:i w:val="0"/>
          <w:smallCaps w:val="0"/>
          <w:strike w:val="0"/>
          <w:color w:val="000000"/>
          <w:sz w:val="16"/>
          <w:u w:val="none"/>
        </w:rPr>
        <w:t xml:space="preserve">most likely seat for Republicans to gain is in Montana, which </w:t>
      </w:r>
      <w:r>
        <w:rPr>
          <w:b w:val="0"/>
          <w:i w:val="0"/>
          <w:smallCaps w:val="0"/>
          <w:strike w:val="0"/>
          <w:color w:val="000000"/>
          <w:sz w:val="16"/>
          <w:u w:val="none"/>
        </w:rPr>
        <w:t>. This year’s Senate race is between Democratic Sen. Jon Tester, who’s served in the seat since 2007, and Tim Sheehy, a former Navy SEAL and founder of Bridger Aerospace, an aerial firefighting and aerospace company valued at around $140 million. The poll shows Sheehy leading Tester by 5 points, 50% to 45%.</w:t>
      </w:r>
      <w:r>
        <w:rPr>
          <w:b w:val="0"/>
          <w:i w:val="0"/>
          <w:smallCaps w:val="0"/>
          <w:strike w:val="0"/>
          <w:color w:val="000000"/>
          <w:u w:val="none"/>
        </w:rPr>
        <w:t xml:space="preserve"> </w:t>
      </w:r>
      <w:r>
        <w:rPr>
          <w:b w:val="0"/>
          <w:i w:val="0"/>
          <w:smallCaps w:val="0"/>
          <w:strike w:val="0"/>
          <w:color w:val="000000"/>
          <w:sz w:val="16"/>
          <w:u w:val="none"/>
        </w:rPr>
        <w:t xml:space="preserve">The poll shows the Arizona and Wisconsin Senate races currently tied at 47% and 48% respectively. In Arizona, the race is between Republican Kari Lake, who lost the 2022 Arizona governor’s race, and Democratic Rep. Ruben Gallego, who has served Arizona’s third district since 2023. Previous polls indicated Gallego was ahead, with the current </w:t>
      </w:r>
      <w:r>
        <w:rPr>
          <w:b w:val="0"/>
          <w:i w:val="0"/>
          <w:smallCaps w:val="0"/>
          <w:strike w:val="0"/>
          <w:color w:val="000000"/>
          <w:sz w:val="16"/>
          <w:u w:val="none"/>
        </w:rPr>
        <w:t xml:space="preserve"> having him 2 points ahead of Lake. In Wisconsin, Republican entrepreneur Eric </w:t>
      </w:r>
      <w:r>
        <w:rPr>
          <w:b w:val="0"/>
          <w:i w:val="0"/>
          <w:smallCaps w:val="0"/>
          <w:strike w:val="0"/>
          <w:color w:val="000000"/>
          <w:sz w:val="16"/>
          <w:u w:val="none"/>
        </w:rPr>
        <w:t>Hovde</w:t>
      </w:r>
      <w:r>
        <w:rPr>
          <w:b w:val="0"/>
          <w:i w:val="0"/>
          <w:smallCaps w:val="0"/>
          <w:strike w:val="0"/>
          <w:color w:val="000000"/>
          <w:sz w:val="16"/>
          <w:u w:val="none"/>
        </w:rPr>
        <w:t xml:space="preserve"> is challenging incumbent Democratic Sen. Tammy Baldwin. Another Wisconsin poll from </w:t>
      </w:r>
      <w:r>
        <w:rPr>
          <w:b w:val="0"/>
          <w:i w:val="0"/>
          <w:smallCaps w:val="0"/>
          <w:strike w:val="0"/>
          <w:color w:val="000000"/>
          <w:sz w:val="16"/>
          <w:u w:val="none"/>
        </w:rPr>
        <w:t xml:space="preserve">, conducted June 28-July 2 with 600 likely voters, shows Baldwin leading </w:t>
      </w:r>
      <w:r>
        <w:rPr>
          <w:b w:val="0"/>
          <w:i w:val="0"/>
          <w:smallCaps w:val="0"/>
          <w:strike w:val="0"/>
          <w:color w:val="000000"/>
          <w:sz w:val="16"/>
          <w:u w:val="none"/>
        </w:rPr>
        <w:t>Hovde</w:t>
      </w:r>
      <w:r>
        <w:rPr>
          <w:b w:val="0"/>
          <w:i w:val="0"/>
          <w:smallCaps w:val="0"/>
          <w:strike w:val="0"/>
          <w:color w:val="000000"/>
          <w:sz w:val="16"/>
          <w:u w:val="none"/>
        </w:rPr>
        <w:t xml:space="preserve"> by 5 points.</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