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Harris opens new attacks against vulnerable red-state Dem Senators – </w:t>
      </w:r>
      <w:r>
        <w:rPr>
          <w:b w:val="0"/>
          <w:i w:val="0"/>
          <w:smallCaps w:val="0"/>
          <w:strike w:val="0"/>
          <w:sz w:val="26"/>
          <w:u w:val="none"/>
        </w:rPr>
        <w:t>detrimental to their moderate campaigns</w:t>
      </w:r>
    </w:p>
    <w:p>
      <w:pPr>
        <w:spacing w:after="80"/>
      </w:pPr>
      <w:r>
        <w:rPr>
          <w:b w:val="0"/>
          <w:i w:val="0"/>
          <w:smallCaps w:val="0"/>
          <w:strike w:val="0"/>
          <w:u w:val="none"/>
        </w:rPr>
        <w:t xml:space="preserve">Alexander </w:t>
      </w:r>
      <w:r>
        <w:rPr>
          <w:b/>
          <w:i w:val="0"/>
          <w:smallCaps w:val="0"/>
          <w:strike w:val="0"/>
          <w:sz w:val="26"/>
          <w:u w:val="none"/>
        </w:rPr>
        <w:t>Bolton, 7-23-2024</w:t>
      </w:r>
      <w:r>
        <w:rPr>
          <w:b w:val="0"/>
          <w:i w:val="0"/>
          <w:smallCaps w:val="0"/>
          <w:strike w:val="0"/>
          <w:u w:val="none"/>
        </w:rPr>
        <w:t xml:space="preserve">, </w:t>
      </w:r>
      <w:r>
        <w:rPr>
          <w:b w:val="0"/>
          <w:i w:val="0"/>
          <w:smallCaps w:val="0"/>
          <w:strike w:val="0"/>
          <w:u w:val="none"/>
        </w:rPr>
        <w:t xml:space="preserve">[Alexander Bolton is a Senior Staff Writer at the Hill, covering the Senate. </w:t>
      </w:r>
      <w:r>
        <w:rPr>
          <w:b w:val="0"/>
          <w:i w:val="0"/>
          <w:smallCaps w:val="0"/>
          <w:strike w:val="0"/>
          <w:u w:val="none"/>
        </w:rPr>
        <w:t xml:space="preserve">"Rise of Harris roils Senate battleground races", </w:t>
      </w:r>
      <w:r>
        <w:rPr>
          <w:b w:val="0"/>
          <w:i w:val="0"/>
          <w:smallCaps w:val="0"/>
          <w:strike w:val="0"/>
          <w:u w:val="none"/>
        </w:rPr>
        <w:t xml:space="preserve">The </w:t>
      </w:r>
      <w:r>
        <w:rPr>
          <w:b w:val="0"/>
          <w:i w:val="0"/>
          <w:smallCaps w:val="0"/>
          <w:strike w:val="0"/>
          <w:u w:val="none"/>
        </w:rPr>
        <w:t xml:space="preserve">Hill, </w:t>
      </w:r>
      <w:r>
        <w:rPr>
          <w:b w:val="0"/>
          <w:i w:val="0"/>
          <w:smallCaps w:val="0"/>
          <w:strike w:val="0"/>
          <w:u w:val="none"/>
        </w:rPr>
        <w:t>, accessed 7/23/24, S.A.M.]</w:t>
      </w:r>
    </w:p>
    <w:p>
      <w:pPr>
        <w:spacing w:after="60"/>
      </w:pPr>
      <w:r>
        <w:rPr>
          <w:b w:val="0"/>
          <w:i w:val="0"/>
          <w:smallCaps w:val="0"/>
          <w:strike w:val="0"/>
          <w:sz w:val="12"/>
          <w:u w:val="none"/>
        </w:rPr>
        <w:t xml:space="preserve">President </w:t>
      </w:r>
      <w:r>
        <w:rPr>
          <w:b w:val="0"/>
          <w:i w:val="0"/>
          <w:smallCaps w:val="0"/>
          <w:strike w:val="0"/>
          <w:sz w:val="22"/>
          <w:u w:val="single"/>
        </w:rPr>
        <w:t>Biden’s decision to drop his reelection bid and</w:t>
      </w:r>
      <w:r>
        <w:rPr>
          <w:b w:val="0"/>
          <w:i w:val="0"/>
          <w:smallCaps w:val="0"/>
          <w:strike w:val="0"/>
          <w:sz w:val="12"/>
          <w:u w:val="none"/>
        </w:rPr>
        <w:t xml:space="preserve"> Vice President </w:t>
      </w:r>
      <w:r>
        <w:rPr>
          <w:b w:val="0"/>
          <w:i w:val="0"/>
          <w:smallCaps w:val="0"/>
          <w:strike w:val="0"/>
          <w:sz w:val="22"/>
          <w:highlight w:val="cyan"/>
          <w:u w:val="single"/>
        </w:rPr>
        <w:t>Harris’s emergence as the front-runner</w:t>
      </w:r>
      <w:r>
        <w:rPr>
          <w:b w:val="0"/>
          <w:i w:val="0"/>
          <w:smallCaps w:val="0"/>
          <w:strike w:val="0"/>
          <w:sz w:val="12"/>
          <w:u w:val="none"/>
        </w:rPr>
        <w:t xml:space="preserve"> for the Democratic nomination </w:t>
      </w:r>
      <w:r>
        <w:rPr>
          <w:b/>
          <w:i w:val="0"/>
          <w:smallCaps w:val="0"/>
          <w:strike w:val="0"/>
          <w:sz w:val="22"/>
          <w:u w:val="single"/>
        </w:rPr>
        <w:t xml:space="preserve">has </w:t>
      </w:r>
      <w:r>
        <w:rPr>
          <w:b/>
          <w:i w:val="0"/>
          <w:smallCaps w:val="0"/>
          <w:strike w:val="0"/>
          <w:sz w:val="22"/>
          <w:highlight w:val="cyan"/>
          <w:u w:val="single"/>
        </w:rPr>
        <w:t xml:space="preserve">vulnerable Senate Democrats scrambling to fend off new GOP attacks on her record. </w:t>
      </w:r>
      <w:r>
        <w:rPr>
          <w:b w:val="0"/>
          <w:i w:val="0"/>
          <w:smallCaps w:val="0"/>
          <w:strike w:val="0"/>
          <w:sz w:val="22"/>
          <w:u w:val="single"/>
        </w:rPr>
        <w:t>Biden’s biggest vulnerability was his age</w:t>
      </w:r>
      <w:r>
        <w:rPr>
          <w:b w:val="0"/>
          <w:i w:val="0"/>
          <w:smallCaps w:val="0"/>
          <w:strike w:val="0"/>
          <w:sz w:val="12"/>
          <w:u w:val="none"/>
        </w:rPr>
        <w:t xml:space="preserve"> and doubts about his fitness for office, </w:t>
      </w:r>
      <w:r>
        <w:rPr>
          <w:b w:val="0"/>
          <w:i w:val="0"/>
          <w:smallCaps w:val="0"/>
          <w:strike w:val="0"/>
          <w:sz w:val="22"/>
          <w:u w:val="single"/>
        </w:rPr>
        <w:t>but the silver lining</w:t>
      </w:r>
      <w:r>
        <w:rPr>
          <w:b w:val="0"/>
          <w:i w:val="0"/>
          <w:smallCaps w:val="0"/>
          <w:strike w:val="0"/>
          <w:sz w:val="12"/>
          <w:u w:val="none"/>
        </w:rPr>
        <w:t xml:space="preserve"> for Democrats was that </w:t>
      </w:r>
      <w:r>
        <w:rPr>
          <w:b w:val="0"/>
          <w:i w:val="0"/>
          <w:smallCaps w:val="0"/>
          <w:strike w:val="0"/>
          <w:sz w:val="22"/>
          <w:highlight w:val="cyan"/>
          <w:u w:val="single"/>
        </w:rPr>
        <w:t>Biden’s biggest problems</w:t>
      </w:r>
      <w:r>
        <w:rPr>
          <w:b w:val="0"/>
          <w:i w:val="0"/>
          <w:smallCaps w:val="0"/>
          <w:strike w:val="0"/>
          <w:sz w:val="12"/>
          <w:u w:val="none"/>
        </w:rPr>
        <w:t xml:space="preserve"> were confined to him as a candidate and </w:t>
      </w:r>
      <w:r>
        <w:rPr>
          <w:b w:val="0"/>
          <w:i w:val="0"/>
          <w:smallCaps w:val="0"/>
          <w:strike w:val="0"/>
          <w:sz w:val="22"/>
          <w:highlight w:val="cyan"/>
          <w:u w:val="single"/>
        </w:rPr>
        <w:t>did not substantially impact Dem</w:t>
      </w:r>
      <w:r>
        <w:rPr>
          <w:b w:val="0"/>
          <w:i w:val="0"/>
          <w:smallCaps w:val="0"/>
          <w:strike w:val="0"/>
          <w:sz w:val="22"/>
          <w:u w:val="single"/>
        </w:rPr>
        <w:t>ocratic</w:t>
      </w:r>
      <w:r>
        <w:rPr>
          <w:b w:val="0"/>
          <w:i w:val="0"/>
          <w:smallCaps w:val="0"/>
          <w:strike w:val="0"/>
          <w:sz w:val="22"/>
          <w:highlight w:val="cyan"/>
          <w:u w:val="single"/>
        </w:rPr>
        <w:t xml:space="preserve"> senators</w:t>
      </w:r>
      <w:r>
        <w:rPr>
          <w:b w:val="0"/>
          <w:i w:val="0"/>
          <w:smallCaps w:val="0"/>
          <w:strike w:val="0"/>
          <w:sz w:val="12"/>
          <w:u w:val="none"/>
        </w:rPr>
        <w:t xml:space="preserve"> </w:t>
      </w:r>
      <w:r>
        <w:rPr>
          <w:b w:val="0"/>
          <w:i w:val="0"/>
          <w:smallCaps w:val="0"/>
          <w:strike w:val="0"/>
          <w:sz w:val="12"/>
          <w:u w:val="none"/>
        </w:rPr>
        <w:t>downballot</w:t>
      </w:r>
      <w:r>
        <w:rPr>
          <w:b w:val="0"/>
          <w:i w:val="0"/>
          <w:smallCaps w:val="0"/>
          <w:strike w:val="0"/>
          <w:sz w:val="12"/>
          <w:u w:val="none"/>
        </w:rPr>
        <w:t>, according to polls.</w:t>
      </w:r>
      <w:r>
        <w:rPr>
          <w:b w:val="0"/>
          <w:i w:val="0"/>
          <w:smallCaps w:val="0"/>
          <w:strike w:val="0"/>
          <w:sz w:val="12"/>
          <w:u w:val="none"/>
        </w:rPr>
        <w:t xml:space="preserve"> </w:t>
      </w:r>
      <w:r>
        <w:rPr>
          <w:b w:val="0"/>
          <w:i w:val="0"/>
          <w:smallCaps w:val="0"/>
          <w:strike w:val="0"/>
          <w:sz w:val="12"/>
          <w:u w:val="none"/>
        </w:rPr>
        <w:t xml:space="preserve">But </w:t>
      </w:r>
      <w:r>
        <w:rPr>
          <w:b w:val="0"/>
          <w:i w:val="0"/>
          <w:smallCaps w:val="0"/>
          <w:strike w:val="0"/>
          <w:sz w:val="22"/>
          <w:u w:val="single"/>
        </w:rPr>
        <w:t xml:space="preserve">now </w:t>
      </w:r>
      <w:r>
        <w:rPr>
          <w:b w:val="0"/>
          <w:i w:val="0"/>
          <w:smallCaps w:val="0"/>
          <w:strike w:val="0"/>
          <w:sz w:val="22"/>
          <w:highlight w:val="cyan"/>
          <w:u w:val="single"/>
        </w:rPr>
        <w:t>incumbents such as Sens</w:t>
      </w:r>
      <w:r>
        <w:rPr>
          <w:b w:val="0"/>
          <w:i w:val="0"/>
          <w:smallCaps w:val="0"/>
          <w:strike w:val="0"/>
          <w:sz w:val="12"/>
          <w:highlight w:val="cyan"/>
          <w:u w:val="none"/>
        </w:rPr>
        <w:t>.</w:t>
      </w:r>
      <w:r>
        <w:rPr>
          <w:b w:val="0"/>
          <w:i w:val="0"/>
          <w:smallCaps w:val="0"/>
          <w:strike w:val="0"/>
          <w:sz w:val="12"/>
          <w:u w:val="none"/>
        </w:rPr>
        <w:t xml:space="preserve"> Jon </w:t>
      </w:r>
      <w:r>
        <w:rPr>
          <w:b w:val="0"/>
          <w:i w:val="0"/>
          <w:smallCaps w:val="0"/>
          <w:strike w:val="0"/>
          <w:sz w:val="22"/>
          <w:highlight w:val="cyan"/>
          <w:u w:val="single"/>
        </w:rPr>
        <w:t>Tester</w:t>
      </w:r>
      <w:r>
        <w:rPr>
          <w:b w:val="0"/>
          <w:i w:val="0"/>
          <w:smallCaps w:val="0"/>
          <w:strike w:val="0"/>
          <w:sz w:val="12"/>
          <w:u w:val="none"/>
        </w:rPr>
        <w:t xml:space="preserve"> (D-Mont.), Sherrod </w:t>
      </w:r>
      <w:r>
        <w:rPr>
          <w:b w:val="0"/>
          <w:i w:val="0"/>
          <w:smallCaps w:val="0"/>
          <w:strike w:val="0"/>
          <w:sz w:val="22"/>
          <w:highlight w:val="cyan"/>
          <w:u w:val="single"/>
        </w:rPr>
        <w:t>Brown</w:t>
      </w:r>
      <w:r>
        <w:rPr>
          <w:b w:val="0"/>
          <w:i w:val="0"/>
          <w:smallCaps w:val="0"/>
          <w:strike w:val="0"/>
          <w:sz w:val="12"/>
          <w:u w:val="none"/>
        </w:rPr>
        <w:t xml:space="preserve"> (D-Ohio), Bob </w:t>
      </w:r>
      <w:r>
        <w:rPr>
          <w:b w:val="0"/>
          <w:i w:val="0"/>
          <w:smallCaps w:val="0"/>
          <w:strike w:val="0"/>
          <w:sz w:val="22"/>
          <w:highlight w:val="cyan"/>
          <w:u w:val="single"/>
        </w:rPr>
        <w:t>Casey</w:t>
      </w:r>
      <w:r>
        <w:rPr>
          <w:b w:val="0"/>
          <w:i w:val="0"/>
          <w:smallCaps w:val="0"/>
          <w:strike w:val="0"/>
          <w:sz w:val="12"/>
          <w:u w:val="none"/>
        </w:rPr>
        <w:t xml:space="preserve"> (D-Pa.) </w:t>
      </w:r>
      <w:r>
        <w:rPr>
          <w:b w:val="0"/>
          <w:i w:val="0"/>
          <w:smallCaps w:val="0"/>
          <w:strike w:val="0"/>
          <w:sz w:val="22"/>
          <w:highlight w:val="cyan"/>
          <w:u w:val="single"/>
        </w:rPr>
        <w:t>and</w:t>
      </w:r>
      <w:r>
        <w:rPr>
          <w:b w:val="0"/>
          <w:i w:val="0"/>
          <w:smallCaps w:val="0"/>
          <w:strike w:val="0"/>
          <w:sz w:val="12"/>
          <w:u w:val="none"/>
        </w:rPr>
        <w:t xml:space="preserve"> Jacky </w:t>
      </w:r>
      <w:r>
        <w:rPr>
          <w:b w:val="0"/>
          <w:i w:val="0"/>
          <w:smallCaps w:val="0"/>
          <w:strike w:val="0"/>
          <w:sz w:val="22"/>
          <w:highlight w:val="cyan"/>
          <w:u w:val="single"/>
        </w:rPr>
        <w:t>Rosen</w:t>
      </w:r>
      <w:r>
        <w:rPr>
          <w:b w:val="0"/>
          <w:i w:val="0"/>
          <w:smallCaps w:val="0"/>
          <w:strike w:val="0"/>
          <w:sz w:val="12"/>
          <w:u w:val="none"/>
        </w:rPr>
        <w:t xml:space="preserve"> (D-Nev.) </w:t>
      </w:r>
      <w:r>
        <w:rPr>
          <w:b w:val="0"/>
          <w:i w:val="0"/>
          <w:smallCaps w:val="0"/>
          <w:strike w:val="0"/>
          <w:sz w:val="22"/>
          <w:highlight w:val="cyan"/>
          <w:u w:val="single"/>
        </w:rPr>
        <w:t>are being pressed on Harris’s most controversial policy statements</w:t>
      </w:r>
      <w:r>
        <w:rPr>
          <w:b w:val="0"/>
          <w:i w:val="0"/>
          <w:smallCaps w:val="0"/>
          <w:strike w:val="0"/>
          <w:sz w:val="22"/>
          <w:u w:val="single"/>
        </w:rPr>
        <w:t>, stretching back to the 2020 Democratic primary.</w:t>
      </w:r>
      <w:r>
        <w:rPr>
          <w:b w:val="0"/>
          <w:i w:val="0"/>
          <w:smallCaps w:val="0"/>
          <w:strike w:val="0"/>
          <w:sz w:val="22"/>
          <w:u w:val="single"/>
        </w:rPr>
        <w:t xml:space="preserve"> </w:t>
      </w:r>
      <w:r>
        <w:rPr>
          <w:b w:val="0"/>
          <w:i w:val="0"/>
          <w:smallCaps w:val="0"/>
          <w:strike w:val="0"/>
          <w:sz w:val="12"/>
          <w:u w:val="none"/>
        </w:rPr>
        <w:t>Democratic senators had worried that lack of voter enthusiasm for Biden would hurt Democratic turnout in Senate battleground states.</w:t>
      </w:r>
      <w:r>
        <w:rPr>
          <w:b w:val="0"/>
          <w:i w:val="0"/>
          <w:smallCaps w:val="0"/>
          <w:strike w:val="0"/>
          <w:sz w:val="12"/>
          <w:u w:val="none"/>
        </w:rPr>
        <w:t xml:space="preserve"> </w:t>
      </w:r>
      <w:r>
        <w:rPr>
          <w:b w:val="0"/>
          <w:i w:val="0"/>
          <w:smallCaps w:val="0"/>
          <w:strike w:val="0"/>
          <w:sz w:val="12"/>
          <w:u w:val="none"/>
        </w:rPr>
        <w:t>Democrats don’t know for sure whether Harris as their nominee for president will drive minority and young voters to the polls in significantly higher numbers than Biden would have in November. But they are generally optimistic about her having an energizing effect on the party, pointing out that she raised $81 million during her first 24 hours as a candidate after Biden dropped out of the race.</w:t>
      </w:r>
      <w:r>
        <w:rPr>
          <w:b w:val="0"/>
          <w:i w:val="0"/>
          <w:smallCaps w:val="0"/>
          <w:strike w:val="0"/>
          <w:sz w:val="12"/>
          <w:u w:val="none"/>
        </w:rPr>
        <w:t xml:space="preserve"> </w:t>
      </w:r>
      <w:r>
        <w:rPr>
          <w:b/>
          <w:i w:val="0"/>
          <w:smallCaps w:val="0"/>
          <w:strike w:val="0"/>
          <w:sz w:val="22"/>
          <w:highlight w:val="cyan"/>
          <w:u w:val="single"/>
        </w:rPr>
        <w:t>The</w:t>
      </w:r>
      <w:r>
        <w:rPr>
          <w:b/>
          <w:i w:val="0"/>
          <w:smallCaps w:val="0"/>
          <w:strike w:val="0"/>
          <w:sz w:val="22"/>
          <w:u w:val="single"/>
        </w:rPr>
        <w:t xml:space="preserve"> National Republican Senatorial Committee (</w:t>
      </w:r>
      <w:r>
        <w:rPr>
          <w:b/>
          <w:i w:val="0"/>
          <w:smallCaps w:val="0"/>
          <w:strike w:val="0"/>
          <w:sz w:val="22"/>
          <w:highlight w:val="cyan"/>
          <w:u w:val="single"/>
        </w:rPr>
        <w:t>NRSC</w:t>
      </w:r>
      <w:r>
        <w:rPr>
          <w:b/>
          <w:i w:val="0"/>
          <w:smallCaps w:val="0"/>
          <w:strike w:val="0"/>
          <w:sz w:val="22"/>
          <w:u w:val="single"/>
        </w:rPr>
        <w:t xml:space="preserve">) </w:t>
      </w:r>
      <w:r>
        <w:rPr>
          <w:b/>
          <w:i w:val="0"/>
          <w:smallCaps w:val="0"/>
          <w:strike w:val="0"/>
          <w:sz w:val="22"/>
          <w:highlight w:val="cyan"/>
          <w:u w:val="single"/>
        </w:rPr>
        <w:t>circulated a memo</w:t>
      </w:r>
      <w:r>
        <w:rPr>
          <w:b/>
          <w:i w:val="0"/>
          <w:smallCaps w:val="0"/>
          <w:strike w:val="0"/>
          <w:sz w:val="22"/>
          <w:u w:val="single"/>
        </w:rPr>
        <w:t xml:space="preserve"> to Senate Republican campaigns Monday </w:t>
      </w:r>
      <w:r>
        <w:rPr>
          <w:b/>
          <w:i w:val="0"/>
          <w:smallCaps w:val="0"/>
          <w:strike w:val="0"/>
          <w:sz w:val="22"/>
          <w:highlight w:val="cyan"/>
          <w:u w:val="single"/>
        </w:rPr>
        <w:t>highlighting controversial elements in Harris’s record</w:t>
      </w:r>
      <w:r>
        <w:rPr>
          <w:b/>
          <w:i w:val="0"/>
          <w:smallCaps w:val="0"/>
          <w:strike w:val="0"/>
          <w:sz w:val="22"/>
          <w:u w:val="single"/>
        </w:rPr>
        <w:t xml:space="preserve">, ranging </w:t>
      </w:r>
      <w:r>
        <w:rPr>
          <w:b/>
          <w:i w:val="0"/>
          <w:smallCaps w:val="0"/>
          <w:strike w:val="0"/>
          <w:sz w:val="22"/>
          <w:u w:val="single"/>
        </w:rPr>
        <w:t xml:space="preserve">from </w:t>
      </w:r>
      <w:r>
        <w:rPr>
          <w:b/>
          <w:i w:val="0"/>
          <w:smallCaps w:val="0"/>
          <w:strike w:val="0"/>
          <w:sz w:val="22"/>
          <w:highlight w:val="cyan"/>
          <w:u w:val="single"/>
        </w:rPr>
        <w:t>immigration</w:t>
      </w:r>
      <w:r>
        <w:rPr>
          <w:b/>
          <w:i w:val="0"/>
          <w:smallCaps w:val="0"/>
          <w:strike w:val="0"/>
          <w:sz w:val="22"/>
          <w:u w:val="single"/>
        </w:rPr>
        <w:t xml:space="preserve"> and </w:t>
      </w:r>
      <w:r>
        <w:rPr>
          <w:b/>
          <w:i w:val="0"/>
          <w:smallCaps w:val="0"/>
          <w:strike w:val="0"/>
          <w:sz w:val="22"/>
          <w:highlight w:val="cyan"/>
          <w:u w:val="single"/>
        </w:rPr>
        <w:t>border policy,</w:t>
      </w:r>
      <w:r>
        <w:rPr>
          <w:b/>
          <w:i w:val="0"/>
          <w:smallCaps w:val="0"/>
          <w:strike w:val="0"/>
          <w:sz w:val="22"/>
          <w:u w:val="single"/>
        </w:rPr>
        <w:t xml:space="preserve"> to “</w:t>
      </w:r>
      <w:r>
        <w:rPr>
          <w:b/>
          <w:i w:val="0"/>
          <w:smallCaps w:val="0"/>
          <w:strike w:val="0"/>
          <w:sz w:val="22"/>
          <w:highlight w:val="cyan"/>
          <w:u w:val="single"/>
        </w:rPr>
        <w:t>Medicare for All</w:t>
      </w:r>
      <w:r>
        <w:rPr>
          <w:b/>
          <w:i w:val="0"/>
          <w:smallCaps w:val="0"/>
          <w:strike w:val="0"/>
          <w:sz w:val="22"/>
          <w:u w:val="single"/>
        </w:rPr>
        <w:t xml:space="preserve">” </w:t>
      </w:r>
      <w:r>
        <w:rPr>
          <w:b/>
          <w:i w:val="0"/>
          <w:smallCaps w:val="0"/>
          <w:strike w:val="0"/>
          <w:sz w:val="22"/>
          <w:highlight w:val="cyan"/>
          <w:u w:val="single"/>
        </w:rPr>
        <w:t>and opposition to the Keystone XL pipeline and fracking</w:t>
      </w:r>
      <w:r>
        <w:rPr>
          <w:b/>
          <w:i w:val="0"/>
          <w:smallCaps w:val="0"/>
          <w:strike w:val="0"/>
          <w:sz w:val="22"/>
          <w:u w:val="single"/>
        </w:rPr>
        <w:t>.</w:t>
      </w:r>
      <w:r>
        <w:rPr>
          <w:b/>
          <w:i w:val="0"/>
          <w:smallCaps w:val="0"/>
          <w:strike w:val="0"/>
          <w:sz w:val="22"/>
          <w:u w:val="single"/>
        </w:rPr>
        <w:t xml:space="preserve"> </w:t>
      </w:r>
      <w:r>
        <w:rPr>
          <w:b w:val="0"/>
          <w:i w:val="0"/>
          <w:smallCaps w:val="0"/>
          <w:strike w:val="0"/>
          <w:sz w:val="12"/>
          <w:u w:val="none"/>
        </w:rPr>
        <w:t xml:space="preserve">Jason Thielman, executive director of the NRSC, wrote in a memo to campaigns that </w:t>
      </w:r>
      <w:r>
        <w:rPr>
          <w:b w:val="0"/>
          <w:i w:val="0"/>
          <w:smallCaps w:val="0"/>
          <w:strike w:val="0"/>
          <w:sz w:val="22"/>
          <w:u w:val="single"/>
        </w:rPr>
        <w:t>Harris “creates a strong down-ballot opportunity for Republicans.”</w:t>
      </w:r>
      <w:r>
        <w:rPr>
          <w:b w:val="0"/>
          <w:i w:val="0"/>
          <w:smallCaps w:val="0"/>
          <w:strike w:val="0"/>
          <w:u w:val="single"/>
        </w:rPr>
        <w:t xml:space="preserve"> </w:t>
      </w:r>
      <w:r>
        <w:rPr>
          <w:b w:val="0"/>
          <w:i w:val="0"/>
          <w:smallCaps w:val="0"/>
          <w:strike w:val="0"/>
          <w:sz w:val="12"/>
          <w:u w:val="none"/>
        </w:rPr>
        <w:t>“</w:t>
      </w:r>
      <w:r>
        <w:rPr>
          <w:b/>
          <w:i w:val="0"/>
          <w:smallCaps w:val="0"/>
          <w:strike w:val="0"/>
          <w:sz w:val="22"/>
          <w:u w:val="single"/>
        </w:rPr>
        <w:t xml:space="preserve">An endorsement of Kamala Harris is an endorsement of her extreme agenda, and </w:t>
      </w:r>
      <w:r>
        <w:rPr>
          <w:b/>
          <w:i w:val="0"/>
          <w:smallCaps w:val="0"/>
          <w:strike w:val="0"/>
          <w:sz w:val="22"/>
          <w:highlight w:val="cyan"/>
          <w:u w:val="single"/>
        </w:rPr>
        <w:t>Harris is arguably a bigger threat to Democrats’ Senate majority than</w:t>
      </w:r>
      <w:r>
        <w:rPr>
          <w:b/>
          <w:i w:val="0"/>
          <w:smallCaps w:val="0"/>
          <w:strike w:val="0"/>
          <w:sz w:val="22"/>
          <w:u w:val="single"/>
        </w:rPr>
        <w:t xml:space="preserve"> Joe </w:t>
      </w:r>
      <w:r>
        <w:rPr>
          <w:b/>
          <w:i w:val="0"/>
          <w:smallCaps w:val="0"/>
          <w:strike w:val="0"/>
          <w:sz w:val="22"/>
          <w:highlight w:val="cyan"/>
          <w:u w:val="single"/>
        </w:rPr>
        <w:t>Biden</w:t>
      </w:r>
      <w:r>
        <w:rPr>
          <w:b w:val="0"/>
          <w:i w:val="0"/>
          <w:smallCaps w:val="0"/>
          <w:strike w:val="0"/>
          <w:sz w:val="12"/>
          <w:highlight w:val="cyan"/>
          <w:u w:val="none"/>
        </w:rPr>
        <w:t>,</w:t>
      </w:r>
      <w:r>
        <w:rPr>
          <w:b w:val="0"/>
          <w:i w:val="0"/>
          <w:smallCaps w:val="0"/>
          <w:strike w:val="0"/>
          <w:sz w:val="12"/>
          <w:u w:val="none"/>
        </w:rPr>
        <w:t>” he wrote.</w:t>
      </w:r>
      <w:r>
        <w:rPr>
          <w:b w:val="0"/>
          <w:i w:val="0"/>
          <w:smallCaps w:val="0"/>
          <w:strike w:val="0"/>
          <w:sz w:val="12"/>
          <w:u w:val="none"/>
        </w:rPr>
        <w:t xml:space="preserve"> </w:t>
      </w:r>
      <w:r>
        <w:rPr>
          <w:b w:val="0"/>
          <w:i w:val="0"/>
          <w:smallCaps w:val="0"/>
          <w:strike w:val="0"/>
          <w:sz w:val="22"/>
          <w:highlight w:val="cyan"/>
          <w:u w:val="single"/>
        </w:rPr>
        <w:t>Of the Democratic incumbents in tough races, Brown, Casey, Rosen and</w:t>
      </w:r>
      <w:r>
        <w:rPr>
          <w:b w:val="0"/>
          <w:i w:val="0"/>
          <w:smallCaps w:val="0"/>
          <w:strike w:val="0"/>
          <w:sz w:val="22"/>
          <w:u w:val="single"/>
        </w:rPr>
        <w:t xml:space="preserve"> Sen. Tammy </w:t>
      </w:r>
      <w:r>
        <w:rPr>
          <w:b w:val="0"/>
          <w:i w:val="0"/>
          <w:smallCaps w:val="0"/>
          <w:strike w:val="0"/>
          <w:sz w:val="22"/>
          <w:highlight w:val="cyan"/>
          <w:u w:val="single"/>
        </w:rPr>
        <w:t>Baldwin</w:t>
      </w:r>
      <w:r>
        <w:rPr>
          <w:b w:val="0"/>
          <w:i w:val="0"/>
          <w:smallCaps w:val="0"/>
          <w:strike w:val="0"/>
          <w:sz w:val="22"/>
          <w:u w:val="single"/>
        </w:rPr>
        <w:t xml:space="preserve"> (D-Wis.) have </w:t>
      </w:r>
      <w:r>
        <w:rPr>
          <w:b w:val="0"/>
          <w:i w:val="0"/>
          <w:smallCaps w:val="0"/>
          <w:strike w:val="0"/>
          <w:sz w:val="22"/>
          <w:highlight w:val="cyan"/>
          <w:u w:val="single"/>
        </w:rPr>
        <w:t>endorsed Harris for president</w:t>
      </w:r>
      <w:r>
        <w:rPr>
          <w:b w:val="0"/>
          <w:i w:val="0"/>
          <w:smallCaps w:val="0"/>
          <w:strike w:val="0"/>
          <w:sz w:val="22"/>
          <w:u w:val="single"/>
        </w:rPr>
        <w:t>.</w:t>
      </w:r>
      <w:r>
        <w:rPr>
          <w:b w:val="0"/>
          <w:i w:val="0"/>
          <w:smallCaps w:val="0"/>
          <w:strike w:val="0"/>
          <w:sz w:val="22"/>
          <w:u w:val="single"/>
        </w:rPr>
        <w:t xml:space="preserve"> </w:t>
      </w:r>
      <w:r>
        <w:rPr>
          <w:b w:val="0"/>
          <w:i w:val="0"/>
          <w:smallCaps w:val="0"/>
          <w:strike w:val="0"/>
          <w:sz w:val="22"/>
          <w:u w:val="single"/>
        </w:rPr>
        <w:t xml:space="preserve">Only </w:t>
      </w:r>
      <w:r>
        <w:rPr>
          <w:b w:val="0"/>
          <w:i w:val="0"/>
          <w:smallCaps w:val="0"/>
          <w:strike w:val="0"/>
          <w:sz w:val="22"/>
          <w:highlight w:val="cyan"/>
          <w:u w:val="single"/>
        </w:rPr>
        <w:t>Tester hadn’t endorsed Harris</w:t>
      </w:r>
      <w:r>
        <w:rPr>
          <w:b w:val="0"/>
          <w:i w:val="0"/>
          <w:smallCaps w:val="0"/>
          <w:strike w:val="0"/>
          <w:sz w:val="12"/>
          <w:u w:val="none"/>
        </w:rPr>
        <w:t xml:space="preserve"> as of Monday afternoon.</w:t>
      </w:r>
      <w:r>
        <w:rPr>
          <w:b w:val="0"/>
          <w:i w:val="0"/>
          <w:smallCaps w:val="0"/>
          <w:strike w:val="0"/>
          <w:sz w:val="12"/>
          <w:u w:val="none"/>
        </w:rPr>
        <w:t xml:space="preserve"> </w:t>
      </w:r>
      <w:r>
        <w:rPr>
          <w:b w:val="0"/>
          <w:i w:val="0"/>
          <w:smallCaps w:val="0"/>
          <w:strike w:val="0"/>
          <w:sz w:val="12"/>
          <w:u w:val="none"/>
        </w:rPr>
        <w:t>Tester last week called on Biden not to seek reelection and voiced his support for an open nomination process.</w:t>
      </w:r>
      <w:r>
        <w:rPr>
          <w:b w:val="0"/>
          <w:i w:val="0"/>
          <w:smallCaps w:val="0"/>
          <w:strike w:val="0"/>
          <w:sz w:val="12"/>
          <w:u w:val="none"/>
        </w:rPr>
        <w:t xml:space="preserve"> </w:t>
      </w:r>
      <w:r>
        <w:rPr>
          <w:b w:val="0"/>
          <w:i w:val="0"/>
          <w:smallCaps w:val="0"/>
          <w:strike w:val="0"/>
          <w:sz w:val="22"/>
          <w:u w:val="single"/>
        </w:rPr>
        <w:t xml:space="preserve">Senate Republicans, </w:t>
      </w:r>
      <w:r>
        <w:rPr>
          <w:b w:val="0"/>
          <w:i w:val="0"/>
          <w:smallCaps w:val="0"/>
          <w:strike w:val="0"/>
          <w:sz w:val="22"/>
          <w:highlight w:val="cyan"/>
          <w:u w:val="single"/>
        </w:rPr>
        <w:t>however,</w:t>
      </w:r>
      <w:r>
        <w:rPr>
          <w:b w:val="0"/>
          <w:i w:val="0"/>
          <w:smallCaps w:val="0"/>
          <w:strike w:val="0"/>
          <w:sz w:val="22"/>
          <w:u w:val="single"/>
        </w:rPr>
        <w:t xml:space="preserve"> pointed out that </w:t>
      </w:r>
      <w:r>
        <w:rPr>
          <w:b w:val="0"/>
          <w:i w:val="0"/>
          <w:smallCaps w:val="0"/>
          <w:strike w:val="0"/>
          <w:sz w:val="22"/>
          <w:highlight w:val="cyan"/>
          <w:u w:val="single"/>
        </w:rPr>
        <w:t>Tester encouraged Harris to run for the Senate</w:t>
      </w:r>
      <w:r>
        <w:rPr>
          <w:b w:val="0"/>
          <w:i w:val="0"/>
          <w:smallCaps w:val="0"/>
          <w:strike w:val="0"/>
          <w:sz w:val="22"/>
          <w:u w:val="single"/>
        </w:rPr>
        <w:t xml:space="preserve"> in 2015</w:t>
      </w:r>
      <w:r>
        <w:rPr>
          <w:b w:val="0"/>
          <w:i w:val="0"/>
          <w:smallCaps w:val="0"/>
          <w:strike w:val="0"/>
          <w:sz w:val="12"/>
          <w:u w:val="none"/>
        </w:rPr>
        <w:t>, when he was chair of the Democratic Senatorial Campaign Committee (DSCC).</w:t>
      </w:r>
      <w:r>
        <w:rPr>
          <w:b w:val="0"/>
          <w:i w:val="0"/>
          <w:smallCaps w:val="0"/>
          <w:strike w:val="0"/>
          <w:sz w:val="12"/>
          <w:u w:val="none"/>
        </w:rPr>
        <w:t xml:space="preserve"> </w:t>
      </w:r>
      <w:r>
        <w:rPr>
          <w:b w:val="0"/>
          <w:i w:val="0"/>
          <w:smallCaps w:val="0"/>
          <w:strike w:val="0"/>
          <w:sz w:val="12"/>
          <w:u w:val="none"/>
        </w:rPr>
        <w:t xml:space="preserve">Senate Republicans strategists are zeroing in on Harris’s </w:t>
      </w:r>
      <w:r>
        <w:rPr>
          <w:b w:val="0"/>
          <w:i w:val="0"/>
          <w:smallCaps w:val="0"/>
          <w:strike w:val="0"/>
          <w:sz w:val="12"/>
          <w:u w:val="none"/>
        </w:rPr>
        <w:t>vice presidential</w:t>
      </w:r>
      <w:r>
        <w:rPr>
          <w:b w:val="0"/>
          <w:i w:val="0"/>
          <w:smallCaps w:val="0"/>
          <w:strike w:val="0"/>
          <w:sz w:val="12"/>
          <w:u w:val="none"/>
        </w:rPr>
        <w:t xml:space="preserve"> record as a “border czar.”</w:t>
      </w:r>
      <w:r>
        <w:rPr>
          <w:b w:val="0"/>
          <w:i w:val="0"/>
          <w:smallCaps w:val="0"/>
          <w:strike w:val="0"/>
          <w:sz w:val="12"/>
          <w:u w:val="none"/>
        </w:rPr>
        <w:t xml:space="preserve"> </w:t>
      </w:r>
      <w:r>
        <w:rPr>
          <w:b w:val="0"/>
          <w:i w:val="0"/>
          <w:smallCaps w:val="0"/>
          <w:strike w:val="0"/>
          <w:sz w:val="12"/>
          <w:u w:val="none"/>
        </w:rPr>
        <w:t>They are highlighting Harris’s opposition while in the Senate to the Trump-era health order known as Title 42, which was used to block migrants from entering the country, and her suggestion that Immigration and Customs Enforcement should be rebuilt “from scratch.”</w:t>
      </w:r>
    </w:p>
    <w:p>
      <w:pPr>
        <w:spacing w:after="60"/>
      </w:pPr>
      <w:r>
        <w:rPr>
          <w:b w:val="0"/>
          <w:i w:val="0"/>
          <w:smallCaps w:val="0"/>
          <w:strike w:val="0"/>
          <w:sz w:val="12"/>
          <w:u w:val="none"/>
        </w:rPr>
        <w:t xml:space="preserve">Senate Republicans say </w:t>
      </w:r>
      <w:r>
        <w:rPr>
          <w:b w:val="0"/>
          <w:i w:val="0"/>
          <w:smallCaps w:val="0"/>
          <w:strike w:val="0"/>
          <w:sz w:val="22"/>
          <w:highlight w:val="cyan"/>
          <w:u w:val="single"/>
        </w:rPr>
        <w:t>Harris’s opposition to fracking will be an issue in</w:t>
      </w:r>
      <w:r>
        <w:rPr>
          <w:b w:val="0"/>
          <w:i w:val="0"/>
          <w:smallCaps w:val="0"/>
          <w:strike w:val="0"/>
          <w:sz w:val="22"/>
          <w:u w:val="single"/>
        </w:rPr>
        <w:t xml:space="preserve"> the </w:t>
      </w:r>
      <w:r>
        <w:rPr>
          <w:b w:val="0"/>
          <w:i w:val="0"/>
          <w:smallCaps w:val="0"/>
          <w:strike w:val="0"/>
          <w:sz w:val="22"/>
          <w:highlight w:val="cyan"/>
          <w:u w:val="single"/>
        </w:rPr>
        <w:t>Pennsylvania</w:t>
      </w:r>
      <w:r>
        <w:rPr>
          <w:b w:val="0"/>
          <w:i w:val="0"/>
          <w:smallCaps w:val="0"/>
          <w:strike w:val="0"/>
          <w:sz w:val="22"/>
          <w:u w:val="single"/>
        </w:rPr>
        <w:t xml:space="preserve"> Senate race,</w:t>
      </w:r>
      <w:r>
        <w:rPr>
          <w:b w:val="0"/>
          <w:i w:val="0"/>
          <w:smallCaps w:val="0"/>
          <w:strike w:val="0"/>
          <w:sz w:val="12"/>
          <w:u w:val="none"/>
        </w:rPr>
        <w:t xml:space="preserve"> where Casey is running comfortably ahead of his Republican opponent, David McCormick.</w:t>
      </w:r>
      <w:r>
        <w:rPr>
          <w:b w:val="0"/>
          <w:i w:val="0"/>
          <w:smallCaps w:val="0"/>
          <w:strike w:val="0"/>
          <w:sz w:val="12"/>
          <w:u w:val="none"/>
        </w:rPr>
        <w:t xml:space="preserve"> </w:t>
      </w:r>
      <w:r>
        <w:rPr>
          <w:b w:val="0"/>
          <w:i w:val="0"/>
          <w:smallCaps w:val="0"/>
          <w:strike w:val="0"/>
          <w:sz w:val="12"/>
          <w:u w:val="none"/>
        </w:rPr>
        <w:t xml:space="preserve">They are </w:t>
      </w:r>
      <w:r>
        <w:rPr>
          <w:b w:val="0"/>
          <w:i w:val="0"/>
          <w:smallCaps w:val="0"/>
          <w:strike w:val="0"/>
          <w:sz w:val="22"/>
          <w:u w:val="single"/>
        </w:rPr>
        <w:t xml:space="preserve">also </w:t>
      </w:r>
      <w:r>
        <w:rPr>
          <w:b w:val="0"/>
          <w:i w:val="0"/>
          <w:smallCaps w:val="0"/>
          <w:strike w:val="0"/>
          <w:sz w:val="22"/>
          <w:highlight w:val="cyan"/>
          <w:u w:val="single"/>
        </w:rPr>
        <w:t>highlighting her past support of the G</w:t>
      </w:r>
      <w:r>
        <w:rPr>
          <w:b w:val="0"/>
          <w:i w:val="0"/>
          <w:smallCaps w:val="0"/>
          <w:strike w:val="0"/>
          <w:sz w:val="22"/>
          <w:u w:val="single"/>
        </w:rPr>
        <w:t xml:space="preserve">reen </w:t>
      </w:r>
      <w:r>
        <w:rPr>
          <w:b w:val="0"/>
          <w:i w:val="0"/>
          <w:smallCaps w:val="0"/>
          <w:strike w:val="0"/>
          <w:sz w:val="22"/>
          <w:highlight w:val="cyan"/>
          <w:u w:val="single"/>
        </w:rPr>
        <w:t>N</w:t>
      </w:r>
      <w:r>
        <w:rPr>
          <w:b w:val="0"/>
          <w:i w:val="0"/>
          <w:smallCaps w:val="0"/>
          <w:strike w:val="0"/>
          <w:sz w:val="22"/>
          <w:u w:val="single"/>
        </w:rPr>
        <w:t>ew</w:t>
      </w:r>
      <w:r>
        <w:rPr>
          <w:b w:val="0"/>
          <w:i w:val="0"/>
          <w:smallCaps w:val="0"/>
          <w:strike w:val="0"/>
          <w:sz w:val="22"/>
          <w:u w:val="single"/>
        </w:rPr>
        <w:t xml:space="preserve"> </w:t>
      </w:r>
      <w:r>
        <w:rPr>
          <w:b w:val="0"/>
          <w:i w:val="0"/>
          <w:smallCaps w:val="0"/>
          <w:strike w:val="0"/>
          <w:sz w:val="22"/>
          <w:highlight w:val="cyan"/>
          <w:u w:val="single"/>
        </w:rPr>
        <w:t>D</w:t>
      </w:r>
      <w:r>
        <w:rPr>
          <w:b w:val="0"/>
          <w:i w:val="0"/>
          <w:smallCaps w:val="0"/>
          <w:strike w:val="0"/>
          <w:sz w:val="22"/>
          <w:u w:val="single"/>
        </w:rPr>
        <w:t>eal</w:t>
      </w:r>
      <w:r>
        <w:rPr>
          <w:b w:val="0"/>
          <w:i w:val="0"/>
          <w:smallCaps w:val="0"/>
          <w:strike w:val="0"/>
          <w:sz w:val="12"/>
          <w:u w:val="none"/>
        </w:rPr>
        <w:t xml:space="preserve"> touted by Rep. Alexandria Ocasio-Cortez (D-N.Y.), </w:t>
      </w:r>
      <w:r>
        <w:rPr>
          <w:b w:val="0"/>
          <w:i w:val="0"/>
          <w:smallCaps w:val="0"/>
          <w:strike w:val="0"/>
          <w:sz w:val="22"/>
          <w:highlight w:val="cyan"/>
          <w:u w:val="single"/>
        </w:rPr>
        <w:t>her praise of a $150 million cut in police funding</w:t>
      </w:r>
      <w:r>
        <w:rPr>
          <w:b w:val="0"/>
          <w:i w:val="0"/>
          <w:smallCaps w:val="0"/>
          <w:strike w:val="0"/>
          <w:sz w:val="22"/>
          <w:u w:val="single"/>
        </w:rPr>
        <w:t xml:space="preserve"> in Los Angeles </w:t>
      </w:r>
      <w:r>
        <w:rPr>
          <w:b w:val="0"/>
          <w:i w:val="0"/>
          <w:smallCaps w:val="0"/>
          <w:strike w:val="0"/>
          <w:sz w:val="22"/>
          <w:highlight w:val="cyan"/>
          <w:u w:val="single"/>
        </w:rPr>
        <w:t>and her call to “reimagine” the role of police</w:t>
      </w:r>
      <w:r>
        <w:rPr>
          <w:b w:val="0"/>
          <w:i w:val="0"/>
          <w:smallCaps w:val="0"/>
          <w:strike w:val="0"/>
          <w:sz w:val="22"/>
          <w:u w:val="single"/>
        </w:rPr>
        <w:t>.</w:t>
      </w:r>
      <w:r>
        <w:rPr>
          <w:b w:val="0"/>
          <w:i w:val="0"/>
          <w:smallCaps w:val="0"/>
          <w:strike w:val="0"/>
          <w:sz w:val="22"/>
          <w:u w:val="single"/>
        </w:rPr>
        <w:t xml:space="preserve"> </w:t>
      </w:r>
      <w:r>
        <w:rPr>
          <w:b w:val="0"/>
          <w:i w:val="0"/>
          <w:smallCaps w:val="0"/>
          <w:strike w:val="0"/>
          <w:sz w:val="12"/>
          <w:u w:val="none"/>
        </w:rPr>
        <w:t>Tommy Garcia, a spokesperson for the DSCC, said the shake-up atop the Democratic ticket won’t substantially impact Senate races where Republicans are “stuck” with “flawed” candidates.</w:t>
      </w:r>
      <w:r>
        <w:rPr>
          <w:b w:val="0"/>
          <w:i w:val="0"/>
          <w:smallCaps w:val="0"/>
          <w:strike w:val="0"/>
          <w:sz w:val="12"/>
          <w:u w:val="none"/>
        </w:rPr>
        <w:t xml:space="preserve"> </w:t>
      </w:r>
      <w:r>
        <w:rPr>
          <w:b w:val="0"/>
          <w:i w:val="0"/>
          <w:smallCaps w:val="0"/>
          <w:strike w:val="0"/>
          <w:sz w:val="12"/>
          <w:u w:val="none"/>
        </w:rPr>
        <w:t>“Senate Republicans are in meltdown mode because they are still stuck with the same flawed recruits and toxic agenda that have left them trailing Senate Democrats all cycle long. Senate races are candidate vs. candidate battles, and we’ll win because we have the far superior candidates,” Garcia said.</w:t>
      </w:r>
      <w:r>
        <w:rPr>
          <w:b w:val="0"/>
          <w:i w:val="0"/>
          <w:smallCaps w:val="0"/>
          <w:strike w:val="0"/>
          <w:sz w:val="12"/>
          <w:u w:val="none"/>
        </w:rPr>
        <w:t xml:space="preserve"> </w:t>
      </w:r>
      <w:r>
        <w:rPr>
          <w:b w:val="0"/>
          <w:i w:val="0"/>
          <w:smallCaps w:val="0"/>
          <w:strike w:val="0"/>
          <w:sz w:val="12"/>
          <w:u w:val="none"/>
        </w:rPr>
        <w:t>Other Democrats say that while Republicans are trying to attack Harris’s statements and positions from 2019 and 2020, when she was running in a crowded primary for the Democratic nomination, she can run on her more moderate record as a member of the Biden administration.</w:t>
      </w:r>
      <w:r>
        <w:rPr>
          <w:b w:val="0"/>
          <w:i w:val="0"/>
          <w:smallCaps w:val="0"/>
          <w:strike w:val="0"/>
          <w:sz w:val="12"/>
          <w:u w:val="none"/>
        </w:rPr>
        <w:t xml:space="preserve"> </w:t>
      </w:r>
      <w:r>
        <w:rPr>
          <w:b w:val="0"/>
          <w:i w:val="0"/>
          <w:smallCaps w:val="0"/>
          <w:strike w:val="0"/>
          <w:sz w:val="12"/>
          <w:u w:val="none"/>
        </w:rPr>
        <w:t>“She’s been in the mainstream of the Democratic Party. When she was attorney general in California, progressives criticized her for being a cop. When she ran for Senate, they said she wasn’t liberal enough. When she ran for president, progressives weren’t really with her,” said Jim Kessler, executive vice president for policy at Third Way, a centrist Democratic think tank.</w:t>
      </w:r>
      <w:r>
        <w:rPr>
          <w:b w:val="0"/>
          <w:i w:val="0"/>
          <w:smallCaps w:val="0"/>
          <w:strike w:val="0"/>
          <w:sz w:val="12"/>
          <w:u w:val="none"/>
        </w:rPr>
        <w:t xml:space="preserve"> </w:t>
      </w:r>
      <w:r>
        <w:rPr>
          <w:b w:val="0"/>
          <w:i w:val="0"/>
          <w:smallCaps w:val="0"/>
          <w:strike w:val="0"/>
          <w:sz w:val="12"/>
          <w:u w:val="none"/>
        </w:rPr>
        <w:t>“What she has is a now three-and-a-half-year record as vice president in which she can talk about helping to bring down crime, murder rates plummeting, border crossings dropping like a stone, an economy that is the envy of the free world,” he said. “That’s the case she can make. That’s the case she’ll have to make.”</w:t>
      </w:r>
      <w:r>
        <w:rPr>
          <w:b w:val="0"/>
          <w:i w:val="0"/>
          <w:smallCaps w:val="0"/>
          <w:strike w:val="0"/>
          <w:sz w:val="12"/>
          <w:u w:val="none"/>
        </w:rPr>
        <w:t xml:space="preserve"> </w:t>
      </w:r>
      <w:r>
        <w:rPr>
          <w:b w:val="0"/>
          <w:i w:val="0"/>
          <w:smallCaps w:val="0"/>
          <w:strike w:val="0"/>
          <w:sz w:val="12"/>
          <w:u w:val="none"/>
        </w:rPr>
        <w:t xml:space="preserve">Some Democratic senators, however, in recent weeks were reluctant to join the push to boot Biden from the ticket because of the unpredictable impact </w:t>
      </w:r>
      <w:r>
        <w:rPr>
          <w:b w:val="0"/>
          <w:i w:val="0"/>
          <w:smallCaps w:val="0"/>
          <w:strike w:val="0"/>
          <w:sz w:val="12"/>
          <w:u w:val="none"/>
        </w:rPr>
        <w:t>downballot</w:t>
      </w:r>
      <w:r>
        <w:rPr>
          <w:b w:val="0"/>
          <w:i w:val="0"/>
          <w:smallCaps w:val="0"/>
          <w:strike w:val="0"/>
          <w:sz w:val="12"/>
          <w:u w:val="none"/>
        </w:rPr>
        <w:t>.</w:t>
      </w:r>
      <w:r>
        <w:rPr>
          <w:b w:val="0"/>
          <w:i w:val="0"/>
          <w:smallCaps w:val="0"/>
          <w:strike w:val="0"/>
          <w:sz w:val="12"/>
          <w:u w:val="none"/>
        </w:rPr>
        <w:t xml:space="preserve"> </w:t>
      </w:r>
      <w:r>
        <w:rPr>
          <w:b w:val="0"/>
          <w:i w:val="0"/>
          <w:smallCaps w:val="0"/>
          <w:strike w:val="0"/>
          <w:sz w:val="12"/>
          <w:u w:val="none"/>
        </w:rPr>
        <w:t>Senate Majority Leader Chuck Schumer (D-N.Y.) stopped short of endorsing Harris on Monday but said he would meet with her soon.</w:t>
      </w:r>
      <w:r>
        <w:rPr>
          <w:b w:val="0"/>
          <w:i w:val="0"/>
          <w:smallCaps w:val="0"/>
          <w:strike w:val="0"/>
          <w:sz w:val="12"/>
          <w:u w:val="none"/>
        </w:rPr>
        <w:t xml:space="preserve"> </w:t>
      </w:r>
      <w:r>
        <w:rPr>
          <w:b w:val="0"/>
          <w:i w:val="0"/>
          <w:smallCaps w:val="0"/>
          <w:strike w:val="0"/>
          <w:sz w:val="12"/>
          <w:u w:val="none"/>
        </w:rPr>
        <w:t>“She is rapidly picking up support from grassroots delegates from one end of the country to the other. We look forward to meeting in person with Vice President Harris shortly as we collectively work to unify the Democratic Party and the country,” he said in a statement with House Democratic Leader Hakeem Jeffries (N.Y.).</w:t>
      </w:r>
    </w:p>
    <w:p>
      <w:pPr>
        <w:spacing w:after="60"/>
      </w:pPr>
      <w:r>
        <w:rPr>
          <w:b w:val="0"/>
          <w:i w:val="0"/>
          <w:smallCaps w:val="0"/>
          <w:strike w:val="0"/>
          <w:sz w:val="22"/>
          <w:highlight w:val="cyan"/>
          <w:u w:val="single"/>
        </w:rPr>
        <w:t>Senators who pushed back against efforts to oust Biden</w:t>
      </w:r>
      <w:r>
        <w:rPr>
          <w:b w:val="0"/>
          <w:i w:val="0"/>
          <w:smallCaps w:val="0"/>
          <w:strike w:val="0"/>
          <w:sz w:val="22"/>
          <w:u w:val="single"/>
        </w:rPr>
        <w:t xml:space="preserve"> argued to colleagues</w:t>
      </w:r>
      <w:r>
        <w:rPr>
          <w:b w:val="0"/>
          <w:i w:val="0"/>
          <w:smallCaps w:val="0"/>
          <w:strike w:val="0"/>
          <w:sz w:val="12"/>
          <w:u w:val="none"/>
        </w:rPr>
        <w:t xml:space="preserve"> privately that </w:t>
      </w:r>
      <w:r>
        <w:rPr>
          <w:b w:val="0"/>
          <w:i w:val="0"/>
          <w:smallCaps w:val="0"/>
          <w:strike w:val="0"/>
          <w:sz w:val="22"/>
          <w:highlight w:val="cyan"/>
          <w:u w:val="single"/>
        </w:rPr>
        <w:t>despite the president’s low approval rating</w:t>
      </w:r>
      <w:r>
        <w:rPr>
          <w:b w:val="0"/>
          <w:i w:val="0"/>
          <w:smallCaps w:val="0"/>
          <w:strike w:val="0"/>
          <w:sz w:val="22"/>
          <w:u w:val="single"/>
        </w:rPr>
        <w:t xml:space="preserve"> and poor performance in battleground state polls, </w:t>
      </w:r>
      <w:r>
        <w:rPr>
          <w:b w:val="0"/>
          <w:i w:val="0"/>
          <w:smallCaps w:val="0"/>
          <w:strike w:val="0"/>
          <w:sz w:val="22"/>
          <w:highlight w:val="cyan"/>
          <w:u w:val="single"/>
        </w:rPr>
        <w:t>he wasn’t dragging down Senate Dem</w:t>
      </w:r>
      <w:r>
        <w:rPr>
          <w:b w:val="0"/>
          <w:i w:val="0"/>
          <w:smallCaps w:val="0"/>
          <w:strike w:val="0"/>
          <w:sz w:val="22"/>
          <w:u w:val="single"/>
        </w:rPr>
        <w:t xml:space="preserve">ocratic </w:t>
      </w:r>
      <w:r>
        <w:rPr>
          <w:b w:val="0"/>
          <w:i w:val="0"/>
          <w:smallCaps w:val="0"/>
          <w:strike w:val="0"/>
          <w:sz w:val="22"/>
          <w:highlight w:val="cyan"/>
          <w:u w:val="single"/>
        </w:rPr>
        <w:t>incumbents</w:t>
      </w:r>
      <w:r>
        <w:rPr>
          <w:b w:val="0"/>
          <w:i w:val="0"/>
          <w:smallCaps w:val="0"/>
          <w:strike w:val="0"/>
          <w:sz w:val="12"/>
          <w:u w:val="none"/>
        </w:rPr>
        <w:t>.</w:t>
      </w:r>
      <w:r>
        <w:rPr>
          <w:b w:val="0"/>
          <w:i w:val="0"/>
          <w:smallCaps w:val="0"/>
          <w:strike w:val="0"/>
          <w:sz w:val="12"/>
          <w:u w:val="none"/>
        </w:rPr>
        <w:t xml:space="preserve"> </w:t>
      </w:r>
      <w:r>
        <w:rPr>
          <w:b w:val="0"/>
          <w:i w:val="0"/>
          <w:smallCaps w:val="0"/>
          <w:strike w:val="0"/>
          <w:sz w:val="12"/>
          <w:u w:val="none"/>
        </w:rPr>
        <w:t xml:space="preserve">These </w:t>
      </w:r>
      <w:r>
        <w:rPr>
          <w:b w:val="0"/>
          <w:i w:val="0"/>
          <w:smallCaps w:val="0"/>
          <w:strike w:val="0"/>
          <w:sz w:val="22"/>
          <w:u w:val="single"/>
        </w:rPr>
        <w:t xml:space="preserve">Biden allies </w:t>
      </w:r>
      <w:r>
        <w:rPr>
          <w:b w:val="0"/>
          <w:i w:val="0"/>
          <w:smallCaps w:val="0"/>
          <w:strike w:val="0"/>
          <w:sz w:val="22"/>
          <w:highlight w:val="cyan"/>
          <w:u w:val="single"/>
        </w:rPr>
        <w:t>warned Harris</w:t>
      </w:r>
      <w:r>
        <w:rPr>
          <w:b w:val="0"/>
          <w:i w:val="0"/>
          <w:smallCaps w:val="0"/>
          <w:strike w:val="0"/>
          <w:sz w:val="22"/>
          <w:u w:val="single"/>
        </w:rPr>
        <w:t xml:space="preserve"> would become the nominee if Biden </w:t>
      </w:r>
      <w:r>
        <w:rPr>
          <w:b w:val="0"/>
          <w:i w:val="0"/>
          <w:smallCaps w:val="0"/>
          <w:strike w:val="0"/>
          <w:sz w:val="22"/>
          <w:u w:val="single"/>
        </w:rPr>
        <w:t xml:space="preserve">dropped out and might </w:t>
      </w:r>
      <w:r>
        <w:rPr>
          <w:b w:val="0"/>
          <w:i w:val="0"/>
          <w:smallCaps w:val="0"/>
          <w:strike w:val="0"/>
          <w:sz w:val="22"/>
          <w:highlight w:val="cyan"/>
          <w:u w:val="single"/>
        </w:rPr>
        <w:t>become a liability for</w:t>
      </w:r>
      <w:r>
        <w:rPr>
          <w:b w:val="0"/>
          <w:i w:val="0"/>
          <w:smallCaps w:val="0"/>
          <w:strike w:val="0"/>
          <w:sz w:val="22"/>
          <w:u w:val="single"/>
        </w:rPr>
        <w:t xml:space="preserve"> </w:t>
      </w:r>
      <w:r>
        <w:rPr>
          <w:b w:val="0"/>
          <w:i w:val="0"/>
          <w:smallCaps w:val="0"/>
          <w:strike w:val="0"/>
          <w:sz w:val="22"/>
          <w:u w:val="single"/>
        </w:rPr>
        <w:t>downballot</w:t>
      </w:r>
      <w:r>
        <w:rPr>
          <w:b w:val="0"/>
          <w:i w:val="0"/>
          <w:smallCaps w:val="0"/>
          <w:strike w:val="0"/>
          <w:sz w:val="22"/>
          <w:u w:val="single"/>
        </w:rPr>
        <w:t xml:space="preserve"> Senate Democratic </w:t>
      </w:r>
      <w:r>
        <w:rPr>
          <w:b w:val="0"/>
          <w:i w:val="0"/>
          <w:smallCaps w:val="0"/>
          <w:strike w:val="0"/>
          <w:sz w:val="22"/>
          <w:highlight w:val="cyan"/>
          <w:u w:val="single"/>
        </w:rPr>
        <w:t>incumbents,</w:t>
      </w:r>
      <w:r>
        <w:rPr>
          <w:b w:val="0"/>
          <w:i w:val="0"/>
          <w:smallCaps w:val="0"/>
          <w:strike w:val="0"/>
          <w:sz w:val="12"/>
          <w:u w:val="none"/>
        </w:rPr>
        <w:t xml:space="preserve"> according to a person familiar with internal caucus discussions.</w:t>
      </w:r>
      <w:r>
        <w:rPr>
          <w:b w:val="0"/>
          <w:i w:val="0"/>
          <w:smallCaps w:val="0"/>
          <w:strike w:val="0"/>
          <w:sz w:val="12"/>
          <w:u w:val="none"/>
        </w:rPr>
        <w:t xml:space="preserve"> </w:t>
      </w:r>
      <w:r>
        <w:rPr>
          <w:b w:val="0"/>
          <w:i w:val="0"/>
          <w:smallCaps w:val="0"/>
          <w:strike w:val="0"/>
          <w:sz w:val="12"/>
          <w:u w:val="none"/>
        </w:rPr>
        <w:t>As of recently, every Democratic incumbent was running ahead of their Republican challenger in internal and high-quality public polls, except for Tester, who’s running neck and neck with Republican Tim Sheehy.</w:t>
      </w:r>
      <w:r>
        <w:rPr>
          <w:b w:val="0"/>
          <w:i w:val="0"/>
          <w:smallCaps w:val="0"/>
          <w:strike w:val="0"/>
          <w:sz w:val="12"/>
          <w:u w:val="none"/>
        </w:rPr>
        <w:t xml:space="preserve"> </w:t>
      </w:r>
      <w:r>
        <w:rPr>
          <w:b w:val="0"/>
          <w:i w:val="0"/>
          <w:smallCaps w:val="0"/>
          <w:strike w:val="0"/>
          <w:sz w:val="12"/>
          <w:u w:val="none"/>
        </w:rPr>
        <w:t xml:space="preserve">Now those </w:t>
      </w:r>
      <w:r>
        <w:rPr>
          <w:b w:val="0"/>
          <w:i w:val="0"/>
          <w:smallCaps w:val="0"/>
          <w:strike w:val="0"/>
          <w:sz w:val="22"/>
          <w:highlight w:val="cyan"/>
          <w:u w:val="single"/>
        </w:rPr>
        <w:t>warnings from two weeks ago are reverberating</w:t>
      </w:r>
      <w:r>
        <w:rPr>
          <w:b w:val="0"/>
          <w:i w:val="0"/>
          <w:smallCaps w:val="0"/>
          <w:strike w:val="0"/>
          <w:sz w:val="22"/>
          <w:u w:val="single"/>
        </w:rPr>
        <w:t xml:space="preserve">, as </w:t>
      </w:r>
      <w:r>
        <w:rPr>
          <w:b w:val="0"/>
          <w:i w:val="0"/>
          <w:smallCaps w:val="0"/>
          <w:strike w:val="0"/>
          <w:sz w:val="22"/>
          <w:highlight w:val="cyan"/>
          <w:u w:val="single"/>
        </w:rPr>
        <w:t>Republican strategists comb through Harris’s record to find ammunition to use in Senate races</w:t>
      </w:r>
      <w:r>
        <w:rPr>
          <w:b w:val="0"/>
          <w:i w:val="0"/>
          <w:smallCaps w:val="0"/>
          <w:strike w:val="0"/>
          <w:sz w:val="22"/>
          <w:u w:val="single"/>
        </w:rPr>
        <w:t>.</w:t>
      </w:r>
      <w:r>
        <w:rPr>
          <w:b w:val="0"/>
          <w:i w:val="0"/>
          <w:smallCaps w:val="0"/>
          <w:strike w:val="0"/>
          <w:sz w:val="12"/>
          <w:u w:val="none"/>
        </w:rPr>
        <w:t xml:space="preserve"> </w:t>
      </w:r>
      <w:r>
        <w:rPr>
          <w:b w:val="0"/>
          <w:i w:val="0"/>
          <w:smallCaps w:val="0"/>
          <w:strike w:val="0"/>
          <w:sz w:val="12"/>
          <w:u w:val="none"/>
        </w:rPr>
        <w:t xml:space="preserve">The </w:t>
      </w:r>
      <w:r>
        <w:rPr>
          <w:b w:val="0"/>
          <w:i w:val="0"/>
          <w:smallCaps w:val="0"/>
          <w:strike w:val="0"/>
          <w:sz w:val="22"/>
          <w:highlight w:val="cyan"/>
          <w:u w:val="single"/>
        </w:rPr>
        <w:t>NRSC memo circulated</w:t>
      </w:r>
      <w:r>
        <w:rPr>
          <w:b w:val="0"/>
          <w:i w:val="0"/>
          <w:smallCaps w:val="0"/>
          <w:strike w:val="0"/>
          <w:sz w:val="22"/>
          <w:u w:val="single"/>
        </w:rPr>
        <w:t xml:space="preserve"> Monday highlighted that </w:t>
      </w:r>
      <w:r>
        <w:rPr>
          <w:b w:val="0"/>
          <w:i w:val="0"/>
          <w:smallCaps w:val="0"/>
          <w:strike w:val="0"/>
          <w:sz w:val="22"/>
          <w:highlight w:val="cyan"/>
          <w:u w:val="single"/>
        </w:rPr>
        <w:t>Harris was scored</w:t>
      </w:r>
      <w:r>
        <w:rPr>
          <w:b w:val="0"/>
          <w:i w:val="0"/>
          <w:smallCaps w:val="0"/>
          <w:strike w:val="0"/>
          <w:sz w:val="12"/>
          <w:u w:val="none"/>
        </w:rPr>
        <w:t xml:space="preserve"> by GovTrack.us </w:t>
      </w:r>
      <w:r>
        <w:rPr>
          <w:b w:val="0"/>
          <w:i w:val="0"/>
          <w:smallCaps w:val="0"/>
          <w:strike w:val="0"/>
          <w:sz w:val="22"/>
          <w:highlight w:val="cyan"/>
          <w:u w:val="single"/>
        </w:rPr>
        <w:t>as the most liberal senator</w:t>
      </w:r>
      <w:r>
        <w:rPr>
          <w:b w:val="0"/>
          <w:i w:val="0"/>
          <w:smallCaps w:val="0"/>
          <w:strike w:val="0"/>
          <w:sz w:val="22"/>
          <w:u w:val="single"/>
        </w:rPr>
        <w:t xml:space="preserve"> in 2019.</w:t>
      </w:r>
    </w:p>
    <w:p>
      <w:pPr>
        <w:spacing w:after="60"/>
      </w:pPr>
      <w:r>
        <w:rPr>
          <w:b w:val="0"/>
          <w:i w:val="0"/>
          <w:smallCaps w:val="0"/>
          <w:strike w:val="0"/>
          <w:sz w:val="12"/>
          <w:u w:val="none"/>
        </w:rPr>
        <w:t xml:space="preserve">It </w:t>
      </w:r>
      <w:r>
        <w:rPr>
          <w:b w:val="0"/>
          <w:i w:val="0"/>
          <w:smallCaps w:val="0"/>
          <w:strike w:val="0"/>
          <w:sz w:val="22"/>
          <w:highlight w:val="cyan"/>
          <w:u w:val="single"/>
        </w:rPr>
        <w:t>cited Harris’s role as Biden’s “border czar” and her pledge</w:t>
      </w:r>
      <w:r>
        <w:rPr>
          <w:b w:val="0"/>
          <w:i w:val="0"/>
          <w:smallCaps w:val="0"/>
          <w:strike w:val="0"/>
          <w:sz w:val="22"/>
          <w:u w:val="single"/>
        </w:rPr>
        <w:t xml:space="preserve"> in the 2020 Democratic presidential primary to seek </w:t>
      </w:r>
      <w:r>
        <w:rPr>
          <w:b w:val="0"/>
          <w:i w:val="0"/>
          <w:smallCaps w:val="0"/>
          <w:strike w:val="0"/>
          <w:sz w:val="22"/>
          <w:highlight w:val="cyan"/>
          <w:u w:val="single"/>
        </w:rPr>
        <w:t>to decriminalize illegal border crossings</w:t>
      </w:r>
      <w:r>
        <w:rPr>
          <w:b w:val="0"/>
          <w:i w:val="0"/>
          <w:smallCaps w:val="0"/>
          <w:strike w:val="0"/>
          <w:sz w:val="22"/>
          <w:u w:val="single"/>
        </w:rPr>
        <w:t>, something that most Democratic candidates for president also supported at the time</w:t>
      </w:r>
      <w:r>
        <w:rPr>
          <w:b w:val="0"/>
          <w:i w:val="0"/>
          <w:smallCaps w:val="0"/>
          <w:strike w:val="0"/>
          <w:sz w:val="12"/>
          <w:u w:val="none"/>
        </w:rPr>
        <w:t xml:space="preserve">, </w:t>
      </w:r>
      <w:r>
        <w:rPr>
          <w:b w:val="0"/>
          <w:i w:val="0"/>
          <w:smallCaps w:val="0"/>
          <w:strike w:val="0"/>
          <w:sz w:val="12"/>
          <w:u w:val="none"/>
        </w:rPr>
        <w:t>with the exception of</w:t>
      </w:r>
      <w:r>
        <w:rPr>
          <w:b w:val="0"/>
          <w:i w:val="0"/>
          <w:smallCaps w:val="0"/>
          <w:strike w:val="0"/>
          <w:sz w:val="12"/>
          <w:u w:val="none"/>
        </w:rPr>
        <w:t xml:space="preserve"> Sen. Michael Bennet (D-Colo.).</w:t>
      </w:r>
      <w:r>
        <w:rPr>
          <w:b w:val="0"/>
          <w:i w:val="0"/>
          <w:smallCaps w:val="0"/>
          <w:strike w:val="0"/>
          <w:sz w:val="12"/>
          <w:u w:val="none"/>
        </w:rPr>
        <w:t xml:space="preserve"> </w:t>
      </w:r>
      <w:r>
        <w:rPr>
          <w:b w:val="0"/>
          <w:i w:val="0"/>
          <w:smallCaps w:val="0"/>
          <w:strike w:val="0"/>
          <w:sz w:val="12"/>
          <w:u w:val="none"/>
        </w:rPr>
        <w:t xml:space="preserve">It </w:t>
      </w:r>
      <w:r>
        <w:rPr>
          <w:b w:val="0"/>
          <w:i w:val="0"/>
          <w:smallCaps w:val="0"/>
          <w:strike w:val="0"/>
          <w:sz w:val="22"/>
          <w:u w:val="single"/>
        </w:rPr>
        <w:t xml:space="preserve">noted </w:t>
      </w:r>
      <w:r>
        <w:rPr>
          <w:b w:val="0"/>
          <w:i w:val="0"/>
          <w:smallCaps w:val="0"/>
          <w:strike w:val="0"/>
          <w:sz w:val="22"/>
          <w:highlight w:val="cyan"/>
          <w:u w:val="single"/>
        </w:rPr>
        <w:t>her statement in 2018</w:t>
      </w:r>
      <w:r>
        <w:rPr>
          <w:b w:val="0"/>
          <w:i w:val="0"/>
          <w:smallCaps w:val="0"/>
          <w:strike w:val="0"/>
          <w:sz w:val="22"/>
          <w:u w:val="single"/>
        </w:rPr>
        <w:t xml:space="preserve"> that </w:t>
      </w:r>
      <w:r>
        <w:rPr>
          <w:b w:val="0"/>
          <w:i w:val="0"/>
          <w:smallCaps w:val="0"/>
          <w:strike w:val="0"/>
          <w:sz w:val="22"/>
          <w:highlight w:val="cyan"/>
          <w:u w:val="single"/>
        </w:rPr>
        <w:t>Congress should overhaul the nation’s immigration system and maybe “start from scratch” by eliminating</w:t>
      </w:r>
      <w:r>
        <w:rPr>
          <w:b w:val="0"/>
          <w:i w:val="0"/>
          <w:smallCaps w:val="0"/>
          <w:strike w:val="0"/>
          <w:sz w:val="22"/>
          <w:u w:val="single"/>
        </w:rPr>
        <w:t xml:space="preserve"> the </w:t>
      </w:r>
      <w:r>
        <w:rPr>
          <w:b w:val="0"/>
          <w:i w:val="0"/>
          <w:smallCaps w:val="0"/>
          <w:strike w:val="0"/>
          <w:sz w:val="22"/>
          <w:highlight w:val="cyan"/>
          <w:u w:val="single"/>
        </w:rPr>
        <w:t>I</w:t>
      </w:r>
      <w:r>
        <w:rPr>
          <w:b w:val="0"/>
          <w:i w:val="0"/>
          <w:smallCaps w:val="0"/>
          <w:strike w:val="0"/>
          <w:sz w:val="22"/>
          <w:u w:val="single"/>
        </w:rPr>
        <w:t xml:space="preserve">mmigration and </w:t>
      </w:r>
      <w:r>
        <w:rPr>
          <w:b w:val="0"/>
          <w:i w:val="0"/>
          <w:smallCaps w:val="0"/>
          <w:strike w:val="0"/>
          <w:sz w:val="22"/>
          <w:highlight w:val="cyan"/>
          <w:u w:val="single"/>
        </w:rPr>
        <w:t>C</w:t>
      </w:r>
      <w:r>
        <w:rPr>
          <w:b w:val="0"/>
          <w:i w:val="0"/>
          <w:smallCaps w:val="0"/>
          <w:strike w:val="0"/>
          <w:sz w:val="22"/>
          <w:u w:val="single"/>
        </w:rPr>
        <w:t xml:space="preserve">ustoms </w:t>
      </w:r>
      <w:r>
        <w:rPr>
          <w:b w:val="0"/>
          <w:i w:val="0"/>
          <w:smallCaps w:val="0"/>
          <w:strike w:val="0"/>
          <w:sz w:val="22"/>
          <w:highlight w:val="cyan"/>
          <w:u w:val="single"/>
        </w:rPr>
        <w:t>E</w:t>
      </w:r>
      <w:r>
        <w:rPr>
          <w:b w:val="0"/>
          <w:i w:val="0"/>
          <w:smallCaps w:val="0"/>
          <w:strike w:val="0"/>
          <w:sz w:val="22"/>
          <w:u w:val="single"/>
        </w:rPr>
        <w:t>nforcement agency.</w:t>
      </w:r>
      <w:r>
        <w:rPr>
          <w:b w:val="0"/>
          <w:i w:val="0"/>
          <w:smallCaps w:val="0"/>
          <w:strike w:val="0"/>
          <w:sz w:val="22"/>
          <w:u w:val="single"/>
        </w:rPr>
        <w:t xml:space="preserve"> </w:t>
      </w:r>
      <w:r>
        <w:rPr>
          <w:b w:val="0"/>
          <w:i w:val="0"/>
          <w:smallCaps w:val="0"/>
          <w:strike w:val="0"/>
          <w:sz w:val="12"/>
          <w:u w:val="none"/>
        </w:rPr>
        <w:t xml:space="preserve">It </w:t>
      </w:r>
      <w:r>
        <w:rPr>
          <w:b w:val="0"/>
          <w:i w:val="0"/>
          <w:smallCaps w:val="0"/>
          <w:strike w:val="0"/>
          <w:sz w:val="22"/>
          <w:highlight w:val="cyan"/>
          <w:u w:val="single"/>
        </w:rPr>
        <w:t>pointed to her support for a pathway to citizenship for</w:t>
      </w:r>
      <w:r>
        <w:rPr>
          <w:b w:val="0"/>
          <w:i w:val="0"/>
          <w:smallCaps w:val="0"/>
          <w:strike w:val="0"/>
          <w:sz w:val="22"/>
          <w:u w:val="single"/>
        </w:rPr>
        <w:t xml:space="preserve"> millions of </w:t>
      </w:r>
      <w:r>
        <w:rPr>
          <w:b w:val="0"/>
          <w:i w:val="0"/>
          <w:smallCaps w:val="0"/>
          <w:strike w:val="0"/>
          <w:sz w:val="22"/>
          <w:highlight w:val="cyan"/>
          <w:u w:val="single"/>
        </w:rPr>
        <w:t>people living in the country illegall</w:t>
      </w:r>
      <w:r>
        <w:rPr>
          <w:b w:val="0"/>
          <w:i w:val="0"/>
          <w:smallCaps w:val="0"/>
          <w:strike w:val="0"/>
          <w:sz w:val="22"/>
          <w:u w:val="single"/>
        </w:rPr>
        <w:t>y</w:t>
      </w:r>
      <w:r>
        <w:rPr>
          <w:b w:val="0"/>
          <w:i w:val="0"/>
          <w:smallCaps w:val="0"/>
          <w:strike w:val="0"/>
          <w:sz w:val="12"/>
          <w:u w:val="none"/>
        </w:rPr>
        <w:t>, which has been a cornerstone of Democratic immigration policy since the Senate passed comprehensive immigration reform in 2013.</w:t>
      </w:r>
      <w:r>
        <w:rPr>
          <w:b w:val="0"/>
          <w:i w:val="0"/>
          <w:smallCaps w:val="0"/>
          <w:strike w:val="0"/>
          <w:sz w:val="12"/>
          <w:u w:val="none"/>
        </w:rPr>
        <w:t xml:space="preserve"> </w:t>
      </w:r>
      <w:r>
        <w:rPr>
          <w:b w:val="0"/>
          <w:i w:val="0"/>
          <w:smallCaps w:val="0"/>
          <w:strike w:val="0"/>
          <w:sz w:val="22"/>
          <w:u w:val="single"/>
        </w:rPr>
        <w:t xml:space="preserve">Senate Republicans are also citing Harris’s statement </w:t>
      </w:r>
      <w:r>
        <w:rPr>
          <w:b w:val="0"/>
          <w:i w:val="0"/>
          <w:smallCaps w:val="0"/>
          <w:strike w:val="0"/>
          <w:sz w:val="12"/>
          <w:u w:val="none"/>
        </w:rPr>
        <w:t xml:space="preserve">in 2019 </w:t>
      </w:r>
      <w:r>
        <w:rPr>
          <w:b w:val="0"/>
          <w:i w:val="0"/>
          <w:smallCaps w:val="0"/>
          <w:strike w:val="0"/>
          <w:sz w:val="22"/>
          <w:u w:val="single"/>
        </w:rPr>
        <w:t xml:space="preserve">that, </w:t>
      </w:r>
      <w:r>
        <w:rPr>
          <w:b w:val="0"/>
          <w:i w:val="0"/>
          <w:smallCaps w:val="0"/>
          <w:strike w:val="0"/>
          <w:sz w:val="22"/>
          <w:highlight w:val="cyan"/>
          <w:u w:val="single"/>
        </w:rPr>
        <w:t>as president, she would support abolishing the filibuster</w:t>
      </w:r>
      <w:r>
        <w:rPr>
          <w:b w:val="0"/>
          <w:i w:val="0"/>
          <w:smallCaps w:val="0"/>
          <w:strike w:val="0"/>
          <w:sz w:val="12"/>
          <w:u w:val="none"/>
        </w:rPr>
        <w:t xml:space="preserve"> to pass sweeping climate change legislation, and her 2019 co-sponsorship of Sen. Bernie Sanders’s (I-Vt.) proposal to expand Medicare to cover all Americans.</w:t>
      </w:r>
      <w:r>
        <w:rPr>
          <w:b w:val="0"/>
          <w:i w:val="0"/>
          <w:smallCaps w:val="0"/>
          <w:strike w:val="0"/>
          <w:sz w:val="12"/>
          <w:u w:val="none"/>
        </w:rPr>
        <w:t xml:space="preserve"> </w:t>
      </w:r>
      <w:r>
        <w:rPr>
          <w:b/>
          <w:i w:val="0"/>
          <w:smallCaps w:val="0"/>
          <w:strike w:val="0"/>
          <w:sz w:val="22"/>
          <w:highlight w:val="cyan"/>
          <w:u w:val="single"/>
        </w:rPr>
        <w:t>They will try to tag Democratic candidates with Harris’s initial endorsement</w:t>
      </w:r>
      <w:r>
        <w:rPr>
          <w:b/>
          <w:i w:val="0"/>
          <w:smallCaps w:val="0"/>
          <w:strike w:val="0"/>
          <w:sz w:val="22"/>
          <w:u w:val="single"/>
        </w:rPr>
        <w:t xml:space="preserve"> in 2019 for </w:t>
      </w:r>
      <w:r>
        <w:rPr>
          <w:b/>
          <w:i w:val="0"/>
          <w:smallCaps w:val="0"/>
          <w:strike w:val="0"/>
          <w:sz w:val="22"/>
          <w:highlight w:val="cyan"/>
          <w:u w:val="single"/>
        </w:rPr>
        <w:t>abolishing private health insurance</w:t>
      </w:r>
      <w:r>
        <w:rPr>
          <w:b/>
          <w:i w:val="0"/>
          <w:smallCaps w:val="0"/>
          <w:strike w:val="0"/>
          <w:sz w:val="22"/>
          <w:u w:val="single"/>
        </w:rPr>
        <w:t xml:space="preserve"> as part of a broader plan to expand Medicare</w:t>
      </w:r>
      <w:r>
        <w:rPr>
          <w:b w:val="0"/>
          <w:i w:val="0"/>
          <w:smallCaps w:val="0"/>
          <w:strike w:val="0"/>
          <w:sz w:val="12"/>
          <w:u w:val="none"/>
        </w:rPr>
        <w:t>, something she later disavowed. Harris later said she misheard a question about the issue at one of the presidential debates.</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