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Senator Casey </w:t>
      </w:r>
      <w:r>
        <w:rPr>
          <w:b w:val="0"/>
          <w:i w:val="0"/>
          <w:smallCaps w:val="0"/>
          <w:strike w:val="0"/>
          <w:sz w:val="26"/>
          <w:u w:val="none"/>
        </w:rPr>
        <w:t>(D-PA)</w:t>
      </w:r>
      <w:r>
        <w:rPr>
          <w:b w:val="0"/>
          <w:i w:val="0"/>
          <w:smallCaps w:val="0"/>
          <w:strike w:val="0"/>
          <w:sz w:val="26"/>
          <w:u w:val="none"/>
        </w:rPr>
        <w:t xml:space="preserve"> </w:t>
      </w:r>
      <w:r>
        <w:rPr>
          <w:b/>
          <w:i w:val="0"/>
          <w:smallCaps w:val="0"/>
          <w:strike w:val="0"/>
          <w:sz w:val="26"/>
          <w:u w:val="none"/>
        </w:rPr>
        <w:t xml:space="preserve">is failing to connect with rural voters – </w:t>
      </w:r>
      <w:r>
        <w:rPr>
          <w:b w:val="0"/>
          <w:i w:val="0"/>
          <w:smallCaps w:val="0"/>
          <w:strike w:val="0"/>
          <w:sz w:val="26"/>
          <w:u w:val="none"/>
        </w:rPr>
        <w:t>Harris’ position on fracking and Biden’s age problems don’t help him.</w:t>
      </w:r>
    </w:p>
    <w:p>
      <w:pPr>
        <w:spacing w:after="80"/>
      </w:pPr>
      <w:r>
        <w:rPr>
          <w:b w:val="0"/>
          <w:i w:val="0"/>
          <w:smallCaps w:val="0"/>
          <w:strike w:val="0"/>
          <w:u w:val="none"/>
        </w:rPr>
        <w:t xml:space="preserve">Salena </w:t>
      </w:r>
      <w:r>
        <w:rPr>
          <w:b/>
          <w:i w:val="0"/>
          <w:smallCaps w:val="0"/>
          <w:strike w:val="0"/>
          <w:sz w:val="26"/>
          <w:u w:val="none"/>
        </w:rPr>
        <w:t>Zito, 7-24-2024,</w:t>
      </w:r>
      <w:r>
        <w:rPr>
          <w:b w:val="0"/>
          <w:i w:val="0"/>
          <w:smallCaps w:val="0"/>
          <w:strike w:val="0"/>
          <w:u w:val="none"/>
        </w:rPr>
        <w:t xml:space="preserve"> </w:t>
      </w:r>
      <w:r>
        <w:rPr>
          <w:b w:val="0"/>
          <w:i w:val="0"/>
          <w:smallCaps w:val="0"/>
          <w:strike w:val="0"/>
          <w:u w:val="none"/>
        </w:rPr>
        <w:t>[</w:t>
      </w:r>
      <w:r>
        <w:rPr>
          <w:b w:val="0"/>
          <w:i w:val="0"/>
          <w:smallCaps w:val="0"/>
          <w:strike w:val="0"/>
          <w:u w:val="none"/>
        </w:rPr>
        <w:t xml:space="preserve">Salena Zito joined the </w:t>
      </w:r>
      <w:r>
        <w:rPr>
          <w:b w:val="0"/>
          <w:i/>
          <w:smallCaps w:val="0"/>
          <w:strike w:val="0"/>
          <w:u w:val="none"/>
        </w:rPr>
        <w:t>Washington Examiner</w:t>
      </w:r>
      <w:r>
        <w:rPr>
          <w:b w:val="0"/>
          <w:i w:val="0"/>
          <w:smallCaps w:val="0"/>
          <w:strike w:val="0"/>
          <w:u w:val="none"/>
        </w:rPr>
        <w:t xml:space="preserve"> in 2016 as a Pittsburgh-based columnist and reporter. She is the author of </w:t>
      </w:r>
      <w:r>
        <w:rPr>
          <w:b w:val="0"/>
          <w:i/>
          <w:smallCaps w:val="0"/>
          <w:strike w:val="0"/>
          <w:u w:val="none"/>
        </w:rPr>
        <w:t>The Great Revolt</w:t>
      </w:r>
      <w:r>
        <w:rPr>
          <w:b w:val="0"/>
          <w:i w:val="0"/>
          <w:smallCaps w:val="0"/>
          <w:strike w:val="0"/>
          <w:u w:val="none"/>
        </w:rPr>
        <w:t xml:space="preserve">. She previously wrote for the </w:t>
      </w:r>
      <w:r>
        <w:rPr>
          <w:b w:val="0"/>
          <w:i/>
          <w:smallCaps w:val="0"/>
          <w:strike w:val="0"/>
          <w:u w:val="none"/>
        </w:rPr>
        <w:t>Atlantic</w:t>
      </w:r>
      <w:r>
        <w:rPr>
          <w:b w:val="0"/>
          <w:i w:val="0"/>
          <w:smallCaps w:val="0"/>
          <w:strike w:val="0"/>
          <w:u w:val="none"/>
        </w:rPr>
        <w:t xml:space="preserve"> and spent 11 years at the </w:t>
      </w:r>
      <w:r>
        <w:rPr>
          <w:b w:val="0"/>
          <w:i/>
          <w:smallCaps w:val="0"/>
          <w:strike w:val="0"/>
          <w:u w:val="none"/>
        </w:rPr>
        <w:t>Pittsburgh Tribune-Review</w:t>
      </w:r>
      <w:r>
        <w:rPr>
          <w:b w:val="0"/>
          <w:i w:val="0"/>
          <w:smallCaps w:val="0"/>
          <w:strike w:val="0"/>
          <w:u w:val="none"/>
        </w:rPr>
        <w:t xml:space="preserve"> as both a reporter and a columnist covering national politics. Before that, she worked for the Pittsburgh Steelers and held staff positions for both Democratic and Republican elected officials in Pennsylvania. She has interviewed every president and vice president in the 21st century. In the 2016 election cycle, she interviewed 22 presidential candidates, both Democrats and Republicans.</w:t>
      </w:r>
      <w:r>
        <w:rPr>
          <w:b w:val="0"/>
          <w:i w:val="0"/>
          <w:smallCaps w:val="0"/>
          <w:strike w:val="0"/>
          <w:u w:val="none"/>
        </w:rPr>
        <w:t xml:space="preserve"> </w:t>
      </w:r>
      <w:r>
        <w:rPr>
          <w:b w:val="0"/>
          <w:i w:val="0"/>
          <w:smallCaps w:val="0"/>
          <w:strike w:val="0"/>
          <w:u w:val="none"/>
        </w:rPr>
        <w:t xml:space="preserve">"Does Pennsylvania’s Sen. Casey have a Kamala Harris problem?", Washington Examiner - Political News and Conservative Analysis About Congress, the President, and the Federal Government, </w:t>
      </w:r>
      <w:r>
        <w:rPr>
          <w:b w:val="0"/>
          <w:i w:val="0"/>
          <w:smallCaps w:val="0"/>
          <w:strike w:val="0"/>
          <w:u w:val="none"/>
        </w:rPr>
        <w:t>, accessed 7/25/24, S.A.M.]</w:t>
      </w:r>
    </w:p>
    <w:p>
      <w:pPr>
        <w:spacing w:after="60"/>
      </w:pPr>
      <w:r>
        <w:rPr>
          <w:b w:val="0"/>
          <w:i w:val="0"/>
          <w:smallCaps w:val="0"/>
          <w:strike w:val="0"/>
          <w:sz w:val="22"/>
          <w:u w:val="single"/>
        </w:rPr>
        <w:t xml:space="preserve">Six years later, </w:t>
      </w:r>
      <w:r>
        <w:rPr>
          <w:b w:val="0"/>
          <w:i w:val="0"/>
          <w:smallCaps w:val="0"/>
          <w:strike w:val="0"/>
          <w:sz w:val="22"/>
          <w:highlight w:val="cyan"/>
          <w:u w:val="single"/>
        </w:rPr>
        <w:t>Casey is facing a very different dynamic with his former Senate colleague and</w:t>
      </w:r>
      <w:r>
        <w:rPr>
          <w:b w:val="0"/>
          <w:i w:val="0"/>
          <w:smallCaps w:val="0"/>
          <w:strike w:val="0"/>
          <w:sz w:val="22"/>
          <w:u w:val="single"/>
        </w:rPr>
        <w:t xml:space="preserve"> current vice president, </w:t>
      </w:r>
      <w:r>
        <w:rPr>
          <w:b w:val="0"/>
          <w:i w:val="0"/>
          <w:smallCaps w:val="0"/>
          <w:strike w:val="0"/>
          <w:sz w:val="22"/>
          <w:highlight w:val="cyan"/>
          <w:u w:val="single"/>
        </w:rPr>
        <w:t>his party’s likely nominee for president</w:t>
      </w:r>
      <w:r>
        <w:rPr>
          <w:b w:val="0"/>
          <w:i w:val="0"/>
          <w:smallCaps w:val="0"/>
          <w:strike w:val="0"/>
          <w:sz w:val="22"/>
          <w:u w:val="single"/>
        </w:rPr>
        <w:t xml:space="preserve">. </w:t>
      </w:r>
      <w:r>
        <w:rPr>
          <w:b w:val="0"/>
          <w:i w:val="0"/>
          <w:smallCaps w:val="0"/>
          <w:strike w:val="0"/>
          <w:sz w:val="12"/>
          <w:u w:val="none"/>
        </w:rPr>
        <w:t xml:space="preserve">Casey has shared a deep personal relationship with President Joe Biden that </w:t>
      </w:r>
      <w:r>
        <w:rPr>
          <w:b w:val="0"/>
          <w:i w:val="0"/>
          <w:smallCaps w:val="0"/>
          <w:strike w:val="0"/>
          <w:sz w:val="12"/>
          <w:u w:val="none"/>
        </w:rPr>
        <w:t>dates back to</w:t>
      </w:r>
      <w:r>
        <w:rPr>
          <w:b w:val="0"/>
          <w:i w:val="0"/>
          <w:smallCaps w:val="0"/>
          <w:strike w:val="0"/>
          <w:sz w:val="12"/>
          <w:u w:val="none"/>
        </w:rPr>
        <w:t xml:space="preserve"> the 1980s when his father, the late Bob Casey Sr., was this state’s governor. They grew up, albeit two decades apart, on the same North Washington Avenue, and Biden was quick to embrace Casey when he decided in 2005 to run for the Senate.</w:t>
      </w:r>
      <w:r>
        <w:rPr>
          <w:b w:val="0"/>
          <w:i w:val="0"/>
          <w:smallCaps w:val="0"/>
          <w:strike w:val="0"/>
          <w:sz w:val="12"/>
          <w:u w:val="none"/>
        </w:rPr>
        <w:t xml:space="preserve"> </w:t>
      </w:r>
      <w:r>
        <w:rPr>
          <w:b w:val="0"/>
          <w:i w:val="0"/>
          <w:smallCaps w:val="0"/>
          <w:strike w:val="0"/>
          <w:sz w:val="12"/>
          <w:u w:val="none"/>
        </w:rPr>
        <w:t>When Casey defeated Republican incumbent Rick Santorum the next year, Biden pressed Senate leadership to give Casey prestigious committee assignments, and in return, Casey was first out of the gate to endorse Biden for president in April 2019. Casey was with Biden on Election Day in Scranton in November 2020 when he convinced the soon-to-be president to stop by to say hello to his mother, Ellen. And Casey even stood by Biden after his disastrous debate last month.</w:t>
      </w:r>
      <w:r>
        <w:rPr>
          <w:b w:val="0"/>
          <w:i w:val="0"/>
          <w:smallCaps w:val="0"/>
          <w:strike w:val="0"/>
          <w:sz w:val="12"/>
          <w:u w:val="none"/>
        </w:rPr>
        <w:t xml:space="preserve"> </w:t>
      </w:r>
      <w:r>
        <w:rPr>
          <w:b w:val="0"/>
          <w:i w:val="0"/>
          <w:smallCaps w:val="0"/>
          <w:strike w:val="0"/>
          <w:sz w:val="22"/>
          <w:highlight w:val="cyan"/>
          <w:u w:val="single"/>
        </w:rPr>
        <w:t>Casey,</w:t>
      </w:r>
      <w:r>
        <w:rPr>
          <w:b w:val="0"/>
          <w:i w:val="0"/>
          <w:smallCaps w:val="0"/>
          <w:strike w:val="0"/>
          <w:sz w:val="12"/>
          <w:u w:val="none"/>
        </w:rPr>
        <w:t xml:space="preserve"> </w:t>
      </w:r>
      <w:r>
        <w:rPr>
          <w:b w:val="0"/>
          <w:i w:val="0"/>
          <w:smallCaps w:val="0"/>
          <w:strike w:val="0"/>
          <w:sz w:val="12"/>
          <w:highlight w:val="cyan"/>
          <w:u w:val="none"/>
        </w:rPr>
        <w:t>l</w:t>
      </w:r>
      <w:r>
        <w:rPr>
          <w:b w:val="0"/>
          <w:i w:val="0"/>
          <w:smallCaps w:val="0"/>
          <w:strike w:val="0"/>
          <w:sz w:val="12"/>
          <w:u w:val="none"/>
        </w:rPr>
        <w:t xml:space="preserve">ike his party, </w:t>
      </w:r>
      <w:r>
        <w:rPr>
          <w:b w:val="0"/>
          <w:i w:val="0"/>
          <w:smallCaps w:val="0"/>
          <w:strike w:val="0"/>
          <w:sz w:val="22"/>
          <w:highlight w:val="cyan"/>
          <w:u w:val="single"/>
        </w:rPr>
        <w:t>has moved significantly more left of center since 2004</w:t>
      </w:r>
      <w:r>
        <w:rPr>
          <w:b w:val="0"/>
          <w:i w:val="0"/>
          <w:smallCaps w:val="0"/>
          <w:strike w:val="0"/>
          <w:sz w:val="22"/>
          <w:u w:val="single"/>
        </w:rPr>
        <w:t xml:space="preserve"> — an ideological place he never occupied before he won his Senate seat.</w:t>
      </w:r>
      <w:r>
        <w:rPr>
          <w:b w:val="0"/>
          <w:i w:val="0"/>
          <w:smallCaps w:val="0"/>
          <w:strike w:val="0"/>
          <w:sz w:val="12"/>
          <w:u w:val="none"/>
        </w:rPr>
        <w:t xml:space="preserve"> </w:t>
      </w:r>
      <w:r>
        <w:rPr>
          <w:b w:val="0"/>
          <w:i w:val="0"/>
          <w:smallCaps w:val="0"/>
          <w:strike w:val="0"/>
          <w:sz w:val="12"/>
          <w:u w:val="none"/>
        </w:rPr>
        <w:t xml:space="preserve">In fact, </w:t>
      </w:r>
      <w:r>
        <w:rPr>
          <w:b w:val="0"/>
          <w:i w:val="0"/>
          <w:smallCaps w:val="0"/>
          <w:strike w:val="0"/>
          <w:sz w:val="22"/>
          <w:u w:val="single"/>
        </w:rPr>
        <w:t xml:space="preserve">in 2004, </w:t>
      </w:r>
      <w:r>
        <w:rPr>
          <w:b w:val="0"/>
          <w:i w:val="0"/>
          <w:smallCaps w:val="0"/>
          <w:strike w:val="0"/>
          <w:sz w:val="22"/>
          <w:highlight w:val="cyan"/>
          <w:u w:val="single"/>
        </w:rPr>
        <w:t>after he won an overwhelming successful race for state treasurer, he told the local press that his party’s loss</w:t>
      </w:r>
      <w:r>
        <w:rPr>
          <w:b w:val="0"/>
          <w:i w:val="0"/>
          <w:smallCaps w:val="0"/>
          <w:strike w:val="0"/>
          <w:sz w:val="22"/>
          <w:u w:val="single"/>
        </w:rPr>
        <w:t xml:space="preserve"> to</w:t>
      </w:r>
      <w:r>
        <w:rPr>
          <w:b w:val="0"/>
          <w:i w:val="0"/>
          <w:smallCaps w:val="0"/>
          <w:strike w:val="0"/>
          <w:sz w:val="12"/>
          <w:u w:val="none"/>
        </w:rPr>
        <w:t xml:space="preserve"> incumbent Republican President George </w:t>
      </w:r>
      <w:r>
        <w:rPr>
          <w:b w:val="0"/>
          <w:i w:val="0"/>
          <w:smallCaps w:val="0"/>
          <w:strike w:val="0"/>
          <w:sz w:val="22"/>
          <w:u w:val="single"/>
        </w:rPr>
        <w:t>W.</w:t>
      </w:r>
      <w:r>
        <w:rPr>
          <w:b w:val="0"/>
          <w:i w:val="0"/>
          <w:smallCaps w:val="0"/>
          <w:strike w:val="0"/>
          <w:sz w:val="12"/>
          <w:u w:val="none"/>
        </w:rPr>
        <w:t xml:space="preserve"> Bush </w:t>
      </w:r>
      <w:r>
        <w:rPr>
          <w:b/>
          <w:i w:val="0"/>
          <w:smallCaps w:val="0"/>
          <w:strike w:val="0"/>
          <w:sz w:val="22"/>
          <w:highlight w:val="cyan"/>
          <w:u w:val="single"/>
        </w:rPr>
        <w:t>was “a total repudiation of the national party; if our national campaign for president can’t attract rural Democrats, we’re never going to win</w:t>
      </w:r>
      <w:r>
        <w:rPr>
          <w:b w:val="0"/>
          <w:i w:val="0"/>
          <w:smallCaps w:val="0"/>
          <w:strike w:val="0"/>
          <w:sz w:val="12"/>
          <w:u w:val="none"/>
        </w:rPr>
        <w:t>,” he said.</w:t>
      </w:r>
      <w:r>
        <w:rPr>
          <w:b w:val="0"/>
          <w:i w:val="0"/>
          <w:smallCaps w:val="0"/>
          <w:strike w:val="0"/>
          <w:sz w:val="12"/>
          <w:u w:val="none"/>
        </w:rPr>
        <w:t xml:space="preserve"> </w:t>
      </w:r>
      <w:r>
        <w:rPr>
          <w:b w:val="0"/>
          <w:i w:val="0"/>
          <w:smallCaps w:val="0"/>
          <w:strike w:val="0"/>
          <w:sz w:val="12"/>
          <w:u w:val="none"/>
        </w:rPr>
        <w:t>Casey blamed the national party for allowing “the Hollywood crowd and the entertainment crowd to speak for Democrats in a hate speech way that really, really angers voters in both parties.”</w:t>
      </w:r>
    </w:p>
    <w:p>
      <w:pPr>
        <w:spacing w:after="60"/>
      </w:pPr>
      <w:r>
        <w:rPr>
          <w:b w:val="0"/>
          <w:i w:val="0"/>
          <w:smallCaps w:val="0"/>
          <w:strike w:val="0"/>
          <w:sz w:val="22"/>
          <w:u w:val="single"/>
        </w:rPr>
        <w:t>In 2006,</w:t>
      </w:r>
      <w:r>
        <w:rPr>
          <w:b w:val="0"/>
          <w:i w:val="0"/>
          <w:smallCaps w:val="0"/>
          <w:strike w:val="0"/>
          <w:sz w:val="12"/>
          <w:u w:val="none"/>
        </w:rPr>
        <w:t xml:space="preserve"> when running for Senate, </w:t>
      </w:r>
      <w:r>
        <w:rPr>
          <w:b w:val="0"/>
          <w:i w:val="0"/>
          <w:smallCaps w:val="0"/>
          <w:strike w:val="0"/>
          <w:sz w:val="22"/>
          <w:u w:val="single"/>
        </w:rPr>
        <w:t>he told the Harrisburg Patriot-News “All I know is I’ve been a pro-life Democrat for my whole public life, and I’ll always be.”</w:t>
      </w:r>
      <w:r>
        <w:rPr>
          <w:b w:val="0"/>
          <w:i w:val="0"/>
          <w:smallCaps w:val="0"/>
          <w:strike w:val="0"/>
          <w:sz w:val="12"/>
          <w:u w:val="none"/>
        </w:rPr>
        <w:t xml:space="preserve"> </w:t>
      </w:r>
      <w:r>
        <w:rPr>
          <w:b w:val="0"/>
          <w:i w:val="0"/>
          <w:smallCaps w:val="0"/>
          <w:strike w:val="0"/>
          <w:sz w:val="12"/>
          <w:u w:val="none"/>
        </w:rPr>
        <w:t xml:space="preserve">Twenty years later, </w:t>
      </w:r>
      <w:r>
        <w:rPr>
          <w:b/>
          <w:i w:val="0"/>
          <w:smallCaps w:val="0"/>
          <w:strike w:val="0"/>
          <w:sz w:val="22"/>
          <w:highlight w:val="cyan"/>
          <w:u w:val="single"/>
        </w:rPr>
        <w:t>Casey will inevitably have to answer to voters for</w:t>
      </w:r>
      <w:r>
        <w:rPr>
          <w:b/>
          <w:i w:val="0"/>
          <w:smallCaps w:val="0"/>
          <w:strike w:val="0"/>
          <w:sz w:val="22"/>
          <w:u w:val="single"/>
        </w:rPr>
        <w:t xml:space="preserve"> several things in his bid for an unprecedented fourth term: How does he square </w:t>
      </w:r>
      <w:r>
        <w:rPr>
          <w:b/>
          <w:i w:val="0"/>
          <w:smallCaps w:val="0"/>
          <w:strike w:val="0"/>
          <w:sz w:val="22"/>
          <w:highlight w:val="cyan"/>
          <w:u w:val="single"/>
        </w:rPr>
        <w:t>his worldview with Harris’s on issues such as her pledge to end all fracking if she is elected president, her insistence she would not treat illegal entrants to this country as criminals, her belief that there are too many police officers on the streets, and her support of Biden’s economic policies that a majority of voters reject in polling?</w:t>
      </w:r>
      <w:r>
        <w:rPr>
          <w:b/>
          <w:i w:val="0"/>
          <w:smallCaps w:val="0"/>
          <w:strike w:val="0"/>
          <w:sz w:val="22"/>
          <w:u w:val="single"/>
        </w:rPr>
        <w:t xml:space="preserve"> </w:t>
      </w:r>
      <w:r>
        <w:rPr>
          <w:b w:val="0"/>
          <w:i w:val="0"/>
          <w:smallCaps w:val="0"/>
          <w:strike w:val="0"/>
          <w:sz w:val="12"/>
          <w:u w:val="none"/>
        </w:rPr>
        <w:t xml:space="preserve">Keystone College political science professor Jeff </w:t>
      </w:r>
      <w:r>
        <w:rPr>
          <w:b w:val="0"/>
          <w:i w:val="0"/>
          <w:smallCaps w:val="0"/>
          <w:strike w:val="0"/>
          <w:sz w:val="12"/>
          <w:u w:val="none"/>
        </w:rPr>
        <w:t>Brauer</w:t>
      </w:r>
      <w:r>
        <w:rPr>
          <w:b w:val="0"/>
          <w:i w:val="0"/>
          <w:smallCaps w:val="0"/>
          <w:strike w:val="0"/>
          <w:sz w:val="12"/>
          <w:u w:val="none"/>
        </w:rPr>
        <w:t xml:space="preserve"> said </w:t>
      </w:r>
      <w:r>
        <w:rPr>
          <w:b w:val="0"/>
          <w:i w:val="0"/>
          <w:smallCaps w:val="0"/>
          <w:strike w:val="0"/>
          <w:sz w:val="22"/>
          <w:u w:val="single"/>
        </w:rPr>
        <w:t>there is a lot to untangle for Casey</w:t>
      </w:r>
      <w:r>
        <w:rPr>
          <w:b w:val="0"/>
          <w:i w:val="0"/>
          <w:smallCaps w:val="0"/>
          <w:strike w:val="0"/>
          <w:sz w:val="12"/>
          <w:u w:val="none"/>
        </w:rPr>
        <w:t xml:space="preserve">. Making that task more urgent, </w:t>
      </w:r>
      <w:r>
        <w:rPr>
          <w:b w:val="0"/>
          <w:i w:val="0"/>
          <w:smallCaps w:val="0"/>
          <w:strike w:val="0"/>
          <w:sz w:val="22"/>
          <w:highlight w:val="cyan"/>
          <w:u w:val="single"/>
        </w:rPr>
        <w:t>his opponent</w:t>
      </w:r>
      <w:r>
        <w:rPr>
          <w:b w:val="0"/>
          <w:i w:val="0"/>
          <w:smallCaps w:val="0"/>
          <w:strike w:val="0"/>
          <w:sz w:val="12"/>
          <w:highlight w:val="cyan"/>
          <w:u w:val="none"/>
        </w:rPr>
        <w:t>,</w:t>
      </w:r>
      <w:r>
        <w:rPr>
          <w:b w:val="0"/>
          <w:i w:val="0"/>
          <w:smallCaps w:val="0"/>
          <w:strike w:val="0"/>
          <w:sz w:val="12"/>
          <w:u w:val="none"/>
        </w:rPr>
        <w:t xml:space="preserve"> Republican Army veteran </w:t>
      </w:r>
      <w:r>
        <w:rPr>
          <w:b w:val="0"/>
          <w:i w:val="0"/>
          <w:smallCaps w:val="0"/>
          <w:strike w:val="0"/>
          <w:sz w:val="22"/>
          <w:highlight w:val="cyan"/>
          <w:u w:val="single"/>
        </w:rPr>
        <w:t>Dave McCormick, has released a devastating ad pointing out those challenges</w:t>
      </w:r>
      <w:r>
        <w:rPr>
          <w:b w:val="0"/>
          <w:i w:val="0"/>
          <w:smallCaps w:val="0"/>
          <w:strike w:val="0"/>
          <w:sz w:val="22"/>
          <w:u w:val="single"/>
        </w:rPr>
        <w:t>.</w:t>
      </w:r>
      <w:r>
        <w:rPr>
          <w:b w:val="0"/>
          <w:i w:val="0"/>
          <w:smallCaps w:val="0"/>
          <w:strike w:val="0"/>
          <w:sz w:val="22"/>
          <w:u w:val="single"/>
        </w:rPr>
        <w:t xml:space="preserve"> </w:t>
      </w:r>
      <w:r>
        <w:rPr>
          <w:b w:val="0"/>
          <w:i w:val="0"/>
          <w:smallCaps w:val="0"/>
          <w:strike w:val="0"/>
          <w:sz w:val="22"/>
          <w:u w:val="single"/>
        </w:rPr>
        <w:t xml:space="preserve">“Critics of Vice President Harris’s bid for the presidency will repeatedly point to her stances on critical issues such as energy and fracking, immigration and the border, and the economy and inflation,” </w:t>
      </w:r>
      <w:r>
        <w:rPr>
          <w:b w:val="0"/>
          <w:i w:val="0"/>
          <w:smallCaps w:val="0"/>
          <w:strike w:val="0"/>
          <w:sz w:val="22"/>
          <w:u w:val="single"/>
        </w:rPr>
        <w:t>Brauer</w:t>
      </w:r>
      <w:r>
        <w:rPr>
          <w:b w:val="0"/>
          <w:i w:val="0"/>
          <w:smallCaps w:val="0"/>
          <w:strike w:val="0"/>
          <w:sz w:val="22"/>
          <w:u w:val="single"/>
        </w:rPr>
        <w:t xml:space="preserve"> said, adding, “</w:t>
      </w:r>
      <w:r>
        <w:rPr>
          <w:b w:val="0"/>
          <w:i w:val="0"/>
          <w:smallCaps w:val="0"/>
          <w:strike w:val="0"/>
          <w:sz w:val="22"/>
          <w:highlight w:val="cyan"/>
          <w:u w:val="single"/>
        </w:rPr>
        <w:t>These three issues are particularly important to Pennsylvania voters</w:t>
      </w:r>
      <w:r>
        <w:rPr>
          <w:b w:val="0"/>
          <w:i w:val="0"/>
          <w:smallCaps w:val="0"/>
          <w:strike w:val="0"/>
          <w:sz w:val="22"/>
          <w:u w:val="single"/>
        </w:rPr>
        <w:t>.”</w:t>
      </w:r>
      <w:r>
        <w:rPr>
          <w:b w:val="0"/>
          <w:i w:val="0"/>
          <w:smallCaps w:val="0"/>
          <w:strike w:val="0"/>
          <w:sz w:val="22"/>
          <w:u w:val="single"/>
        </w:rPr>
        <w:t xml:space="preserve"> </w:t>
      </w:r>
      <w:r>
        <w:rPr>
          <w:b w:val="0"/>
          <w:i w:val="0"/>
          <w:smallCaps w:val="0"/>
          <w:strike w:val="0"/>
          <w:sz w:val="12"/>
          <w:u w:val="none"/>
        </w:rPr>
        <w:t>Brauer</w:t>
      </w:r>
      <w:r>
        <w:rPr>
          <w:b w:val="0"/>
          <w:i w:val="0"/>
          <w:smallCaps w:val="0"/>
          <w:strike w:val="0"/>
          <w:sz w:val="12"/>
          <w:u w:val="none"/>
        </w:rPr>
        <w:t xml:space="preserve"> explains </w:t>
      </w:r>
      <w:r>
        <w:rPr>
          <w:b/>
          <w:i w:val="0"/>
          <w:smallCaps w:val="0"/>
          <w:strike w:val="0"/>
          <w:sz w:val="22"/>
          <w:u w:val="single"/>
        </w:rPr>
        <w:t xml:space="preserve">Casey’s support of Harris’s candidacy will automatically put him on defense, “which is never a good place for a candidate to be. </w:t>
      </w:r>
      <w:r>
        <w:rPr>
          <w:b/>
          <w:i w:val="0"/>
          <w:smallCaps w:val="0"/>
          <w:strike w:val="0"/>
          <w:sz w:val="22"/>
          <w:highlight w:val="cyan"/>
          <w:u w:val="single"/>
        </w:rPr>
        <w:t>With Harris at the top of the ticket, it will make Casey’s reelection more difficult, especially with voters outside of the metropolitan areas of the state.”</w:t>
      </w:r>
    </w:p>
    <w:p>
      <w:pPr>
        <w:spacing w:after="60"/>
      </w:pPr>
      <w:r>
        <w:rPr>
          <w:b w:val="0"/>
          <w:i w:val="0"/>
          <w:smallCaps w:val="0"/>
          <w:strike w:val="0"/>
          <w:sz w:val="22"/>
          <w:u w:val="single"/>
        </w:rPr>
        <w:t>As for the questions that linger about how much Casey knew about Biden’s failing abilities, he will have to address that as well.</w:t>
      </w:r>
      <w:r>
        <w:rPr>
          <w:b w:val="0"/>
          <w:i w:val="0"/>
          <w:smallCaps w:val="0"/>
          <w:strike w:val="0"/>
          <w:sz w:val="22"/>
          <w:u w:val="single"/>
        </w:rPr>
        <w:t xml:space="preserve"> </w:t>
      </w:r>
      <w:r>
        <w:rPr>
          <w:b w:val="0"/>
          <w:i w:val="0"/>
          <w:smallCaps w:val="0"/>
          <w:strike w:val="0"/>
          <w:sz w:val="12"/>
          <w:u w:val="none"/>
        </w:rPr>
        <w:t xml:space="preserve">“Undoubtedly, there will be some Pennsylvania voters that will hold Sen. Casey to account for not identifying and sharing concerns of President </w:t>
      </w:r>
      <w:r>
        <w:rPr>
          <w:b w:val="0"/>
          <w:i w:val="0"/>
          <w:smallCaps w:val="0"/>
          <w:strike w:val="0"/>
          <w:sz w:val="12"/>
          <w:u w:val="none"/>
        </w:rPr>
        <w:t xml:space="preserve">Biden’s aging issues,” </w:t>
      </w:r>
      <w:r>
        <w:rPr>
          <w:b w:val="0"/>
          <w:i w:val="0"/>
          <w:smallCaps w:val="0"/>
          <w:strike w:val="0"/>
          <w:sz w:val="12"/>
          <w:u w:val="none"/>
        </w:rPr>
        <w:t>Brauer</w:t>
      </w:r>
      <w:r>
        <w:rPr>
          <w:b w:val="0"/>
          <w:i w:val="0"/>
          <w:smallCaps w:val="0"/>
          <w:strike w:val="0"/>
          <w:sz w:val="12"/>
          <w:u w:val="none"/>
        </w:rPr>
        <w:t xml:space="preserve"> said, adding there are already accusations directed at Harris for such.</w:t>
      </w:r>
      <w:r>
        <w:rPr>
          <w:b w:val="0"/>
          <w:i w:val="0"/>
          <w:smallCaps w:val="0"/>
          <w:strike w:val="0"/>
          <w:sz w:val="12"/>
          <w:u w:val="none"/>
        </w:rPr>
        <w:t xml:space="preserve"> </w:t>
      </w:r>
      <w:r>
        <w:rPr>
          <w:b w:val="0"/>
          <w:i w:val="0"/>
          <w:smallCaps w:val="0"/>
          <w:strike w:val="0"/>
          <w:sz w:val="12"/>
          <w:u w:val="none"/>
        </w:rPr>
        <w:t>“</w:t>
      </w:r>
      <w:r>
        <w:rPr>
          <w:b w:val="0"/>
          <w:i w:val="0"/>
          <w:smallCaps w:val="0"/>
          <w:strike w:val="0"/>
          <w:sz w:val="22"/>
          <w:u w:val="single"/>
        </w:rPr>
        <w:t>Given Casey’s close, longtime relationship with Biden, Casey should expect</w:t>
      </w:r>
      <w:r>
        <w:rPr>
          <w:b w:val="0"/>
          <w:i w:val="0"/>
          <w:smallCaps w:val="0"/>
          <w:strike w:val="0"/>
          <w:sz w:val="12"/>
          <w:u w:val="none"/>
        </w:rPr>
        <w:t xml:space="preserve"> similar </w:t>
      </w:r>
      <w:r>
        <w:rPr>
          <w:b w:val="0"/>
          <w:i w:val="0"/>
          <w:smallCaps w:val="0"/>
          <w:strike w:val="0"/>
          <w:sz w:val="22"/>
          <w:u w:val="single"/>
        </w:rPr>
        <w:t>accusations,</w:t>
      </w:r>
      <w:r>
        <w:rPr>
          <w:b w:val="0"/>
          <w:i w:val="0"/>
          <w:smallCaps w:val="0"/>
          <w:strike w:val="0"/>
          <w:sz w:val="12"/>
          <w:u w:val="none"/>
        </w:rPr>
        <w:t xml:space="preserve">” </w:t>
      </w:r>
      <w:r>
        <w:rPr>
          <w:b w:val="0"/>
          <w:i w:val="0"/>
          <w:smallCaps w:val="0"/>
          <w:strike w:val="0"/>
          <w:sz w:val="12"/>
          <w:u w:val="none"/>
        </w:rPr>
        <w:t>Brauer</w:t>
      </w:r>
      <w:r>
        <w:rPr>
          <w:b w:val="0"/>
          <w:i w:val="0"/>
          <w:smallCaps w:val="0"/>
          <w:strike w:val="0"/>
          <w:sz w:val="12"/>
          <w:u w:val="none"/>
        </w:rPr>
        <w:t xml:space="preserve"> said. “Whether this issue becomes significant for his campaign remains to be seen.”</w:t>
      </w:r>
      <w:r>
        <w:rPr>
          <w:b w:val="0"/>
          <w:i w:val="0"/>
          <w:smallCaps w:val="0"/>
          <w:strike w:val="0"/>
          <w:sz w:val="12"/>
          <w:u w:val="none"/>
        </w:rPr>
        <w:t xml:space="preserve"> </w:t>
      </w:r>
      <w:r>
        <w:rPr>
          <w:b w:val="0"/>
          <w:i w:val="0"/>
          <w:smallCaps w:val="0"/>
          <w:strike w:val="0"/>
          <w:sz w:val="12"/>
          <w:u w:val="none"/>
        </w:rPr>
        <w:t>Brauer</w:t>
      </w:r>
      <w:r>
        <w:rPr>
          <w:b w:val="0"/>
          <w:i w:val="0"/>
          <w:smallCaps w:val="0"/>
          <w:strike w:val="0"/>
          <w:sz w:val="12"/>
          <w:u w:val="none"/>
        </w:rPr>
        <w:t xml:space="preserve"> explained that voters have tended to see health issues of elected officials as private matters and usually don’t expect elected officials to discuss others’ health problems — unless they are very severe.</w:t>
      </w:r>
      <w:r>
        <w:rPr>
          <w:b w:val="0"/>
          <w:i w:val="0"/>
          <w:smallCaps w:val="0"/>
          <w:strike w:val="0"/>
          <w:sz w:val="12"/>
          <w:u w:val="none"/>
        </w:rPr>
        <w:t xml:space="preserve"> </w:t>
      </w:r>
      <w:r>
        <w:rPr>
          <w:b w:val="0"/>
          <w:i w:val="0"/>
          <w:smallCaps w:val="0"/>
          <w:strike w:val="0"/>
          <w:sz w:val="12"/>
          <w:u w:val="none"/>
        </w:rPr>
        <w:t>“It is unclear how much Casey, himself, has witnessed Biden’s decline, and of course, Casey is not a medical doctor,” he said.</w:t>
      </w:r>
      <w:r>
        <w:rPr>
          <w:b w:val="0"/>
          <w:i w:val="0"/>
          <w:smallCaps w:val="0"/>
          <w:strike w:val="0"/>
          <w:sz w:val="12"/>
          <w:u w:val="none"/>
        </w:rPr>
        <w:t xml:space="preserve"> </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