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Big Tech already donating massive money to the GOP</w:t>
      </w:r>
    </w:p>
    <w:p>
      <w:pPr>
        <w:spacing w:after="80"/>
      </w:pPr>
      <w:r>
        <w:rPr>
          <w:b/>
          <w:i w:val="0"/>
          <w:smallCaps w:val="0"/>
          <w:strike w:val="0"/>
          <w:sz w:val="23"/>
          <w:u w:val="none"/>
        </w:rPr>
        <w:t>Klaidman</w:t>
      </w:r>
      <w:r>
        <w:rPr>
          <w:b/>
          <w:i w:val="0"/>
          <w:smallCaps w:val="0"/>
          <w:strike w:val="0"/>
          <w:sz w:val="23"/>
          <w:u w:val="none"/>
        </w:rPr>
        <w:t xml:space="preserve"> ’24</w:t>
      </w:r>
      <w:r>
        <w:rPr>
          <w:b w:val="0"/>
          <w:i w:val="0"/>
          <w:smallCaps w:val="0"/>
          <w:strike w:val="0"/>
          <w:u w:val="none"/>
        </w:rPr>
        <w:t xml:space="preserve"> </w:t>
      </w:r>
      <w:r>
        <w:rPr>
          <w:b w:val="0"/>
          <w:i w:val="0"/>
          <w:smallCaps w:val="0"/>
          <w:strike w:val="0"/>
          <w:sz w:val="14"/>
          <w:u w:val="none"/>
        </w:rPr>
        <w:t xml:space="preserve">(7/19/24, Daniel </w:t>
      </w:r>
      <w:r>
        <w:rPr>
          <w:b w:val="0"/>
          <w:i w:val="0"/>
          <w:smallCaps w:val="0"/>
          <w:strike w:val="0"/>
          <w:sz w:val="14"/>
          <w:u w:val="none"/>
        </w:rPr>
        <w:t>Klaidman</w:t>
      </w:r>
      <w:r>
        <w:rPr>
          <w:b w:val="0"/>
          <w:i w:val="0"/>
          <w:smallCaps w:val="0"/>
          <w:strike w:val="0"/>
          <w:sz w:val="14"/>
          <w:u w:val="none"/>
        </w:rPr>
        <w:t xml:space="preserve">, an investigative reporter based in New York, is the former editor-in-chief of Yahoo News and former managing editor of Newsweek. He has over two decades of experience covering politics, foreign affairs, national security and law, </w:t>
      </w:r>
      <w:r>
        <w:rPr>
          <w:b w:val="0"/>
          <w:i/>
          <w:smallCaps w:val="0"/>
          <w:strike w:val="0"/>
          <w:sz w:val="14"/>
          <w:u w:val="none"/>
        </w:rPr>
        <w:t xml:space="preserve">“Silicon shift? Major tech titans throw financial, political support to Trump” </w:t>
      </w:r>
      <w:r>
        <w:rPr>
          <w:b w:val="0"/>
          <w:i w:val="0"/>
          <w:smallCaps w:val="0"/>
          <w:strike w:val="0"/>
          <w:sz w:val="14"/>
          <w:u w:val="none"/>
        </w:rPr>
        <w:t>CBS, https://www.cbsnews.com/news/trump-jd-vance-silicon-valley-support/)</w:t>
      </w:r>
    </w:p>
    <w:p>
      <w:pPr>
        <w:spacing w:after="60"/>
      </w:pPr>
      <w:r>
        <w:rPr>
          <w:b w:val="0"/>
          <w:i w:val="0"/>
          <w:smallCaps w:val="0"/>
          <w:strike w:val="0"/>
          <w:u w:val="single"/>
        </w:rPr>
        <w:t xml:space="preserve">It began with reports at the beginning of the week that </w:t>
      </w:r>
      <w:r>
        <w:rPr>
          <w:b w:val="0"/>
          <w:i w:val="0"/>
          <w:smallCaps w:val="0"/>
          <w:strike w:val="0"/>
          <w:highlight w:val="cyan"/>
          <w:u w:val="single"/>
        </w:rPr>
        <w:t>Elon Musk</w:t>
      </w:r>
      <w:r>
        <w:rPr>
          <w:b w:val="0"/>
          <w:i w:val="0"/>
          <w:smallCaps w:val="0"/>
          <w:strike w:val="0"/>
          <w:u w:val="single"/>
        </w:rPr>
        <w:t xml:space="preserve"> had </w:t>
      </w:r>
      <w:r>
        <w:rPr>
          <w:b w:val="0"/>
          <w:i w:val="0"/>
          <w:smallCaps w:val="0"/>
          <w:strike w:val="0"/>
          <w:highlight w:val="cyan"/>
          <w:u w:val="single"/>
        </w:rPr>
        <w:t>pledged $45 million a month</w:t>
      </w:r>
      <w:r>
        <w:rPr>
          <w:b w:val="0"/>
          <w:i w:val="0"/>
          <w:smallCaps w:val="0"/>
          <w:strike w:val="0"/>
          <w:u w:val="single"/>
        </w:rPr>
        <w:t xml:space="preserve"> for at least the next three months </w:t>
      </w:r>
      <w:r>
        <w:rPr>
          <w:b w:val="0"/>
          <w:i w:val="0"/>
          <w:smallCaps w:val="0"/>
          <w:strike w:val="0"/>
          <w:highlight w:val="cyan"/>
          <w:u w:val="single"/>
        </w:rPr>
        <w:t>to Trump's</w:t>
      </w:r>
      <w:r>
        <w:rPr>
          <w:b w:val="0"/>
          <w:i w:val="0"/>
          <w:smallCaps w:val="0"/>
          <w:strike w:val="0"/>
          <w:u w:val="single"/>
        </w:rPr>
        <w:t xml:space="preserve"> </w:t>
      </w:r>
      <w:r>
        <w:rPr>
          <w:b w:val="0"/>
          <w:i w:val="0"/>
          <w:smallCaps w:val="0"/>
          <w:strike w:val="0"/>
          <w:highlight w:val="cyan"/>
          <w:u w:val="single"/>
        </w:rPr>
        <w:t>election</w:t>
      </w:r>
      <w:r>
        <w:rPr>
          <w:b w:val="0"/>
          <w:i w:val="0"/>
          <w:smallCaps w:val="0"/>
          <w:strike w:val="0"/>
          <w:u w:val="single"/>
        </w:rPr>
        <w:t xml:space="preserve"> effort. This was reinforced by the selection of Ohio Sen. </w:t>
      </w:r>
      <w:r>
        <w:rPr>
          <w:b w:val="0"/>
          <w:i w:val="0"/>
          <w:smallCaps w:val="0"/>
          <w:strike w:val="0"/>
          <w:highlight w:val="cyan"/>
          <w:u w:val="single"/>
        </w:rPr>
        <w:t>JD Vance</w:t>
      </w:r>
      <w:r>
        <w:rPr>
          <w:b w:val="0"/>
          <w:i w:val="0"/>
          <w:smallCaps w:val="0"/>
          <w:strike w:val="0"/>
          <w:u w:val="single"/>
        </w:rPr>
        <w:t xml:space="preserve">, a </w:t>
      </w:r>
      <w:r>
        <w:rPr>
          <w:b w:val="0"/>
          <w:i w:val="0"/>
          <w:smallCaps w:val="0"/>
          <w:strike w:val="0"/>
          <w:highlight w:val="cyan"/>
          <w:u w:val="single"/>
        </w:rPr>
        <w:t>former venture capitalist</w:t>
      </w:r>
      <w:r>
        <w:rPr>
          <w:b w:val="0"/>
          <w:i w:val="0"/>
          <w:smallCaps w:val="0"/>
          <w:strike w:val="0"/>
          <w:u w:val="single"/>
        </w:rPr>
        <w:t xml:space="preserve"> who has nurtured </w:t>
      </w:r>
      <w:r>
        <w:rPr>
          <w:b w:val="0"/>
          <w:i w:val="0"/>
          <w:smallCaps w:val="0"/>
          <w:strike w:val="0"/>
          <w:highlight w:val="cyan"/>
          <w:u w:val="single"/>
        </w:rPr>
        <w:t>close relationships with right-leaning</w:t>
      </w:r>
      <w:r>
        <w:rPr>
          <w:b w:val="0"/>
          <w:i w:val="0"/>
          <w:smallCaps w:val="0"/>
          <w:strike w:val="0"/>
          <w:u w:val="single"/>
        </w:rPr>
        <w:t xml:space="preserve"> or libertarian </w:t>
      </w:r>
      <w:r>
        <w:rPr>
          <w:b w:val="0"/>
          <w:i w:val="0"/>
          <w:smallCaps w:val="0"/>
          <w:strike w:val="0"/>
          <w:highlight w:val="cyan"/>
          <w:u w:val="single"/>
        </w:rPr>
        <w:t xml:space="preserve">tech leaders </w:t>
      </w:r>
      <w:r>
        <w:rPr>
          <w:b w:val="0"/>
          <w:i w:val="0"/>
          <w:smallCaps w:val="0"/>
          <w:strike w:val="0"/>
          <w:u w:val="single"/>
        </w:rPr>
        <w:t xml:space="preserve">in Silicon Valley, as Trump's running mate. By Tuesday, Marc Andreessen and Ben Horowitz, co-founders of a </w:t>
      </w:r>
      <w:r>
        <w:rPr>
          <w:b w:val="0"/>
          <w:i w:val="0"/>
          <w:smallCaps w:val="0"/>
          <w:strike w:val="0"/>
          <w:highlight w:val="cyan"/>
          <w:u w:val="single"/>
        </w:rPr>
        <w:t xml:space="preserve">high-flying venture capital firm, </w:t>
      </w:r>
      <w:r>
        <w:rPr>
          <w:b w:val="0"/>
          <w:i w:val="0"/>
          <w:smallCaps w:val="0"/>
          <w:strike w:val="0"/>
          <w:u w:val="single"/>
        </w:rPr>
        <w:t xml:space="preserve">had </w:t>
      </w:r>
      <w:r>
        <w:rPr>
          <w:b w:val="0"/>
          <w:i w:val="0"/>
          <w:smallCaps w:val="0"/>
          <w:strike w:val="0"/>
          <w:highlight w:val="cyan"/>
          <w:u w:val="single"/>
        </w:rPr>
        <w:t>endorsed Trump</w:t>
      </w:r>
      <w:r>
        <w:rPr>
          <w:b w:val="0"/>
          <w:i w:val="0"/>
          <w:smallCaps w:val="0"/>
          <w:strike w:val="0"/>
          <w:u w:val="single"/>
        </w:rPr>
        <w:t xml:space="preserve"> on their podcast and said they would kick in financially to support the former president. It's an adage in American politics that "money follows money," so many expect the influx of contributions from Musk and the other tech moguls to </w:t>
      </w:r>
      <w:r>
        <w:rPr>
          <w:b w:val="0"/>
          <w:i w:val="0"/>
          <w:smallCaps w:val="0"/>
          <w:strike w:val="0"/>
          <w:highlight w:val="cyan"/>
          <w:u w:val="single"/>
        </w:rPr>
        <w:t>generate a lot more cash</w:t>
      </w:r>
      <w:r>
        <w:rPr>
          <w:b w:val="0"/>
          <w:i w:val="0"/>
          <w:smallCaps w:val="0"/>
          <w:strike w:val="0"/>
          <w:u w:val="single"/>
        </w:rPr>
        <w:t xml:space="preserve"> </w:t>
      </w:r>
      <w:r>
        <w:rPr>
          <w:b w:val="0"/>
          <w:i w:val="0"/>
          <w:smallCaps w:val="0"/>
          <w:strike w:val="0"/>
          <w:highlight w:val="cyan"/>
          <w:u w:val="single"/>
        </w:rPr>
        <w:t>for Republicans</w:t>
      </w:r>
      <w:r>
        <w:rPr>
          <w:b w:val="0"/>
          <w:i w:val="0"/>
          <w:smallCaps w:val="0"/>
          <w:strike w:val="0"/>
          <w:u w:val="single"/>
        </w:rPr>
        <w:t xml:space="preserve"> in the coming weeks</w:t>
      </w:r>
      <w:r>
        <w:rPr>
          <w:b w:val="0"/>
          <w:i w:val="0"/>
          <w:smallCaps w:val="0"/>
          <w:strike w:val="0"/>
          <w:sz w:val="16"/>
          <w:u w:val="none"/>
        </w:rPr>
        <w:t xml:space="preserve">. Those at the vanguard of this trend are taking full advantage of the momentum. </w:t>
      </w:r>
      <w:r>
        <w:rPr>
          <w:b w:val="0"/>
          <w:i w:val="0"/>
          <w:smallCaps w:val="0"/>
          <w:strike w:val="0"/>
          <w:highlight w:val="cyan"/>
          <w:u w:val="single"/>
        </w:rPr>
        <w:t>Venture capitalist David Sacks,</w:t>
      </w:r>
      <w:r>
        <w:rPr>
          <w:b w:val="0"/>
          <w:i w:val="0"/>
          <w:smallCaps w:val="0"/>
          <w:strike w:val="0"/>
          <w:u w:val="single"/>
        </w:rPr>
        <w:t xml:space="preserve"> a past supporter of Democrat Hillary Clinton and relatively early adopter of the Trump tech money machine, is urging his comrades to get off the sidelines and </w:t>
      </w:r>
      <w:r>
        <w:rPr>
          <w:b w:val="0"/>
          <w:i w:val="0"/>
          <w:smallCaps w:val="0"/>
          <w:strike w:val="0"/>
          <w:highlight w:val="cyan"/>
          <w:u w:val="single"/>
        </w:rPr>
        <w:t xml:space="preserve">give to </w:t>
      </w:r>
      <w:r>
        <w:rPr>
          <w:b w:val="0"/>
          <w:i w:val="0"/>
          <w:smallCaps w:val="0"/>
          <w:strike w:val="0"/>
          <w:u w:val="single"/>
        </w:rPr>
        <w:t xml:space="preserve">the </w:t>
      </w:r>
      <w:r>
        <w:rPr>
          <w:b w:val="0"/>
          <w:i w:val="0"/>
          <w:smallCaps w:val="0"/>
          <w:strike w:val="0"/>
          <w:highlight w:val="cyan"/>
          <w:u w:val="single"/>
        </w:rPr>
        <w:t xml:space="preserve">Republican </w:t>
      </w:r>
      <w:r>
        <w:rPr>
          <w:b w:val="0"/>
          <w:i w:val="0"/>
          <w:smallCaps w:val="0"/>
          <w:strike w:val="0"/>
          <w:u w:val="single"/>
        </w:rPr>
        <w:t>nominee</w:t>
      </w:r>
      <w:r>
        <w:rPr>
          <w:b w:val="0"/>
          <w:i w:val="0"/>
          <w:smallCaps w:val="0"/>
          <w:strike w:val="0"/>
          <w:sz w:val="16"/>
          <w:u w:val="none"/>
        </w:rPr>
        <w:t>. He took to X this week with a social media post that listed the growing number of Trump contributors, including Musk, Andreessen Horowitz, Joe Lonsdale, a co-founder of the data mining company, Palantir, and Doug Leone, the billionaire venture capitalist and major tech investor, who have all given to Trump. "Come on in, the water's warm," Sacks wrote. An angel investor in major companies like SpaceX, Uber and Palantir, Sacks believes Trump has a much larger base of support in Silicon Valley than is readily apparent but that those who back him are afraid to admit it publicly in a place where the prevailing politics have been overwhelmingly liberal</w:t>
      </w:r>
      <w:r>
        <w:rPr>
          <w:b w:val="0"/>
          <w:i w:val="0"/>
          <w:smallCaps w:val="0"/>
          <w:strike w:val="0"/>
          <w:u w:val="single"/>
        </w:rPr>
        <w:t>. Still, he says his fellow techies are gaining the courage of their convictions and senses an inflection point. "I think what we're seeing is that each incremental endorsement makes the next one more likely,"</w:t>
      </w:r>
      <w:r>
        <w:rPr>
          <w:b w:val="0"/>
          <w:i w:val="0"/>
          <w:smallCaps w:val="0"/>
          <w:strike w:val="0"/>
          <w:sz w:val="16"/>
          <w:u w:val="none"/>
        </w:rPr>
        <w:t xml:space="preserve"> Sacks told CBS News in an email. "Now the dominoes are falling quite quickly." How significant this Silicon shift is — and how lasting it will be — is a matter of debate. Some of those who closely track campaign finance say it's a bit too early to tell. Moreover, there's no sign yet that most of the dominant tech platforms, like Meta, Google or Apple, or their leaders, are moving into the Trump camp. "This isn't about Big Tech players who have traditionally leaned Democratic switching sides," said Anna </w:t>
      </w:r>
      <w:r>
        <w:rPr>
          <w:b w:val="0"/>
          <w:i w:val="0"/>
          <w:smallCaps w:val="0"/>
          <w:strike w:val="0"/>
          <w:sz w:val="16"/>
          <w:u w:val="none"/>
        </w:rPr>
        <w:t>Massoglia</w:t>
      </w:r>
      <w:r>
        <w:rPr>
          <w:b w:val="0"/>
          <w:i w:val="0"/>
          <w:smallCaps w:val="0"/>
          <w:strike w:val="0"/>
          <w:sz w:val="16"/>
          <w:u w:val="none"/>
        </w:rPr>
        <w:t xml:space="preserve"> of OpenSecrets, a nonpartisan watchdog group that keeps tabs on political donations. "Instead, we're seeing an anti-establishment conservative faction starting to become more politically active," </w:t>
      </w:r>
      <w:r>
        <w:rPr>
          <w:b w:val="0"/>
          <w:i w:val="0"/>
          <w:smallCaps w:val="0"/>
          <w:strike w:val="0"/>
          <w:sz w:val="16"/>
          <w:u w:val="none"/>
        </w:rPr>
        <w:t>Massoglia</w:t>
      </w:r>
      <w:r>
        <w:rPr>
          <w:b w:val="0"/>
          <w:i w:val="0"/>
          <w:smallCaps w:val="0"/>
          <w:strike w:val="0"/>
          <w:sz w:val="16"/>
          <w:u w:val="none"/>
        </w:rPr>
        <w:t xml:space="preserve"> added, cautioning that there is not enough data yet to know whether this represents a sea change or just a temporary shift. </w:t>
      </w:r>
      <w:r>
        <w:rPr>
          <w:b w:val="0"/>
          <w:i w:val="0"/>
          <w:smallCaps w:val="0"/>
          <w:strike w:val="0"/>
          <w:u w:val="single"/>
        </w:rPr>
        <w:t>Either way, campaign finance experts say the amount of money moving to Trump is significant and could have a material effect in this election cycle</w:t>
      </w:r>
      <w:r>
        <w:rPr>
          <w:b w:val="0"/>
          <w:i w:val="0"/>
          <w:smallCaps w:val="0"/>
          <w:strike w:val="0"/>
          <w:sz w:val="16"/>
          <w:u w:val="none"/>
        </w:rPr>
        <w:t xml:space="preserve">. If Elon Musk follows through on his pledge $45 million per month pledge, he'd immediately catapult into the ranks of the top five or 10 donors of the past few elections, including mega-donors like George Soros, who backs Democrats, and Miriam Adelson and her late husband Sheldon, who has bankrolled Trump the tune of more than $200 million. Musk and many of his fellow tech titans who have </w:t>
      </w:r>
      <w:r>
        <w:rPr>
          <w:b w:val="0"/>
          <w:i w:val="0"/>
          <w:smallCaps w:val="0"/>
          <w:strike w:val="0"/>
          <w:sz w:val="16"/>
          <w:u w:val="none"/>
        </w:rPr>
        <w:t>opened up</w:t>
      </w:r>
      <w:r>
        <w:rPr>
          <w:b w:val="0"/>
          <w:i w:val="0"/>
          <w:smallCaps w:val="0"/>
          <w:strike w:val="0"/>
          <w:sz w:val="16"/>
          <w:u w:val="none"/>
        </w:rPr>
        <w:t xml:space="preserve"> the spigot for Trump are backing Trump for the first time. Some have supported Democrats, including Hillary Clinton, Barack Obama and Joe Biden in 2020. "What's new here is the emergence of a group of people who were not previously committed now spending hundreds of millions of dollars trying to elect Republicans and certainly trying to get Donald Trump elected," says Saurav Ghosh, director of federal campaign finance reform at the Campaign Legal Center. But why is this shift happening in the first place? There are different theories. </w:t>
      </w:r>
      <w:r>
        <w:rPr>
          <w:b w:val="0"/>
          <w:i w:val="0"/>
          <w:smallCaps w:val="0"/>
          <w:strike w:val="0"/>
          <w:u w:val="single"/>
        </w:rPr>
        <w:t xml:space="preserve">To the Trump campaign, the shift is the </w:t>
      </w:r>
      <w:r>
        <w:rPr>
          <w:b w:val="0"/>
          <w:i w:val="0"/>
          <w:smallCaps w:val="0"/>
          <w:strike w:val="0"/>
          <w:highlight w:val="cyan"/>
          <w:u w:val="single"/>
        </w:rPr>
        <w:t xml:space="preserve">result of </w:t>
      </w:r>
      <w:r>
        <w:rPr>
          <w:b w:val="0"/>
          <w:i w:val="0"/>
          <w:smallCaps w:val="0"/>
          <w:strike w:val="0"/>
          <w:u w:val="single"/>
        </w:rPr>
        <w:t xml:space="preserve">its candidate's </w:t>
      </w:r>
      <w:r>
        <w:rPr>
          <w:b w:val="0"/>
          <w:i w:val="0"/>
          <w:smallCaps w:val="0"/>
          <w:strike w:val="0"/>
          <w:highlight w:val="cyan"/>
          <w:u w:val="single"/>
        </w:rPr>
        <w:t>pro-business agenda</w:t>
      </w:r>
      <w:r>
        <w:rPr>
          <w:b w:val="0"/>
          <w:i w:val="0"/>
          <w:smallCaps w:val="0"/>
          <w:strike w:val="0"/>
          <w:u w:val="single"/>
        </w:rPr>
        <w:t xml:space="preserve">. "In the </w:t>
      </w:r>
      <w:r>
        <w:rPr>
          <w:b w:val="0"/>
          <w:i w:val="0"/>
          <w:smallCaps w:val="0"/>
          <w:strike w:val="0"/>
          <w:highlight w:val="cyan"/>
          <w:u w:val="single"/>
        </w:rPr>
        <w:t>tech sector</w:t>
      </w:r>
      <w:r>
        <w:rPr>
          <w:b w:val="0"/>
          <w:i w:val="0"/>
          <w:smallCaps w:val="0"/>
          <w:strike w:val="0"/>
          <w:u w:val="single"/>
        </w:rPr>
        <w:t xml:space="preserve"> we've </w:t>
      </w:r>
      <w:r>
        <w:rPr>
          <w:b w:val="0"/>
          <w:i w:val="0"/>
          <w:smallCaps w:val="0"/>
          <w:strike w:val="0"/>
          <w:highlight w:val="cyan"/>
          <w:u w:val="single"/>
        </w:rPr>
        <w:t>seen</w:t>
      </w:r>
      <w:r>
        <w:rPr>
          <w:b w:val="0"/>
          <w:i w:val="0"/>
          <w:smallCaps w:val="0"/>
          <w:strike w:val="0"/>
          <w:u w:val="single"/>
        </w:rPr>
        <w:t xml:space="preserve"> this surge of </w:t>
      </w:r>
      <w:r>
        <w:rPr>
          <w:b w:val="0"/>
          <w:i w:val="0"/>
          <w:smallCaps w:val="0"/>
          <w:strike w:val="0"/>
          <w:highlight w:val="cyan"/>
          <w:u w:val="single"/>
        </w:rPr>
        <w:t>support</w:t>
      </w:r>
      <w:r>
        <w:rPr>
          <w:b w:val="0"/>
          <w:i w:val="0"/>
          <w:smallCaps w:val="0"/>
          <w:strike w:val="0"/>
          <w:u w:val="single"/>
        </w:rPr>
        <w:t xml:space="preserve"> as fundamentally </w:t>
      </w:r>
      <w:r>
        <w:rPr>
          <w:b w:val="0"/>
          <w:i w:val="0"/>
          <w:smallCaps w:val="0"/>
          <w:strike w:val="0"/>
          <w:highlight w:val="cyan"/>
          <w:u w:val="single"/>
        </w:rPr>
        <w:t>driven</w:t>
      </w:r>
      <w:r>
        <w:rPr>
          <w:b w:val="0"/>
          <w:i w:val="0"/>
          <w:smallCaps w:val="0"/>
          <w:strike w:val="0"/>
          <w:u w:val="single"/>
        </w:rPr>
        <w:t xml:space="preserve"> </w:t>
      </w:r>
      <w:r>
        <w:rPr>
          <w:b w:val="0"/>
          <w:i w:val="0"/>
          <w:smallCaps w:val="0"/>
          <w:strike w:val="0"/>
          <w:highlight w:val="cyan"/>
          <w:u w:val="single"/>
        </w:rPr>
        <w:t>by</w:t>
      </w:r>
      <w:r>
        <w:rPr>
          <w:b w:val="0"/>
          <w:i w:val="0"/>
          <w:smallCaps w:val="0"/>
          <w:strike w:val="0"/>
          <w:u w:val="single"/>
        </w:rPr>
        <w:t xml:space="preserve"> President Trump's </w:t>
      </w:r>
      <w:r>
        <w:rPr>
          <w:b w:val="0"/>
          <w:i w:val="0"/>
          <w:smallCaps w:val="0"/>
          <w:strike w:val="0"/>
          <w:highlight w:val="cyan"/>
          <w:u w:val="single"/>
        </w:rPr>
        <w:t>pro-business vision</w:t>
      </w:r>
      <w:r>
        <w:rPr>
          <w:b w:val="0"/>
          <w:i w:val="0"/>
          <w:smallCaps w:val="0"/>
          <w:strike w:val="0"/>
          <w:u w:val="single"/>
        </w:rPr>
        <w:t xml:space="preserve">, </w:t>
      </w:r>
      <w:r>
        <w:rPr>
          <w:b w:val="0"/>
          <w:i w:val="0"/>
          <w:smallCaps w:val="0"/>
          <w:strike w:val="0"/>
          <w:highlight w:val="cyan"/>
          <w:u w:val="single"/>
        </w:rPr>
        <w:t>reducing</w:t>
      </w:r>
      <w:r>
        <w:rPr>
          <w:b w:val="0"/>
          <w:i w:val="0"/>
          <w:smallCaps w:val="0"/>
          <w:strike w:val="0"/>
          <w:u w:val="single"/>
        </w:rPr>
        <w:t xml:space="preserve"> </w:t>
      </w:r>
      <w:r>
        <w:rPr>
          <w:b w:val="0"/>
          <w:i w:val="0"/>
          <w:smallCaps w:val="0"/>
          <w:strike w:val="0"/>
          <w:highlight w:val="cyan"/>
          <w:u w:val="single"/>
        </w:rPr>
        <w:t>regulatory</w:t>
      </w:r>
      <w:r>
        <w:rPr>
          <w:b w:val="0"/>
          <w:i w:val="0"/>
          <w:smallCaps w:val="0"/>
          <w:strike w:val="0"/>
          <w:u w:val="single"/>
        </w:rPr>
        <w:t xml:space="preserve"> </w:t>
      </w:r>
      <w:r>
        <w:rPr>
          <w:b w:val="0"/>
          <w:i w:val="0"/>
          <w:smallCaps w:val="0"/>
          <w:strike w:val="0"/>
          <w:highlight w:val="cyan"/>
          <w:u w:val="single"/>
        </w:rPr>
        <w:t>burdens</w:t>
      </w:r>
      <w:r>
        <w:rPr>
          <w:b w:val="0"/>
          <w:i w:val="0"/>
          <w:smallCaps w:val="0"/>
          <w:strike w:val="0"/>
          <w:u w:val="single"/>
        </w:rPr>
        <w:t xml:space="preserve"> and producing an economic environment in which American innovation can thrive," said Brian Hughes, a senior adviser to the Trump campaign.</w:t>
      </w:r>
      <w:r>
        <w:rPr>
          <w:b w:val="0"/>
          <w:i w:val="0"/>
          <w:smallCaps w:val="0"/>
          <w:strike w:val="0"/>
          <w:sz w:val="16"/>
          <w:u w:val="none"/>
        </w:rPr>
        <w:t xml:space="preserve"> </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