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Big tech switches </w:t>
      </w:r>
      <w:r>
        <w:rPr>
          <w:b/>
          <w:i w:val="0"/>
          <w:smallCaps w:val="0"/>
          <w:strike w:val="0"/>
          <w:sz w:val="26"/>
          <w:u w:val="none"/>
        </w:rPr>
        <w:t>supports</w:t>
      </w:r>
      <w:r>
        <w:rPr>
          <w:b/>
          <w:i w:val="0"/>
          <w:smallCaps w:val="0"/>
          <w:strike w:val="0"/>
          <w:sz w:val="26"/>
          <w:u w:val="none"/>
        </w:rPr>
        <w:t xml:space="preserve"> to Trump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Klaidman</w:t>
      </w:r>
      <w:r>
        <w:rPr>
          <w:b/>
          <w:i w:val="0"/>
          <w:smallCaps w:val="0"/>
          <w:strike w:val="0"/>
          <w:sz w:val="26"/>
          <w:u w:val="none"/>
        </w:rPr>
        <w:t xml:space="preserve"> ‘7-19</w:t>
      </w:r>
      <w:r>
        <w:rPr>
          <w:b w:val="0"/>
          <w:i w:val="0"/>
          <w:smallCaps w:val="0"/>
          <w:strike w:val="0"/>
          <w:u w:val="none"/>
        </w:rPr>
        <w:t xml:space="preserve"> [Daniel; July 19; Investigative Reporter for CBS News; CBS News; “</w:t>
      </w:r>
      <w:r>
        <w:rPr>
          <w:b w:val="0"/>
          <w:i w:val="0"/>
          <w:smallCaps w:val="0"/>
          <w:strike w:val="0"/>
          <w:u w:val="none"/>
        </w:rPr>
        <w:t>Silicon shift? Major tech titans throw financial, political support to Trump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 w:val="0"/>
          <w:smallCaps w:val="0"/>
          <w:strike w:val="0"/>
          <w:color w:val="000000"/>
          <w:u w:val="none"/>
        </w:rPr>
        <w:t>]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          </w:t>
      </w:r>
      <w:r>
        <w:rPr>
          <w:b/>
          <w:i w:val="0"/>
          <w:smallCaps w:val="0"/>
          <w:strike w:val="0"/>
          <w:color w:val="000000"/>
          <w:u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spacing w:after="60"/>
      </w:pPr>
      <w:r>
        <w:rPr>
          <w:b w:val="0"/>
          <w:i/>
          <w:smallCaps w:val="0"/>
          <w:strike w:val="0"/>
          <w:sz w:val="16"/>
          <w:u w:val="none"/>
        </w:rPr>
        <w:t>Milwaukee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— Amid the pomp and partying at the Republican National Convention, one development is adding to the air of triumphalism in Milwaukee</w:t>
      </w:r>
      <w:r>
        <w:rPr>
          <w:b w:val="0"/>
          <w:i w:val="0"/>
          <w:smallCaps w:val="0"/>
          <w:strike w:val="0"/>
          <w:sz w:val="16"/>
          <w:u w:val="single"/>
        </w:rPr>
        <w:t>:</w:t>
      </w:r>
      <w:r>
        <w:rPr>
          <w:b w:val="0"/>
          <w:i w:val="0"/>
          <w:smallCaps w:val="0"/>
          <w:strike w:val="0"/>
          <w:u w:val="single"/>
        </w:rPr>
        <w:t xml:space="preserve"> A slew of </w:t>
      </w:r>
      <w:r>
        <w:rPr>
          <w:b w:val="0"/>
          <w:i w:val="0"/>
          <w:smallCaps w:val="0"/>
          <w:strike w:val="0"/>
          <w:highlight w:val="cyan"/>
          <w:u w:val="single"/>
        </w:rPr>
        <w:t>major tech players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have</w:t>
      </w:r>
      <w:r>
        <w:rPr>
          <w:b w:val="0"/>
          <w:i w:val="0"/>
          <w:smallCaps w:val="0"/>
          <w:strike w:val="0"/>
          <w:u w:val="single"/>
        </w:rPr>
        <w:t xml:space="preserve"> turned their political and financial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support</w:t>
      </w:r>
      <w:r>
        <w:rPr>
          <w:b w:val="0"/>
          <w:i w:val="0"/>
          <w:smallCaps w:val="0"/>
          <w:strike w:val="0"/>
          <w:u w:val="single"/>
        </w:rPr>
        <w:t xml:space="preserve"> to former President Donald </w:t>
      </w:r>
      <w:r>
        <w:rPr>
          <w:b w:val="0"/>
          <w:i w:val="0"/>
          <w:smallCaps w:val="0"/>
          <w:strike w:val="0"/>
          <w:highlight w:val="cyan"/>
          <w:u w:val="single"/>
        </w:rPr>
        <w:t>Trump</w:t>
      </w:r>
      <w:r>
        <w:rPr>
          <w:b w:val="0"/>
          <w:i w:val="0"/>
          <w:smallCaps w:val="0"/>
          <w:strike w:val="0"/>
          <w:u w:val="single"/>
        </w:rPr>
        <w:t xml:space="preserve"> and the Republican Party, </w:t>
      </w:r>
      <w:r>
        <w:rPr>
          <w:b w:val="0"/>
          <w:i w:val="0"/>
          <w:smallCaps w:val="0"/>
          <w:strike w:val="0"/>
          <w:highlight w:val="cyan"/>
          <w:u w:val="single"/>
        </w:rPr>
        <w:t>signaling</w:t>
      </w:r>
      <w:r>
        <w:rPr>
          <w:b w:val="0"/>
          <w:i w:val="0"/>
          <w:smallCaps w:val="0"/>
          <w:strike w:val="0"/>
          <w:u w:val="single"/>
        </w:rPr>
        <w:t xml:space="preserve"> a possible </w:t>
      </w:r>
      <w:r>
        <w:rPr>
          <w:b w:val="0"/>
          <w:i w:val="0"/>
          <w:smallCaps w:val="0"/>
          <w:strike w:val="0"/>
          <w:highlight w:val="cyan"/>
          <w:u w:val="single"/>
        </w:rPr>
        <w:t>realignment</w:t>
      </w:r>
      <w:r>
        <w:rPr>
          <w:b w:val="0"/>
          <w:i w:val="0"/>
          <w:smallCaps w:val="0"/>
          <w:strike w:val="0"/>
          <w:u w:val="single"/>
        </w:rPr>
        <w:t xml:space="preserve"> in support </w:t>
      </w:r>
      <w:r>
        <w:rPr>
          <w:b w:val="0"/>
          <w:i w:val="0"/>
          <w:smallCaps w:val="0"/>
          <w:strike w:val="0"/>
          <w:highlight w:val="cyan"/>
          <w:u w:val="single"/>
        </w:rPr>
        <w:t>from</w:t>
      </w:r>
      <w:r>
        <w:rPr>
          <w:b w:val="0"/>
          <w:i w:val="0"/>
          <w:smallCaps w:val="0"/>
          <w:strike w:val="0"/>
          <w:u w:val="single"/>
        </w:rPr>
        <w:t xml:space="preserve"> traditionally liberal </w:t>
      </w:r>
      <w:r>
        <w:rPr>
          <w:b w:val="0"/>
          <w:i w:val="0"/>
          <w:smallCaps w:val="0"/>
          <w:strike w:val="0"/>
          <w:highlight w:val="cyan"/>
          <w:u w:val="single"/>
        </w:rPr>
        <w:t>Silicon Valley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began with reports at the beginning of the week that Elon Musk had pledged $45 million a month for at least the next three months to Trump's election effort. This was reinforced by the selection of Ohio Sen. JD Vance, a former venture capitalist who has nurtured close relationships with right-leaning or libertarian tech leaders in Silicon Valley, as Trump's running mate. By Tuesday, </w:t>
      </w:r>
      <w:r>
        <w:rPr>
          <w:b w:val="0"/>
          <w:i w:val="0"/>
          <w:smallCaps w:val="0"/>
          <w:strike w:val="0"/>
          <w:u w:val="single"/>
        </w:rPr>
        <w:t xml:space="preserve">Marc Andreessen and Ben Horowitz, co-founders of a high-flying venture capital firm, had </w:t>
      </w:r>
      <w:r>
        <w:rPr>
          <w:b w:val="0"/>
          <w:i w:val="0"/>
          <w:smallCaps w:val="0"/>
          <w:strike w:val="0"/>
          <w:highlight w:val="cyan"/>
          <w:u w:val="single"/>
        </w:rPr>
        <w:t>endorsed Trump</w:t>
      </w:r>
      <w:r>
        <w:rPr>
          <w:b w:val="0"/>
          <w:i w:val="0"/>
          <w:smallCaps w:val="0"/>
          <w:strike w:val="0"/>
          <w:u w:val="single"/>
        </w:rPr>
        <w:t xml:space="preserve"> on their podcast </w:t>
      </w:r>
      <w:r>
        <w:rPr>
          <w:b w:val="0"/>
          <w:i w:val="0"/>
          <w:smallCaps w:val="0"/>
          <w:strike w:val="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u w:val="single"/>
        </w:rPr>
        <w:t xml:space="preserve"> said they would </w:t>
      </w:r>
      <w:r>
        <w:rPr>
          <w:b w:val="0"/>
          <w:i w:val="0"/>
          <w:smallCaps w:val="0"/>
          <w:strike w:val="0"/>
          <w:highlight w:val="cyan"/>
          <w:u w:val="single"/>
        </w:rPr>
        <w:t>kick in financially</w:t>
      </w:r>
      <w:r>
        <w:rPr>
          <w:b w:val="0"/>
          <w:i w:val="0"/>
          <w:smallCaps w:val="0"/>
          <w:strike w:val="0"/>
          <w:u w:val="single"/>
        </w:rPr>
        <w:t xml:space="preserve"> to support the former president.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It's an adage in American politics that "money follows money," so many expect the influx of contributions from Musk and the other tech moguls to generate a lot more cash for Republicans in the coming weeks. Those at the vanguard of this trend are taking full advantage of the momentum.  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Venture capitalist David Sacks,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a </w:t>
      </w:r>
      <w:r>
        <w:rPr>
          <w:b w:val="0"/>
          <w:i w:val="0"/>
          <w:smallCaps w:val="0"/>
          <w:strike w:val="0"/>
          <w:highlight w:val="cyan"/>
          <w:u w:val="single"/>
        </w:rPr>
        <w:t>past supporter of Democrat</w:t>
      </w:r>
      <w:r>
        <w:rPr>
          <w:b w:val="0"/>
          <w:i w:val="0"/>
          <w:smallCaps w:val="0"/>
          <w:strike w:val="0"/>
          <w:u w:val="single"/>
        </w:rPr>
        <w:t xml:space="preserve"> Hillary Clinton and relatively early adopter of the Trump tech money machine, is </w:t>
      </w:r>
      <w:r>
        <w:rPr>
          <w:b w:val="0"/>
          <w:i w:val="0"/>
          <w:smallCaps w:val="0"/>
          <w:strike w:val="0"/>
          <w:highlight w:val="cyan"/>
          <w:u w:val="single"/>
        </w:rPr>
        <w:t>urging</w:t>
      </w:r>
      <w:r>
        <w:rPr>
          <w:b w:val="0"/>
          <w:i w:val="0"/>
          <w:smallCaps w:val="0"/>
          <w:strike w:val="0"/>
          <w:u w:val="single"/>
        </w:rPr>
        <w:t xml:space="preserve"> his comrades </w:t>
      </w:r>
      <w:r>
        <w:rPr>
          <w:b w:val="0"/>
          <w:i w:val="0"/>
          <w:smallCaps w:val="0"/>
          <w:strike w:val="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u w:val="single"/>
        </w:rPr>
        <w:t xml:space="preserve"> get off the sidelines and </w:t>
      </w:r>
      <w:r>
        <w:rPr>
          <w:b w:val="0"/>
          <w:i w:val="0"/>
          <w:smallCaps w:val="0"/>
          <w:strike w:val="0"/>
          <w:highlight w:val="cyan"/>
          <w:u w:val="single"/>
        </w:rPr>
        <w:t>give to the Republican nominee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He took to X this week with a social media post that listed the growing number of Trump contributors, including Musk, Andreessen Horowitz, Joe Lonsdale, a co-founder of the data mining company, Palantir, and Doug Leone, the billionaire venture capitalist and major tech investor, who have all given to Trump.  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