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Even a Biden </w:t>
      </w:r>
      <w:r>
        <w:rPr>
          <w:b/>
          <w:i w:val="0"/>
          <w:smallCaps w:val="0"/>
          <w:strike w:val="0"/>
          <w:sz w:val="26"/>
          <w:u w:val="single"/>
        </w:rPr>
        <w:t>recovery</w:t>
      </w:r>
      <w:r>
        <w:rPr>
          <w:b/>
          <w:i w:val="0"/>
          <w:smallCaps w:val="0"/>
          <w:strike w:val="0"/>
          <w:sz w:val="26"/>
          <w:u w:val="none"/>
        </w:rPr>
        <w:t xml:space="preserve"> loses Dems the house – drags down key races</w:t>
      </w:r>
    </w:p>
    <w:p>
      <w:pPr>
        <w:spacing w:after="80"/>
      </w:pPr>
      <w:r>
        <w:rPr>
          <w:b/>
          <w:i w:val="0"/>
          <w:smallCaps w:val="0"/>
          <w:strike w:val="0"/>
          <w:sz w:val="26"/>
          <w:u w:val="none"/>
        </w:rPr>
        <w:t>Coleman</w:t>
      </w:r>
      <w:r>
        <w:rPr>
          <w:b/>
          <w:i w:val="0"/>
          <w:smallCaps w:val="0"/>
          <w:strike w:val="0"/>
          <w:sz w:val="26"/>
          <w:u w:val="none"/>
        </w:rPr>
        <w:t xml:space="preserve"> </w:t>
      </w:r>
      <w:r>
        <w:rPr>
          <w:b/>
          <w:i w:val="0"/>
          <w:smallCaps w:val="0"/>
          <w:strike w:val="0"/>
          <w:sz w:val="26"/>
          <w:u w:val="none"/>
        </w:rPr>
        <w:t>24</w:t>
      </w:r>
    </w:p>
    <w:p>
      <w:pPr>
        <w:spacing w:after="60"/>
      </w:pPr>
      <w:r>
        <w:rPr>
          <w:b w:val="0"/>
          <w:i w:val="0"/>
          <w:smallCaps w:val="0"/>
          <w:strike w:val="0"/>
          <w:sz w:val="16"/>
          <w:u w:val="none"/>
        </w:rPr>
        <w:t>[(J. Miles, associate editor of Sabato’s Crystal Ball, the University of Virginia Center for Politics’ authoritative, nonpartisan newsletter on American campaigns and elections.) “</w:t>
      </w:r>
      <w:r>
        <w:rPr>
          <w:b w:val="0"/>
          <w:i w:val="0"/>
          <w:smallCaps w:val="0"/>
          <w:strike w:val="0"/>
          <w:sz w:val="16"/>
          <w:u w:val="none"/>
        </w:rPr>
        <w:t>How</w:t>
      </w:r>
      <w:r>
        <w:rPr>
          <w:b w:val="0"/>
          <w:i w:val="0"/>
          <w:smallCaps w:val="0"/>
          <w:strike w:val="0"/>
          <w:sz w:val="16"/>
          <w:u w:val="none"/>
        </w:rPr>
        <w:t xml:space="preserve"> Current Presidential Polling May Impact House Races”, Center For Politics, July 11th 2024, https://centerforpolitics.org/crystalball/how-current-presidential-polling-may-impact-house-races/]//LR</w:t>
      </w:r>
    </w:p>
    <w:p>
      <w:pPr>
        <w:spacing w:after="60"/>
      </w:pPr>
      <w:r>
        <w:rPr>
          <w:b w:val="0"/>
          <w:i w:val="0"/>
          <w:smallCaps w:val="0"/>
          <w:strike w:val="0"/>
          <w:sz w:val="16"/>
          <w:u w:val="none"/>
        </w:rPr>
        <w:t xml:space="preserve">For context, though </w:t>
      </w:r>
      <w:r>
        <w:rPr>
          <w:b w:val="0"/>
          <w:i w:val="0"/>
          <w:smallCaps w:val="0"/>
          <w:strike w:val="0"/>
          <w:sz w:val="22"/>
          <w:highlight w:val="cyan"/>
          <w:u w:val="single"/>
        </w:rPr>
        <w:t>Republicans</w:t>
      </w:r>
      <w:r>
        <w:rPr>
          <w:b w:val="0"/>
          <w:i w:val="0"/>
          <w:smallCaps w:val="0"/>
          <w:strike w:val="0"/>
          <w:sz w:val="22"/>
          <w:u w:val="single"/>
        </w:rPr>
        <w:t xml:space="preserve"> currently </w:t>
      </w:r>
      <w:r>
        <w:rPr>
          <w:b w:val="0"/>
          <w:i w:val="0"/>
          <w:smallCaps w:val="0"/>
          <w:strike w:val="0"/>
          <w:sz w:val="22"/>
          <w:highlight w:val="cyan"/>
          <w:u w:val="single"/>
        </w:rPr>
        <w:t>hold</w:t>
      </w:r>
      <w:r>
        <w:rPr>
          <w:b w:val="0"/>
          <w:i w:val="0"/>
          <w:smallCaps w:val="0"/>
          <w:strike w:val="0"/>
          <w:sz w:val="22"/>
          <w:u w:val="single"/>
        </w:rPr>
        <w:t xml:space="preserve"> a</w:t>
      </w:r>
      <w:r>
        <w:rPr>
          <w:b/>
          <w:i w:val="0"/>
          <w:smallCaps w:val="0"/>
          <w:strike w:val="0"/>
          <w:sz w:val="22"/>
          <w:u w:val="single"/>
        </w:rPr>
        <w:t xml:space="preserve"> </w:t>
      </w:r>
      <w:r>
        <w:rPr>
          <w:b/>
          <w:i w:val="0"/>
          <w:smallCaps w:val="0"/>
          <w:strike w:val="0"/>
          <w:sz w:val="22"/>
          <w:highlight w:val="cyan"/>
          <w:u w:val="single"/>
        </w:rPr>
        <w:t>narrow majority</w:t>
      </w:r>
      <w:r>
        <w:rPr>
          <w:b w:val="0"/>
          <w:i w:val="0"/>
          <w:smallCaps w:val="0"/>
          <w:strike w:val="0"/>
          <w:sz w:val="22"/>
          <w:u w:val="single"/>
        </w:rPr>
        <w:t xml:space="preserve"> in the House</w:t>
      </w:r>
      <w:r>
        <w:rPr>
          <w:b w:val="0"/>
          <w:i w:val="0"/>
          <w:smallCaps w:val="0"/>
          <w:strike w:val="0"/>
          <w:sz w:val="16"/>
          <w:u w:val="none"/>
        </w:rPr>
        <w:t xml:space="preserve">, 224 districts on the 2024 map would have backed Biden in 2020, while Trump would have claimed 211. Using the 2020 results as a baseline for a uniform swing, Table 1 considers two scenarios. The </w:t>
      </w:r>
      <w:r>
        <w:rPr>
          <w:b/>
          <w:i w:val="0"/>
          <w:smallCaps w:val="0"/>
          <w:strike w:val="0"/>
          <w:sz w:val="22"/>
          <w:u w:val="single"/>
        </w:rPr>
        <w:t>first scenario</w:t>
      </w:r>
      <w:r>
        <w:rPr>
          <w:b w:val="0"/>
          <w:i w:val="0"/>
          <w:smallCaps w:val="0"/>
          <w:strike w:val="0"/>
          <w:sz w:val="22"/>
          <w:u w:val="single"/>
        </w:rPr>
        <w:t xml:space="preserve"> features a </w:t>
      </w:r>
      <w:r>
        <w:rPr>
          <w:b w:val="0"/>
          <w:i w:val="0"/>
          <w:smallCaps w:val="0"/>
          <w:strike w:val="0"/>
          <w:sz w:val="22"/>
          <w:highlight w:val="cyan"/>
          <w:u w:val="single"/>
        </w:rPr>
        <w:t>tied national popular vote</w:t>
      </w:r>
      <w:r>
        <w:rPr>
          <w:b w:val="0"/>
          <w:i w:val="0"/>
          <w:smallCaps w:val="0"/>
          <w:strike w:val="0"/>
          <w:sz w:val="16"/>
          <w:u w:val="none"/>
        </w:rPr>
        <w:t xml:space="preserve">. Before the debate, Biden was running about even with Trump in </w:t>
      </w:r>
      <w:r>
        <w:rPr>
          <w:b w:val="0"/>
          <w:i w:val="0"/>
          <w:smallCaps w:val="0"/>
          <w:strike w:val="0"/>
          <w:sz w:val="16"/>
          <w:u w:val="none"/>
        </w:rPr>
        <w:t>FiveThirtyEight’s</w:t>
      </w:r>
      <w:r>
        <w:rPr>
          <w:b w:val="0"/>
          <w:i w:val="0"/>
          <w:smallCaps w:val="0"/>
          <w:strike w:val="0"/>
          <w:sz w:val="16"/>
          <w:u w:val="none"/>
        </w:rPr>
        <w:t xml:space="preserve"> national poll aggregator. This is the </w:t>
      </w:r>
      <w:r>
        <w:rPr>
          <w:b/>
          <w:i w:val="0"/>
          <w:smallCaps w:val="0"/>
          <w:strike w:val="0"/>
          <w:sz w:val="22"/>
          <w:highlight w:val="cyan"/>
          <w:u w:val="single"/>
        </w:rPr>
        <w:t>rosier</w:t>
      </w:r>
      <w:r>
        <w:rPr>
          <w:b w:val="0"/>
          <w:i w:val="0"/>
          <w:smallCaps w:val="0"/>
          <w:strike w:val="0"/>
          <w:sz w:val="22"/>
          <w:u w:val="single"/>
        </w:rPr>
        <w:t xml:space="preserve"> of the two scenarios </w:t>
      </w:r>
      <w:r>
        <w:rPr>
          <w:b w:val="0"/>
          <w:i w:val="0"/>
          <w:smallCaps w:val="0"/>
          <w:strike w:val="0"/>
          <w:sz w:val="22"/>
          <w:highlight w:val="cyan"/>
          <w:u w:val="single"/>
        </w:rPr>
        <w:t>for Biden</w:t>
      </w:r>
      <w:r>
        <w:rPr>
          <w:b w:val="0"/>
          <w:i w:val="0"/>
          <w:smallCaps w:val="0"/>
          <w:strike w:val="0"/>
          <w:sz w:val="22"/>
          <w:u w:val="single"/>
        </w:rPr>
        <w:t xml:space="preserve">, as it </w:t>
      </w:r>
      <w:r>
        <w:rPr>
          <w:b w:val="0"/>
          <w:i w:val="0"/>
          <w:smallCaps w:val="0"/>
          <w:strike w:val="0"/>
          <w:sz w:val="22"/>
          <w:highlight w:val="cyan"/>
          <w:u w:val="single"/>
        </w:rPr>
        <w:t xml:space="preserve">assumes he can </w:t>
      </w:r>
      <w:r>
        <w:rPr>
          <w:b/>
          <w:i w:val="0"/>
          <w:smallCaps w:val="0"/>
          <w:strike w:val="0"/>
          <w:sz w:val="22"/>
          <w:highlight w:val="cyan"/>
          <w:u w:val="single"/>
        </w:rPr>
        <w:t>recover</w:t>
      </w:r>
      <w:r>
        <w:rPr>
          <w:b/>
          <w:i w:val="0"/>
          <w:smallCaps w:val="0"/>
          <w:strike w:val="0"/>
          <w:sz w:val="22"/>
          <w:u w:val="single"/>
        </w:rPr>
        <w:t xml:space="preserve"> the ground</w:t>
      </w:r>
      <w:r>
        <w:rPr>
          <w:b w:val="0"/>
          <w:i w:val="0"/>
          <w:smallCaps w:val="0"/>
          <w:strike w:val="0"/>
          <w:sz w:val="22"/>
          <w:u w:val="single"/>
        </w:rPr>
        <w:t xml:space="preserve"> he’s lost</w:t>
      </w:r>
      <w:r>
        <w:rPr>
          <w:b w:val="0"/>
          <w:i w:val="0"/>
          <w:smallCaps w:val="0"/>
          <w:strike w:val="0"/>
          <w:sz w:val="16"/>
          <w:u w:val="none"/>
        </w:rPr>
        <w:t xml:space="preserve"> since the debate. For this, </w:t>
      </w:r>
      <w:r>
        <w:rPr>
          <w:b w:val="0"/>
          <w:i w:val="0"/>
          <w:smallCaps w:val="0"/>
          <w:strike w:val="0"/>
          <w:sz w:val="22"/>
          <w:highlight w:val="cyan"/>
          <w:u w:val="single"/>
        </w:rPr>
        <w:t>each district</w:t>
      </w:r>
      <w:r>
        <w:rPr>
          <w:b w:val="0"/>
          <w:i w:val="0"/>
          <w:smallCaps w:val="0"/>
          <w:strike w:val="0"/>
          <w:sz w:val="22"/>
          <w:u w:val="single"/>
        </w:rPr>
        <w:t xml:space="preserve"> swings about </w:t>
      </w:r>
      <w:r>
        <w:rPr>
          <w:b w:val="0"/>
          <w:i w:val="0"/>
          <w:smallCaps w:val="0"/>
          <w:strike w:val="0"/>
          <w:sz w:val="22"/>
          <w:highlight w:val="cyan"/>
          <w:u w:val="single"/>
        </w:rPr>
        <w:t>4.6</w:t>
      </w:r>
      <w:r>
        <w:rPr>
          <w:b w:val="0"/>
          <w:i w:val="0"/>
          <w:smallCaps w:val="0"/>
          <w:strike w:val="0"/>
          <w:sz w:val="22"/>
          <w:u w:val="single"/>
        </w:rPr>
        <w:t xml:space="preserve"> percentage </w:t>
      </w:r>
      <w:r>
        <w:rPr>
          <w:b w:val="0"/>
          <w:i w:val="0"/>
          <w:smallCaps w:val="0"/>
          <w:strike w:val="0"/>
          <w:sz w:val="22"/>
          <w:highlight w:val="cyan"/>
          <w:u w:val="single"/>
        </w:rPr>
        <w:t>points to Trump</w:t>
      </w:r>
      <w:r>
        <w:rPr>
          <w:b w:val="0"/>
          <w:i w:val="0"/>
          <w:smallCaps w:val="0"/>
          <w:strike w:val="0"/>
          <w:sz w:val="16"/>
          <w:u w:val="none"/>
        </w:rPr>
        <w:t xml:space="preserve"> (a number commensurate with Biden’s actual 2020 two-party popular vote margin). With a </w:t>
      </w:r>
      <w:r>
        <w:rPr>
          <w:b w:val="0"/>
          <w:i w:val="0"/>
          <w:smallCaps w:val="0"/>
          <w:strike w:val="0"/>
          <w:sz w:val="22"/>
          <w:u w:val="single"/>
        </w:rPr>
        <w:t xml:space="preserve">tied popular vote, we could expect </w:t>
      </w:r>
      <w:r>
        <w:rPr>
          <w:b w:val="0"/>
          <w:i w:val="0"/>
          <w:smallCaps w:val="0"/>
          <w:strike w:val="0"/>
          <w:sz w:val="22"/>
          <w:highlight w:val="cyan"/>
          <w:u w:val="single"/>
        </w:rPr>
        <w:t>10 Biden</w:t>
      </w:r>
      <w:r>
        <w:rPr>
          <w:b w:val="0"/>
          <w:i w:val="0"/>
          <w:smallCaps w:val="0"/>
          <w:strike w:val="0"/>
          <w:sz w:val="22"/>
          <w:u w:val="single"/>
        </w:rPr>
        <w:t xml:space="preserve"> 2020 </w:t>
      </w:r>
      <w:r>
        <w:rPr>
          <w:b w:val="0"/>
          <w:i w:val="0"/>
          <w:smallCaps w:val="0"/>
          <w:strike w:val="0"/>
          <w:sz w:val="22"/>
          <w:highlight w:val="cyan"/>
          <w:u w:val="single"/>
        </w:rPr>
        <w:t>seats</w:t>
      </w:r>
      <w:r>
        <w:rPr>
          <w:b w:val="0"/>
          <w:i w:val="0"/>
          <w:smallCaps w:val="0"/>
          <w:strike w:val="0"/>
          <w:sz w:val="22"/>
          <w:u w:val="single"/>
        </w:rPr>
        <w:t xml:space="preserve"> to </w:t>
      </w:r>
      <w:r>
        <w:rPr>
          <w:b w:val="0"/>
          <w:i w:val="0"/>
          <w:smallCaps w:val="0"/>
          <w:strike w:val="0"/>
          <w:sz w:val="22"/>
          <w:highlight w:val="cyan"/>
          <w:u w:val="single"/>
        </w:rPr>
        <w:t>flip</w:t>
      </w:r>
      <w:r>
        <w:rPr>
          <w:b w:val="0"/>
          <w:i w:val="0"/>
          <w:smallCaps w:val="0"/>
          <w:strike w:val="0"/>
          <w:sz w:val="22"/>
          <w:u w:val="single"/>
        </w:rPr>
        <w:t xml:space="preserve"> to Trump, with </w:t>
      </w:r>
      <w:r>
        <w:rPr>
          <w:b w:val="0"/>
          <w:i w:val="0"/>
          <w:smallCaps w:val="0"/>
          <w:strike w:val="0"/>
          <w:sz w:val="22"/>
          <w:highlight w:val="cyan"/>
          <w:u w:val="single"/>
        </w:rPr>
        <w:t>four more</w:t>
      </w:r>
      <w:r>
        <w:rPr>
          <w:b w:val="0"/>
          <w:i w:val="0"/>
          <w:smallCaps w:val="0"/>
          <w:strike w:val="0"/>
          <w:sz w:val="22"/>
          <w:u w:val="single"/>
        </w:rPr>
        <w:t xml:space="preserve"> districts being </w:t>
      </w:r>
      <w:r>
        <w:rPr>
          <w:b w:val="0"/>
          <w:i w:val="0"/>
          <w:smallCaps w:val="0"/>
          <w:strike w:val="0"/>
          <w:sz w:val="22"/>
          <w:highlight w:val="cyan"/>
          <w:u w:val="single"/>
        </w:rPr>
        <w:t xml:space="preserve">within </w:t>
      </w:r>
      <w:r>
        <w:rPr>
          <w:b w:val="0"/>
          <w:i w:val="0"/>
          <w:smallCaps w:val="0"/>
          <w:strike w:val="0"/>
          <w:sz w:val="22"/>
          <w:u w:val="single"/>
        </w:rPr>
        <w:t xml:space="preserve">a </w:t>
      </w:r>
      <w:r>
        <w:rPr>
          <w:b/>
          <w:i w:val="0"/>
          <w:smallCaps w:val="0"/>
          <w:strike w:val="0"/>
          <w:sz w:val="22"/>
          <w:u w:val="single"/>
        </w:rPr>
        <w:t xml:space="preserve">few </w:t>
      </w:r>
      <w:r>
        <w:rPr>
          <w:b/>
          <w:i w:val="0"/>
          <w:smallCaps w:val="0"/>
          <w:strike w:val="0"/>
          <w:sz w:val="22"/>
          <w:highlight w:val="cyan"/>
          <w:u w:val="single"/>
        </w:rPr>
        <w:t>tenths of a point</w:t>
      </w:r>
      <w:r>
        <w:rPr>
          <w:b w:val="0"/>
          <w:i w:val="0"/>
          <w:smallCaps w:val="0"/>
          <w:strike w:val="0"/>
          <w:sz w:val="22"/>
          <w:u w:val="single"/>
        </w:rPr>
        <w:t xml:space="preserve"> of doing so.</w:t>
      </w:r>
      <w:r>
        <w:rPr>
          <w:b w:val="0"/>
          <w:i w:val="0"/>
          <w:smallCaps w:val="0"/>
          <w:strike w:val="0"/>
          <w:sz w:val="16"/>
          <w:u w:val="none"/>
        </w:rPr>
        <w:t xml:space="preserve"> Of course</w:t>
      </w:r>
      <w:r>
        <w:rPr>
          <w:b w:val="0"/>
          <w:i w:val="0"/>
          <w:smallCaps w:val="0"/>
          <w:strike w:val="0"/>
          <w:sz w:val="16"/>
          <w:u w:val="none"/>
        </w:rPr>
        <w:t>, in reality, things</w:t>
      </w:r>
      <w:r>
        <w:rPr>
          <w:b w:val="0"/>
          <w:i w:val="0"/>
          <w:smallCaps w:val="0"/>
          <w:strike w:val="0"/>
          <w:sz w:val="16"/>
          <w:u w:val="none"/>
        </w:rPr>
        <w:t xml:space="preserve"> likely wouldn’t be as tidy, as some districts would shift more than the national swing while some would see less pronounced, or even leftward, shifts. Considering their marginal nature, it isn’t too surprising that, in terms of their current representation, these </w:t>
      </w:r>
      <w:r>
        <w:rPr>
          <w:b w:val="0"/>
          <w:i w:val="0"/>
          <w:smallCaps w:val="0"/>
          <w:strike w:val="0"/>
          <w:sz w:val="22"/>
          <w:u w:val="single"/>
        </w:rPr>
        <w:t xml:space="preserve">10 hypothetical </w:t>
      </w:r>
      <w:r>
        <w:rPr>
          <w:b w:val="0"/>
          <w:i w:val="0"/>
          <w:smallCaps w:val="0"/>
          <w:strike w:val="0"/>
          <w:sz w:val="22"/>
          <w:highlight w:val="cyan"/>
          <w:u w:val="single"/>
        </w:rPr>
        <w:t>Biden-to-Trump seats</w:t>
      </w:r>
      <w:r>
        <w:rPr>
          <w:b w:val="0"/>
          <w:i w:val="0"/>
          <w:smallCaps w:val="0"/>
          <w:strike w:val="0"/>
          <w:sz w:val="22"/>
          <w:u w:val="single"/>
        </w:rPr>
        <w:t xml:space="preserve"> are currently </w:t>
      </w:r>
      <w:r>
        <w:rPr>
          <w:b/>
          <w:i w:val="0"/>
          <w:smallCaps w:val="0"/>
          <w:strike w:val="0"/>
          <w:sz w:val="22"/>
          <w:highlight w:val="cyan"/>
          <w:u w:val="single"/>
        </w:rPr>
        <w:t>evenly divided</w:t>
      </w:r>
      <w:r>
        <w:rPr>
          <w:b w:val="0"/>
          <w:i w:val="0"/>
          <w:smallCaps w:val="0"/>
          <w:strike w:val="0"/>
          <w:sz w:val="22"/>
          <w:u w:val="single"/>
        </w:rPr>
        <w:t xml:space="preserve"> between the parties.</w:t>
      </w:r>
      <w:r>
        <w:rPr>
          <w:b w:val="0"/>
          <w:i w:val="0"/>
          <w:smallCaps w:val="0"/>
          <w:strike w:val="0"/>
          <w:sz w:val="16"/>
          <w:u w:val="none"/>
        </w:rPr>
        <w:t xml:space="preserve"> </w:t>
      </w:r>
      <w:r>
        <w:rPr>
          <w:b w:val="0"/>
          <w:i w:val="0"/>
          <w:smallCaps w:val="0"/>
          <w:strike w:val="0"/>
          <w:sz w:val="16"/>
          <w:u w:val="none"/>
        </w:rPr>
        <w:t>With the exception of</w:t>
      </w:r>
      <w:r>
        <w:rPr>
          <w:b w:val="0"/>
          <w:i w:val="0"/>
          <w:smallCaps w:val="0"/>
          <w:strike w:val="0"/>
          <w:sz w:val="16"/>
          <w:u w:val="none"/>
        </w:rPr>
        <w:t xml:space="preserve"> CA-40, where Rep. Young Kim (R) holds a seat that is typically redder than what its presidential topline may suggest, </w:t>
      </w:r>
      <w:r>
        <w:rPr>
          <w:b w:val="0"/>
          <w:i w:val="0"/>
          <w:smallCaps w:val="0"/>
          <w:strike w:val="0"/>
          <w:sz w:val="22"/>
          <w:u w:val="single"/>
        </w:rPr>
        <w:t xml:space="preserve">all the </w:t>
      </w:r>
      <w:r>
        <w:rPr>
          <w:b/>
          <w:i w:val="0"/>
          <w:smallCaps w:val="0"/>
          <w:strike w:val="0"/>
          <w:sz w:val="22"/>
          <w:highlight w:val="cyan"/>
          <w:u w:val="single"/>
        </w:rPr>
        <w:t>GOP-held seats</w:t>
      </w:r>
      <w:r>
        <w:rPr>
          <w:b w:val="0"/>
          <w:i w:val="0"/>
          <w:smallCaps w:val="0"/>
          <w:strike w:val="0"/>
          <w:sz w:val="22"/>
          <w:highlight w:val="cyan"/>
          <w:u w:val="single"/>
        </w:rPr>
        <w:t xml:space="preserve"> that flip</w:t>
      </w:r>
      <w:r>
        <w:rPr>
          <w:b w:val="0"/>
          <w:i w:val="0"/>
          <w:smallCaps w:val="0"/>
          <w:strike w:val="0"/>
          <w:sz w:val="22"/>
          <w:u w:val="single"/>
        </w:rPr>
        <w:t xml:space="preserve"> in this scenario are hosting </w:t>
      </w:r>
      <w:r>
        <w:rPr>
          <w:b w:val="0"/>
          <w:i w:val="0"/>
          <w:smallCaps w:val="0"/>
          <w:strike w:val="0"/>
          <w:sz w:val="22"/>
          <w:highlight w:val="cyan"/>
          <w:u w:val="single"/>
        </w:rPr>
        <w:t>races</w:t>
      </w:r>
      <w:r>
        <w:rPr>
          <w:b w:val="0"/>
          <w:i w:val="0"/>
          <w:smallCaps w:val="0"/>
          <w:strike w:val="0"/>
          <w:sz w:val="22"/>
          <w:u w:val="single"/>
        </w:rPr>
        <w:t xml:space="preserve"> that the </w:t>
      </w:r>
      <w:r>
        <w:rPr>
          <w:b w:val="0"/>
          <w:i w:val="0"/>
          <w:smallCaps w:val="0"/>
          <w:strike w:val="0"/>
          <w:sz w:val="22"/>
          <w:u w:val="single"/>
        </w:rPr>
        <w:t>Crystal Ball</w:t>
      </w:r>
      <w:r>
        <w:rPr>
          <w:b w:val="0"/>
          <w:i w:val="0"/>
          <w:smallCaps w:val="0"/>
          <w:strike w:val="0"/>
          <w:sz w:val="22"/>
          <w:u w:val="single"/>
        </w:rPr>
        <w:t xml:space="preserve"> rates as </w:t>
      </w:r>
      <w:r>
        <w:rPr>
          <w:b w:val="0"/>
          <w:i w:val="0"/>
          <w:smallCaps w:val="0"/>
          <w:strike w:val="0"/>
          <w:sz w:val="22"/>
          <w:highlight w:val="cyan"/>
          <w:u w:val="single"/>
        </w:rPr>
        <w:t>competitive</w:t>
      </w:r>
      <w:r>
        <w:rPr>
          <w:b w:val="0"/>
          <w:i w:val="0"/>
          <w:smallCaps w:val="0"/>
          <w:strike w:val="0"/>
          <w:sz w:val="22"/>
          <w:u w:val="single"/>
        </w:rPr>
        <w:t xml:space="preserve"> </w:t>
      </w:r>
      <w:r>
        <w:rPr>
          <w:b w:val="0"/>
          <w:i w:val="0"/>
          <w:smallCaps w:val="0"/>
          <w:strike w:val="0"/>
          <w:sz w:val="16"/>
          <w:u w:val="none"/>
        </w:rPr>
        <w:t xml:space="preserve">(we are defining that term to encompass seats that we rate as either Toss-up or Leans Democratic/Republican). First-term </w:t>
      </w:r>
      <w:r>
        <w:rPr>
          <w:b w:val="0"/>
          <w:i w:val="0"/>
          <w:smallCaps w:val="0"/>
          <w:strike w:val="0"/>
          <w:sz w:val="22"/>
          <w:u w:val="single"/>
        </w:rPr>
        <w:t>Rep. Tom Kean</w:t>
      </w:r>
      <w:r>
        <w:rPr>
          <w:b w:val="0"/>
          <w:i w:val="0"/>
          <w:smallCaps w:val="0"/>
          <w:strike w:val="0"/>
          <w:sz w:val="16"/>
          <w:u w:val="none"/>
        </w:rPr>
        <w:t xml:space="preserve"> (R, NJ-7) would hold the closest Trump-won seat. As we mentioned last month in our Virginia primary </w:t>
      </w:r>
      <w:r>
        <w:rPr>
          <w:b w:val="0"/>
          <w:i w:val="0"/>
          <w:smallCaps w:val="0"/>
          <w:strike w:val="0"/>
          <w:sz w:val="16"/>
          <w:u w:val="none"/>
        </w:rPr>
        <w:t>preview</w:t>
      </w:r>
      <w:r>
        <w:rPr>
          <w:b w:val="0"/>
          <w:i w:val="0"/>
          <w:smallCaps w:val="0"/>
          <w:strike w:val="0"/>
          <w:sz w:val="22"/>
          <w:u w:val="single"/>
        </w:rPr>
        <w:t xml:space="preserve">, </w:t>
      </w:r>
      <w:r>
        <w:rPr>
          <w:b w:val="0"/>
          <w:i w:val="0"/>
          <w:smallCaps w:val="0"/>
          <w:strike w:val="0"/>
          <w:sz w:val="22"/>
          <w:highlight w:val="cyan"/>
          <w:u w:val="single"/>
        </w:rPr>
        <w:t>if Biden slips</w:t>
      </w:r>
      <w:r>
        <w:rPr>
          <w:b w:val="0"/>
          <w:i w:val="0"/>
          <w:smallCaps w:val="0"/>
          <w:strike w:val="0"/>
          <w:sz w:val="22"/>
          <w:u w:val="single"/>
        </w:rPr>
        <w:t xml:space="preserve"> </w:t>
      </w:r>
      <w:r>
        <w:rPr>
          <w:b/>
          <w:i w:val="0"/>
          <w:smallCaps w:val="0"/>
          <w:strike w:val="0"/>
          <w:sz w:val="22"/>
          <w:u w:val="single"/>
        </w:rPr>
        <w:t>only a few points</w:t>
      </w:r>
      <w:r>
        <w:rPr>
          <w:b w:val="0"/>
          <w:i w:val="0"/>
          <w:smallCaps w:val="0"/>
          <w:strike w:val="0"/>
          <w:sz w:val="22"/>
          <w:u w:val="single"/>
        </w:rPr>
        <w:t xml:space="preserve"> in our state, we could easily see the Virginia Beach-area </w:t>
      </w:r>
      <w:r>
        <w:rPr>
          <w:b w:val="0"/>
          <w:i w:val="0"/>
          <w:smallCaps w:val="0"/>
          <w:strike w:val="0"/>
          <w:sz w:val="22"/>
          <w:highlight w:val="cyan"/>
          <w:u w:val="single"/>
        </w:rPr>
        <w:t>VA-2 flipping to Trump</w:t>
      </w:r>
      <w:r>
        <w:rPr>
          <w:b w:val="0"/>
          <w:i w:val="0"/>
          <w:smallCaps w:val="0"/>
          <w:strike w:val="0"/>
          <w:sz w:val="16"/>
          <w:u w:val="none"/>
        </w:rPr>
        <w:t xml:space="preserve">, as it does in this case. In Arizona, </w:t>
      </w:r>
      <w:r>
        <w:rPr>
          <w:b w:val="0"/>
          <w:i w:val="0"/>
          <w:smallCaps w:val="0"/>
          <w:strike w:val="0"/>
          <w:sz w:val="22"/>
          <w:u w:val="single"/>
        </w:rPr>
        <w:t xml:space="preserve">GOP Reps. Dave </w:t>
      </w:r>
      <w:r>
        <w:rPr>
          <w:b w:val="0"/>
          <w:i w:val="0"/>
          <w:smallCaps w:val="0"/>
          <w:strike w:val="0"/>
          <w:sz w:val="22"/>
          <w:highlight w:val="cyan"/>
          <w:u w:val="single"/>
        </w:rPr>
        <w:t>Schweikert</w:t>
      </w:r>
      <w:r>
        <w:rPr>
          <w:b w:val="0"/>
          <w:i w:val="0"/>
          <w:smallCaps w:val="0"/>
          <w:strike w:val="0"/>
          <w:sz w:val="22"/>
          <w:u w:val="single"/>
        </w:rPr>
        <w:t xml:space="preserve"> (R, AZ-1) </w:t>
      </w:r>
      <w:r>
        <w:rPr>
          <w:b w:val="0"/>
          <w:i w:val="0"/>
          <w:smallCaps w:val="0"/>
          <w:strike w:val="0"/>
          <w:sz w:val="22"/>
          <w:highlight w:val="cyan"/>
          <w:u w:val="single"/>
        </w:rPr>
        <w:t>and</w:t>
      </w:r>
      <w:r>
        <w:rPr>
          <w:b w:val="0"/>
          <w:i w:val="0"/>
          <w:smallCaps w:val="0"/>
          <w:strike w:val="0"/>
          <w:sz w:val="22"/>
          <w:u w:val="single"/>
        </w:rPr>
        <w:t xml:space="preserve"> Juan </w:t>
      </w:r>
      <w:r>
        <w:rPr>
          <w:b w:val="0"/>
          <w:i w:val="0"/>
          <w:smallCaps w:val="0"/>
          <w:strike w:val="0"/>
          <w:sz w:val="22"/>
          <w:highlight w:val="cyan"/>
          <w:u w:val="single"/>
        </w:rPr>
        <w:t>Ciscomani</w:t>
      </w:r>
      <w:r>
        <w:rPr>
          <w:b w:val="0"/>
          <w:i w:val="0"/>
          <w:smallCaps w:val="0"/>
          <w:strike w:val="0"/>
          <w:sz w:val="22"/>
          <w:u w:val="single"/>
        </w:rPr>
        <w:t xml:space="preserve"> (R, AZ-6) both </w:t>
      </w:r>
      <w:r>
        <w:rPr>
          <w:b w:val="0"/>
          <w:i w:val="0"/>
          <w:smallCaps w:val="0"/>
          <w:strike w:val="0"/>
          <w:sz w:val="22"/>
          <w:highlight w:val="cyan"/>
          <w:u w:val="single"/>
        </w:rPr>
        <w:t xml:space="preserve">won with </w:t>
      </w:r>
      <w:r>
        <w:rPr>
          <w:b/>
          <w:i w:val="0"/>
          <w:smallCaps w:val="0"/>
          <w:strike w:val="0"/>
          <w:sz w:val="22"/>
          <w:highlight w:val="cyan"/>
          <w:u w:val="single"/>
        </w:rPr>
        <w:t>less than 51%</w:t>
      </w:r>
      <w:r>
        <w:rPr>
          <w:b w:val="0"/>
          <w:i w:val="0"/>
          <w:smallCaps w:val="0"/>
          <w:strike w:val="0"/>
          <w:sz w:val="22"/>
          <w:u w:val="single"/>
        </w:rPr>
        <w:t xml:space="preserve"> of the vote in 2022 but would also </w:t>
      </w:r>
      <w:r>
        <w:rPr>
          <w:b w:val="0"/>
          <w:i w:val="0"/>
          <w:smallCaps w:val="0"/>
          <w:strike w:val="0"/>
          <w:sz w:val="22"/>
          <w:highlight w:val="cyan"/>
          <w:u w:val="single"/>
        </w:rPr>
        <w:t>find themselves</w:t>
      </w:r>
      <w:r>
        <w:rPr>
          <w:b w:val="0"/>
          <w:i w:val="0"/>
          <w:smallCaps w:val="0"/>
          <w:strike w:val="0"/>
          <w:sz w:val="22"/>
          <w:u w:val="single"/>
        </w:rPr>
        <w:t xml:space="preserve"> </w:t>
      </w:r>
      <w:r>
        <w:rPr>
          <w:b w:val="0"/>
          <w:i w:val="0"/>
          <w:smallCaps w:val="0"/>
          <w:strike w:val="0"/>
          <w:sz w:val="22"/>
          <w:highlight w:val="cyan"/>
          <w:u w:val="single"/>
        </w:rPr>
        <w:t>in Trump seats</w:t>
      </w:r>
      <w:r>
        <w:rPr>
          <w:b w:val="0"/>
          <w:i w:val="0"/>
          <w:smallCaps w:val="0"/>
          <w:strike w:val="0"/>
          <w:sz w:val="22"/>
          <w:u w:val="single"/>
        </w:rPr>
        <w:t xml:space="preserve">. </w:t>
      </w:r>
      <w:r>
        <w:rPr>
          <w:b w:val="0"/>
          <w:i w:val="0"/>
          <w:smallCaps w:val="0"/>
          <w:strike w:val="0"/>
          <w:sz w:val="22"/>
          <w:highlight w:val="cyan"/>
          <w:u w:val="single"/>
        </w:rPr>
        <w:t>Democrats</w:t>
      </w:r>
      <w:r>
        <w:rPr>
          <w:b w:val="0"/>
          <w:i w:val="0"/>
          <w:smallCaps w:val="0"/>
          <w:strike w:val="0"/>
          <w:sz w:val="22"/>
          <w:u w:val="single"/>
        </w:rPr>
        <w:t xml:space="preserve">, meanwhile, would be </w:t>
      </w:r>
      <w:r>
        <w:rPr>
          <w:b w:val="0"/>
          <w:i w:val="0"/>
          <w:smallCaps w:val="0"/>
          <w:strike w:val="0"/>
          <w:sz w:val="22"/>
          <w:highlight w:val="cyan"/>
          <w:u w:val="single"/>
        </w:rPr>
        <w:t>defending</w:t>
      </w:r>
      <w:r>
        <w:rPr>
          <w:b w:val="0"/>
          <w:i w:val="0"/>
          <w:smallCaps w:val="0"/>
          <w:strike w:val="0"/>
          <w:sz w:val="22"/>
          <w:u w:val="single"/>
        </w:rPr>
        <w:t xml:space="preserve"> a pair of open, </w:t>
      </w:r>
      <w:r>
        <w:rPr>
          <w:b w:val="0"/>
          <w:i w:val="0"/>
          <w:smallCaps w:val="0"/>
          <w:strike w:val="0"/>
          <w:sz w:val="22"/>
          <w:highlight w:val="cyan"/>
          <w:u w:val="single"/>
        </w:rPr>
        <w:t>Trump-won seats in Michigan</w:t>
      </w:r>
      <w:r>
        <w:rPr>
          <w:b w:val="0"/>
          <w:i w:val="0"/>
          <w:smallCaps w:val="0"/>
          <w:strike w:val="0"/>
          <w:sz w:val="16"/>
          <w:highlight w:val="cyan"/>
          <w:u w:val="none"/>
        </w:rPr>
        <w:t>:</w:t>
      </w:r>
      <w:r>
        <w:rPr>
          <w:b w:val="0"/>
          <w:i w:val="0"/>
          <w:smallCaps w:val="0"/>
          <w:strike w:val="0"/>
          <w:sz w:val="16"/>
          <w:u w:val="none"/>
        </w:rPr>
        <w:t xml:space="preserve"> the adjacent pair of Districts 7 and 8—the former covers the area around Lansing while the latter includes Flint. </w:t>
      </w:r>
      <w:r>
        <w:rPr>
          <w:b w:val="0"/>
          <w:i w:val="0"/>
          <w:smallCaps w:val="0"/>
          <w:strike w:val="0"/>
          <w:sz w:val="22"/>
          <w:u w:val="single"/>
        </w:rPr>
        <w:t xml:space="preserve">Two other Democratic-held Great Lakes state seats in this category are </w:t>
      </w:r>
      <w:r>
        <w:rPr>
          <w:b w:val="0"/>
          <w:i w:val="0"/>
          <w:smallCaps w:val="0"/>
          <w:strike w:val="0"/>
          <w:sz w:val="22"/>
          <w:highlight w:val="cyan"/>
          <w:u w:val="single"/>
        </w:rPr>
        <w:t>OH-13</w:t>
      </w:r>
      <w:r>
        <w:rPr>
          <w:b w:val="0"/>
          <w:i w:val="0"/>
          <w:smallCaps w:val="0"/>
          <w:strike w:val="0"/>
          <w:sz w:val="22"/>
          <w:u w:val="single"/>
        </w:rPr>
        <w:t xml:space="preserve"> (Akron) and </w:t>
      </w:r>
      <w:r>
        <w:rPr>
          <w:b w:val="0"/>
          <w:i w:val="0"/>
          <w:smallCaps w:val="0"/>
          <w:strike w:val="0"/>
          <w:sz w:val="22"/>
          <w:highlight w:val="cyan"/>
          <w:u w:val="single"/>
        </w:rPr>
        <w:t>PA-7</w:t>
      </w:r>
      <w:r>
        <w:rPr>
          <w:b w:val="0"/>
          <w:i w:val="0"/>
          <w:smallCaps w:val="0"/>
          <w:strike w:val="0"/>
          <w:sz w:val="16"/>
          <w:highlight w:val="cyan"/>
          <w:u w:val="none"/>
        </w:rPr>
        <w:t xml:space="preserve"> (</w:t>
      </w:r>
      <w:r>
        <w:rPr>
          <w:b w:val="0"/>
          <w:i w:val="0"/>
          <w:smallCaps w:val="0"/>
          <w:strike w:val="0"/>
          <w:sz w:val="16"/>
          <w:u w:val="none"/>
        </w:rPr>
        <w:t xml:space="preserve">the Lehigh Valley). While these </w:t>
      </w:r>
      <w:r>
        <w:rPr>
          <w:b/>
          <w:i w:val="0"/>
          <w:smallCaps w:val="0"/>
          <w:strike w:val="0"/>
          <w:sz w:val="22"/>
          <w:highlight w:val="cyan"/>
          <w:u w:val="single"/>
        </w:rPr>
        <w:t>seats could get tougher</w:t>
      </w:r>
      <w:r>
        <w:rPr>
          <w:b w:val="0"/>
          <w:i w:val="0"/>
          <w:smallCaps w:val="0"/>
          <w:strike w:val="0"/>
          <w:sz w:val="22"/>
          <w:u w:val="single"/>
        </w:rPr>
        <w:t xml:space="preserve"> for their Democratic incumbents</w:t>
      </w:r>
      <w:r>
        <w:rPr>
          <w:b w:val="0"/>
          <w:i w:val="0"/>
          <w:smallCaps w:val="0"/>
          <w:strike w:val="0"/>
          <w:sz w:val="16"/>
          <w:u w:val="none"/>
        </w:rPr>
        <w:t xml:space="preserve">—who both have some of their own strengths—the concurrent Senate races could work in their favor. Sens. Sherrod Brown (D-OH) and Bob Casey (D-PA) will almost certainly run better than Biden in their respective states, and they seem likely to at least carry those types of marginal seats. Finally, in North Carolina, first-term Rep. </w:t>
      </w:r>
      <w:r>
        <w:rPr>
          <w:b w:val="0"/>
          <w:i w:val="0"/>
          <w:smallCaps w:val="0"/>
          <w:strike w:val="0"/>
          <w:sz w:val="22"/>
          <w:u w:val="single"/>
        </w:rPr>
        <w:t xml:space="preserve">Don </w:t>
      </w:r>
      <w:r>
        <w:rPr>
          <w:b w:val="0"/>
          <w:i w:val="0"/>
          <w:smallCaps w:val="0"/>
          <w:strike w:val="0"/>
          <w:sz w:val="22"/>
          <w:highlight w:val="cyan"/>
          <w:u w:val="single"/>
        </w:rPr>
        <w:t>Davis</w:t>
      </w:r>
      <w:r>
        <w:rPr>
          <w:b w:val="0"/>
          <w:i w:val="0"/>
          <w:smallCaps w:val="0"/>
          <w:strike w:val="0"/>
          <w:sz w:val="22"/>
          <w:u w:val="single"/>
        </w:rPr>
        <w:t xml:space="preserve"> (D, NC-1) was given a tougher seat when the </w:t>
      </w:r>
      <w:r>
        <w:rPr>
          <w:b w:val="0"/>
          <w:i w:val="0"/>
          <w:smallCaps w:val="0"/>
          <w:strike w:val="0"/>
          <w:sz w:val="22"/>
          <w:highlight w:val="cyan"/>
          <w:u w:val="single"/>
        </w:rPr>
        <w:t>state adopted</w:t>
      </w:r>
      <w:r>
        <w:rPr>
          <w:b w:val="0"/>
          <w:i w:val="0"/>
          <w:smallCaps w:val="0"/>
          <w:strike w:val="0"/>
          <w:sz w:val="22"/>
          <w:u w:val="single"/>
        </w:rPr>
        <w:t xml:space="preserve"> a new </w:t>
      </w:r>
      <w:r>
        <w:rPr>
          <w:b w:val="0"/>
          <w:i w:val="0"/>
          <w:smallCaps w:val="0"/>
          <w:strike w:val="0"/>
          <w:sz w:val="22"/>
          <w:highlight w:val="cyan"/>
          <w:u w:val="single"/>
        </w:rPr>
        <w:t>GOP</w:t>
      </w:r>
      <w:r>
        <w:rPr>
          <w:b w:val="0"/>
          <w:i w:val="0"/>
          <w:smallCaps w:val="0"/>
          <w:strike w:val="0"/>
          <w:sz w:val="22"/>
          <w:u w:val="single"/>
        </w:rPr>
        <w:t xml:space="preserve">-drawn </w:t>
      </w:r>
      <w:r>
        <w:rPr>
          <w:b w:val="0"/>
          <w:i w:val="0"/>
          <w:smallCaps w:val="0"/>
          <w:strike w:val="0"/>
          <w:sz w:val="22"/>
          <w:highlight w:val="cyan"/>
          <w:u w:val="single"/>
        </w:rPr>
        <w:t>map</w:t>
      </w:r>
      <w:r>
        <w:rPr>
          <w:b w:val="0"/>
          <w:i w:val="0"/>
          <w:smallCaps w:val="0"/>
          <w:strike w:val="0"/>
          <w:sz w:val="22"/>
          <w:u w:val="single"/>
        </w:rPr>
        <w:t xml:space="preserve"> last year</w:t>
      </w:r>
      <w:r>
        <w:rPr>
          <w:b w:val="0"/>
          <w:i w:val="0"/>
          <w:smallCaps w:val="0"/>
          <w:strike w:val="0"/>
          <w:sz w:val="16"/>
          <w:u w:val="none"/>
        </w:rPr>
        <w:t xml:space="preserve">. In 2022, Davis won his seat (which was bluer than the version he is running in now) by close to 5 points while NC-1’s result in the concurrent Senate race was about even. </w:t>
      </w:r>
      <w:r>
        <w:rPr>
          <w:b w:val="0"/>
          <w:i w:val="0"/>
          <w:smallCaps w:val="0"/>
          <w:strike w:val="0"/>
          <w:sz w:val="16"/>
          <w:u w:val="none"/>
        </w:rPr>
        <w:t>So</w:t>
      </w:r>
      <w:r>
        <w:rPr>
          <w:b w:val="0"/>
          <w:i w:val="0"/>
          <w:smallCaps w:val="0"/>
          <w:strike w:val="0"/>
          <w:sz w:val="16"/>
          <w:u w:val="none"/>
        </w:rPr>
        <w:t xml:space="preserve"> a </w:t>
      </w:r>
      <w:r>
        <w:rPr>
          <w:b w:val="0"/>
          <w:i w:val="0"/>
          <w:smallCaps w:val="0"/>
          <w:strike w:val="0"/>
          <w:sz w:val="22"/>
          <w:highlight w:val="cyan"/>
          <w:u w:val="single"/>
        </w:rPr>
        <w:t>2.9-point Trump win</w:t>
      </w:r>
      <w:r>
        <w:rPr>
          <w:b w:val="0"/>
          <w:i w:val="0"/>
          <w:smallCaps w:val="0"/>
          <w:strike w:val="0"/>
          <w:sz w:val="22"/>
          <w:u w:val="single"/>
        </w:rPr>
        <w:t xml:space="preserve"> in his district</w:t>
      </w:r>
      <w:r>
        <w:rPr>
          <w:b w:val="0"/>
          <w:i w:val="0"/>
          <w:smallCaps w:val="0"/>
          <w:strike w:val="0"/>
          <w:sz w:val="16"/>
          <w:u w:val="none"/>
        </w:rPr>
        <w:t xml:space="preserve"> would not be insurmountable for Davis, although he may </w:t>
      </w:r>
      <w:r>
        <w:rPr>
          <w:b/>
          <w:i w:val="0"/>
          <w:smallCaps w:val="0"/>
          <w:strike w:val="0"/>
          <w:sz w:val="22"/>
          <w:highlight w:val="cyan"/>
          <w:u w:val="single"/>
        </w:rPr>
        <w:t>not</w:t>
      </w:r>
      <w:r>
        <w:rPr>
          <w:b/>
          <w:i w:val="0"/>
          <w:smallCaps w:val="0"/>
          <w:strike w:val="0"/>
          <w:sz w:val="22"/>
          <w:u w:val="single"/>
        </w:rPr>
        <w:t xml:space="preserve"> be as </w:t>
      </w:r>
      <w:r>
        <w:rPr>
          <w:b/>
          <w:i w:val="0"/>
          <w:smallCaps w:val="0"/>
          <w:strike w:val="0"/>
          <w:sz w:val="22"/>
          <w:highlight w:val="cyan"/>
          <w:u w:val="single"/>
        </w:rPr>
        <w:t>well-positioned</w:t>
      </w:r>
      <w:r>
        <w:rPr>
          <w:b w:val="0"/>
          <w:i w:val="0"/>
          <w:smallCaps w:val="0"/>
          <w:strike w:val="0"/>
          <w:sz w:val="22"/>
          <w:highlight w:val="cyan"/>
          <w:u w:val="single"/>
        </w:rPr>
        <w:t xml:space="preserve"> to outperform</w:t>
      </w:r>
      <w:r>
        <w:rPr>
          <w:b w:val="0"/>
          <w:i w:val="0"/>
          <w:smallCaps w:val="0"/>
          <w:strike w:val="0"/>
          <w:sz w:val="16"/>
          <w:u w:val="none"/>
        </w:rPr>
        <w:t xml:space="preserve"> the top of the ticket in counties that are newer to him.</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