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Big tech likes the plan.</w:t>
      </w:r>
    </w:p>
    <w:p>
      <w:pPr>
        <w:spacing w:after="80"/>
      </w:pPr>
      <w:r>
        <w:rPr>
          <w:b/>
          <w:i w:val="0"/>
          <w:smallCaps w:val="0"/>
          <w:strike w:val="0"/>
          <w:sz w:val="23"/>
          <w:u w:val="none"/>
        </w:rPr>
        <w:t>Pritchard ’22</w:t>
      </w:r>
      <w:r>
        <w:rPr>
          <w:b w:val="0"/>
          <w:i w:val="0"/>
          <w:smallCaps w:val="0"/>
          <w:strike w:val="0"/>
          <w:u w:val="none"/>
        </w:rPr>
        <w:t xml:space="preserve"> </w:t>
      </w:r>
      <w:r>
        <w:rPr>
          <w:b w:val="0"/>
          <w:i w:val="0"/>
          <w:smallCaps w:val="0"/>
          <w:strike w:val="0"/>
          <w:sz w:val="14"/>
          <w:u w:val="none"/>
        </w:rPr>
        <w:t xml:space="preserve">(Spring 2022, Denise is an associate attorney in the Firm’s Corporate Law, Real Estate Law, &amp; Intellectual Property practice groups.  Denise received her Juris Doctorate in 2022 with an Intellectual Property Concentration from UC College of the Law San Francisco, </w:t>
      </w:r>
      <w:r>
        <w:rPr>
          <w:b w:val="0"/>
          <w:i/>
          <w:smallCaps w:val="0"/>
          <w:strike w:val="0"/>
          <w:sz w:val="14"/>
          <w:u w:val="none"/>
        </w:rPr>
        <w:t xml:space="preserve">“Big Tech Trademarks: T </w:t>
      </w:r>
      <w:r>
        <w:rPr>
          <w:b w:val="0"/>
          <w:i/>
          <w:smallCaps w:val="0"/>
          <w:strike w:val="0"/>
          <w:sz w:val="14"/>
          <w:u w:val="none"/>
        </w:rPr>
        <w:t>ademarks</w:t>
      </w:r>
      <w:r>
        <w:rPr>
          <w:b w:val="0"/>
          <w:i/>
          <w:smallCaps w:val="0"/>
          <w:strike w:val="0"/>
          <w:sz w:val="14"/>
          <w:u w:val="none"/>
        </w:rPr>
        <w:t xml:space="preserve">: Trademark Law Empowers Big T </w:t>
      </w:r>
      <w:r>
        <w:rPr>
          <w:b w:val="0"/>
          <w:i/>
          <w:smallCaps w:val="0"/>
          <w:strike w:val="0"/>
          <w:sz w:val="14"/>
          <w:u w:val="none"/>
        </w:rPr>
        <w:t>ademark</w:t>
      </w:r>
      <w:r>
        <w:rPr>
          <w:b w:val="0"/>
          <w:i/>
          <w:smallCaps w:val="0"/>
          <w:strike w:val="0"/>
          <w:sz w:val="14"/>
          <w:u w:val="none"/>
        </w:rPr>
        <w:t xml:space="preserve"> Law Empowers Big Tech to Maintain Market Dominance” </w:t>
      </w:r>
      <w:r>
        <w:rPr>
          <w:b w:val="0"/>
          <w:i w:val="0"/>
          <w:smallCaps w:val="0"/>
          <w:strike w:val="0"/>
          <w:sz w:val="14"/>
          <w:u w:val="none"/>
        </w:rPr>
        <w:t>Hastings Science and Technology Law Journal, https://repository.uclawsf.edu/cgi/viewcontent.cgi?article=1114&amp;context=hastings_science_technology_law_journal)</w:t>
      </w:r>
    </w:p>
    <w:p>
      <w:pPr>
        <w:spacing w:after="60"/>
      </w:pPr>
      <w:r>
        <w:rPr>
          <w:b w:val="0"/>
          <w:i w:val="0"/>
          <w:smallCaps w:val="0"/>
          <w:strike w:val="0"/>
          <w:u w:val="single"/>
        </w:rPr>
        <w:t xml:space="preserve">U.S. </w:t>
      </w:r>
      <w:r>
        <w:rPr>
          <w:b w:val="0"/>
          <w:i w:val="0"/>
          <w:smallCaps w:val="0"/>
          <w:strike w:val="0"/>
          <w:highlight w:val="cyan"/>
          <w:u w:val="single"/>
        </w:rPr>
        <w:t>Trademark law provides Big Tech</w:t>
      </w:r>
      <w:r>
        <w:rPr>
          <w:b w:val="0"/>
          <w:i w:val="0"/>
          <w:smallCaps w:val="0"/>
          <w:strike w:val="0"/>
          <w:u w:val="single"/>
        </w:rPr>
        <w:t xml:space="preserve"> </w:t>
      </w:r>
      <w:r>
        <w:rPr>
          <w:b w:val="0"/>
          <w:i w:val="0"/>
          <w:smallCaps w:val="0"/>
          <w:strike w:val="0"/>
          <w:highlight w:val="cyan"/>
          <w:u w:val="single"/>
        </w:rPr>
        <w:t>with</w:t>
      </w:r>
      <w:r>
        <w:rPr>
          <w:b w:val="0"/>
          <w:i w:val="0"/>
          <w:smallCaps w:val="0"/>
          <w:strike w:val="0"/>
          <w:u w:val="single"/>
        </w:rPr>
        <w:t xml:space="preserve"> legal </w:t>
      </w:r>
      <w:r>
        <w:rPr>
          <w:b w:val="0"/>
          <w:i w:val="0"/>
          <w:smallCaps w:val="0"/>
          <w:strike w:val="0"/>
          <w:highlight w:val="cyan"/>
          <w:u w:val="single"/>
        </w:rPr>
        <w:t>tools</w:t>
      </w:r>
      <w:r>
        <w:rPr>
          <w:b w:val="0"/>
          <w:i w:val="0"/>
          <w:smallCaps w:val="0"/>
          <w:strike w:val="0"/>
          <w:u w:val="single"/>
        </w:rPr>
        <w:t xml:space="preserve"> </w:t>
      </w:r>
      <w:r>
        <w:rPr>
          <w:b w:val="0"/>
          <w:i w:val="0"/>
          <w:smallCaps w:val="0"/>
          <w:strike w:val="0"/>
          <w:highlight w:val="cyan"/>
          <w:u w:val="single"/>
        </w:rPr>
        <w:t>to</w:t>
      </w:r>
      <w:r>
        <w:rPr>
          <w:b w:val="0"/>
          <w:i w:val="0"/>
          <w:smallCaps w:val="0"/>
          <w:strike w:val="0"/>
          <w:u w:val="single"/>
        </w:rPr>
        <w:t xml:space="preserve"> vigorously </w:t>
      </w:r>
      <w:r>
        <w:rPr>
          <w:b w:val="0"/>
          <w:i w:val="0"/>
          <w:smallCaps w:val="0"/>
          <w:strike w:val="0"/>
          <w:highlight w:val="cyan"/>
          <w:u w:val="single"/>
        </w:rPr>
        <w:t>protect their brands</w:t>
      </w:r>
      <w:r>
        <w:rPr>
          <w:b w:val="0"/>
          <w:i w:val="0"/>
          <w:smallCaps w:val="0"/>
          <w:strike w:val="0"/>
          <w:u w:val="single"/>
        </w:rPr>
        <w:t xml:space="preserve"> and goodwill. </w:t>
      </w:r>
      <w:r>
        <w:rPr>
          <w:b w:val="0"/>
          <w:i w:val="0"/>
          <w:smallCaps w:val="0"/>
          <w:strike w:val="0"/>
          <w:highlight w:val="cyan"/>
          <w:u w:val="single"/>
        </w:rPr>
        <w:t>Big Tech takes advantage</w:t>
      </w:r>
      <w:r>
        <w:rPr>
          <w:b w:val="0"/>
          <w:i w:val="0"/>
          <w:smallCaps w:val="0"/>
          <w:strike w:val="0"/>
          <w:u w:val="single"/>
        </w:rPr>
        <w:t xml:space="preserve"> of these legal tools </w:t>
      </w:r>
      <w:r>
        <w:rPr>
          <w:b w:val="0"/>
          <w:i w:val="0"/>
          <w:smallCaps w:val="0"/>
          <w:strike w:val="0"/>
          <w:highlight w:val="cyan"/>
          <w:u w:val="single"/>
        </w:rPr>
        <w:t xml:space="preserve">through aggressive </w:t>
      </w:r>
      <w:r>
        <w:rPr>
          <w:b w:val="0"/>
          <w:i w:val="0"/>
          <w:smallCaps w:val="0"/>
          <w:strike w:val="0"/>
          <w:u w:val="single"/>
        </w:rPr>
        <w:t>and intimidating pre</w:t>
      </w:r>
      <w:r>
        <w:rPr>
          <w:b w:val="0"/>
          <w:i w:val="0"/>
          <w:smallCaps w:val="0"/>
          <w:strike w:val="0"/>
          <w:u w:val="single"/>
        </w:rPr>
        <w:t xml:space="preserve">-litigation and </w:t>
      </w:r>
      <w:r>
        <w:rPr>
          <w:b w:val="0"/>
          <w:i w:val="0"/>
          <w:smallCaps w:val="0"/>
          <w:strike w:val="0"/>
          <w:highlight w:val="cyan"/>
          <w:u w:val="single"/>
        </w:rPr>
        <w:t>litigation</w:t>
      </w:r>
      <w:r>
        <w:rPr>
          <w:b w:val="0"/>
          <w:i w:val="0"/>
          <w:smallCaps w:val="0"/>
          <w:strike w:val="0"/>
          <w:u w:val="single"/>
        </w:rPr>
        <w:t xml:space="preserve"> </w:t>
      </w:r>
      <w:r>
        <w:rPr>
          <w:b w:val="0"/>
          <w:i w:val="0"/>
          <w:smallCaps w:val="0"/>
          <w:strike w:val="0"/>
          <w:highlight w:val="cyan"/>
          <w:u w:val="single"/>
        </w:rPr>
        <w:t>tactics</w:t>
      </w:r>
      <w:r>
        <w:rPr>
          <w:b w:val="0"/>
          <w:i w:val="0"/>
          <w:smallCaps w:val="0"/>
          <w:strike w:val="0"/>
          <w:u w:val="single"/>
        </w:rPr>
        <w:t xml:space="preserve">, oftentimes, </w:t>
      </w:r>
      <w:r>
        <w:rPr>
          <w:b w:val="0"/>
          <w:i w:val="0"/>
          <w:smallCaps w:val="0"/>
          <w:strike w:val="0"/>
          <w:highlight w:val="cyan"/>
          <w:u w:val="single"/>
        </w:rPr>
        <w:t>to</w:t>
      </w:r>
      <w:r>
        <w:rPr>
          <w:b w:val="0"/>
          <w:i w:val="0"/>
          <w:smallCaps w:val="0"/>
          <w:strike w:val="0"/>
          <w:u w:val="single"/>
        </w:rPr>
        <w:t xml:space="preserve"> the </w:t>
      </w:r>
      <w:r>
        <w:rPr>
          <w:b w:val="0"/>
          <w:i w:val="0"/>
          <w:smallCaps w:val="0"/>
          <w:strike w:val="0"/>
          <w:highlight w:val="cyan"/>
          <w:u w:val="single"/>
        </w:rPr>
        <w:t xml:space="preserve">detriment of </w:t>
      </w:r>
      <w:r>
        <w:rPr>
          <w:b w:val="0"/>
          <w:i w:val="0"/>
          <w:smallCaps w:val="0"/>
          <w:strike w:val="0"/>
          <w:u w:val="single"/>
        </w:rPr>
        <w:t xml:space="preserve">their </w:t>
      </w:r>
      <w:r>
        <w:rPr>
          <w:b w:val="0"/>
          <w:i w:val="0"/>
          <w:smallCaps w:val="0"/>
          <w:strike w:val="0"/>
          <w:highlight w:val="cyan"/>
          <w:u w:val="single"/>
        </w:rPr>
        <w:t>competitors</w:t>
      </w:r>
      <w:r>
        <w:rPr>
          <w:b w:val="0"/>
          <w:i w:val="0"/>
          <w:smallCaps w:val="0"/>
          <w:strike w:val="0"/>
          <w:u w:val="single"/>
        </w:rPr>
        <w:t xml:space="preserve">. Since trademarks can last in perpetuity8 and relatively </w:t>
      </w:r>
      <w:r>
        <w:rPr>
          <w:b w:val="0"/>
          <w:i w:val="0"/>
          <w:smallCaps w:val="0"/>
          <w:strike w:val="0"/>
          <w:highlight w:val="cyan"/>
          <w:u w:val="single"/>
        </w:rPr>
        <w:t xml:space="preserve">few constraints </w:t>
      </w:r>
      <w:r>
        <w:rPr>
          <w:b w:val="0"/>
          <w:i w:val="0"/>
          <w:smallCaps w:val="0"/>
          <w:strike w:val="0"/>
          <w:u w:val="single"/>
        </w:rPr>
        <w:t xml:space="preserve">are </w:t>
      </w:r>
      <w:r>
        <w:rPr>
          <w:b w:val="0"/>
          <w:i w:val="0"/>
          <w:smallCaps w:val="0"/>
          <w:strike w:val="0"/>
          <w:highlight w:val="cyan"/>
          <w:u w:val="single"/>
        </w:rPr>
        <w:t>imposed on trademark owners</w:t>
      </w:r>
      <w:r>
        <w:rPr>
          <w:b w:val="0"/>
          <w:i w:val="0"/>
          <w:smallCaps w:val="0"/>
          <w:strike w:val="0"/>
          <w:u w:val="single"/>
        </w:rPr>
        <w:t xml:space="preserve">, Big </w:t>
      </w:r>
      <w:r>
        <w:rPr>
          <w:b w:val="0"/>
          <w:i w:val="0"/>
          <w:smallCaps w:val="0"/>
          <w:strike w:val="0"/>
          <w:highlight w:val="cyan"/>
          <w:u w:val="single"/>
        </w:rPr>
        <w:t>Tech</w:t>
      </w:r>
      <w:r>
        <w:rPr>
          <w:b w:val="0"/>
          <w:i w:val="0"/>
          <w:smallCaps w:val="0"/>
          <w:strike w:val="0"/>
          <w:u w:val="single"/>
        </w:rPr>
        <w:t xml:space="preserve"> can vigorously </w:t>
      </w:r>
      <w:r>
        <w:rPr>
          <w:b w:val="0"/>
          <w:i w:val="0"/>
          <w:smallCaps w:val="0"/>
          <w:strike w:val="0"/>
          <w:highlight w:val="cyan"/>
          <w:u w:val="single"/>
        </w:rPr>
        <w:t xml:space="preserve">enforce </w:t>
      </w:r>
      <w:r>
        <w:rPr>
          <w:b w:val="0"/>
          <w:i w:val="0"/>
          <w:smallCaps w:val="0"/>
          <w:strike w:val="0"/>
          <w:u w:val="single"/>
        </w:rPr>
        <w:t xml:space="preserve">its </w:t>
      </w:r>
      <w:r>
        <w:rPr>
          <w:b w:val="0"/>
          <w:i w:val="0"/>
          <w:smallCaps w:val="0"/>
          <w:strike w:val="0"/>
          <w:highlight w:val="cyan"/>
          <w:u w:val="single"/>
        </w:rPr>
        <w:t>trademarks</w:t>
      </w:r>
      <w:r>
        <w:rPr>
          <w:b w:val="0"/>
          <w:i w:val="0"/>
          <w:smallCaps w:val="0"/>
          <w:strike w:val="0"/>
          <w:u w:val="single"/>
        </w:rPr>
        <w:t xml:space="preserve"> </w:t>
      </w:r>
      <w:r>
        <w:rPr>
          <w:b w:val="0"/>
          <w:i w:val="0"/>
          <w:smallCaps w:val="0"/>
          <w:strike w:val="0"/>
          <w:highlight w:val="cyan"/>
          <w:u w:val="single"/>
        </w:rPr>
        <w:t>against alleged</w:t>
      </w:r>
      <w:r>
        <w:rPr>
          <w:b w:val="0"/>
          <w:i w:val="0"/>
          <w:smallCaps w:val="0"/>
          <w:strike w:val="0"/>
          <w:u w:val="single"/>
        </w:rPr>
        <w:t xml:space="preserve"> </w:t>
      </w:r>
      <w:r>
        <w:rPr>
          <w:b w:val="0"/>
          <w:i w:val="0"/>
          <w:smallCaps w:val="0"/>
          <w:strike w:val="0"/>
          <w:highlight w:val="cyan"/>
          <w:u w:val="single"/>
        </w:rPr>
        <w:t>infringers indefinitely</w:t>
      </w:r>
      <w:r>
        <w:rPr>
          <w:b w:val="0"/>
          <w:i w:val="0"/>
          <w:smallCaps w:val="0"/>
          <w:strike w:val="0"/>
          <w:u w:val="single"/>
        </w:rPr>
        <w:t>.</w:t>
      </w:r>
      <w:r>
        <w:rPr>
          <w:b w:val="0"/>
          <w:i w:val="0"/>
          <w:smallCaps w:val="0"/>
          <w:strike w:val="0"/>
          <w:sz w:val="16"/>
          <w:u w:val="none"/>
        </w:rPr>
        <w:t xml:space="preserve"> This allows Big Tech to provide an extra layer of everlasting protection to Big Tech “boxes” of information within its relevant market.9 Thus, Big Tech uses trademarks as a weapon to create resilient “boxes” that enclose society. Although the Subcommittee referenced Google’s use of trademark law to prohibit trademarked terms from being used in Google ads,22 there is no indication that trademark issues were the Subcommittee’s focus. Thus, this paper uses the Subcommittee Investigation to explore how Big Tech utilizes trademark law and legal strategies to ruthlessly exploit favorable market conditions and maintain market dominance. 1998, Google launched as a general online search engine23 and has since become the “largest provider of digital advertising, a leading web browser, a dominant mobile operating system, and a major provider of digital mapping, email, cloud computing and voice assistance services.”24 Historically, </w:t>
      </w:r>
      <w:r>
        <w:rPr>
          <w:b w:val="0"/>
          <w:i w:val="0"/>
          <w:smallCaps w:val="0"/>
          <w:strike w:val="0"/>
          <w:highlight w:val="cyan"/>
          <w:u w:val="single"/>
        </w:rPr>
        <w:t>Google</w:t>
      </w:r>
      <w:r>
        <w:rPr>
          <w:b w:val="0"/>
          <w:i w:val="0"/>
          <w:smallCaps w:val="0"/>
          <w:strike w:val="0"/>
          <w:u w:val="single"/>
        </w:rPr>
        <w:t xml:space="preserve"> has </w:t>
      </w:r>
      <w:r>
        <w:rPr>
          <w:b w:val="0"/>
          <w:i w:val="0"/>
          <w:smallCaps w:val="0"/>
          <w:strike w:val="0"/>
          <w:highlight w:val="cyan"/>
          <w:u w:val="single"/>
        </w:rPr>
        <w:t>maintained</w:t>
      </w:r>
      <w:r>
        <w:rPr>
          <w:b w:val="0"/>
          <w:i w:val="0"/>
          <w:smallCaps w:val="0"/>
          <w:strike w:val="0"/>
          <w:u w:val="single"/>
        </w:rPr>
        <w:t xml:space="preserve"> market </w:t>
      </w:r>
      <w:r>
        <w:rPr>
          <w:b w:val="0"/>
          <w:i w:val="0"/>
          <w:smallCaps w:val="0"/>
          <w:strike w:val="0"/>
          <w:highlight w:val="cyan"/>
          <w:u w:val="single"/>
        </w:rPr>
        <w:t>dominance</w:t>
      </w:r>
      <w:r>
        <w:rPr>
          <w:b w:val="0"/>
          <w:i w:val="0"/>
          <w:smallCaps w:val="0"/>
          <w:strike w:val="0"/>
          <w:u w:val="single"/>
        </w:rPr>
        <w:t xml:space="preserve"> by strategically </w:t>
      </w:r>
      <w:r>
        <w:rPr>
          <w:b w:val="0"/>
          <w:i w:val="0"/>
          <w:smallCaps w:val="0"/>
          <w:strike w:val="0"/>
          <w:highlight w:val="cyan"/>
          <w:u w:val="single"/>
        </w:rPr>
        <w:t>acquiring</w:t>
      </w:r>
      <w:r>
        <w:rPr>
          <w:b w:val="0"/>
          <w:i w:val="0"/>
          <w:smallCaps w:val="0"/>
          <w:strike w:val="0"/>
          <w:u w:val="single"/>
        </w:rPr>
        <w:t xml:space="preserve"> successful </w:t>
      </w:r>
      <w:r>
        <w:rPr>
          <w:b w:val="0"/>
          <w:i w:val="0"/>
          <w:smallCaps w:val="0"/>
          <w:strike w:val="0"/>
          <w:u w:val="single"/>
        </w:rPr>
        <w:t xml:space="preserve">tech </w:t>
      </w:r>
      <w:r>
        <w:rPr>
          <w:b w:val="0"/>
          <w:i w:val="0"/>
          <w:smallCaps w:val="0"/>
          <w:strike w:val="0"/>
          <w:highlight w:val="cyan"/>
          <w:u w:val="single"/>
        </w:rPr>
        <w:t xml:space="preserve">companies </w:t>
      </w:r>
      <w:r>
        <w:rPr>
          <w:b w:val="0"/>
          <w:i w:val="0"/>
          <w:smallCaps w:val="0"/>
          <w:strike w:val="0"/>
          <w:u w:val="single"/>
        </w:rPr>
        <w:t xml:space="preserve">in </w:t>
      </w:r>
      <w:r>
        <w:rPr>
          <w:b w:val="0"/>
          <w:i w:val="0"/>
          <w:smallCaps w:val="0"/>
          <w:strike w:val="0"/>
          <w:highlight w:val="cyan"/>
          <w:u w:val="single"/>
        </w:rPr>
        <w:t>competing fields</w:t>
      </w:r>
      <w:r>
        <w:rPr>
          <w:b w:val="0"/>
          <w:i w:val="0"/>
          <w:smallCaps w:val="0"/>
          <w:strike w:val="0"/>
          <w:u w:val="single"/>
        </w:rPr>
        <w:t>.</w:t>
      </w:r>
      <w:r>
        <w:rPr>
          <w:b w:val="0"/>
          <w:i w:val="0"/>
          <w:smallCaps w:val="0"/>
          <w:strike w:val="0"/>
          <w:sz w:val="16"/>
          <w:u w:val="none"/>
        </w:rPr>
        <w:t xml:space="preserve">25 </w:t>
      </w:r>
      <w:r>
        <w:rPr>
          <w:b w:val="0"/>
          <w:i w:val="0"/>
          <w:smallCaps w:val="0"/>
          <w:strike w:val="0"/>
          <w:u w:val="single"/>
        </w:rPr>
        <w:t>Google is currently the default search provider on 87% of desktop browsers and the majority of mobile devices, thereby dominating the world online search engine market with 87% of U.S. searches and over 92% of searches worldwide.</w:t>
      </w:r>
      <w:r>
        <w:rPr>
          <w:b w:val="0"/>
          <w:i w:val="0"/>
          <w:smallCaps w:val="0"/>
          <w:strike w:val="0"/>
          <w:sz w:val="16"/>
          <w:u w:val="none"/>
        </w:rPr>
        <w:t xml:space="preserve">26 By acquiring competing tech companies and establishing itself as the default search engine for most devices, </w:t>
      </w:r>
      <w:r>
        <w:rPr>
          <w:b w:val="0"/>
          <w:i w:val="0"/>
          <w:smallCaps w:val="0"/>
          <w:strike w:val="0"/>
          <w:highlight w:val="cyan"/>
          <w:u w:val="single"/>
        </w:rPr>
        <w:t>Google</w:t>
      </w:r>
      <w:r>
        <w:rPr>
          <w:b w:val="0"/>
          <w:i w:val="0"/>
          <w:smallCaps w:val="0"/>
          <w:strike w:val="0"/>
          <w:u w:val="single"/>
        </w:rPr>
        <w:t xml:space="preserve"> has successfully </w:t>
      </w:r>
      <w:r>
        <w:rPr>
          <w:b w:val="0"/>
          <w:i w:val="0"/>
          <w:smallCaps w:val="0"/>
          <w:strike w:val="0"/>
          <w:highlight w:val="cyan"/>
          <w:u w:val="single"/>
        </w:rPr>
        <w:t>hindered free competition</w:t>
      </w:r>
      <w:r>
        <w:rPr>
          <w:b w:val="0"/>
          <w:i w:val="0"/>
          <w:smallCaps w:val="0"/>
          <w:strike w:val="0"/>
          <w:u w:val="single"/>
        </w:rPr>
        <w:t>.</w:t>
      </w:r>
      <w:r>
        <w:rPr>
          <w:b w:val="0"/>
          <w:i w:val="0"/>
          <w:smallCaps w:val="0"/>
          <w:strike w:val="0"/>
          <w:sz w:val="16"/>
          <w:u w:val="none"/>
        </w:rPr>
        <w:t xml:space="preserve"> According to the Subcommittee findings, “[n]o new general search entrant over the last decade has ever accounted for more than 1% of all U.S. searches in any given year,” which provides sufficient evidence of Google’s durable monopoly power. 27 </w:t>
      </w:r>
      <w:r>
        <w:rPr>
          <w:b w:val="0"/>
          <w:i w:val="0"/>
          <w:smallCaps w:val="0"/>
          <w:strike w:val="0"/>
          <w:u w:val="single"/>
        </w:rPr>
        <w:t xml:space="preserve">Google’s </w:t>
      </w:r>
      <w:r>
        <w:rPr>
          <w:b w:val="0"/>
          <w:i w:val="0"/>
          <w:smallCaps w:val="0"/>
          <w:strike w:val="0"/>
          <w:highlight w:val="cyan"/>
          <w:u w:val="single"/>
        </w:rPr>
        <w:t>monopoly</w:t>
      </w:r>
      <w:r>
        <w:rPr>
          <w:b w:val="0"/>
          <w:i w:val="0"/>
          <w:smallCaps w:val="0"/>
          <w:strike w:val="0"/>
          <w:u w:val="single"/>
        </w:rPr>
        <w:t xml:space="preserve"> </w:t>
      </w:r>
      <w:r>
        <w:rPr>
          <w:b w:val="0"/>
          <w:i w:val="0"/>
          <w:smallCaps w:val="0"/>
          <w:strike w:val="0"/>
          <w:highlight w:val="cyan"/>
          <w:u w:val="single"/>
        </w:rPr>
        <w:t>power</w:t>
      </w:r>
      <w:r>
        <w:rPr>
          <w:b w:val="0"/>
          <w:i w:val="0"/>
          <w:smallCaps w:val="0"/>
          <w:strike w:val="0"/>
          <w:u w:val="single"/>
        </w:rPr>
        <w:t xml:space="preserve"> has </w:t>
      </w:r>
      <w:r>
        <w:rPr>
          <w:b w:val="0"/>
          <w:i w:val="0"/>
          <w:smallCaps w:val="0"/>
          <w:strike w:val="0"/>
          <w:highlight w:val="cyan"/>
          <w:u w:val="single"/>
        </w:rPr>
        <w:t xml:space="preserve">led to </w:t>
      </w:r>
      <w:r>
        <w:rPr>
          <w:b w:val="0"/>
          <w:i w:val="0"/>
          <w:smallCaps w:val="0"/>
          <w:strike w:val="0"/>
          <w:u w:val="single"/>
        </w:rPr>
        <w:t xml:space="preserve">consumer </w:t>
      </w:r>
      <w:r>
        <w:rPr>
          <w:b w:val="0"/>
          <w:i w:val="0"/>
          <w:smallCaps w:val="0"/>
          <w:strike w:val="0"/>
          <w:highlight w:val="cyan"/>
          <w:u w:val="single"/>
        </w:rPr>
        <w:t>deception</w:t>
      </w:r>
      <w:r>
        <w:rPr>
          <w:b w:val="0"/>
          <w:i w:val="0"/>
          <w:smallCaps w:val="0"/>
          <w:strike w:val="0"/>
          <w:u w:val="single"/>
        </w:rPr>
        <w:t xml:space="preserve"> and an apparent decrease in quality of Google’s products and services, including Google search results.</w:t>
      </w:r>
      <w:r>
        <w:rPr>
          <w:b w:val="0"/>
          <w:i w:val="0"/>
          <w:smallCaps w:val="0"/>
          <w:strike w:val="0"/>
          <w:sz w:val="16"/>
          <w:u w:val="none"/>
        </w:rPr>
        <w:t xml:space="preserve">28 For example, Google’s AdWords, originally launched in 2000 to allow advertisers to pay for “keyword-based ads” to appear alongside Google Search results, has become a tool that Google uses to undermine competition and exploit its monopoly of general online search.29 AdWords users’ bid for the privilege of paying Google an exorbitant amount of money in the hopes that their content might be shown among the top searches in the Google search engine. Over the years, Google has increased the number of ads appearing along with organic search results and has displayed ads and organic results in an inconsistent manner.30 These changes have allowed Google to “extort businesses” to pay higher prices to be able to access. Because Apple installs iOS on all Apple mobile devices and does not allow other mobile device manufacturers to license iOS, </w:t>
      </w:r>
      <w:r>
        <w:rPr>
          <w:b w:val="0"/>
          <w:i w:val="0"/>
          <w:smallCaps w:val="0"/>
          <w:strike w:val="0"/>
          <w:u w:val="single"/>
        </w:rPr>
        <w:t xml:space="preserve">Apple controls software distributions on iOS devices.36 </w:t>
      </w:r>
      <w:r>
        <w:rPr>
          <w:b w:val="0"/>
          <w:i w:val="0"/>
          <w:smallCaps w:val="0"/>
          <w:strike w:val="0"/>
          <w:highlight w:val="cyan"/>
          <w:u w:val="single"/>
        </w:rPr>
        <w:t xml:space="preserve">Apple’s </w:t>
      </w:r>
      <w:r>
        <w:rPr>
          <w:b w:val="0"/>
          <w:i w:val="0"/>
          <w:smallCaps w:val="0"/>
          <w:strike w:val="0"/>
          <w:u w:val="single"/>
        </w:rPr>
        <w:t xml:space="preserve">gatekeeper </w:t>
      </w:r>
      <w:r>
        <w:rPr>
          <w:b w:val="0"/>
          <w:i w:val="0"/>
          <w:smallCaps w:val="0"/>
          <w:strike w:val="0"/>
          <w:highlight w:val="cyan"/>
          <w:u w:val="single"/>
        </w:rPr>
        <w:t>power</w:t>
      </w:r>
      <w:r>
        <w:rPr>
          <w:b w:val="0"/>
          <w:i w:val="0"/>
          <w:smallCaps w:val="0"/>
          <w:strike w:val="0"/>
          <w:u w:val="single"/>
        </w:rPr>
        <w:t xml:space="preserve"> </w:t>
      </w:r>
      <w:r>
        <w:rPr>
          <w:b w:val="0"/>
          <w:i w:val="0"/>
          <w:smallCaps w:val="0"/>
          <w:strike w:val="0"/>
          <w:highlight w:val="cyan"/>
          <w:u w:val="single"/>
        </w:rPr>
        <w:t>over</w:t>
      </w:r>
      <w:r>
        <w:rPr>
          <w:b w:val="0"/>
          <w:i w:val="0"/>
          <w:smallCaps w:val="0"/>
          <w:strike w:val="0"/>
          <w:u w:val="single"/>
        </w:rPr>
        <w:t xml:space="preserve"> software </w:t>
      </w:r>
      <w:r>
        <w:rPr>
          <w:b w:val="0"/>
          <w:i w:val="0"/>
          <w:smallCaps w:val="0"/>
          <w:strike w:val="0"/>
          <w:highlight w:val="cyan"/>
          <w:u w:val="single"/>
        </w:rPr>
        <w:t>distribution</w:t>
      </w:r>
      <w:r>
        <w:rPr>
          <w:b w:val="0"/>
          <w:i w:val="0"/>
          <w:smallCaps w:val="0"/>
          <w:strike w:val="0"/>
          <w:u w:val="single"/>
        </w:rPr>
        <w:t xml:space="preserve"> on iOS devices </w:t>
      </w:r>
      <w:r>
        <w:rPr>
          <w:b w:val="0"/>
          <w:i w:val="0"/>
          <w:smallCaps w:val="0"/>
          <w:strike w:val="0"/>
          <w:highlight w:val="cyan"/>
          <w:u w:val="single"/>
        </w:rPr>
        <w:t xml:space="preserve">allows Apple </w:t>
      </w:r>
      <w:r>
        <w:rPr>
          <w:b w:val="0"/>
          <w:i w:val="0"/>
          <w:smallCaps w:val="0"/>
          <w:strike w:val="0"/>
          <w:u w:val="single"/>
        </w:rPr>
        <w:t xml:space="preserve">to </w:t>
      </w:r>
      <w:r>
        <w:rPr>
          <w:b w:val="0"/>
          <w:i w:val="0"/>
          <w:smallCaps w:val="0"/>
          <w:strike w:val="0"/>
          <w:highlight w:val="cyan"/>
          <w:u w:val="single"/>
        </w:rPr>
        <w:t xml:space="preserve">maintain </w:t>
      </w:r>
      <w:r>
        <w:rPr>
          <w:b w:val="0"/>
          <w:i w:val="0"/>
          <w:smallCaps w:val="0"/>
          <w:strike w:val="0"/>
          <w:u w:val="single"/>
        </w:rPr>
        <w:t xml:space="preserve">significant </w:t>
      </w:r>
      <w:r>
        <w:rPr>
          <w:b w:val="0"/>
          <w:i w:val="0"/>
          <w:smallCaps w:val="0"/>
          <w:strike w:val="0"/>
          <w:highlight w:val="cyan"/>
          <w:u w:val="single"/>
        </w:rPr>
        <w:t>power</w:t>
      </w:r>
      <w:r>
        <w:rPr>
          <w:b w:val="0"/>
          <w:i w:val="0"/>
          <w:smallCaps w:val="0"/>
          <w:strike w:val="0"/>
          <w:u w:val="single"/>
        </w:rPr>
        <w:t xml:space="preserve"> </w:t>
      </w:r>
      <w:r>
        <w:rPr>
          <w:b w:val="0"/>
          <w:i w:val="0"/>
          <w:smallCaps w:val="0"/>
          <w:strike w:val="0"/>
          <w:highlight w:val="cyan"/>
          <w:u w:val="single"/>
        </w:rPr>
        <w:t>in</w:t>
      </w:r>
      <w:r>
        <w:rPr>
          <w:b w:val="0"/>
          <w:i w:val="0"/>
          <w:smallCaps w:val="0"/>
          <w:strike w:val="0"/>
          <w:u w:val="single"/>
        </w:rPr>
        <w:t xml:space="preserve"> the market for </w:t>
      </w:r>
      <w:r>
        <w:rPr>
          <w:b w:val="0"/>
          <w:i w:val="0"/>
          <w:smallCaps w:val="0"/>
          <w:strike w:val="0"/>
          <w:highlight w:val="cyan"/>
          <w:u w:val="single"/>
        </w:rPr>
        <w:t>mobile</w:t>
      </w:r>
      <w:r>
        <w:rPr>
          <w:b w:val="0"/>
          <w:i w:val="0"/>
          <w:smallCaps w:val="0"/>
          <w:strike w:val="0"/>
          <w:u w:val="single"/>
        </w:rPr>
        <w:t xml:space="preserve"> operating </w:t>
      </w:r>
      <w:r>
        <w:rPr>
          <w:b w:val="0"/>
          <w:i w:val="0"/>
          <w:smallCaps w:val="0"/>
          <w:strike w:val="0"/>
          <w:highlight w:val="cyan"/>
          <w:u w:val="single"/>
        </w:rPr>
        <w:t>systems</w:t>
      </w:r>
      <w:r>
        <w:rPr>
          <w:b w:val="0"/>
          <w:i w:val="0"/>
          <w:smallCaps w:val="0"/>
          <w:strike w:val="0"/>
          <w:u w:val="single"/>
        </w:rPr>
        <w:t xml:space="preserve"> and mobile app stores.37. he foundations of </w:t>
      </w:r>
      <w:r>
        <w:rPr>
          <w:b w:val="0"/>
          <w:i w:val="0"/>
          <w:smallCaps w:val="0"/>
          <w:strike w:val="0"/>
          <w:highlight w:val="cyan"/>
          <w:u w:val="single"/>
        </w:rPr>
        <w:t>trademark law help Big Tech</w:t>
      </w:r>
      <w:r>
        <w:rPr>
          <w:b w:val="0"/>
          <w:i w:val="0"/>
          <w:smallCaps w:val="0"/>
          <w:strike w:val="0"/>
          <w:u w:val="single"/>
        </w:rPr>
        <w:t xml:space="preserve"> continue to protect their brands and goodwill among consumers.</w:t>
      </w:r>
      <w:r>
        <w:rPr>
          <w:b w:val="0"/>
          <w:i w:val="0"/>
          <w:smallCaps w:val="0"/>
          <w:strike w:val="0"/>
          <w:sz w:val="16"/>
          <w:u w:val="none"/>
        </w:rPr>
        <w:t xml:space="preserve"> Trademark law regulates brand names that populate the marketplace, including Google, Apple, and Facebook.55 </w:t>
      </w:r>
      <w:r>
        <w:rPr>
          <w:b w:val="0"/>
          <w:i w:val="0"/>
          <w:smallCaps w:val="0"/>
          <w:strike w:val="0"/>
          <w:u w:val="single"/>
        </w:rPr>
        <w:t>U.S. Trademark law provides protection to both registered and unregistered marks56 and was developed to (1) incentivize producers to invest in quality; (2) reduce transaction costs, such as consumer search costs, and (3) promote free competition in business and trade.</w:t>
      </w:r>
      <w:r>
        <w:rPr>
          <w:b w:val="0"/>
          <w:i w:val="0"/>
          <w:smallCaps w:val="0"/>
          <w:strike w:val="0"/>
          <w:sz w:val="16"/>
          <w:u w:val="none"/>
        </w:rPr>
        <w:t xml:space="preserve">57 A trademark can be “any word, name, symbol, or device, or any combination thereof […] used by a person […] to identify and distinguish his or her goods, including a unique product, from those manufactures or sold by others and indicate the source of the goods, even if that source is unknown. </w:t>
      </w:r>
      <w:r>
        <w:rPr>
          <w:b w:val="0"/>
          <w:i w:val="0"/>
          <w:smallCaps w:val="0"/>
          <w:strike w:val="0"/>
          <w:u w:val="single"/>
        </w:rPr>
        <w:t xml:space="preserve">In recent years, </w:t>
      </w:r>
      <w:r>
        <w:rPr>
          <w:b w:val="0"/>
          <w:i w:val="0"/>
          <w:smallCaps w:val="0"/>
          <w:strike w:val="0"/>
          <w:highlight w:val="cyan"/>
          <w:u w:val="single"/>
        </w:rPr>
        <w:t xml:space="preserve">Big Tech </w:t>
      </w:r>
      <w:r>
        <w:rPr>
          <w:b w:val="0"/>
          <w:i w:val="0"/>
          <w:smallCaps w:val="0"/>
          <w:strike w:val="0"/>
          <w:u w:val="single"/>
        </w:rPr>
        <w:t xml:space="preserve">has </w:t>
      </w:r>
      <w:r>
        <w:rPr>
          <w:b w:val="0"/>
          <w:i w:val="0"/>
          <w:smallCaps w:val="0"/>
          <w:strike w:val="0"/>
          <w:highlight w:val="cyan"/>
          <w:u w:val="single"/>
        </w:rPr>
        <w:t>engaged in anticompetitive</w:t>
      </w:r>
      <w:r>
        <w:rPr>
          <w:b w:val="0"/>
          <w:i w:val="0"/>
          <w:smallCaps w:val="0"/>
          <w:strike w:val="0"/>
          <w:u w:val="single"/>
        </w:rPr>
        <w:t xml:space="preserve"> </w:t>
      </w:r>
      <w:r>
        <w:rPr>
          <w:b w:val="0"/>
          <w:i w:val="0"/>
          <w:smallCaps w:val="0"/>
          <w:strike w:val="0"/>
          <w:highlight w:val="cyan"/>
          <w:u w:val="single"/>
        </w:rPr>
        <w:t>practices</w:t>
      </w:r>
      <w:r>
        <w:rPr>
          <w:b w:val="0"/>
          <w:i w:val="0"/>
          <w:smallCaps w:val="0"/>
          <w:strike w:val="0"/>
          <w:u w:val="single"/>
        </w:rPr>
        <w:t xml:space="preserve"> that </w:t>
      </w:r>
      <w:r>
        <w:rPr>
          <w:b w:val="0"/>
          <w:i w:val="0"/>
          <w:smallCaps w:val="0"/>
          <w:strike w:val="0"/>
          <w:highlight w:val="cyan"/>
          <w:u w:val="single"/>
        </w:rPr>
        <w:t>prevent smaller tech companies from entering the market</w:t>
      </w:r>
      <w:r>
        <w:rPr>
          <w:b w:val="0"/>
          <w:i w:val="0"/>
          <w:smallCaps w:val="0"/>
          <w:strike w:val="0"/>
          <w:u w:val="single"/>
        </w:rPr>
        <w:t xml:space="preserve"> altogether.80 The USPTO has stated in a recent study that a trademark “troll” or “bully” uses its rights to “harass or intimidate other businesses beyond the scope of what that law is reasonably interpreted to permit.”81 Big Tech has </w:t>
      </w:r>
      <w:r>
        <w:rPr>
          <w:b w:val="0"/>
          <w:i w:val="0"/>
          <w:smallCaps w:val="0"/>
          <w:strike w:val="0"/>
          <w:highlight w:val="cyan"/>
          <w:u w:val="single"/>
        </w:rPr>
        <w:t>“bullied”</w:t>
      </w:r>
      <w:r>
        <w:rPr>
          <w:b w:val="0"/>
          <w:i w:val="0"/>
          <w:smallCaps w:val="0"/>
          <w:strike w:val="0"/>
          <w:u w:val="single"/>
        </w:rPr>
        <w:t xml:space="preserve"> </w:t>
      </w:r>
      <w:r>
        <w:rPr>
          <w:b w:val="0"/>
          <w:i w:val="0"/>
          <w:smallCaps w:val="0"/>
          <w:strike w:val="0"/>
          <w:highlight w:val="cyan"/>
          <w:u w:val="single"/>
        </w:rPr>
        <w:t xml:space="preserve">smaller </w:t>
      </w:r>
      <w:r>
        <w:rPr>
          <w:b w:val="0"/>
          <w:i w:val="0"/>
          <w:smallCaps w:val="0"/>
          <w:strike w:val="0"/>
          <w:u w:val="single"/>
        </w:rPr>
        <w:t xml:space="preserve">tech </w:t>
      </w:r>
      <w:r>
        <w:rPr>
          <w:b w:val="0"/>
          <w:i w:val="0"/>
          <w:smallCaps w:val="0"/>
          <w:strike w:val="0"/>
          <w:highlight w:val="cyan"/>
          <w:u w:val="single"/>
        </w:rPr>
        <w:t xml:space="preserve">companies </w:t>
      </w:r>
      <w:r>
        <w:rPr>
          <w:b w:val="0"/>
          <w:i w:val="0"/>
          <w:smallCaps w:val="0"/>
          <w:strike w:val="0"/>
          <w:u w:val="single"/>
        </w:rPr>
        <w:t xml:space="preserve">by </w:t>
      </w:r>
      <w:r>
        <w:rPr>
          <w:b w:val="0"/>
          <w:i w:val="0"/>
          <w:smallCaps w:val="0"/>
          <w:strike w:val="0"/>
          <w:highlight w:val="cyan"/>
          <w:u w:val="single"/>
        </w:rPr>
        <w:t>alleging i</w:t>
      </w:r>
      <w:r>
        <w:rPr>
          <w:b w:val="0"/>
          <w:i w:val="0"/>
          <w:smallCaps w:val="0"/>
          <w:strike w:val="0"/>
          <w:u w:val="single"/>
        </w:rPr>
        <w:t xml:space="preserve">ntellectual </w:t>
      </w:r>
      <w:r>
        <w:rPr>
          <w:b w:val="0"/>
          <w:i w:val="0"/>
          <w:smallCaps w:val="0"/>
          <w:strike w:val="0"/>
          <w:highlight w:val="cyan"/>
          <w:u w:val="single"/>
        </w:rPr>
        <w:t>p</w:t>
      </w:r>
      <w:r>
        <w:rPr>
          <w:b w:val="0"/>
          <w:i w:val="0"/>
          <w:smallCaps w:val="0"/>
          <w:strike w:val="0"/>
          <w:u w:val="single"/>
        </w:rPr>
        <w:t>roperty</w:t>
      </w:r>
      <w:r>
        <w:rPr>
          <w:b w:val="0"/>
          <w:i w:val="0"/>
          <w:smallCaps w:val="0"/>
          <w:strike w:val="0"/>
          <w:highlight w:val="cyan"/>
          <w:u w:val="single"/>
        </w:rPr>
        <w:t xml:space="preserve"> theft</w:t>
      </w:r>
      <w:r>
        <w:rPr>
          <w:b w:val="0"/>
          <w:i w:val="0"/>
          <w:smallCaps w:val="0"/>
          <w:strike w:val="0"/>
          <w:u w:val="single"/>
        </w:rPr>
        <w:t xml:space="preserve">, </w:t>
      </w:r>
      <w:r>
        <w:rPr>
          <w:b w:val="0"/>
          <w:i w:val="0"/>
          <w:smallCaps w:val="0"/>
          <w:strike w:val="0"/>
          <w:highlight w:val="cyan"/>
          <w:u w:val="single"/>
        </w:rPr>
        <w:t>blocking</w:t>
      </w:r>
      <w:r>
        <w:rPr>
          <w:b w:val="0"/>
          <w:i w:val="0"/>
          <w:smallCaps w:val="0"/>
          <w:strike w:val="0"/>
          <w:u w:val="single"/>
        </w:rPr>
        <w:t xml:space="preserve">. small tech </w:t>
      </w:r>
      <w:r>
        <w:rPr>
          <w:b w:val="0"/>
          <w:i w:val="0"/>
          <w:smallCaps w:val="0"/>
          <w:strike w:val="0"/>
          <w:highlight w:val="cyan"/>
          <w:u w:val="single"/>
        </w:rPr>
        <w:t>companies from platforms</w:t>
      </w:r>
      <w:r>
        <w:rPr>
          <w:b w:val="0"/>
          <w:i w:val="0"/>
          <w:smallCaps w:val="0"/>
          <w:strike w:val="0"/>
          <w:u w:val="single"/>
        </w:rPr>
        <w:t xml:space="preserve">, and essentially </w:t>
      </w:r>
      <w:r>
        <w:rPr>
          <w:b w:val="0"/>
          <w:i w:val="0"/>
          <w:smallCaps w:val="0"/>
          <w:strike w:val="0"/>
          <w:highlight w:val="cyan"/>
          <w:u w:val="single"/>
        </w:rPr>
        <w:t>driving</w:t>
      </w:r>
      <w:r>
        <w:rPr>
          <w:b w:val="0"/>
          <w:i w:val="0"/>
          <w:smallCaps w:val="0"/>
          <w:strike w:val="0"/>
          <w:u w:val="single"/>
        </w:rPr>
        <w:t xml:space="preserve"> smaller tech </w:t>
      </w:r>
      <w:r>
        <w:rPr>
          <w:b w:val="0"/>
          <w:i w:val="0"/>
          <w:smallCaps w:val="0"/>
          <w:strike w:val="0"/>
          <w:highlight w:val="cyan"/>
          <w:u w:val="single"/>
        </w:rPr>
        <w:t>companies out of business</w:t>
      </w:r>
      <w:r>
        <w:rPr>
          <w:b w:val="0"/>
          <w:i w:val="0"/>
          <w:smallCaps w:val="0"/>
          <w:strike w:val="0"/>
          <w:u w:val="single"/>
        </w:rPr>
        <w:t xml:space="preserve">.82 Big Tech trademark infringement suits demonstrate how </w:t>
      </w:r>
      <w:r>
        <w:rPr>
          <w:b w:val="0"/>
          <w:i w:val="0"/>
          <w:smallCaps w:val="0"/>
          <w:strike w:val="0"/>
          <w:highlight w:val="cyan"/>
          <w:u w:val="single"/>
        </w:rPr>
        <w:t>Big Tech</w:t>
      </w:r>
      <w:r>
        <w:rPr>
          <w:b w:val="0"/>
          <w:i w:val="0"/>
          <w:smallCaps w:val="0"/>
          <w:strike w:val="0"/>
          <w:u w:val="single"/>
        </w:rPr>
        <w:t xml:space="preserve"> manage to </w:t>
      </w:r>
      <w:r>
        <w:rPr>
          <w:b w:val="0"/>
          <w:i w:val="0"/>
          <w:smallCaps w:val="0"/>
          <w:strike w:val="0"/>
          <w:highlight w:val="cyan"/>
          <w:u w:val="single"/>
        </w:rPr>
        <w:t>prevail</w:t>
      </w:r>
      <w:r>
        <w:rPr>
          <w:b w:val="0"/>
          <w:i w:val="0"/>
          <w:smallCaps w:val="0"/>
          <w:strike w:val="0"/>
          <w:u w:val="single"/>
        </w:rPr>
        <w:t xml:space="preserve"> (or </w:t>
      </w:r>
      <w:r>
        <w:rPr>
          <w:b w:val="0"/>
          <w:i w:val="0"/>
          <w:smallCaps w:val="0"/>
          <w:strike w:val="0"/>
          <w:u w:val="single"/>
        </w:rPr>
        <w:t xml:space="preserve">obtain settlements) </w:t>
      </w:r>
      <w:r>
        <w:rPr>
          <w:b w:val="0"/>
          <w:i w:val="0"/>
          <w:smallCaps w:val="0"/>
          <w:strike w:val="0"/>
          <w:highlight w:val="cyan"/>
          <w:u w:val="single"/>
        </w:rPr>
        <w:t>in</w:t>
      </w:r>
      <w:r>
        <w:rPr>
          <w:b w:val="0"/>
          <w:i w:val="0"/>
          <w:smallCaps w:val="0"/>
          <w:strike w:val="0"/>
          <w:u w:val="single"/>
        </w:rPr>
        <w:t xml:space="preserve"> trademark </w:t>
      </w:r>
      <w:r>
        <w:rPr>
          <w:b w:val="0"/>
          <w:i w:val="0"/>
          <w:smallCaps w:val="0"/>
          <w:strike w:val="0"/>
          <w:highlight w:val="cyan"/>
          <w:u w:val="single"/>
        </w:rPr>
        <w:t>cases</w:t>
      </w:r>
      <w:r>
        <w:rPr>
          <w:b w:val="0"/>
          <w:i w:val="0"/>
          <w:smallCaps w:val="0"/>
          <w:strike w:val="0"/>
          <w:u w:val="single"/>
        </w:rPr>
        <w:t xml:space="preserve"> simply because they </w:t>
      </w:r>
      <w:r>
        <w:rPr>
          <w:b w:val="0"/>
          <w:i w:val="0"/>
          <w:smallCaps w:val="0"/>
          <w:strike w:val="0"/>
          <w:highlight w:val="cyan"/>
          <w:u w:val="single"/>
        </w:rPr>
        <w:t>have more resources and money</w:t>
      </w:r>
      <w:r>
        <w:rPr>
          <w:b w:val="0"/>
          <w:i w:val="0"/>
          <w:smallCaps w:val="0"/>
          <w:strike w:val="0"/>
          <w:u w:val="single"/>
        </w:rPr>
        <w:t xml:space="preserve"> </w:t>
      </w:r>
      <w:r>
        <w:rPr>
          <w:b w:val="0"/>
          <w:i w:val="0"/>
          <w:smallCaps w:val="0"/>
          <w:strike w:val="0"/>
          <w:highlight w:val="cyan"/>
          <w:u w:val="single"/>
        </w:rPr>
        <w:t>to</w:t>
      </w:r>
      <w:r>
        <w:rPr>
          <w:b w:val="0"/>
          <w:i w:val="0"/>
          <w:smallCaps w:val="0"/>
          <w:strike w:val="0"/>
          <w:u w:val="single"/>
        </w:rPr>
        <w:t xml:space="preserve"> </w:t>
      </w:r>
      <w:r>
        <w:rPr>
          <w:b w:val="0"/>
          <w:i w:val="0"/>
          <w:smallCaps w:val="0"/>
          <w:strike w:val="0"/>
          <w:highlight w:val="cyan"/>
          <w:u w:val="single"/>
        </w:rPr>
        <w:t>file</w:t>
      </w:r>
      <w:r>
        <w:rPr>
          <w:b w:val="0"/>
          <w:i w:val="0"/>
          <w:smallCaps w:val="0"/>
          <w:strike w:val="0"/>
          <w:u w:val="single"/>
        </w:rPr>
        <w:t xml:space="preserve"> meritless or frivolous </w:t>
      </w:r>
      <w:r>
        <w:rPr>
          <w:b w:val="0"/>
          <w:i w:val="0"/>
          <w:smallCaps w:val="0"/>
          <w:strike w:val="0"/>
          <w:highlight w:val="cyan"/>
          <w:u w:val="single"/>
        </w:rPr>
        <w:t>suits</w:t>
      </w:r>
      <w:r>
        <w:rPr>
          <w:b w:val="0"/>
          <w:i w:val="0"/>
          <w:smallCaps w:val="0"/>
          <w:strike w:val="0"/>
          <w:u w:val="single"/>
        </w:rPr>
        <w:t xml:space="preserve">.83 Because smaller and medium sized companies often have less resources and money available to defend against trademark infringement claims (meritless or not), these </w:t>
      </w:r>
      <w:r>
        <w:rPr>
          <w:b w:val="0"/>
          <w:i w:val="0"/>
          <w:smallCaps w:val="0"/>
          <w:strike w:val="0"/>
          <w:highlight w:val="cyan"/>
          <w:u w:val="single"/>
        </w:rPr>
        <w:t>competitors</w:t>
      </w:r>
      <w:r>
        <w:rPr>
          <w:b w:val="0"/>
          <w:i w:val="0"/>
          <w:smallCaps w:val="0"/>
          <w:strike w:val="0"/>
          <w:u w:val="single"/>
        </w:rPr>
        <w:t xml:space="preserve"> are </w:t>
      </w:r>
      <w:r>
        <w:rPr>
          <w:b w:val="0"/>
          <w:i w:val="0"/>
          <w:smallCaps w:val="0"/>
          <w:strike w:val="0"/>
          <w:highlight w:val="cyan"/>
          <w:u w:val="single"/>
        </w:rPr>
        <w:t>bullied by Big Tech</w:t>
      </w:r>
      <w:r>
        <w:rPr>
          <w:b w:val="0"/>
          <w:i w:val="0"/>
          <w:smallCaps w:val="0"/>
          <w:strike w:val="0"/>
          <w:u w:val="single"/>
        </w:rPr>
        <w:t xml:space="preserve"> to either (1) </w:t>
      </w:r>
      <w:r>
        <w:rPr>
          <w:b w:val="0"/>
          <w:i w:val="0"/>
          <w:smallCaps w:val="0"/>
          <w:strike w:val="0"/>
          <w:highlight w:val="cyan"/>
          <w:u w:val="single"/>
        </w:rPr>
        <w:t>leave</w:t>
      </w:r>
      <w:r>
        <w:rPr>
          <w:b w:val="0"/>
          <w:i w:val="0"/>
          <w:smallCaps w:val="0"/>
          <w:strike w:val="0"/>
          <w:u w:val="single"/>
        </w:rPr>
        <w:t xml:space="preserve"> the </w:t>
      </w:r>
      <w:r>
        <w:rPr>
          <w:b w:val="0"/>
          <w:i w:val="0"/>
          <w:smallCaps w:val="0"/>
          <w:strike w:val="0"/>
          <w:highlight w:val="cyan"/>
          <w:u w:val="single"/>
        </w:rPr>
        <w:t>market</w:t>
      </w:r>
      <w:r>
        <w:rPr>
          <w:b w:val="0"/>
          <w:i w:val="0"/>
          <w:smallCaps w:val="0"/>
          <w:strike w:val="0"/>
          <w:u w:val="single"/>
        </w:rPr>
        <w:t xml:space="preserve"> or (2) </w:t>
      </w:r>
      <w:r>
        <w:rPr>
          <w:b w:val="0"/>
          <w:i w:val="0"/>
          <w:smallCaps w:val="0"/>
          <w:strike w:val="0"/>
          <w:highlight w:val="cyan"/>
          <w:u w:val="single"/>
        </w:rPr>
        <w:t>pay</w:t>
      </w:r>
      <w:r>
        <w:rPr>
          <w:b w:val="0"/>
          <w:i w:val="0"/>
          <w:smallCaps w:val="0"/>
          <w:strike w:val="0"/>
          <w:u w:val="single"/>
        </w:rPr>
        <w:t xml:space="preserve"> Big Tech </w:t>
      </w:r>
      <w:r>
        <w:rPr>
          <w:b w:val="0"/>
          <w:i w:val="0"/>
          <w:smallCaps w:val="0"/>
          <w:strike w:val="0"/>
          <w:highlight w:val="cyan"/>
          <w:u w:val="single"/>
        </w:rPr>
        <w:t>licensing fees</w:t>
      </w:r>
      <w:r>
        <w:rPr>
          <w:b w:val="0"/>
          <w:i w:val="0"/>
          <w:smallCaps w:val="0"/>
          <w:strike w:val="0"/>
          <w:u w:val="single"/>
        </w:rPr>
        <w:t xml:space="preserve"> to use their trademark. As competitors become disincentivized from entering the market, Big Tech is further insulated from competition. This insulation emboldens </w:t>
      </w:r>
      <w:r>
        <w:rPr>
          <w:b w:val="0"/>
          <w:i w:val="0"/>
          <w:smallCaps w:val="0"/>
          <w:strike w:val="0"/>
          <w:highlight w:val="cyan"/>
          <w:u w:val="single"/>
        </w:rPr>
        <w:t xml:space="preserve">Big Tech </w:t>
      </w:r>
      <w:r>
        <w:rPr>
          <w:b w:val="0"/>
          <w:i w:val="0"/>
          <w:smallCaps w:val="0"/>
          <w:strike w:val="0"/>
          <w:u w:val="single"/>
        </w:rPr>
        <w:t xml:space="preserve">to </w:t>
      </w:r>
      <w:r>
        <w:rPr>
          <w:b w:val="0"/>
          <w:i w:val="0"/>
          <w:smallCaps w:val="0"/>
          <w:strike w:val="0"/>
          <w:highlight w:val="cyan"/>
          <w:u w:val="single"/>
        </w:rPr>
        <w:t>raise its prices</w:t>
      </w:r>
      <w:r>
        <w:rPr>
          <w:b w:val="0"/>
          <w:i w:val="0"/>
          <w:smallCaps w:val="0"/>
          <w:strike w:val="0"/>
          <w:u w:val="single"/>
        </w:rPr>
        <w:t xml:space="preserve"> for U.S. consumers while also </w:t>
      </w:r>
      <w:r>
        <w:rPr>
          <w:b w:val="0"/>
          <w:i w:val="0"/>
          <w:smallCaps w:val="0"/>
          <w:strike w:val="0"/>
          <w:highlight w:val="cyan"/>
          <w:u w:val="single"/>
        </w:rPr>
        <w:t>decreasing</w:t>
      </w:r>
      <w:r>
        <w:rPr>
          <w:b w:val="0"/>
          <w:i w:val="0"/>
          <w:smallCaps w:val="0"/>
          <w:strike w:val="0"/>
          <w:u w:val="single"/>
        </w:rPr>
        <w:t xml:space="preserve"> the </w:t>
      </w:r>
      <w:r>
        <w:rPr>
          <w:b w:val="0"/>
          <w:i w:val="0"/>
          <w:smallCaps w:val="0"/>
          <w:strike w:val="0"/>
          <w:highlight w:val="cyan"/>
          <w:u w:val="single"/>
        </w:rPr>
        <w:t>quality</w:t>
      </w:r>
      <w:r>
        <w:rPr>
          <w:b w:val="0"/>
          <w:i w:val="0"/>
          <w:smallCaps w:val="0"/>
          <w:strike w:val="0"/>
          <w:u w:val="single"/>
        </w:rPr>
        <w:t xml:space="preserve"> </w:t>
      </w:r>
      <w:r>
        <w:rPr>
          <w:b w:val="0"/>
          <w:i w:val="0"/>
          <w:smallCaps w:val="0"/>
          <w:strike w:val="0"/>
          <w:highlight w:val="cyan"/>
          <w:u w:val="single"/>
        </w:rPr>
        <w:t>of</w:t>
      </w:r>
      <w:r>
        <w:rPr>
          <w:b w:val="0"/>
          <w:i w:val="0"/>
          <w:smallCaps w:val="0"/>
          <w:strike w:val="0"/>
          <w:u w:val="single"/>
        </w:rPr>
        <w:t xml:space="preserve"> the </w:t>
      </w:r>
      <w:r>
        <w:rPr>
          <w:b w:val="0"/>
          <w:i w:val="0"/>
          <w:smallCaps w:val="0"/>
          <w:strike w:val="0"/>
          <w:highlight w:val="cyan"/>
          <w:u w:val="single"/>
        </w:rPr>
        <w:t>goods</w:t>
      </w:r>
      <w:r>
        <w:rPr>
          <w:b w:val="0"/>
          <w:i w:val="0"/>
          <w:smallCaps w:val="0"/>
          <w:strike w:val="0"/>
          <w:u w:val="single"/>
        </w:rPr>
        <w:t xml:space="preserve"> or services provided</w:t>
      </w:r>
      <w:r>
        <w:rPr>
          <w:b w:val="0"/>
          <w:i w:val="0"/>
          <w:smallCaps w:val="0"/>
          <w:strike w:val="0"/>
          <w:sz w:val="16"/>
          <w:u w:val="none"/>
        </w:rPr>
        <w:t>. Thus, even though trademark law is supposed to incentivize consistent levels of quality for trademarked products and services, Big Tech’s exploitative conduct of trademark law effectively allows the opposite to happen. This misleads consumers because they are left with the perception that Big Tech goods (or services) are the highest quality, simply because Big Tech has no other competition that produces products or services of similar or higher quality.</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