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Dems won’t check tariffs – Trump vetoes and they lack political will</w:t>
      </w:r>
    </w:p>
    <w:p>
      <w:pPr>
        <w:spacing w:after="80"/>
      </w:pPr>
      <w:r>
        <w:rPr>
          <w:b/>
          <w:i w:val="0"/>
          <w:smallCaps w:val="0"/>
          <w:strike w:val="0"/>
          <w:sz w:val="26"/>
          <w:u w:val="none"/>
        </w:rPr>
        <w:t>Grabow 18</w:t>
      </w:r>
    </w:p>
    <w:p>
      <w:pPr>
        <w:spacing w:after="60"/>
      </w:pPr>
      <w:r>
        <w:rPr>
          <w:b w:val="0"/>
          <w:i w:val="0"/>
          <w:smallCaps w:val="0"/>
          <w:strike w:val="0"/>
          <w:sz w:val="16"/>
          <w:u w:val="none"/>
        </w:rPr>
        <w:t xml:space="preserve">[(Colin, Associated Director at the Cato Institute’s Herbert A. </w:t>
      </w:r>
      <w:r>
        <w:rPr>
          <w:b w:val="0"/>
          <w:i w:val="0"/>
          <w:smallCaps w:val="0"/>
          <w:strike w:val="0"/>
          <w:sz w:val="16"/>
          <w:u w:val="none"/>
        </w:rPr>
        <w:t>Stiefel</w:t>
      </w:r>
      <w:r>
        <w:rPr>
          <w:b w:val="0"/>
          <w:i w:val="0"/>
          <w:smallCaps w:val="0"/>
          <w:strike w:val="0"/>
          <w:sz w:val="16"/>
          <w:u w:val="none"/>
        </w:rPr>
        <w:t xml:space="preserve"> Center for Trade Policy Studies and columnist for the Hill.) “Congress won’t stop Trump’s trade assault”, The Hill, July 18</w:t>
      </w:r>
      <w:r>
        <w:rPr>
          <w:b w:val="0"/>
          <w:i w:val="0"/>
          <w:smallCaps w:val="0"/>
          <w:strike w:val="0"/>
          <w:sz w:val="16"/>
          <w:u w:val="none"/>
        </w:rPr>
        <w:t>th</w:t>
      </w:r>
      <w:r>
        <w:rPr>
          <w:b w:val="0"/>
          <w:i w:val="0"/>
          <w:smallCaps w:val="0"/>
          <w:strike w:val="0"/>
          <w:sz w:val="16"/>
          <w:u w:val="none"/>
        </w:rPr>
        <w:t xml:space="preserve"> 2018</w:t>
      </w:r>
      <w:r>
        <w:rPr>
          <w:b w:val="0"/>
          <w:i w:val="0"/>
          <w:smallCaps w:val="0"/>
          <w:strike w:val="0"/>
          <w:sz w:val="16"/>
          <w:u w:val="none"/>
        </w:rPr>
        <w:t>, https://thehill.com/blogs/congress-blog/economy-budget/397444-congress-wont-stop-trumps-trade-assault/]//LR</w:t>
      </w:r>
    </w:p>
    <w:p>
      <w:pPr>
        <w:spacing w:after="60"/>
      </w:pPr>
      <w:r>
        <w:rPr>
          <w:b w:val="0"/>
          <w:i w:val="0"/>
          <w:smallCaps w:val="0"/>
          <w:strike w:val="0"/>
          <w:sz w:val="16"/>
          <w:u w:val="none"/>
        </w:rPr>
        <w:t xml:space="preserve">With U.S. trade policy teetering, </w:t>
      </w:r>
      <w:r>
        <w:rPr>
          <w:b w:val="0"/>
          <w:i w:val="0"/>
          <w:smallCaps w:val="0"/>
          <w:strike w:val="0"/>
          <w:sz w:val="22"/>
          <w:highlight w:val="cyan"/>
          <w:u w:val="single"/>
        </w:rPr>
        <w:t>some in Congress</w:t>
      </w:r>
      <w:r>
        <w:rPr>
          <w:b w:val="0"/>
          <w:i w:val="0"/>
          <w:smallCaps w:val="0"/>
          <w:strike w:val="0"/>
          <w:sz w:val="22"/>
          <w:u w:val="single"/>
        </w:rPr>
        <w:t xml:space="preserve"> are belatedly </w:t>
      </w:r>
      <w:r>
        <w:rPr>
          <w:b w:val="0"/>
          <w:i w:val="0"/>
          <w:smallCaps w:val="0"/>
          <w:strike w:val="0"/>
          <w:sz w:val="22"/>
          <w:highlight w:val="cyan"/>
          <w:u w:val="single"/>
        </w:rPr>
        <w:t>realizing</w:t>
      </w:r>
      <w:r>
        <w:rPr>
          <w:b w:val="0"/>
          <w:i w:val="0"/>
          <w:smallCaps w:val="0"/>
          <w:strike w:val="0"/>
          <w:sz w:val="22"/>
          <w:u w:val="single"/>
        </w:rPr>
        <w:t xml:space="preserve"> the </w:t>
      </w:r>
      <w:r>
        <w:rPr>
          <w:b/>
          <w:i w:val="0"/>
          <w:smallCaps w:val="0"/>
          <w:strike w:val="0"/>
          <w:sz w:val="22"/>
          <w:highlight w:val="cyan"/>
          <w:u w:val="single"/>
        </w:rPr>
        <w:t>need for oversight</w:t>
      </w:r>
      <w:r>
        <w:rPr>
          <w:b w:val="0"/>
          <w:i w:val="0"/>
          <w:smallCaps w:val="0"/>
          <w:strike w:val="0"/>
          <w:sz w:val="22"/>
          <w:u w:val="single"/>
        </w:rPr>
        <w:t xml:space="preserve"> over this key determinant of the country’s economic health</w:t>
      </w:r>
      <w:r>
        <w:rPr>
          <w:b w:val="0"/>
          <w:i w:val="0"/>
          <w:smallCaps w:val="0"/>
          <w:strike w:val="0"/>
          <w:sz w:val="16"/>
          <w:u w:val="none"/>
        </w:rPr>
        <w:t xml:space="preserve">. </w:t>
      </w:r>
      <w:r>
        <w:rPr>
          <w:b w:val="0"/>
          <w:i w:val="0"/>
          <w:smallCaps w:val="0"/>
          <w:strike w:val="0"/>
          <w:sz w:val="16"/>
          <w:u w:val="none"/>
        </w:rPr>
        <w:t>In particular, there</w:t>
      </w:r>
      <w:r>
        <w:rPr>
          <w:b w:val="0"/>
          <w:i w:val="0"/>
          <w:smallCaps w:val="0"/>
          <w:strike w:val="0"/>
          <w:sz w:val="16"/>
          <w:u w:val="none"/>
        </w:rPr>
        <w:t xml:space="preserve"> is an </w:t>
      </w:r>
      <w:r>
        <w:rPr>
          <w:b/>
          <w:i w:val="0"/>
          <w:smallCaps w:val="0"/>
          <w:strike w:val="0"/>
          <w:sz w:val="22"/>
          <w:highlight w:val="cyan"/>
          <w:u w:val="single"/>
        </w:rPr>
        <w:t>effort to restrain</w:t>
      </w:r>
      <w:r>
        <w:rPr>
          <w:b w:val="0"/>
          <w:i w:val="0"/>
          <w:smallCaps w:val="0"/>
          <w:strike w:val="0"/>
          <w:sz w:val="22"/>
          <w:u w:val="single"/>
        </w:rPr>
        <w:t xml:space="preserve"> the </w:t>
      </w:r>
      <w:r>
        <w:rPr>
          <w:b w:val="0"/>
          <w:i w:val="0"/>
          <w:smallCaps w:val="0"/>
          <w:strike w:val="0"/>
          <w:sz w:val="22"/>
          <w:highlight w:val="cyan"/>
          <w:u w:val="single"/>
        </w:rPr>
        <w:t>president’s ability to impose tariffs</w:t>
      </w:r>
      <w:r>
        <w:rPr>
          <w:b w:val="0"/>
          <w:i w:val="0"/>
          <w:smallCaps w:val="0"/>
          <w:strike w:val="0"/>
          <w:sz w:val="22"/>
          <w:u w:val="single"/>
        </w:rPr>
        <w:t xml:space="preserve"> </w:t>
      </w:r>
      <w:r>
        <w:rPr>
          <w:b w:val="0"/>
          <w:i w:val="0"/>
          <w:smallCaps w:val="0"/>
          <w:strike w:val="0"/>
          <w:sz w:val="16"/>
          <w:u w:val="none"/>
        </w:rPr>
        <w:t xml:space="preserve">on national security grounds. To head off abuse of such measures, </w:t>
      </w:r>
      <w:r>
        <w:rPr>
          <w:b w:val="0"/>
          <w:i w:val="0"/>
          <w:smallCaps w:val="0"/>
          <w:strike w:val="0"/>
          <w:sz w:val="22"/>
          <w:u w:val="single"/>
        </w:rPr>
        <w:t xml:space="preserve">bipartisan </w:t>
      </w:r>
      <w:r>
        <w:rPr>
          <w:b w:val="0"/>
          <w:i w:val="0"/>
          <w:smallCaps w:val="0"/>
          <w:strike w:val="0"/>
          <w:sz w:val="22"/>
          <w:highlight w:val="cyan"/>
          <w:u w:val="single"/>
        </w:rPr>
        <w:t>bills</w:t>
      </w:r>
      <w:r>
        <w:rPr>
          <w:b w:val="0"/>
          <w:i w:val="0"/>
          <w:smallCaps w:val="0"/>
          <w:strike w:val="0"/>
          <w:sz w:val="22"/>
          <w:u w:val="single"/>
        </w:rPr>
        <w:t xml:space="preserve"> have been introduced </w:t>
      </w:r>
      <w:r>
        <w:rPr>
          <w:b w:val="0"/>
          <w:i w:val="0"/>
          <w:smallCaps w:val="0"/>
          <w:strike w:val="0"/>
          <w:sz w:val="22"/>
          <w:highlight w:val="cyan"/>
          <w:u w:val="single"/>
        </w:rPr>
        <w:t>in</w:t>
      </w:r>
      <w:r>
        <w:rPr>
          <w:b w:val="0"/>
          <w:i w:val="0"/>
          <w:smallCaps w:val="0"/>
          <w:strike w:val="0"/>
          <w:sz w:val="22"/>
          <w:u w:val="single"/>
        </w:rPr>
        <w:t xml:space="preserve"> both the </w:t>
      </w:r>
      <w:r>
        <w:rPr>
          <w:b/>
          <w:i w:val="0"/>
          <w:smallCaps w:val="0"/>
          <w:strike w:val="0"/>
          <w:sz w:val="22"/>
          <w:highlight w:val="cyan"/>
          <w:u w:val="single"/>
        </w:rPr>
        <w:t>House</w:t>
      </w:r>
      <w:r>
        <w:rPr>
          <w:b/>
          <w:i w:val="0"/>
          <w:smallCaps w:val="0"/>
          <w:strike w:val="0"/>
          <w:sz w:val="22"/>
          <w:highlight w:val="cyan"/>
          <w:u w:val="single"/>
        </w:rPr>
        <w:t xml:space="preserve"> and </w:t>
      </w:r>
      <w:r>
        <w:rPr>
          <w:b/>
          <w:i w:val="0"/>
          <w:smallCaps w:val="0"/>
          <w:strike w:val="0"/>
          <w:sz w:val="22"/>
          <w:highlight w:val="cyan"/>
          <w:u w:val="single"/>
        </w:rPr>
        <w:t>Senate</w:t>
      </w:r>
      <w:r>
        <w:rPr>
          <w:b/>
          <w:i w:val="0"/>
          <w:smallCaps w:val="0"/>
          <w:strike w:val="0"/>
          <w:sz w:val="22"/>
          <w:u w:val="single"/>
        </w:rPr>
        <w:t xml:space="preserve"> </w:t>
      </w:r>
      <w:r>
        <w:rPr>
          <w:b w:val="0"/>
          <w:i w:val="0"/>
          <w:smallCaps w:val="0"/>
          <w:strike w:val="0"/>
          <w:sz w:val="22"/>
          <w:u w:val="single"/>
        </w:rPr>
        <w:t>that would require such tariffs to obtain congressional approval</w:t>
      </w:r>
      <w:r>
        <w:rPr>
          <w:b w:val="0"/>
          <w:i w:val="0"/>
          <w:smallCaps w:val="0"/>
          <w:strike w:val="0"/>
          <w:sz w:val="16"/>
          <w:u w:val="none"/>
        </w:rPr>
        <w:t xml:space="preserve"> within a 60-day window. Enactment of such limits of presidential authority would certainly come at an opportune time. That both Republicans and Democrats are lining up behind them illustrates the growing perception that Trump is overstepping his bounds. A favored part of his protectionist toolbox, Trump has already risibly cited alleged national security concerns to justify tariffs on imports of foreign steel and aluminum including from U.S. allies. The ludicrous </w:t>
      </w:r>
      <w:r>
        <w:rPr>
          <w:b w:val="0"/>
          <w:i w:val="0"/>
          <w:smallCaps w:val="0"/>
          <w:strike w:val="0"/>
          <w:sz w:val="16"/>
          <w:u w:val="none"/>
        </w:rPr>
        <w:t>launch of an investigation</w:t>
      </w:r>
      <w:r>
        <w:rPr>
          <w:b w:val="0"/>
          <w:i w:val="0"/>
          <w:smallCaps w:val="0"/>
          <w:strike w:val="0"/>
          <w:sz w:val="16"/>
          <w:u w:val="none"/>
        </w:rPr>
        <w:t xml:space="preserve"> into the national security implications of auto imports, meanwhile, portends additional such measures—as well as the foreign retaliation that will inevitably follow. While it’s </w:t>
      </w:r>
      <w:r>
        <w:rPr>
          <w:b w:val="0"/>
          <w:i w:val="0"/>
          <w:smallCaps w:val="0"/>
          <w:strike w:val="0"/>
          <w:sz w:val="22"/>
          <w:u w:val="single"/>
        </w:rPr>
        <w:t xml:space="preserve">laudable that </w:t>
      </w:r>
      <w:r>
        <w:rPr>
          <w:b/>
          <w:i w:val="0"/>
          <w:smallCaps w:val="0"/>
          <w:strike w:val="0"/>
          <w:sz w:val="22"/>
          <w:highlight w:val="cyan"/>
          <w:u w:val="single"/>
        </w:rPr>
        <w:t>Congress</w:t>
      </w:r>
      <w:r>
        <w:rPr>
          <w:b/>
          <w:i w:val="0"/>
          <w:smallCaps w:val="0"/>
          <w:strike w:val="0"/>
          <w:sz w:val="22"/>
          <w:u w:val="single"/>
        </w:rPr>
        <w:t xml:space="preserve"> is now </w:t>
      </w:r>
      <w:r>
        <w:rPr>
          <w:b/>
          <w:i w:val="0"/>
          <w:smallCaps w:val="0"/>
          <w:strike w:val="0"/>
          <w:sz w:val="22"/>
          <w:highlight w:val="cyan"/>
          <w:u w:val="single"/>
        </w:rPr>
        <w:t>stepping up</w:t>
      </w:r>
      <w:r>
        <w:rPr>
          <w:b w:val="0"/>
          <w:i w:val="0"/>
          <w:smallCaps w:val="0"/>
          <w:strike w:val="0"/>
          <w:sz w:val="22"/>
          <w:u w:val="single"/>
        </w:rPr>
        <w:t xml:space="preserve"> to the plate, the </w:t>
      </w:r>
      <w:r>
        <w:rPr>
          <w:b w:val="0"/>
          <w:i w:val="0"/>
          <w:smallCaps w:val="0"/>
          <w:strike w:val="0"/>
          <w:sz w:val="22"/>
          <w:highlight w:val="cyan"/>
          <w:u w:val="single"/>
        </w:rPr>
        <w:t>effort</w:t>
      </w:r>
      <w:r>
        <w:rPr>
          <w:b w:val="0"/>
          <w:i w:val="0"/>
          <w:smallCaps w:val="0"/>
          <w:strike w:val="0"/>
          <w:sz w:val="22"/>
          <w:u w:val="single"/>
        </w:rPr>
        <w:t xml:space="preserve"> will sadly almost </w:t>
      </w:r>
      <w:r>
        <w:rPr>
          <w:b w:val="0"/>
          <w:i w:val="0"/>
          <w:smallCaps w:val="0"/>
          <w:strike w:val="0"/>
          <w:sz w:val="22"/>
          <w:highlight w:val="cyan"/>
          <w:u w:val="single"/>
        </w:rPr>
        <w:t>certainly</w:t>
      </w:r>
      <w:r>
        <w:rPr>
          <w:b w:val="0"/>
          <w:i w:val="0"/>
          <w:smallCaps w:val="0"/>
          <w:strike w:val="0"/>
          <w:sz w:val="22"/>
          <w:u w:val="single"/>
        </w:rPr>
        <w:t xml:space="preserve"> prove to be a </w:t>
      </w:r>
      <w:r>
        <w:rPr>
          <w:b w:val="0"/>
          <w:i w:val="0"/>
          <w:smallCaps w:val="0"/>
          <w:strike w:val="0"/>
          <w:sz w:val="22"/>
          <w:highlight w:val="cyan"/>
          <w:u w:val="single"/>
        </w:rPr>
        <w:t>futile</w:t>
      </w:r>
      <w:r>
        <w:rPr>
          <w:b w:val="0"/>
          <w:i w:val="0"/>
          <w:smallCaps w:val="0"/>
          <w:strike w:val="0"/>
          <w:sz w:val="22"/>
          <w:u w:val="single"/>
        </w:rPr>
        <w:t xml:space="preserve"> one. </w:t>
      </w:r>
      <w:r>
        <w:rPr>
          <w:b w:val="0"/>
          <w:i w:val="0"/>
          <w:smallCaps w:val="0"/>
          <w:strike w:val="0"/>
          <w:sz w:val="22"/>
          <w:highlight w:val="cyan"/>
          <w:u w:val="single"/>
        </w:rPr>
        <w:t>Trump’s</w:t>
      </w:r>
      <w:r>
        <w:rPr>
          <w:b w:val="0"/>
          <w:i w:val="0"/>
          <w:smallCaps w:val="0"/>
          <w:strike w:val="0"/>
          <w:sz w:val="22"/>
          <w:u w:val="single"/>
        </w:rPr>
        <w:t xml:space="preserve"> possession of a </w:t>
      </w:r>
      <w:r>
        <w:rPr>
          <w:b/>
          <w:i w:val="0"/>
          <w:smallCaps w:val="0"/>
          <w:strike w:val="0"/>
          <w:sz w:val="22"/>
          <w:highlight w:val="cyan"/>
          <w:u w:val="single"/>
        </w:rPr>
        <w:t>veto</w:t>
      </w:r>
      <w:r>
        <w:rPr>
          <w:b/>
          <w:i w:val="0"/>
          <w:smallCaps w:val="0"/>
          <w:strike w:val="0"/>
          <w:sz w:val="22"/>
          <w:u w:val="single"/>
        </w:rPr>
        <w:t xml:space="preserve"> pen</w:t>
      </w:r>
      <w:r>
        <w:rPr>
          <w:b w:val="0"/>
          <w:i w:val="0"/>
          <w:smallCaps w:val="0"/>
          <w:strike w:val="0"/>
          <w:sz w:val="16"/>
          <w:u w:val="none"/>
        </w:rPr>
        <w:t xml:space="preserve"> as well as the considerable </w:t>
      </w:r>
      <w:r>
        <w:rPr>
          <w:b w:val="0"/>
          <w:i w:val="0"/>
          <w:smallCaps w:val="0"/>
          <w:strike w:val="0"/>
          <w:sz w:val="22"/>
          <w:highlight w:val="cyan"/>
          <w:u w:val="single"/>
        </w:rPr>
        <w:t>deference</w:t>
      </w:r>
      <w:r>
        <w:rPr>
          <w:b w:val="0"/>
          <w:i w:val="0"/>
          <w:smallCaps w:val="0"/>
          <w:strike w:val="0"/>
          <w:sz w:val="22"/>
          <w:u w:val="single"/>
        </w:rPr>
        <w:t xml:space="preserve"> still afforded him </w:t>
      </w:r>
      <w:r>
        <w:rPr>
          <w:b w:val="0"/>
          <w:i w:val="0"/>
          <w:smallCaps w:val="0"/>
          <w:strike w:val="0"/>
          <w:sz w:val="22"/>
          <w:highlight w:val="cyan"/>
          <w:u w:val="single"/>
        </w:rPr>
        <w:t>by Republicans</w:t>
      </w:r>
      <w:r>
        <w:rPr>
          <w:b w:val="0"/>
          <w:i w:val="0"/>
          <w:smallCaps w:val="0"/>
          <w:strike w:val="0"/>
          <w:sz w:val="16"/>
          <w:u w:val="none"/>
        </w:rPr>
        <w:t xml:space="preserve"> in Congress assure that the prospects of such language becoming law in the near-term are virtually nil. Indeed, </w:t>
      </w:r>
      <w:r>
        <w:rPr>
          <w:b w:val="0"/>
          <w:i w:val="0"/>
          <w:smallCaps w:val="0"/>
          <w:strike w:val="0"/>
          <w:sz w:val="22"/>
          <w:u w:val="single"/>
        </w:rPr>
        <w:t xml:space="preserve">11 GOP senators refused to even vote in favor of a </w:t>
      </w:r>
      <w:r>
        <w:rPr>
          <w:b w:val="0"/>
          <w:i w:val="0"/>
          <w:smallCaps w:val="0"/>
          <w:strike w:val="0"/>
          <w:sz w:val="22"/>
          <w:u w:val="single"/>
        </w:rPr>
        <w:t>toothless censure</w:t>
      </w:r>
      <w:r>
        <w:rPr>
          <w:b w:val="0"/>
          <w:i w:val="0"/>
          <w:smallCaps w:val="0"/>
          <w:strike w:val="0"/>
          <w:sz w:val="16"/>
          <w:u w:val="none"/>
        </w:rPr>
        <w:t xml:space="preserve"> of his trade policy. The horse may have escaped the barn, but most federal legislators appear content to let it roam free, much less bring it back in and bolt the gate. In fairness to Congress, it wasn’t supposed to be this way. The </w:t>
      </w:r>
      <w:r>
        <w:rPr>
          <w:b w:val="0"/>
          <w:i w:val="0"/>
          <w:smallCaps w:val="0"/>
          <w:strike w:val="0"/>
          <w:sz w:val="22"/>
          <w:highlight w:val="cyan"/>
          <w:u w:val="single"/>
        </w:rPr>
        <w:t>laws</w:t>
      </w:r>
      <w:r>
        <w:rPr>
          <w:b w:val="0"/>
          <w:i w:val="0"/>
          <w:smallCaps w:val="0"/>
          <w:strike w:val="0"/>
          <w:sz w:val="22"/>
          <w:u w:val="single"/>
        </w:rPr>
        <w:t xml:space="preserve"> </w:t>
      </w:r>
      <w:r>
        <w:rPr>
          <w:b w:val="0"/>
          <w:i w:val="0"/>
          <w:smallCaps w:val="0"/>
          <w:strike w:val="0"/>
          <w:sz w:val="22"/>
          <w:highlight w:val="cyan"/>
          <w:u w:val="single"/>
        </w:rPr>
        <w:t>governing</w:t>
      </w:r>
      <w:r>
        <w:rPr>
          <w:b w:val="0"/>
          <w:i w:val="0"/>
          <w:smallCaps w:val="0"/>
          <w:strike w:val="0"/>
          <w:sz w:val="22"/>
          <w:u w:val="single"/>
        </w:rPr>
        <w:t xml:space="preserve"> U.S. </w:t>
      </w:r>
      <w:r>
        <w:rPr>
          <w:b w:val="0"/>
          <w:i w:val="0"/>
          <w:smallCaps w:val="0"/>
          <w:strike w:val="0"/>
          <w:sz w:val="22"/>
          <w:highlight w:val="cyan"/>
          <w:u w:val="single"/>
        </w:rPr>
        <w:t>trade policy</w:t>
      </w:r>
      <w:r>
        <w:rPr>
          <w:b w:val="0"/>
          <w:i w:val="0"/>
          <w:smallCaps w:val="0"/>
          <w:strike w:val="0"/>
          <w:sz w:val="22"/>
          <w:u w:val="single"/>
        </w:rPr>
        <w:t xml:space="preserve"> were </w:t>
      </w:r>
      <w:r>
        <w:rPr>
          <w:b w:val="0"/>
          <w:i w:val="0"/>
          <w:smallCaps w:val="0"/>
          <w:strike w:val="0"/>
          <w:sz w:val="22"/>
          <w:highlight w:val="cyan"/>
          <w:u w:val="single"/>
        </w:rPr>
        <w:t>written with</w:t>
      </w:r>
      <w:r>
        <w:rPr>
          <w:b w:val="0"/>
          <w:i w:val="0"/>
          <w:smallCaps w:val="0"/>
          <w:strike w:val="0"/>
          <w:sz w:val="22"/>
          <w:u w:val="single"/>
        </w:rPr>
        <w:t xml:space="preserve"> the </w:t>
      </w:r>
      <w:r>
        <w:rPr>
          <w:b/>
          <w:i w:val="0"/>
          <w:smallCaps w:val="0"/>
          <w:strike w:val="0"/>
          <w:sz w:val="22"/>
          <w:u w:val="single"/>
        </w:rPr>
        <w:t xml:space="preserve">implicit </w:t>
      </w:r>
      <w:r>
        <w:rPr>
          <w:b/>
          <w:i w:val="0"/>
          <w:smallCaps w:val="0"/>
          <w:strike w:val="0"/>
          <w:sz w:val="22"/>
          <w:highlight w:val="cyan"/>
          <w:u w:val="single"/>
        </w:rPr>
        <w:t>assumption</w:t>
      </w:r>
      <w:r>
        <w:rPr>
          <w:b w:val="0"/>
          <w:i w:val="0"/>
          <w:smallCaps w:val="0"/>
          <w:strike w:val="0"/>
          <w:sz w:val="22"/>
          <w:u w:val="single"/>
        </w:rPr>
        <w:t xml:space="preserve"> that the primary </w:t>
      </w:r>
      <w:r>
        <w:rPr>
          <w:b w:val="0"/>
          <w:i w:val="0"/>
          <w:smallCaps w:val="0"/>
          <w:strike w:val="0"/>
          <w:sz w:val="22"/>
          <w:highlight w:val="cyan"/>
          <w:u w:val="single"/>
        </w:rPr>
        <w:t>protectionist</w:t>
      </w:r>
      <w:r>
        <w:rPr>
          <w:b w:val="0"/>
          <w:i w:val="0"/>
          <w:smallCaps w:val="0"/>
          <w:strike w:val="0"/>
          <w:sz w:val="22"/>
          <w:u w:val="single"/>
        </w:rPr>
        <w:t xml:space="preserve"> </w:t>
      </w:r>
      <w:r>
        <w:rPr>
          <w:b w:val="0"/>
          <w:i w:val="0"/>
          <w:smallCaps w:val="0"/>
          <w:strike w:val="0"/>
          <w:sz w:val="22"/>
          <w:highlight w:val="cyan"/>
          <w:u w:val="single"/>
        </w:rPr>
        <w:t>threat</w:t>
      </w:r>
      <w:r>
        <w:rPr>
          <w:b w:val="0"/>
          <w:i w:val="0"/>
          <w:smallCaps w:val="0"/>
          <w:strike w:val="0"/>
          <w:sz w:val="22"/>
          <w:u w:val="single"/>
        </w:rPr>
        <w:t xml:space="preserve"> would come </w:t>
      </w:r>
      <w:r>
        <w:rPr>
          <w:b/>
          <w:i w:val="0"/>
          <w:smallCaps w:val="0"/>
          <w:strike w:val="0"/>
          <w:sz w:val="22"/>
          <w:highlight w:val="cyan"/>
          <w:u w:val="single"/>
        </w:rPr>
        <w:t>not from the White House</w:t>
      </w:r>
      <w:r>
        <w:rPr>
          <w:b w:val="0"/>
          <w:i w:val="0"/>
          <w:smallCaps w:val="0"/>
          <w:strike w:val="0"/>
          <w:sz w:val="16"/>
          <w:u w:val="none"/>
        </w:rPr>
        <w:t xml:space="preserve"> but Capitol Hill. The logic is hard to fault. Filled with members more attuned to the parochial concerns of their individual districts or states rather than the national welfare, Congress has traditionally been more prone to bouts of protectionism designed to benefit favored constituencies. The president, meanwhile, has typically taken a more expansive and positive view of trade, placing more emphasis on its large but dispersed benefits than its comparatively smaller and more concentrated costs. </w:t>
      </w:r>
      <w:r>
        <w:rPr>
          <w:b w:val="0"/>
          <w:i w:val="0"/>
          <w:smallCaps w:val="0"/>
          <w:strike w:val="0"/>
          <w:sz w:val="22"/>
          <w:highlight w:val="cyan"/>
          <w:u w:val="single"/>
        </w:rPr>
        <w:t>Then</w:t>
      </w:r>
      <w:r>
        <w:rPr>
          <w:b w:val="0"/>
          <w:i w:val="0"/>
          <w:smallCaps w:val="0"/>
          <w:strike w:val="0"/>
          <w:sz w:val="22"/>
          <w:u w:val="single"/>
        </w:rPr>
        <w:t xml:space="preserve"> along </w:t>
      </w:r>
      <w:r>
        <w:rPr>
          <w:b w:val="0"/>
          <w:i w:val="0"/>
          <w:smallCaps w:val="0"/>
          <w:strike w:val="0"/>
          <w:sz w:val="22"/>
          <w:highlight w:val="cyan"/>
          <w:u w:val="single"/>
        </w:rPr>
        <w:t>came Trump</w:t>
      </w:r>
      <w:r>
        <w:rPr>
          <w:b w:val="0"/>
          <w:i w:val="0"/>
          <w:smallCaps w:val="0"/>
          <w:strike w:val="0"/>
          <w:sz w:val="22"/>
          <w:u w:val="single"/>
        </w:rPr>
        <w:t>.</w:t>
      </w:r>
      <w:r>
        <w:rPr>
          <w:b w:val="0"/>
          <w:i w:val="0"/>
          <w:smallCaps w:val="0"/>
          <w:strike w:val="0"/>
          <w:sz w:val="16"/>
          <w:u w:val="none"/>
        </w:rPr>
        <w:t xml:space="preserve"> Withdrawing from the Trans-Pacific Partnership free trade deal only days after taking office, Trump spent the remainder of his inaugural year </w:t>
      </w:r>
      <w:r>
        <w:rPr>
          <w:b w:val="0"/>
          <w:i w:val="0"/>
          <w:smallCaps w:val="0"/>
          <w:strike w:val="0"/>
          <w:sz w:val="16"/>
          <w:u w:val="none"/>
        </w:rPr>
        <w:t>bellowing to aides</w:t>
      </w:r>
      <w:r>
        <w:rPr>
          <w:b w:val="0"/>
          <w:i w:val="0"/>
          <w:smallCaps w:val="0"/>
          <w:strike w:val="0"/>
          <w:sz w:val="16"/>
          <w:u w:val="none"/>
        </w:rPr>
        <w:t xml:space="preserve"> about his desire for tariffs and casually musing about </w:t>
      </w:r>
      <w:r>
        <w:rPr>
          <w:b w:val="0"/>
          <w:i w:val="0"/>
          <w:smallCaps w:val="0"/>
          <w:strike w:val="0"/>
          <w:sz w:val="16"/>
          <w:u w:val="none"/>
        </w:rPr>
        <w:t>withdrawal from NAFTA</w:t>
      </w:r>
      <w:r>
        <w:rPr>
          <w:b w:val="0"/>
          <w:i w:val="0"/>
          <w:smallCaps w:val="0"/>
          <w:strike w:val="0"/>
          <w:sz w:val="16"/>
          <w:u w:val="none"/>
        </w:rPr>
        <w:t xml:space="preserve">. These rhetorical blasts, however, just proved to be the calm before the storm. This year the president has been unleashed, with 2018 witnessing a </w:t>
      </w:r>
      <w:r>
        <w:rPr>
          <w:b w:val="0"/>
          <w:i w:val="0"/>
          <w:smallCaps w:val="0"/>
          <w:strike w:val="0"/>
          <w:sz w:val="22"/>
          <w:u w:val="single"/>
        </w:rPr>
        <w:t xml:space="preserve">succession of </w:t>
      </w:r>
      <w:r>
        <w:rPr>
          <w:b w:val="0"/>
          <w:i w:val="0"/>
          <w:smallCaps w:val="0"/>
          <w:strike w:val="0"/>
          <w:sz w:val="22"/>
          <w:highlight w:val="cyan"/>
          <w:u w:val="single"/>
        </w:rPr>
        <w:t>protectionist moves.</w:t>
      </w:r>
      <w:r>
        <w:rPr>
          <w:b w:val="0"/>
          <w:i w:val="0"/>
          <w:smallCaps w:val="0"/>
          <w:strike w:val="0"/>
          <w:sz w:val="16"/>
          <w:u w:val="none"/>
        </w:rPr>
        <w:t xml:space="preserve"> Whether on metals imports, China, or the alleged threat posed by foreign-built washing machines, the president has opted to </w:t>
      </w:r>
      <w:r>
        <w:rPr>
          <w:b/>
          <w:i w:val="0"/>
          <w:smallCaps w:val="0"/>
          <w:strike w:val="0"/>
          <w:sz w:val="22"/>
          <w:u w:val="single"/>
        </w:rPr>
        <w:t xml:space="preserve">impose </w:t>
      </w:r>
      <w:r>
        <w:rPr>
          <w:b/>
          <w:i w:val="0"/>
          <w:smallCaps w:val="0"/>
          <w:strike w:val="0"/>
          <w:sz w:val="22"/>
          <w:highlight w:val="cyan"/>
          <w:u w:val="single"/>
        </w:rPr>
        <w:t>new tariffs</w:t>
      </w:r>
      <w:r>
        <w:rPr>
          <w:b w:val="0"/>
          <w:i w:val="0"/>
          <w:smallCaps w:val="0"/>
          <w:strike w:val="0"/>
          <w:sz w:val="22"/>
          <w:u w:val="single"/>
        </w:rPr>
        <w:t xml:space="preserve"> on American consumers </w:t>
      </w:r>
      <w:r>
        <w:rPr>
          <w:b w:val="0"/>
          <w:i w:val="0"/>
          <w:smallCaps w:val="0"/>
          <w:strike w:val="0"/>
          <w:sz w:val="22"/>
          <w:highlight w:val="cyan"/>
          <w:u w:val="single"/>
        </w:rPr>
        <w:t>whenever</w:t>
      </w:r>
      <w:r>
        <w:rPr>
          <w:b w:val="0"/>
          <w:i w:val="0"/>
          <w:smallCaps w:val="0"/>
          <w:strike w:val="0"/>
          <w:sz w:val="22"/>
          <w:u w:val="single"/>
        </w:rPr>
        <w:t xml:space="preserve"> the </w:t>
      </w:r>
      <w:r>
        <w:rPr>
          <w:b w:val="0"/>
          <w:i w:val="0"/>
          <w:smallCaps w:val="0"/>
          <w:strike w:val="0"/>
          <w:sz w:val="22"/>
          <w:highlight w:val="cyan"/>
          <w:u w:val="single"/>
        </w:rPr>
        <w:t>opportunity</w:t>
      </w:r>
      <w:r>
        <w:rPr>
          <w:b w:val="0"/>
          <w:i w:val="0"/>
          <w:smallCaps w:val="0"/>
          <w:strike w:val="0"/>
          <w:sz w:val="22"/>
          <w:u w:val="single"/>
        </w:rPr>
        <w:t xml:space="preserve"> has </w:t>
      </w:r>
      <w:r>
        <w:rPr>
          <w:b w:val="0"/>
          <w:i w:val="0"/>
          <w:smallCaps w:val="0"/>
          <w:strike w:val="0"/>
          <w:sz w:val="22"/>
          <w:highlight w:val="cyan"/>
          <w:u w:val="single"/>
        </w:rPr>
        <w:t>presented</w:t>
      </w:r>
      <w:r>
        <w:rPr>
          <w:b w:val="0"/>
          <w:i w:val="0"/>
          <w:smallCaps w:val="0"/>
          <w:strike w:val="0"/>
          <w:sz w:val="22"/>
          <w:u w:val="single"/>
        </w:rPr>
        <w:t xml:space="preserve"> itself.</w:t>
      </w:r>
      <w:r>
        <w:rPr>
          <w:b w:val="0"/>
          <w:i w:val="0"/>
          <w:smallCaps w:val="0"/>
          <w:strike w:val="0"/>
          <w:sz w:val="16"/>
          <w:u w:val="none"/>
        </w:rPr>
        <w:t xml:space="preserve"> With Trump readying </w:t>
      </w:r>
      <w:r>
        <w:rPr>
          <w:b w:val="0"/>
          <w:i w:val="0"/>
          <w:smallCaps w:val="0"/>
          <w:strike w:val="0"/>
          <w:sz w:val="16"/>
          <w:u w:val="none"/>
        </w:rPr>
        <w:t>retaliatory measures on China</w:t>
      </w:r>
      <w:r>
        <w:rPr>
          <w:b w:val="0"/>
          <w:i w:val="0"/>
          <w:smallCaps w:val="0"/>
          <w:strike w:val="0"/>
          <w:sz w:val="16"/>
          <w:u w:val="none"/>
        </w:rPr>
        <w:t xml:space="preserve">, labeling the European Union a </w:t>
      </w:r>
      <w:r>
        <w:rPr>
          <w:b w:val="0"/>
          <w:i w:val="0"/>
          <w:smallCaps w:val="0"/>
          <w:strike w:val="0"/>
          <w:sz w:val="16"/>
          <w:u w:val="none"/>
        </w:rPr>
        <w:t>commercial foe</w:t>
      </w:r>
      <w:r>
        <w:rPr>
          <w:b w:val="0"/>
          <w:i w:val="0"/>
          <w:smallCaps w:val="0"/>
          <w:strike w:val="0"/>
          <w:sz w:val="16"/>
          <w:u w:val="none"/>
        </w:rPr>
        <w:t xml:space="preserve">, and the auto investigation yet to be completed, additional protectionist misadventures almost certainly await. When one trade dispute is smoothed over, such as </w:t>
      </w:r>
      <w:r>
        <w:rPr>
          <w:b w:val="0"/>
          <w:i w:val="0"/>
          <w:smallCaps w:val="0"/>
          <w:strike w:val="0"/>
          <w:sz w:val="16"/>
          <w:u w:val="none"/>
        </w:rPr>
        <w:t>Trump’s complaints</w:t>
      </w:r>
      <w:r>
        <w:rPr>
          <w:b w:val="0"/>
          <w:i w:val="0"/>
          <w:smallCaps w:val="0"/>
          <w:strike w:val="0"/>
          <w:sz w:val="16"/>
          <w:u w:val="none"/>
        </w:rPr>
        <w:t xml:space="preserve"> over an allegedly unfair free trade agreement with South Korea, another always seems to be around the corner. But how will a course correction be brought about? Salvation seems unlikely </w:t>
      </w:r>
      <w:r>
        <w:rPr>
          <w:b w:val="0"/>
          <w:i w:val="0"/>
          <w:smallCaps w:val="0"/>
          <w:strike w:val="0"/>
          <w:sz w:val="22"/>
          <w:highlight w:val="cyan"/>
          <w:u w:val="single"/>
        </w:rPr>
        <w:t xml:space="preserve">even should a </w:t>
      </w:r>
      <w:r>
        <w:rPr>
          <w:b/>
          <w:i w:val="0"/>
          <w:smallCaps w:val="0"/>
          <w:strike w:val="0"/>
          <w:sz w:val="22"/>
          <w:highlight w:val="cyan"/>
          <w:u w:val="single"/>
        </w:rPr>
        <w:t>Democratic wave</w:t>
      </w:r>
      <w:r>
        <w:rPr>
          <w:b w:val="0"/>
          <w:i w:val="0"/>
          <w:smallCaps w:val="0"/>
          <w:strike w:val="0"/>
          <w:sz w:val="22"/>
          <w:u w:val="single"/>
        </w:rPr>
        <w:t xml:space="preserve"> </w:t>
      </w:r>
      <w:r>
        <w:rPr>
          <w:b w:val="0"/>
          <w:i w:val="0"/>
          <w:smallCaps w:val="0"/>
          <w:strike w:val="0"/>
          <w:sz w:val="22"/>
          <w:highlight w:val="cyan"/>
          <w:u w:val="single"/>
        </w:rPr>
        <w:t>sweep through</w:t>
      </w:r>
      <w:r>
        <w:rPr>
          <w:b w:val="0"/>
          <w:i w:val="0"/>
          <w:smallCaps w:val="0"/>
          <w:strike w:val="0"/>
          <w:sz w:val="22"/>
          <w:u w:val="single"/>
        </w:rPr>
        <w:t xml:space="preserve"> Congress</w:t>
      </w:r>
      <w:r>
        <w:rPr>
          <w:b w:val="0"/>
          <w:i w:val="0"/>
          <w:smallCaps w:val="0"/>
          <w:strike w:val="0"/>
          <w:sz w:val="16"/>
          <w:u w:val="none"/>
        </w:rPr>
        <w:t xml:space="preserve"> this November. Although certainly eager to stymie Trump in any number of respects, it’s </w:t>
      </w:r>
      <w:r>
        <w:rPr>
          <w:b w:val="0"/>
          <w:i w:val="0"/>
          <w:smallCaps w:val="0"/>
          <w:strike w:val="0"/>
          <w:sz w:val="22"/>
          <w:highlight w:val="cyan"/>
          <w:u w:val="single"/>
        </w:rPr>
        <w:t>difficult to imagine</w:t>
      </w:r>
      <w:r>
        <w:rPr>
          <w:b w:val="0"/>
          <w:i w:val="0"/>
          <w:smallCaps w:val="0"/>
          <w:strike w:val="0"/>
          <w:sz w:val="22"/>
          <w:u w:val="single"/>
        </w:rPr>
        <w:t xml:space="preserve"> that the likes of Sens. </w:t>
      </w:r>
      <w:r>
        <w:rPr>
          <w:b w:val="0"/>
          <w:i w:val="0"/>
          <w:smallCaps w:val="0"/>
          <w:strike w:val="0"/>
          <w:sz w:val="22"/>
          <w:u w:val="single"/>
        </w:rPr>
        <w:t xml:space="preserve">Sherrod </w:t>
      </w:r>
      <w:r>
        <w:rPr>
          <w:b w:val="0"/>
          <w:i w:val="0"/>
          <w:smallCaps w:val="0"/>
          <w:strike w:val="0"/>
          <w:sz w:val="22"/>
          <w:highlight w:val="cyan"/>
          <w:u w:val="single"/>
        </w:rPr>
        <w:t>Brown</w:t>
      </w:r>
      <w:r>
        <w:rPr>
          <w:b w:val="0"/>
          <w:i w:val="0"/>
          <w:smallCaps w:val="0"/>
          <w:strike w:val="0"/>
          <w:sz w:val="22"/>
          <w:u w:val="single"/>
        </w:rPr>
        <w:t xml:space="preserve"> </w:t>
      </w:r>
      <w:r>
        <w:rPr>
          <w:b w:val="0"/>
          <w:i w:val="0"/>
          <w:smallCaps w:val="0"/>
          <w:strike w:val="0"/>
          <w:sz w:val="22"/>
          <w:u w:val="single"/>
        </w:rPr>
        <w:t xml:space="preserve">(D-Ohio) </w:t>
      </w:r>
      <w:r>
        <w:rPr>
          <w:b w:val="0"/>
          <w:i w:val="0"/>
          <w:smallCaps w:val="0"/>
          <w:strike w:val="0"/>
          <w:sz w:val="22"/>
          <w:highlight w:val="cyan"/>
          <w:u w:val="single"/>
        </w:rPr>
        <w:t>or</w:t>
      </w:r>
      <w:r>
        <w:rPr>
          <w:b w:val="0"/>
          <w:i w:val="0"/>
          <w:smallCaps w:val="0"/>
          <w:strike w:val="0"/>
          <w:sz w:val="22"/>
          <w:u w:val="single"/>
        </w:rPr>
        <w:t xml:space="preserve"> </w:t>
      </w:r>
      <w:r>
        <w:rPr>
          <w:b w:val="0"/>
          <w:i w:val="0"/>
          <w:smallCaps w:val="0"/>
          <w:strike w:val="0"/>
          <w:sz w:val="22"/>
          <w:u w:val="single"/>
        </w:rPr>
        <w:t xml:space="preserve">Elizabeth </w:t>
      </w:r>
      <w:r>
        <w:rPr>
          <w:b w:val="0"/>
          <w:i w:val="0"/>
          <w:smallCaps w:val="0"/>
          <w:strike w:val="0"/>
          <w:sz w:val="22"/>
          <w:highlight w:val="cyan"/>
          <w:u w:val="single"/>
        </w:rPr>
        <w:t>Warren</w:t>
      </w:r>
      <w:r>
        <w:rPr>
          <w:b w:val="0"/>
          <w:i w:val="0"/>
          <w:smallCaps w:val="0"/>
          <w:strike w:val="0"/>
          <w:sz w:val="22"/>
          <w:u w:val="single"/>
        </w:rPr>
        <w:t xml:space="preserve"> </w:t>
      </w:r>
      <w:r>
        <w:rPr>
          <w:b w:val="0"/>
          <w:i w:val="0"/>
          <w:smallCaps w:val="0"/>
          <w:strike w:val="0"/>
          <w:sz w:val="22"/>
          <w:u w:val="single"/>
        </w:rPr>
        <w:t xml:space="preserve">(D-Mass.) </w:t>
      </w:r>
      <w:r>
        <w:rPr>
          <w:b w:val="0"/>
          <w:i w:val="0"/>
          <w:smallCaps w:val="0"/>
          <w:strike w:val="0"/>
          <w:sz w:val="22"/>
          <w:highlight w:val="cyan"/>
          <w:u w:val="single"/>
        </w:rPr>
        <w:t>view</w:t>
      </w:r>
      <w:r>
        <w:rPr>
          <w:b w:val="0"/>
          <w:i w:val="0"/>
          <w:smallCaps w:val="0"/>
          <w:strike w:val="0"/>
          <w:sz w:val="22"/>
          <w:u w:val="single"/>
        </w:rPr>
        <w:t xml:space="preserve"> his </w:t>
      </w:r>
      <w:r>
        <w:rPr>
          <w:b/>
          <w:i w:val="0"/>
          <w:smallCaps w:val="0"/>
          <w:strike w:val="0"/>
          <w:sz w:val="22"/>
          <w:u w:val="single"/>
        </w:rPr>
        <w:t xml:space="preserve">runaway </w:t>
      </w:r>
      <w:r>
        <w:rPr>
          <w:b/>
          <w:i w:val="0"/>
          <w:smallCaps w:val="0"/>
          <w:strike w:val="0"/>
          <w:sz w:val="22"/>
          <w:highlight w:val="cyan"/>
          <w:u w:val="single"/>
        </w:rPr>
        <w:t>protectionism</w:t>
      </w:r>
      <w:r>
        <w:rPr>
          <w:b w:val="0"/>
          <w:i w:val="0"/>
          <w:smallCaps w:val="0"/>
          <w:strike w:val="0"/>
          <w:sz w:val="22"/>
          <w:u w:val="single"/>
        </w:rPr>
        <w:t xml:space="preserve"> done </w:t>
      </w:r>
      <w:r>
        <w:rPr>
          <w:b w:val="0"/>
          <w:i w:val="0"/>
          <w:smallCaps w:val="0"/>
          <w:strike w:val="0"/>
          <w:sz w:val="22"/>
          <w:highlight w:val="cyan"/>
          <w:u w:val="single"/>
        </w:rPr>
        <w:t>under the guise of</w:t>
      </w:r>
      <w:r>
        <w:rPr>
          <w:b w:val="0"/>
          <w:i w:val="0"/>
          <w:smallCaps w:val="0"/>
          <w:strike w:val="0"/>
          <w:sz w:val="22"/>
          <w:u w:val="single"/>
        </w:rPr>
        <w:t xml:space="preserve"> national </w:t>
      </w:r>
      <w:r>
        <w:rPr>
          <w:b w:val="0"/>
          <w:i w:val="0"/>
          <w:smallCaps w:val="0"/>
          <w:strike w:val="0"/>
          <w:sz w:val="22"/>
          <w:highlight w:val="cyan"/>
          <w:u w:val="single"/>
        </w:rPr>
        <w:t>security as</w:t>
      </w:r>
      <w:r>
        <w:rPr>
          <w:b w:val="0"/>
          <w:i w:val="0"/>
          <w:smallCaps w:val="0"/>
          <w:strike w:val="0"/>
          <w:sz w:val="22"/>
          <w:u w:val="single"/>
        </w:rPr>
        <w:t xml:space="preserve"> a </w:t>
      </w:r>
      <w:r>
        <w:rPr>
          <w:b w:val="0"/>
          <w:i w:val="0"/>
          <w:smallCaps w:val="0"/>
          <w:strike w:val="0"/>
          <w:sz w:val="22"/>
          <w:highlight w:val="cyan"/>
          <w:u w:val="single"/>
        </w:rPr>
        <w:t>pressing</w:t>
      </w:r>
      <w:r>
        <w:rPr>
          <w:b w:val="0"/>
          <w:i w:val="0"/>
          <w:smallCaps w:val="0"/>
          <w:strike w:val="0"/>
          <w:sz w:val="22"/>
          <w:u w:val="single"/>
        </w:rPr>
        <w:t xml:space="preserve"> concern.</w:t>
      </w:r>
      <w:r>
        <w:rPr>
          <w:b w:val="0"/>
          <w:i w:val="0"/>
          <w:smallCaps w:val="0"/>
          <w:strike w:val="0"/>
          <w:sz w:val="16"/>
          <w:u w:val="none"/>
        </w:rPr>
        <w:t xml:space="preserve"> If a sliver of hope is to be found it is that the </w:t>
      </w:r>
      <w:r>
        <w:rPr>
          <w:b w:val="0"/>
          <w:i w:val="0"/>
          <w:smallCaps w:val="0"/>
          <w:strike w:val="0"/>
          <w:sz w:val="16"/>
          <w:u w:val="none"/>
        </w:rPr>
        <w:t>steady drip of stories</w:t>
      </w:r>
      <w:r>
        <w:rPr>
          <w:b w:val="0"/>
          <w:i w:val="0"/>
          <w:smallCaps w:val="0"/>
          <w:strike w:val="0"/>
          <w:sz w:val="16"/>
          <w:u w:val="none"/>
        </w:rPr>
        <w:t xml:space="preserve"> detailing the havoc Trump’s tariffs are playing with businesses across the country may stir Congress to stronger action. Even here, however, no one should be holding their breath. With stories replete of</w:t>
      </w:r>
      <w:r>
        <w:rPr>
          <w:b w:val="0"/>
          <w:i w:val="0"/>
          <w:smallCaps w:val="0"/>
          <w:strike w:val="0"/>
          <w:sz w:val="22"/>
          <w:u w:val="single"/>
        </w:rPr>
        <w:t xml:space="preserve"> </w:t>
      </w:r>
      <w:r>
        <w:rPr>
          <w:b/>
          <w:i w:val="0"/>
          <w:smallCaps w:val="0"/>
          <w:strike w:val="0"/>
          <w:sz w:val="22"/>
          <w:highlight w:val="cyan"/>
          <w:u w:val="single"/>
        </w:rPr>
        <w:t xml:space="preserve">Trump supporters </w:t>
      </w:r>
      <w:r>
        <w:rPr>
          <w:b/>
          <w:i w:val="0"/>
          <w:smallCaps w:val="0"/>
          <w:strike w:val="0"/>
          <w:sz w:val="22"/>
          <w:highlight w:val="cyan"/>
          <w:u w:val="single"/>
        </w:rPr>
        <w:t>standing by</w:t>
      </w:r>
      <w:r>
        <w:rPr>
          <w:b w:val="0"/>
          <w:i w:val="0"/>
          <w:smallCaps w:val="0"/>
          <w:strike w:val="0"/>
          <w:sz w:val="22"/>
          <w:u w:val="single"/>
        </w:rPr>
        <w:t xml:space="preserve"> their man</w:t>
      </w:r>
      <w:r>
        <w:rPr>
          <w:b w:val="0"/>
          <w:i w:val="0"/>
          <w:smallCaps w:val="0"/>
          <w:strike w:val="0"/>
          <w:sz w:val="22"/>
          <w:u w:val="single"/>
        </w:rPr>
        <w:t xml:space="preserve"> </w:t>
      </w:r>
      <w:r>
        <w:rPr>
          <w:b w:val="0"/>
          <w:i w:val="0"/>
          <w:smallCaps w:val="0"/>
          <w:strike w:val="0"/>
          <w:sz w:val="22"/>
          <w:highlight w:val="cyan"/>
          <w:u w:val="single"/>
        </w:rPr>
        <w:t>even after suffering direct impact</w:t>
      </w:r>
      <w:r>
        <w:rPr>
          <w:b w:val="0"/>
          <w:i w:val="0"/>
          <w:smallCaps w:val="0"/>
          <w:strike w:val="0"/>
          <w:sz w:val="22"/>
          <w:u w:val="single"/>
        </w:rPr>
        <w:t xml:space="preserve"> from the tariffs</w:t>
      </w:r>
      <w:r>
        <w:rPr>
          <w:b w:val="0"/>
          <w:i w:val="0"/>
          <w:smallCaps w:val="0"/>
          <w:strike w:val="0"/>
          <w:sz w:val="16"/>
          <w:u w:val="none"/>
        </w:rPr>
        <w:t xml:space="preserve">, this appears to be a long shot. Things will have to get worse, it seems, before they get better. This, then, is the summer of discontent for supporters of free trade. As Trump runs amok in search of new windmills to tilt his national security tariffs at, </w:t>
      </w:r>
      <w:r>
        <w:rPr>
          <w:b w:val="0"/>
          <w:i w:val="0"/>
          <w:smallCaps w:val="0"/>
          <w:strike w:val="0"/>
          <w:sz w:val="22"/>
          <w:highlight w:val="cyan"/>
          <w:u w:val="single"/>
        </w:rPr>
        <w:t>Republicans</w:t>
      </w:r>
      <w:r>
        <w:rPr>
          <w:b w:val="0"/>
          <w:i w:val="0"/>
          <w:smallCaps w:val="0"/>
          <w:strike w:val="0"/>
          <w:sz w:val="22"/>
          <w:u w:val="single"/>
        </w:rPr>
        <w:t xml:space="preserve"> appear </w:t>
      </w:r>
      <w:r>
        <w:rPr>
          <w:b/>
          <w:i w:val="0"/>
          <w:smallCaps w:val="0"/>
          <w:strike w:val="0"/>
          <w:sz w:val="22"/>
          <w:u w:val="single"/>
        </w:rPr>
        <w:t xml:space="preserve">largely </w:t>
      </w:r>
      <w:r>
        <w:rPr>
          <w:b/>
          <w:i w:val="0"/>
          <w:smallCaps w:val="0"/>
          <w:strike w:val="0"/>
          <w:sz w:val="22"/>
          <w:highlight w:val="cyan"/>
          <w:u w:val="single"/>
        </w:rPr>
        <w:t>spineless</w:t>
      </w:r>
      <w:r>
        <w:rPr>
          <w:b w:val="0"/>
          <w:i w:val="0"/>
          <w:smallCaps w:val="0"/>
          <w:strike w:val="0"/>
          <w:sz w:val="22"/>
          <w:highlight w:val="cyan"/>
          <w:u w:val="single"/>
        </w:rPr>
        <w:t xml:space="preserve"> in</w:t>
      </w:r>
      <w:r>
        <w:rPr>
          <w:b w:val="0"/>
          <w:i w:val="0"/>
          <w:smallCaps w:val="0"/>
          <w:strike w:val="0"/>
          <w:sz w:val="22"/>
          <w:u w:val="single"/>
        </w:rPr>
        <w:t xml:space="preserve"> their </w:t>
      </w:r>
      <w:r>
        <w:rPr>
          <w:b w:val="0"/>
          <w:i w:val="0"/>
          <w:smallCaps w:val="0"/>
          <w:strike w:val="0"/>
          <w:sz w:val="22"/>
          <w:highlight w:val="cyan"/>
          <w:u w:val="single"/>
        </w:rPr>
        <w:t>opposition</w:t>
      </w:r>
      <w:r>
        <w:rPr>
          <w:b w:val="0"/>
          <w:i w:val="0"/>
          <w:smallCaps w:val="0"/>
          <w:strike w:val="0"/>
          <w:sz w:val="16"/>
          <w:u w:val="none"/>
        </w:rPr>
        <w:t xml:space="preserve">. Given the influence of protectionist organized labor interests, it also </w:t>
      </w:r>
      <w:r>
        <w:rPr>
          <w:b w:val="0"/>
          <w:i w:val="0"/>
          <w:smallCaps w:val="0"/>
          <w:strike w:val="0"/>
          <w:sz w:val="22"/>
          <w:u w:val="single"/>
        </w:rPr>
        <w:t xml:space="preserve">seems </w:t>
      </w:r>
      <w:r>
        <w:rPr>
          <w:b/>
          <w:i w:val="0"/>
          <w:smallCaps w:val="0"/>
          <w:strike w:val="0"/>
          <w:sz w:val="22"/>
          <w:highlight w:val="cyan"/>
          <w:u w:val="single"/>
        </w:rPr>
        <w:t>unlikely</w:t>
      </w:r>
      <w:r>
        <w:rPr>
          <w:b/>
          <w:i w:val="0"/>
          <w:smallCaps w:val="0"/>
          <w:strike w:val="0"/>
          <w:sz w:val="22"/>
          <w:u w:val="single"/>
        </w:rPr>
        <w:t xml:space="preserve"> that </w:t>
      </w:r>
      <w:r>
        <w:rPr>
          <w:b/>
          <w:i w:val="0"/>
          <w:smallCaps w:val="0"/>
          <w:strike w:val="0"/>
          <w:sz w:val="22"/>
          <w:highlight w:val="cyan"/>
          <w:u w:val="single"/>
        </w:rPr>
        <w:t>Democrats</w:t>
      </w:r>
      <w:r>
        <w:rPr>
          <w:b/>
          <w:i w:val="0"/>
          <w:smallCaps w:val="0"/>
          <w:strike w:val="0"/>
          <w:sz w:val="22"/>
          <w:u w:val="single"/>
        </w:rPr>
        <w:t xml:space="preserve"> will </w:t>
      </w:r>
      <w:r>
        <w:rPr>
          <w:b/>
          <w:i w:val="0"/>
          <w:smallCaps w:val="0"/>
          <w:strike w:val="0"/>
          <w:sz w:val="22"/>
          <w:highlight w:val="cyan"/>
          <w:u w:val="single"/>
        </w:rPr>
        <w:t>prioritize</w:t>
      </w:r>
      <w:r>
        <w:rPr>
          <w:b w:val="0"/>
          <w:i w:val="0"/>
          <w:smallCaps w:val="0"/>
          <w:strike w:val="0"/>
          <w:sz w:val="22"/>
          <w:highlight w:val="cyan"/>
          <w:u w:val="single"/>
        </w:rPr>
        <w:t xml:space="preserve"> restrictions on</w:t>
      </w:r>
      <w:r>
        <w:rPr>
          <w:b w:val="0"/>
          <w:i w:val="0"/>
          <w:smallCaps w:val="0"/>
          <w:strike w:val="0"/>
          <w:sz w:val="22"/>
          <w:u w:val="single"/>
        </w:rPr>
        <w:t xml:space="preserve"> Trump’s </w:t>
      </w:r>
      <w:r>
        <w:rPr>
          <w:b w:val="0"/>
          <w:i w:val="0"/>
          <w:smallCaps w:val="0"/>
          <w:strike w:val="0"/>
          <w:sz w:val="22"/>
          <w:highlight w:val="cyan"/>
          <w:u w:val="single"/>
        </w:rPr>
        <w:t xml:space="preserve">trade </w:t>
      </w:r>
      <w:r>
        <w:rPr>
          <w:b w:val="0"/>
          <w:i w:val="0"/>
          <w:smallCaps w:val="0"/>
          <w:strike w:val="0"/>
          <w:sz w:val="22"/>
          <w:highlight w:val="cyan"/>
          <w:u w:val="single"/>
        </w:rPr>
        <w:t>recklessness</w:t>
      </w:r>
      <w:r>
        <w:rPr>
          <w:b w:val="0"/>
          <w:i w:val="0"/>
          <w:smallCaps w:val="0"/>
          <w:strike w:val="0"/>
          <w:sz w:val="22"/>
          <w:u w:val="single"/>
        </w:rPr>
        <w:t xml:space="preserve"> should they take the reins of Congress next year. </w:t>
      </w:r>
      <w:r>
        <w:rPr>
          <w:b w:val="0"/>
          <w:i w:val="0"/>
          <w:smallCaps w:val="0"/>
          <w:strike w:val="0"/>
          <w:sz w:val="16"/>
          <w:u w:val="none"/>
        </w:rPr>
        <w:t>The current effort to pare back the president’s authority to impose tariffs on national security grounds, while certainly welcome, is likely years too late.</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