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 tariff check – broad coalition of support</w:t>
      </w:r>
    </w:p>
    <w:p>
      <w:pPr>
        <w:spacing w:after="80"/>
      </w:pPr>
      <w:r>
        <w:rPr>
          <w:b/>
          <w:i w:val="0"/>
          <w:smallCaps w:val="0"/>
          <w:strike w:val="0"/>
          <w:sz w:val="26"/>
          <w:u w:val="none"/>
        </w:rPr>
        <w:t>Bade</w:t>
      </w:r>
      <w:r>
        <w:rPr>
          <w:b/>
          <w:i w:val="0"/>
          <w:smallCaps w:val="0"/>
          <w:strike w:val="0"/>
          <w:sz w:val="26"/>
          <w:u w:val="none"/>
        </w:rPr>
        <w:t xml:space="preserve"> </w:t>
      </w:r>
      <w:r>
        <w:rPr>
          <w:b/>
          <w:i w:val="0"/>
          <w:smallCaps w:val="0"/>
          <w:strike w:val="0"/>
          <w:sz w:val="26"/>
          <w:u w:val="none"/>
        </w:rPr>
        <w:t>24</w:t>
      </w:r>
    </w:p>
    <w:p>
      <w:pPr>
        <w:spacing w:after="60"/>
      </w:pPr>
      <w:r>
        <w:rPr>
          <w:b w:val="0"/>
          <w:i w:val="0"/>
          <w:smallCaps w:val="0"/>
          <w:strike w:val="0"/>
          <w:sz w:val="16"/>
          <w:u w:val="none"/>
        </w:rPr>
        <w:t>[(</w:t>
      </w:r>
      <w:r>
        <w:rPr>
          <w:b w:val="0"/>
          <w:i w:val="0"/>
          <w:smallCaps w:val="0"/>
          <w:strike w:val="0"/>
          <w:sz w:val="16"/>
          <w:u w:val="none"/>
        </w:rPr>
        <w:t>Gavin</w:t>
      </w:r>
      <w:r>
        <w:rPr>
          <w:b w:val="0"/>
          <w:i w:val="0"/>
          <w:smallCaps w:val="0"/>
          <w:strike w:val="0"/>
          <w:sz w:val="16"/>
          <w:u w:val="none"/>
        </w:rPr>
        <w:t xml:space="preserve">, </w:t>
      </w:r>
      <w:r>
        <w:rPr>
          <w:b w:val="0"/>
          <w:i w:val="0"/>
          <w:smallCaps w:val="0"/>
          <w:strike w:val="0"/>
          <w:sz w:val="16"/>
          <w:u w:val="none"/>
        </w:rPr>
        <w:t>reporter covering the administration and Congress’ approach to industrial policy and other trade issues</w:t>
      </w:r>
      <w:r>
        <w:rPr>
          <w:b w:val="0"/>
          <w:i w:val="0"/>
          <w:smallCaps w:val="0"/>
          <w:strike w:val="0"/>
          <w:sz w:val="16"/>
          <w:u w:val="none"/>
        </w:rPr>
        <w:t>.) “</w:t>
      </w:r>
      <w:r>
        <w:rPr>
          <w:b w:val="0"/>
          <w:i w:val="0"/>
          <w:smallCaps w:val="0"/>
          <w:strike w:val="0"/>
          <w:sz w:val="16"/>
          <w:u w:val="none"/>
        </w:rPr>
        <w:t>DC slammed Trump’s tariffs. Biden’s decision to keep them draws a very different reaction.</w:t>
      </w:r>
      <w:r>
        <w:rPr>
          <w:b w:val="0"/>
          <w:i w:val="0"/>
          <w:smallCaps w:val="0"/>
          <w:strike w:val="0"/>
          <w:sz w:val="16"/>
          <w:u w:val="none"/>
        </w:rPr>
        <w:t xml:space="preserve">”, </w:t>
      </w:r>
      <w:r>
        <w:rPr>
          <w:b w:val="0"/>
          <w:i w:val="0"/>
          <w:smallCaps w:val="0"/>
          <w:strike w:val="0"/>
          <w:sz w:val="16"/>
          <w:u w:val="none"/>
        </w:rPr>
        <w:t>Politico,</w:t>
      </w:r>
      <w:r>
        <w:rPr>
          <w:b w:val="0"/>
          <w:i w:val="0"/>
          <w:smallCaps w:val="0"/>
          <w:strike w:val="0"/>
          <w:sz w:val="16"/>
          <w:u w:val="none"/>
        </w:rPr>
        <w:t xml:space="preserve"> </w:t>
      </w:r>
      <w:r>
        <w:rPr>
          <w:b w:val="0"/>
          <w:i w:val="0"/>
          <w:smallCaps w:val="0"/>
          <w:strike w:val="0"/>
          <w:sz w:val="16"/>
          <w:u w:val="none"/>
        </w:rPr>
        <w:t>May 15th</w:t>
      </w:r>
      <w:r>
        <w:rPr>
          <w:b w:val="0"/>
          <w:i w:val="0"/>
          <w:smallCaps w:val="0"/>
          <w:strike w:val="0"/>
          <w:sz w:val="16"/>
          <w:u w:val="none"/>
        </w:rPr>
        <w:t xml:space="preserve"> </w:t>
      </w:r>
      <w:r>
        <w:rPr>
          <w:b w:val="0"/>
          <w:i w:val="0"/>
          <w:smallCaps w:val="0"/>
          <w:strike w:val="0"/>
          <w:sz w:val="16"/>
          <w:u w:val="none"/>
        </w:rPr>
        <w:t>2024</w:t>
      </w:r>
      <w:r>
        <w:rPr>
          <w:b w:val="0"/>
          <w:i w:val="0"/>
          <w:smallCaps w:val="0"/>
          <w:strike w:val="0"/>
          <w:u w:val="none"/>
        </w:rPr>
        <w:t xml:space="preserve"> </w:t>
      </w:r>
      <w:r>
        <w:rPr>
          <w:b w:val="0"/>
          <w:i w:val="0"/>
          <w:smallCaps w:val="0"/>
          <w:strike w:val="0"/>
          <w:sz w:val="16"/>
          <w:u w:val="none"/>
        </w:rPr>
        <w:t>https://www.politico.com/news/2024/05/15/biden-tariff-reaction-trump-00158043</w:t>
      </w:r>
      <w:r>
        <w:rPr>
          <w:b w:val="0"/>
          <w:i w:val="0"/>
          <w:smallCaps w:val="0"/>
          <w:strike w:val="0"/>
          <w:sz w:val="16"/>
          <w:u w:val="none"/>
        </w:rPr>
        <w:t>]//LR</w:t>
      </w:r>
    </w:p>
    <w:p>
      <w:pPr>
        <w:spacing w:after="60"/>
      </w:pPr>
      <w:r>
        <w:rPr>
          <w:b w:val="0"/>
          <w:i w:val="0"/>
          <w:smallCaps w:val="0"/>
          <w:strike w:val="0"/>
          <w:sz w:val="22"/>
          <w:u w:val="single"/>
        </w:rPr>
        <w:t xml:space="preserve">Back in </w:t>
      </w:r>
      <w:r>
        <w:rPr>
          <w:b w:val="0"/>
          <w:i w:val="0"/>
          <w:smallCaps w:val="0"/>
          <w:strike w:val="0"/>
          <w:sz w:val="22"/>
          <w:highlight w:val="cyan"/>
          <w:u w:val="single"/>
        </w:rPr>
        <w:t>2018</w:t>
      </w:r>
      <w:r>
        <w:rPr>
          <w:b w:val="0"/>
          <w:i w:val="0"/>
          <w:smallCaps w:val="0"/>
          <w:strike w:val="0"/>
          <w:sz w:val="22"/>
          <w:u w:val="single"/>
        </w:rPr>
        <w:t xml:space="preserve">, </w:t>
      </w:r>
      <w:r>
        <w:rPr>
          <w:b/>
          <w:i w:val="0"/>
          <w:smallCaps w:val="0"/>
          <w:strike w:val="0"/>
          <w:sz w:val="22"/>
          <w:u w:val="single"/>
        </w:rPr>
        <w:t xml:space="preserve">lawmakers of </w:t>
      </w:r>
      <w:r>
        <w:rPr>
          <w:b/>
          <w:i w:val="0"/>
          <w:smallCaps w:val="0"/>
          <w:strike w:val="0"/>
          <w:sz w:val="22"/>
          <w:highlight w:val="cyan"/>
          <w:u w:val="single"/>
        </w:rPr>
        <w:t>both parties</w:t>
      </w:r>
      <w:r>
        <w:rPr>
          <w:b w:val="0"/>
          <w:i w:val="0"/>
          <w:smallCaps w:val="0"/>
          <w:strike w:val="0"/>
          <w:sz w:val="22"/>
          <w:highlight w:val="cyan"/>
          <w:u w:val="single"/>
        </w:rPr>
        <w:t xml:space="preserve"> greeted</w:t>
      </w:r>
      <w:r>
        <w:rPr>
          <w:b w:val="0"/>
          <w:i w:val="0"/>
          <w:smallCaps w:val="0"/>
          <w:strike w:val="0"/>
          <w:sz w:val="22"/>
          <w:u w:val="single"/>
        </w:rPr>
        <w:t xml:space="preserve"> President Donald </w:t>
      </w:r>
      <w:r>
        <w:rPr>
          <w:b w:val="0"/>
          <w:i w:val="0"/>
          <w:smallCaps w:val="0"/>
          <w:strike w:val="0"/>
          <w:sz w:val="22"/>
          <w:highlight w:val="cyan"/>
          <w:u w:val="single"/>
        </w:rPr>
        <w:t>Trump’s</w:t>
      </w:r>
      <w:r>
        <w:rPr>
          <w:b w:val="0"/>
          <w:i w:val="0"/>
          <w:smallCaps w:val="0"/>
          <w:strike w:val="0"/>
          <w:sz w:val="22"/>
          <w:u w:val="single"/>
        </w:rPr>
        <w:t xml:space="preserve"> decision to slap </w:t>
      </w:r>
      <w:r>
        <w:rPr>
          <w:b w:val="0"/>
          <w:i w:val="0"/>
          <w:smallCaps w:val="0"/>
          <w:strike w:val="0"/>
          <w:sz w:val="22"/>
          <w:highlight w:val="cyan"/>
          <w:u w:val="single"/>
        </w:rPr>
        <w:t>tariffs</w:t>
      </w:r>
      <w:r>
        <w:rPr>
          <w:b w:val="0"/>
          <w:i w:val="0"/>
          <w:smallCaps w:val="0"/>
          <w:strike w:val="0"/>
          <w:sz w:val="22"/>
          <w:u w:val="single"/>
        </w:rPr>
        <w:t xml:space="preserve"> on Chinese imports </w:t>
      </w:r>
      <w:r>
        <w:rPr>
          <w:b w:val="0"/>
          <w:i w:val="0"/>
          <w:smallCaps w:val="0"/>
          <w:strike w:val="0"/>
          <w:sz w:val="22"/>
          <w:highlight w:val="cyan"/>
          <w:u w:val="single"/>
        </w:rPr>
        <w:t>with</w:t>
      </w:r>
      <w:r>
        <w:rPr>
          <w:b w:val="0"/>
          <w:i w:val="0"/>
          <w:smallCaps w:val="0"/>
          <w:strike w:val="0"/>
          <w:sz w:val="22"/>
          <w:u w:val="single"/>
        </w:rPr>
        <w:t xml:space="preserve"> </w:t>
      </w:r>
      <w:r>
        <w:rPr>
          <w:b/>
          <w:i w:val="0"/>
          <w:smallCaps w:val="0"/>
          <w:strike w:val="0"/>
          <w:sz w:val="22"/>
          <w:u w:val="single"/>
        </w:rPr>
        <w:t xml:space="preserve">widespread </w:t>
      </w:r>
      <w:r>
        <w:rPr>
          <w:b/>
          <w:i w:val="0"/>
          <w:smallCaps w:val="0"/>
          <w:strike w:val="0"/>
          <w:sz w:val="22"/>
          <w:highlight w:val="cyan"/>
          <w:u w:val="single"/>
        </w:rPr>
        <w:t xml:space="preserve">derision. </w:t>
      </w:r>
      <w:r>
        <w:rPr>
          <w:b w:val="0"/>
          <w:i w:val="0"/>
          <w:smallCaps w:val="0"/>
          <w:strike w:val="0"/>
          <w:sz w:val="22"/>
          <w:highlight w:val="cyan"/>
          <w:u w:val="single"/>
        </w:rPr>
        <w:t>Six years later</w:t>
      </w:r>
      <w:r>
        <w:rPr>
          <w:b w:val="0"/>
          <w:i w:val="0"/>
          <w:smallCaps w:val="0"/>
          <w:strike w:val="0"/>
          <w:sz w:val="22"/>
          <w:u w:val="single"/>
        </w:rPr>
        <w:t xml:space="preserve">, most members of </w:t>
      </w:r>
      <w:r>
        <w:rPr>
          <w:b w:val="0"/>
          <w:i w:val="0"/>
          <w:smallCaps w:val="0"/>
          <w:strike w:val="0"/>
          <w:sz w:val="22"/>
          <w:highlight w:val="cyan"/>
          <w:u w:val="single"/>
        </w:rPr>
        <w:t>Congress</w:t>
      </w:r>
      <w:r>
        <w:rPr>
          <w:b w:val="0"/>
          <w:i w:val="0"/>
          <w:smallCaps w:val="0"/>
          <w:strike w:val="0"/>
          <w:sz w:val="22"/>
          <w:u w:val="single"/>
        </w:rPr>
        <w:t xml:space="preserve"> are </w:t>
      </w:r>
      <w:r>
        <w:rPr>
          <w:b/>
          <w:i w:val="0"/>
          <w:smallCaps w:val="0"/>
          <w:strike w:val="0"/>
          <w:sz w:val="22"/>
          <w:highlight w:val="cyan"/>
          <w:u w:val="single"/>
        </w:rPr>
        <w:t>applauding</w:t>
      </w:r>
      <w:r>
        <w:rPr>
          <w:b/>
          <w:i w:val="0"/>
          <w:smallCaps w:val="0"/>
          <w:strike w:val="0"/>
          <w:sz w:val="22"/>
          <w:u w:val="single"/>
        </w:rPr>
        <w:t xml:space="preserve"> President Joe </w:t>
      </w:r>
      <w:r>
        <w:rPr>
          <w:b/>
          <w:i w:val="0"/>
          <w:smallCaps w:val="0"/>
          <w:strike w:val="0"/>
          <w:sz w:val="22"/>
          <w:highlight w:val="cyan"/>
          <w:u w:val="single"/>
        </w:rPr>
        <w:t xml:space="preserve">Biden’s </w:t>
      </w:r>
      <w:r>
        <w:rPr>
          <w:b/>
          <w:i w:val="0"/>
          <w:smallCaps w:val="0"/>
          <w:strike w:val="0"/>
          <w:sz w:val="22"/>
          <w:u w:val="single"/>
        </w:rPr>
        <w:t>extension</w:t>
      </w:r>
      <w:r>
        <w:rPr>
          <w:b w:val="0"/>
          <w:i w:val="0"/>
          <w:smallCaps w:val="0"/>
          <w:strike w:val="0"/>
          <w:sz w:val="22"/>
          <w:u w:val="single"/>
        </w:rPr>
        <w:t xml:space="preserve"> — and in some cases, </w:t>
      </w:r>
      <w:r>
        <w:rPr>
          <w:b w:val="0"/>
          <w:i w:val="0"/>
          <w:smallCaps w:val="0"/>
          <w:strike w:val="0"/>
          <w:sz w:val="22"/>
          <w:highlight w:val="cyan"/>
          <w:u w:val="single"/>
        </w:rPr>
        <w:t>expansion</w:t>
      </w:r>
      <w:r>
        <w:rPr>
          <w:b w:val="0"/>
          <w:i w:val="0"/>
          <w:smallCaps w:val="0"/>
          <w:strike w:val="0"/>
          <w:sz w:val="22"/>
          <w:u w:val="single"/>
        </w:rPr>
        <w:t xml:space="preserve"> — </w:t>
      </w:r>
      <w:r>
        <w:rPr>
          <w:b w:val="0"/>
          <w:i w:val="0"/>
          <w:smallCaps w:val="0"/>
          <w:strike w:val="0"/>
          <w:sz w:val="22"/>
          <w:highlight w:val="cyan"/>
          <w:u w:val="single"/>
        </w:rPr>
        <w:t>of</w:t>
      </w:r>
      <w:r>
        <w:rPr>
          <w:b w:val="0"/>
          <w:i w:val="0"/>
          <w:smallCaps w:val="0"/>
          <w:strike w:val="0"/>
          <w:sz w:val="22"/>
          <w:u w:val="single"/>
        </w:rPr>
        <w:t xml:space="preserve"> those </w:t>
      </w:r>
      <w:r>
        <w:rPr>
          <w:b w:val="0"/>
          <w:i w:val="0"/>
          <w:smallCaps w:val="0"/>
          <w:strike w:val="0"/>
          <w:sz w:val="22"/>
          <w:highlight w:val="cyan"/>
          <w:u w:val="single"/>
        </w:rPr>
        <w:t>tariffs</w:t>
      </w:r>
      <w:r>
        <w:rPr>
          <w:b w:val="0"/>
          <w:i w:val="0"/>
          <w:smallCaps w:val="0"/>
          <w:strike w:val="0"/>
          <w:sz w:val="22"/>
          <w:u w:val="single"/>
        </w:rPr>
        <w:t xml:space="preserve">, if not </w:t>
      </w:r>
      <w:r>
        <w:rPr>
          <w:b w:val="0"/>
          <w:i w:val="0"/>
          <w:smallCaps w:val="0"/>
          <w:strike w:val="0"/>
          <w:sz w:val="22"/>
          <w:highlight w:val="cyan"/>
          <w:u w:val="single"/>
        </w:rPr>
        <w:t>calling</w:t>
      </w:r>
      <w:r>
        <w:rPr>
          <w:b w:val="0"/>
          <w:i w:val="0"/>
          <w:smallCaps w:val="0"/>
          <w:strike w:val="0"/>
          <w:sz w:val="22"/>
          <w:u w:val="single"/>
        </w:rPr>
        <w:t xml:space="preserve"> for him </w:t>
      </w:r>
      <w:r>
        <w:rPr>
          <w:b w:val="0"/>
          <w:i w:val="0"/>
          <w:smallCaps w:val="0"/>
          <w:strike w:val="0"/>
          <w:sz w:val="22"/>
          <w:highlight w:val="cyan"/>
          <w:u w:val="single"/>
        </w:rPr>
        <w:t>to go</w:t>
      </w:r>
      <w:r>
        <w:rPr>
          <w:b w:val="0"/>
          <w:i w:val="0"/>
          <w:smallCaps w:val="0"/>
          <w:strike w:val="0"/>
          <w:sz w:val="22"/>
          <w:u w:val="single"/>
        </w:rPr>
        <w:t xml:space="preserve"> </w:t>
      </w:r>
      <w:r>
        <w:rPr>
          <w:b/>
          <w:i w:val="0"/>
          <w:smallCaps w:val="0"/>
          <w:strike w:val="0"/>
          <w:sz w:val="22"/>
          <w:u w:val="single"/>
        </w:rPr>
        <w:t xml:space="preserve">even </w:t>
      </w:r>
      <w:r>
        <w:rPr>
          <w:b/>
          <w:i w:val="0"/>
          <w:smallCaps w:val="0"/>
          <w:strike w:val="0"/>
          <w:sz w:val="22"/>
          <w:highlight w:val="cyan"/>
          <w:u w:val="single"/>
        </w:rPr>
        <w:t>further</w:t>
      </w:r>
      <w:r>
        <w:rPr>
          <w:b w:val="0"/>
          <w:i w:val="0"/>
          <w:smallCaps w:val="0"/>
          <w:strike w:val="0"/>
          <w:sz w:val="22"/>
          <w:u w:val="single"/>
        </w:rPr>
        <w:t>.</w:t>
      </w:r>
      <w:r>
        <w:rPr>
          <w:b w:val="0"/>
          <w:i w:val="0"/>
          <w:smallCaps w:val="0"/>
          <w:strike w:val="0"/>
          <w:sz w:val="22"/>
          <w:u w:val="single"/>
        </w:rPr>
        <w:t xml:space="preserve"> </w:t>
      </w:r>
      <w:r>
        <w:rPr>
          <w:b w:val="0"/>
          <w:i w:val="0"/>
          <w:smallCaps w:val="0"/>
          <w:strike w:val="0"/>
          <w:sz w:val="16"/>
          <w:u w:val="none"/>
        </w:rPr>
        <w:t xml:space="preserve">The contrasting </w:t>
      </w:r>
      <w:r>
        <w:rPr>
          <w:b w:val="0"/>
          <w:i w:val="0"/>
          <w:smallCaps w:val="0"/>
          <w:strike w:val="0"/>
          <w:sz w:val="16"/>
          <w:u w:val="none"/>
        </w:rPr>
        <w:t>reactions</w:t>
      </w:r>
      <w:r>
        <w:rPr>
          <w:b w:val="0"/>
          <w:i w:val="0"/>
          <w:smallCaps w:val="0"/>
          <w:strike w:val="0"/>
          <w:sz w:val="16"/>
          <w:u w:val="none"/>
        </w:rPr>
        <w:t xml:space="preserve"> to similar policy moves just a few years apart is yet another </w:t>
      </w:r>
      <w:r>
        <w:rPr>
          <w:b w:val="0"/>
          <w:i w:val="0"/>
          <w:smallCaps w:val="0"/>
          <w:strike w:val="0"/>
          <w:sz w:val="22"/>
          <w:u w:val="single"/>
        </w:rPr>
        <w:t xml:space="preserve">reminder of </w:t>
      </w:r>
      <w:r>
        <w:rPr>
          <w:b/>
          <w:i w:val="0"/>
          <w:smallCaps w:val="0"/>
          <w:strike w:val="0"/>
          <w:sz w:val="22"/>
          <w:u w:val="single"/>
        </w:rPr>
        <w:t>just how much</w:t>
      </w:r>
      <w:r>
        <w:rPr>
          <w:b w:val="0"/>
          <w:i w:val="0"/>
          <w:smallCaps w:val="0"/>
          <w:strike w:val="0"/>
          <w:sz w:val="22"/>
          <w:u w:val="single"/>
        </w:rPr>
        <w:t xml:space="preserve"> the U.S. political </w:t>
      </w:r>
      <w:r>
        <w:rPr>
          <w:b w:val="0"/>
          <w:i w:val="0"/>
          <w:smallCaps w:val="0"/>
          <w:strike w:val="0"/>
          <w:sz w:val="22"/>
          <w:highlight w:val="cyan"/>
          <w:u w:val="single"/>
        </w:rPr>
        <w:t>consensus</w:t>
      </w:r>
      <w:r>
        <w:rPr>
          <w:b w:val="0"/>
          <w:i w:val="0"/>
          <w:smallCaps w:val="0"/>
          <w:strike w:val="0"/>
          <w:sz w:val="22"/>
          <w:u w:val="single"/>
        </w:rPr>
        <w:t xml:space="preserve"> has </w:t>
      </w:r>
      <w:r>
        <w:rPr>
          <w:b w:val="0"/>
          <w:i w:val="0"/>
          <w:smallCaps w:val="0"/>
          <w:strike w:val="0"/>
          <w:sz w:val="22"/>
          <w:highlight w:val="cyan"/>
          <w:u w:val="single"/>
        </w:rPr>
        <w:t>shifted against free trade</w:t>
      </w:r>
      <w:r>
        <w:rPr>
          <w:b w:val="0"/>
          <w:i w:val="0"/>
          <w:smallCaps w:val="0"/>
          <w:strike w:val="0"/>
          <w:sz w:val="16"/>
          <w:u w:val="none"/>
        </w:rPr>
        <w:t>. And it bodes ill for those hoping Washington will be more open to negotiating new trade deals and cutting tariffs after the 2024 election.</w:t>
      </w:r>
      <w:r>
        <w:rPr>
          <w:b w:val="0"/>
          <w:i w:val="0"/>
          <w:smallCaps w:val="0"/>
          <w:strike w:val="0"/>
          <w:sz w:val="16"/>
          <w:u w:val="none"/>
        </w:rPr>
        <w:t xml:space="preserve"> </w:t>
      </w:r>
      <w:r>
        <w:rPr>
          <w:b w:val="0"/>
          <w:i w:val="0"/>
          <w:smallCaps w:val="0"/>
          <w:strike w:val="0"/>
          <w:sz w:val="16"/>
          <w:u w:val="none"/>
        </w:rPr>
        <w:t xml:space="preserve">“It’s a terrible, unfortunate </w:t>
      </w:r>
      <w:r>
        <w:rPr>
          <w:b w:val="0"/>
          <w:i w:val="0"/>
          <w:smallCaps w:val="0"/>
          <w:strike w:val="0"/>
          <w:sz w:val="22"/>
          <w:u w:val="single"/>
        </w:rPr>
        <w:t>movement towards protectionism</w:t>
      </w:r>
      <w:r>
        <w:rPr>
          <w:b w:val="0"/>
          <w:i w:val="0"/>
          <w:smallCaps w:val="0"/>
          <w:strike w:val="0"/>
          <w:sz w:val="16"/>
          <w:u w:val="none"/>
        </w:rPr>
        <w:t>,” Sen.</w:t>
      </w:r>
      <w:r>
        <w:rPr>
          <w:b w:val="0"/>
          <w:i w:val="0"/>
          <w:smallCaps w:val="0"/>
          <w:strike w:val="0"/>
          <w:sz w:val="16"/>
          <w:u w:val="none"/>
        </w:rPr>
        <w:t xml:space="preserve"> </w:t>
      </w:r>
      <w:r>
        <w:rPr>
          <w:b w:val="0"/>
          <w:i w:val="0"/>
          <w:smallCaps w:val="0"/>
          <w:strike w:val="0"/>
          <w:sz w:val="16"/>
          <w:u w:val="none"/>
        </w:rPr>
        <w:t>Chuck Grassley</w:t>
      </w:r>
      <w:r>
        <w:rPr>
          <w:b w:val="0"/>
          <w:i w:val="0"/>
          <w:smallCaps w:val="0"/>
          <w:strike w:val="0"/>
          <w:sz w:val="16"/>
          <w:u w:val="none"/>
        </w:rPr>
        <w:t xml:space="preserve"> </w:t>
      </w:r>
      <w:r>
        <w:rPr>
          <w:b w:val="0"/>
          <w:i w:val="0"/>
          <w:smallCaps w:val="0"/>
          <w:strike w:val="0"/>
          <w:sz w:val="16"/>
          <w:u w:val="none"/>
        </w:rPr>
        <w:t>(R-Iowa), one of the few lawmakers to critique Biden’s move, told POLITICO when asked why Washington’s reaction has been so different this time around.</w:t>
      </w:r>
      <w:r>
        <w:rPr>
          <w:b w:val="0"/>
          <w:i w:val="0"/>
          <w:smallCaps w:val="0"/>
          <w:strike w:val="0"/>
          <w:sz w:val="16"/>
          <w:u w:val="none"/>
        </w:rPr>
        <w:t xml:space="preserve"> </w:t>
      </w:r>
      <w:r>
        <w:rPr>
          <w:b w:val="0"/>
          <w:i w:val="0"/>
          <w:smallCaps w:val="0"/>
          <w:strike w:val="0"/>
          <w:sz w:val="16"/>
          <w:u w:val="none"/>
        </w:rPr>
        <w:t xml:space="preserve">Besides Grassley, </w:t>
      </w:r>
      <w:r>
        <w:rPr>
          <w:b w:val="0"/>
          <w:i w:val="0"/>
          <w:smallCaps w:val="0"/>
          <w:strike w:val="0"/>
          <w:sz w:val="22"/>
          <w:u w:val="single"/>
        </w:rPr>
        <w:t xml:space="preserve">free trade </w:t>
      </w:r>
      <w:r>
        <w:rPr>
          <w:b w:val="0"/>
          <w:i w:val="0"/>
          <w:smallCaps w:val="0"/>
          <w:strike w:val="0"/>
          <w:sz w:val="22"/>
          <w:highlight w:val="cyan"/>
          <w:u w:val="single"/>
        </w:rPr>
        <w:t>advocates</w:t>
      </w:r>
      <w:r>
        <w:rPr>
          <w:b w:val="0"/>
          <w:i w:val="0"/>
          <w:smallCaps w:val="0"/>
          <w:strike w:val="0"/>
          <w:sz w:val="22"/>
          <w:u w:val="single"/>
        </w:rPr>
        <w:t xml:space="preserve"> have </w:t>
      </w:r>
      <w:r>
        <w:rPr>
          <w:b/>
          <w:i w:val="0"/>
          <w:smallCaps w:val="0"/>
          <w:strike w:val="0"/>
          <w:sz w:val="22"/>
          <w:highlight w:val="cyan"/>
          <w:u w:val="single"/>
        </w:rPr>
        <w:t>remained</w:t>
      </w:r>
      <w:r>
        <w:rPr>
          <w:b/>
          <w:i w:val="0"/>
          <w:smallCaps w:val="0"/>
          <w:strike w:val="0"/>
          <w:sz w:val="22"/>
          <w:u w:val="single"/>
        </w:rPr>
        <w:t xml:space="preserve"> largely </w:t>
      </w:r>
      <w:r>
        <w:rPr>
          <w:b/>
          <w:i w:val="0"/>
          <w:smallCaps w:val="0"/>
          <w:strike w:val="0"/>
          <w:sz w:val="22"/>
          <w:highlight w:val="cyan"/>
          <w:u w:val="single"/>
        </w:rPr>
        <w:t>silent</w:t>
      </w:r>
      <w:r>
        <w:rPr>
          <w:b w:val="0"/>
          <w:i w:val="0"/>
          <w:smallCaps w:val="0"/>
          <w:strike w:val="0"/>
          <w:sz w:val="16"/>
          <w:u w:val="none"/>
        </w:rPr>
        <w:t xml:space="preserve">. Far more typical was the response from </w:t>
      </w:r>
      <w:r>
        <w:rPr>
          <w:b w:val="0"/>
          <w:i w:val="0"/>
          <w:smallCaps w:val="0"/>
          <w:strike w:val="0"/>
          <w:sz w:val="22"/>
          <w:u w:val="single"/>
        </w:rPr>
        <w:t xml:space="preserve">Michigan </w:t>
      </w:r>
      <w:r>
        <w:rPr>
          <w:b w:val="0"/>
          <w:i w:val="0"/>
          <w:smallCaps w:val="0"/>
          <w:strike w:val="0"/>
          <w:sz w:val="22"/>
          <w:highlight w:val="cyan"/>
          <w:u w:val="single"/>
        </w:rPr>
        <w:t>Republican</w:t>
      </w:r>
      <w:r>
        <w:rPr>
          <w:b w:val="0"/>
          <w:i w:val="0"/>
          <w:smallCaps w:val="0"/>
          <w:strike w:val="0"/>
          <w:sz w:val="22"/>
          <w:u w:val="single"/>
        </w:rPr>
        <w:t xml:space="preserve"> Rep.</w:t>
      </w:r>
      <w:r>
        <w:rPr>
          <w:b w:val="0"/>
          <w:i w:val="0"/>
          <w:smallCaps w:val="0"/>
          <w:strike w:val="0"/>
          <w:sz w:val="22"/>
          <w:u w:val="single"/>
        </w:rPr>
        <w:t xml:space="preserve"> </w:t>
      </w:r>
      <w:r>
        <w:rPr>
          <w:b w:val="0"/>
          <w:i w:val="0"/>
          <w:smallCaps w:val="0"/>
          <w:strike w:val="0"/>
          <w:sz w:val="22"/>
          <w:u w:val="single"/>
        </w:rPr>
        <w:t xml:space="preserve">John </w:t>
      </w:r>
      <w:r>
        <w:rPr>
          <w:b w:val="0"/>
          <w:i w:val="0"/>
          <w:smallCaps w:val="0"/>
          <w:strike w:val="0"/>
          <w:sz w:val="22"/>
          <w:highlight w:val="cyan"/>
          <w:u w:val="single"/>
        </w:rPr>
        <w:t>Moolenaar</w:t>
      </w:r>
      <w:r>
        <w:rPr>
          <w:b w:val="0"/>
          <w:i w:val="0"/>
          <w:smallCaps w:val="0"/>
          <w:strike w:val="0"/>
          <w:sz w:val="22"/>
          <w:u w:val="single"/>
        </w:rPr>
        <w:t xml:space="preserve">, the new </w:t>
      </w:r>
      <w:r>
        <w:rPr>
          <w:b w:val="0"/>
          <w:i w:val="0"/>
          <w:smallCaps w:val="0"/>
          <w:strike w:val="0"/>
          <w:sz w:val="22"/>
          <w:highlight w:val="cyan"/>
          <w:u w:val="single"/>
        </w:rPr>
        <w:t>chair of</w:t>
      </w:r>
      <w:r>
        <w:rPr>
          <w:b w:val="0"/>
          <w:i w:val="0"/>
          <w:smallCaps w:val="0"/>
          <w:strike w:val="0"/>
          <w:sz w:val="22"/>
          <w:u w:val="single"/>
        </w:rPr>
        <w:t xml:space="preserve"> the House Select </w:t>
      </w:r>
      <w:r>
        <w:rPr>
          <w:b w:val="0"/>
          <w:i w:val="0"/>
          <w:smallCaps w:val="0"/>
          <w:strike w:val="0"/>
          <w:sz w:val="22"/>
          <w:highlight w:val="cyan"/>
          <w:u w:val="single"/>
        </w:rPr>
        <w:t>Committee on China</w:t>
      </w:r>
      <w:r>
        <w:rPr>
          <w:b w:val="0"/>
          <w:i w:val="0"/>
          <w:smallCaps w:val="0"/>
          <w:strike w:val="0"/>
          <w:sz w:val="22"/>
          <w:u w:val="single"/>
        </w:rPr>
        <w:t xml:space="preserve">, who </w:t>
      </w:r>
      <w:r>
        <w:rPr>
          <w:b w:val="0"/>
          <w:i w:val="0"/>
          <w:smallCaps w:val="0"/>
          <w:strike w:val="0"/>
          <w:sz w:val="22"/>
          <w:highlight w:val="cyan"/>
          <w:u w:val="single"/>
        </w:rPr>
        <w:t>called</w:t>
      </w:r>
      <w:r>
        <w:rPr>
          <w:b w:val="0"/>
          <w:i w:val="0"/>
          <w:smallCaps w:val="0"/>
          <w:strike w:val="0"/>
          <w:sz w:val="22"/>
          <w:u w:val="single"/>
        </w:rPr>
        <w:t xml:space="preserve"> Biden’s </w:t>
      </w:r>
      <w:r>
        <w:rPr>
          <w:b w:val="0"/>
          <w:i w:val="0"/>
          <w:smallCaps w:val="0"/>
          <w:strike w:val="0"/>
          <w:sz w:val="22"/>
          <w:highlight w:val="cyan"/>
          <w:u w:val="single"/>
        </w:rPr>
        <w:t>move “overdue</w:t>
      </w:r>
      <w:r>
        <w:rPr>
          <w:b w:val="0"/>
          <w:i w:val="0"/>
          <w:smallCaps w:val="0"/>
          <w:strike w:val="0"/>
          <w:sz w:val="22"/>
          <w:u w:val="single"/>
        </w:rPr>
        <w:t>.”</w:t>
      </w:r>
      <w:r>
        <w:rPr>
          <w:b w:val="0"/>
          <w:i w:val="0"/>
          <w:smallCaps w:val="0"/>
          <w:strike w:val="0"/>
          <w:sz w:val="16"/>
          <w:u w:val="none"/>
        </w:rPr>
        <w:t xml:space="preserve"> </w:t>
      </w:r>
      <w:r>
        <w:rPr>
          <w:b w:val="0"/>
          <w:i w:val="0"/>
          <w:smallCaps w:val="0"/>
          <w:strike w:val="0"/>
          <w:sz w:val="16"/>
          <w:u w:val="none"/>
        </w:rPr>
        <w:t xml:space="preserve">“Congress and the Administration must be ready to work in a bipartisan manner to strengthen our economy while supporting American farmers and workers who face retaliation from the [Chinese Communist Party],” </w:t>
      </w:r>
      <w:r>
        <w:rPr>
          <w:b w:val="0"/>
          <w:i w:val="0"/>
          <w:smallCaps w:val="0"/>
          <w:strike w:val="0"/>
          <w:sz w:val="16"/>
          <w:u w:val="none"/>
        </w:rPr>
        <w:t>Moolenaar</w:t>
      </w:r>
      <w:r>
        <w:rPr>
          <w:b w:val="0"/>
          <w:i w:val="0"/>
          <w:smallCaps w:val="0"/>
          <w:strike w:val="0"/>
          <w:sz w:val="16"/>
          <w:u w:val="none"/>
        </w:rPr>
        <w:t xml:space="preserve"> said in a statement.</w:t>
      </w:r>
      <w:r>
        <w:rPr>
          <w:b w:val="0"/>
          <w:i w:val="0"/>
          <w:smallCaps w:val="0"/>
          <w:strike w:val="0"/>
          <w:sz w:val="16"/>
          <w:u w:val="none"/>
        </w:rPr>
        <w:t xml:space="preserve"> </w:t>
      </w:r>
      <w:r>
        <w:rPr>
          <w:b w:val="0"/>
          <w:i w:val="0"/>
          <w:smallCaps w:val="0"/>
          <w:strike w:val="0"/>
          <w:sz w:val="22"/>
          <w:highlight w:val="cyan"/>
          <w:u w:val="single"/>
        </w:rPr>
        <w:t>Biden</w:t>
      </w:r>
      <w:r>
        <w:rPr>
          <w:b w:val="0"/>
          <w:i w:val="0"/>
          <w:smallCaps w:val="0"/>
          <w:strike w:val="0"/>
          <w:sz w:val="22"/>
          <w:u w:val="single"/>
        </w:rPr>
        <w:t xml:space="preserve">’s administration spent much of his first term </w:t>
      </w:r>
      <w:r>
        <w:rPr>
          <w:b/>
          <w:i w:val="0"/>
          <w:smallCaps w:val="0"/>
          <w:strike w:val="0"/>
          <w:sz w:val="22"/>
          <w:highlight w:val="cyan"/>
          <w:u w:val="single"/>
        </w:rPr>
        <w:t xml:space="preserve">debating what to do </w:t>
      </w:r>
      <w:r>
        <w:rPr>
          <w:b/>
          <w:i w:val="0"/>
          <w:smallCaps w:val="0"/>
          <w:strike w:val="0"/>
          <w:sz w:val="22"/>
          <w:u w:val="single"/>
        </w:rPr>
        <w:t>with the duties</w:t>
      </w:r>
      <w:r>
        <w:rPr>
          <w:b w:val="0"/>
          <w:i w:val="0"/>
          <w:smallCaps w:val="0"/>
          <w:strike w:val="0"/>
          <w:sz w:val="22"/>
          <w:u w:val="single"/>
        </w:rPr>
        <w:t xml:space="preserve"> Trump put on more than $300 billion worth of Chinese imports, before finally </w:t>
      </w:r>
      <w:r>
        <w:rPr>
          <w:b w:val="0"/>
          <w:i w:val="0"/>
          <w:smallCaps w:val="0"/>
          <w:strike w:val="0"/>
          <w:sz w:val="22"/>
          <w:highlight w:val="cyan"/>
          <w:u w:val="single"/>
        </w:rPr>
        <w:t>announcing</w:t>
      </w:r>
      <w:r>
        <w:rPr>
          <w:b w:val="0"/>
          <w:i w:val="0"/>
          <w:smallCaps w:val="0"/>
          <w:strike w:val="0"/>
          <w:sz w:val="22"/>
          <w:u w:val="single"/>
        </w:rPr>
        <w:t xml:space="preserve"> Tuesday that he will </w:t>
      </w:r>
      <w:r>
        <w:rPr>
          <w:b w:val="0"/>
          <w:i w:val="0"/>
          <w:smallCaps w:val="0"/>
          <w:strike w:val="0"/>
          <w:sz w:val="22"/>
          <w:highlight w:val="cyan"/>
          <w:u w:val="single"/>
        </w:rPr>
        <w:t>increase Trump</w:t>
      </w:r>
      <w:r>
        <w:rPr>
          <w:b w:val="0"/>
          <w:i w:val="0"/>
          <w:smallCaps w:val="0"/>
          <w:strike w:val="0"/>
          <w:sz w:val="22"/>
          <w:u w:val="single"/>
        </w:rPr>
        <w:t xml:space="preserve">-era </w:t>
      </w:r>
      <w:r>
        <w:rPr>
          <w:b w:val="0"/>
          <w:i w:val="0"/>
          <w:smallCaps w:val="0"/>
          <w:strike w:val="0"/>
          <w:sz w:val="22"/>
          <w:highlight w:val="cyan"/>
          <w:u w:val="single"/>
        </w:rPr>
        <w:t>duties on steel</w:t>
      </w:r>
      <w:r>
        <w:rPr>
          <w:b w:val="0"/>
          <w:i w:val="0"/>
          <w:smallCaps w:val="0"/>
          <w:strike w:val="0"/>
          <w:sz w:val="22"/>
          <w:u w:val="single"/>
        </w:rPr>
        <w:t xml:space="preserve">, </w:t>
      </w:r>
      <w:r>
        <w:rPr>
          <w:b w:val="0"/>
          <w:i w:val="0"/>
          <w:smallCaps w:val="0"/>
          <w:strike w:val="0"/>
          <w:sz w:val="22"/>
          <w:highlight w:val="cyan"/>
          <w:u w:val="single"/>
        </w:rPr>
        <w:t>aluminum and clean energy</w:t>
      </w:r>
      <w:r>
        <w:rPr>
          <w:b w:val="0"/>
          <w:i w:val="0"/>
          <w:smallCaps w:val="0"/>
          <w:strike w:val="0"/>
          <w:sz w:val="22"/>
          <w:u w:val="single"/>
        </w:rPr>
        <w:t xml:space="preserve"> products from China, including </w:t>
      </w:r>
      <w:r>
        <w:rPr>
          <w:b w:val="0"/>
          <w:i w:val="0"/>
          <w:smallCaps w:val="0"/>
          <w:strike w:val="0"/>
          <w:sz w:val="22"/>
          <w:highlight w:val="cyan"/>
          <w:u w:val="single"/>
        </w:rPr>
        <w:t>quadrupling tariffs on e</w:t>
      </w:r>
      <w:r>
        <w:rPr>
          <w:b w:val="0"/>
          <w:i w:val="0"/>
          <w:smallCaps w:val="0"/>
          <w:strike w:val="0"/>
          <w:sz w:val="22"/>
          <w:u w:val="single"/>
        </w:rPr>
        <w:t xml:space="preserve">lectric </w:t>
      </w:r>
      <w:r>
        <w:rPr>
          <w:b w:val="0"/>
          <w:i w:val="0"/>
          <w:smallCaps w:val="0"/>
          <w:strike w:val="0"/>
          <w:sz w:val="22"/>
          <w:highlight w:val="cyan"/>
          <w:u w:val="single"/>
        </w:rPr>
        <w:t>v</w:t>
      </w:r>
      <w:r>
        <w:rPr>
          <w:b w:val="0"/>
          <w:i w:val="0"/>
          <w:smallCaps w:val="0"/>
          <w:strike w:val="0"/>
          <w:sz w:val="22"/>
          <w:u w:val="single"/>
        </w:rPr>
        <w:t>ehicle</w:t>
      </w:r>
      <w:r>
        <w:rPr>
          <w:b w:val="0"/>
          <w:i w:val="0"/>
          <w:smallCaps w:val="0"/>
          <w:strike w:val="0"/>
          <w:sz w:val="22"/>
          <w:highlight w:val="cyan"/>
          <w:u w:val="single"/>
        </w:rPr>
        <w:t>s</w:t>
      </w:r>
      <w:r>
        <w:rPr>
          <w:b w:val="0"/>
          <w:i w:val="0"/>
          <w:smallCaps w:val="0"/>
          <w:strike w:val="0"/>
          <w:sz w:val="22"/>
          <w:u w:val="single"/>
        </w:rPr>
        <w:t xml:space="preserve">, while </w:t>
      </w:r>
      <w:r>
        <w:rPr>
          <w:b/>
          <w:i w:val="0"/>
          <w:smallCaps w:val="0"/>
          <w:strike w:val="0"/>
          <w:sz w:val="22"/>
          <w:highlight w:val="cyan"/>
          <w:u w:val="single"/>
        </w:rPr>
        <w:t>keeping</w:t>
      </w:r>
      <w:r>
        <w:rPr>
          <w:b/>
          <w:i w:val="0"/>
          <w:smallCaps w:val="0"/>
          <w:strike w:val="0"/>
          <w:sz w:val="22"/>
          <w:u w:val="single"/>
        </w:rPr>
        <w:t xml:space="preserve"> the </w:t>
      </w:r>
      <w:r>
        <w:rPr>
          <w:b/>
          <w:i w:val="0"/>
          <w:smallCaps w:val="0"/>
          <w:strike w:val="0"/>
          <w:sz w:val="22"/>
          <w:highlight w:val="cyan"/>
          <w:u w:val="single"/>
        </w:rPr>
        <w:t>rest</w:t>
      </w:r>
      <w:r>
        <w:rPr>
          <w:b/>
          <w:i w:val="0"/>
          <w:smallCaps w:val="0"/>
          <w:strike w:val="0"/>
          <w:sz w:val="22"/>
          <w:u w:val="single"/>
        </w:rPr>
        <w:t xml:space="preserve"> in place.</w:t>
      </w:r>
      <w:r>
        <w:rPr>
          <w:b/>
          <w:i w:val="0"/>
          <w:smallCaps w:val="0"/>
          <w:strike w:val="0"/>
          <w:sz w:val="22"/>
          <w:u w:val="single"/>
        </w:rPr>
        <w:t xml:space="preserve"> </w:t>
      </w:r>
      <w:r>
        <w:rPr>
          <w:b w:val="0"/>
          <w:i w:val="0"/>
          <w:smallCaps w:val="0"/>
          <w:strike w:val="0"/>
          <w:sz w:val="16"/>
          <w:u w:val="none"/>
        </w:rPr>
        <w:t xml:space="preserve">The move, which Biden and his aides had telegraphed in remarks earlier this spring, was </w:t>
      </w:r>
      <w:r>
        <w:rPr>
          <w:b w:val="0"/>
          <w:i w:val="0"/>
          <w:smallCaps w:val="0"/>
          <w:strike w:val="0"/>
          <w:sz w:val="22"/>
          <w:u w:val="single"/>
        </w:rPr>
        <w:t>promptly condemned by leading trade groups</w:t>
      </w:r>
      <w:r>
        <w:rPr>
          <w:b w:val="0"/>
          <w:i w:val="0"/>
          <w:smallCaps w:val="0"/>
          <w:strike w:val="0"/>
          <w:sz w:val="16"/>
          <w:u w:val="none"/>
        </w:rPr>
        <w:t>, including those representing the U.S. tech industry and large importing corporations.</w:t>
      </w:r>
      <w:r>
        <w:rPr>
          <w:b w:val="0"/>
          <w:i w:val="0"/>
          <w:smallCaps w:val="0"/>
          <w:strike w:val="0"/>
          <w:sz w:val="16"/>
          <w:u w:val="none"/>
        </w:rPr>
        <w:t xml:space="preserve"> </w:t>
      </w:r>
      <w:r>
        <w:rPr>
          <w:b w:val="0"/>
          <w:i w:val="0"/>
          <w:smallCaps w:val="0"/>
          <w:strike w:val="0"/>
          <w:sz w:val="16"/>
          <w:u w:val="none"/>
        </w:rPr>
        <w:t xml:space="preserve">But they </w:t>
      </w:r>
      <w:r>
        <w:rPr>
          <w:b/>
          <w:i w:val="0"/>
          <w:smallCaps w:val="0"/>
          <w:strike w:val="0"/>
          <w:sz w:val="22"/>
          <w:highlight w:val="cyan"/>
          <w:u w:val="single"/>
        </w:rPr>
        <w:t>barely</w:t>
      </w:r>
      <w:r>
        <w:rPr>
          <w:b/>
          <w:i w:val="0"/>
          <w:smallCaps w:val="0"/>
          <w:strike w:val="0"/>
          <w:sz w:val="22"/>
          <w:u w:val="single"/>
        </w:rPr>
        <w:t xml:space="preserve"> elicited </w:t>
      </w:r>
      <w:r>
        <w:rPr>
          <w:b/>
          <w:i w:val="0"/>
          <w:smallCaps w:val="0"/>
          <w:strike w:val="0"/>
          <w:sz w:val="22"/>
          <w:highlight w:val="cyan"/>
          <w:u w:val="single"/>
        </w:rPr>
        <w:t>a peep</w:t>
      </w:r>
      <w:r>
        <w:rPr>
          <w:b w:val="0"/>
          <w:i w:val="0"/>
          <w:smallCaps w:val="0"/>
          <w:strike w:val="0"/>
          <w:sz w:val="22"/>
          <w:highlight w:val="cyan"/>
          <w:u w:val="single"/>
        </w:rPr>
        <w:t xml:space="preserve"> from free traders</w:t>
      </w:r>
      <w:r>
        <w:rPr>
          <w:b w:val="0"/>
          <w:i w:val="0"/>
          <w:smallCaps w:val="0"/>
          <w:strike w:val="0"/>
          <w:sz w:val="22"/>
          <w:u w:val="single"/>
        </w:rPr>
        <w:t xml:space="preserve"> in Congress, a dwindling population in recent years.</w:t>
      </w:r>
      <w:r>
        <w:rPr>
          <w:b w:val="0"/>
          <w:i w:val="0"/>
          <w:smallCaps w:val="0"/>
          <w:strike w:val="0"/>
          <w:sz w:val="16"/>
          <w:u w:val="none"/>
        </w:rPr>
        <w:t xml:space="preserve"> Grassley, a 90-year-old with few reelection concerns, was one of the only lawmakers to slam Biden on tariffs, saying he was making an “election year-decision that risks serious retaliation against American producers — especially agriculture, as we’ve seen before.”</w:t>
      </w:r>
      <w:r>
        <w:rPr>
          <w:b w:val="0"/>
          <w:i w:val="0"/>
          <w:smallCaps w:val="0"/>
          <w:strike w:val="0"/>
          <w:sz w:val="16"/>
          <w:u w:val="none"/>
        </w:rPr>
        <w:t xml:space="preserve"> </w:t>
      </w:r>
      <w:r>
        <w:rPr>
          <w:b w:val="0"/>
          <w:i w:val="0"/>
          <w:smallCaps w:val="0"/>
          <w:strike w:val="0"/>
          <w:sz w:val="16"/>
          <w:u w:val="none"/>
        </w:rPr>
        <w:t xml:space="preserve">That </w:t>
      </w:r>
      <w:r>
        <w:rPr>
          <w:b w:val="0"/>
          <w:i w:val="0"/>
          <w:smallCaps w:val="0"/>
          <w:strike w:val="0"/>
          <w:sz w:val="22"/>
          <w:u w:val="single"/>
        </w:rPr>
        <w:t xml:space="preserve">used to be a mainstream position in the </w:t>
      </w:r>
      <w:r>
        <w:rPr>
          <w:b w:val="0"/>
          <w:i w:val="0"/>
          <w:smallCaps w:val="0"/>
          <w:strike w:val="0"/>
          <w:sz w:val="22"/>
          <w:highlight w:val="cyan"/>
          <w:u w:val="single"/>
        </w:rPr>
        <w:t>GOP</w:t>
      </w:r>
      <w:r>
        <w:rPr>
          <w:b w:val="0"/>
          <w:i w:val="0"/>
          <w:smallCaps w:val="0"/>
          <w:strike w:val="0"/>
          <w:sz w:val="22"/>
          <w:u w:val="single"/>
        </w:rPr>
        <w:t>, which for much of the past 40 years defined itself as pro-business and pro-free trade.</w:t>
      </w:r>
      <w:r>
        <w:rPr>
          <w:b w:val="0"/>
          <w:i w:val="0"/>
          <w:smallCaps w:val="0"/>
          <w:strike w:val="0"/>
          <w:sz w:val="16"/>
          <w:u w:val="none"/>
        </w:rPr>
        <w:t xml:space="preserve"> But Grassley, the most senior member of the Senate, is </w:t>
      </w:r>
      <w:r>
        <w:rPr>
          <w:b w:val="0"/>
          <w:i w:val="0"/>
          <w:smallCaps w:val="0"/>
          <w:strike w:val="0"/>
          <w:sz w:val="22"/>
          <w:u w:val="single"/>
        </w:rPr>
        <w:t xml:space="preserve">increasingly an outlier in his party, which has grown </w:t>
      </w:r>
      <w:r>
        <w:rPr>
          <w:b w:val="0"/>
          <w:i w:val="0"/>
          <w:smallCaps w:val="0"/>
          <w:strike w:val="0"/>
          <w:sz w:val="22"/>
          <w:highlight w:val="cyan"/>
          <w:u w:val="single"/>
        </w:rPr>
        <w:t xml:space="preserve">far more </w:t>
      </w:r>
      <w:r>
        <w:rPr>
          <w:b/>
          <w:i w:val="0"/>
          <w:smallCaps w:val="0"/>
          <w:strike w:val="0"/>
          <w:sz w:val="22"/>
          <w:highlight w:val="cyan"/>
          <w:u w:val="single"/>
        </w:rPr>
        <w:t>populist and protectionist</w:t>
      </w:r>
      <w:r>
        <w:rPr>
          <w:b w:val="0"/>
          <w:i w:val="0"/>
          <w:smallCaps w:val="0"/>
          <w:strike w:val="0"/>
          <w:sz w:val="22"/>
          <w:u w:val="single"/>
        </w:rPr>
        <w:t xml:space="preserve"> in the wake of Trump’s 2016 presidential victory.</w:t>
      </w:r>
      <w:r>
        <w:rPr>
          <w:b w:val="0"/>
          <w:i w:val="0"/>
          <w:smallCaps w:val="0"/>
          <w:strike w:val="0"/>
          <w:sz w:val="22"/>
          <w:u w:val="single"/>
        </w:rPr>
        <w:t xml:space="preserve"> </w:t>
      </w:r>
      <w:r>
        <w:rPr>
          <w:b w:val="0"/>
          <w:i w:val="0"/>
          <w:smallCaps w:val="0"/>
          <w:strike w:val="0"/>
          <w:sz w:val="16"/>
          <w:u w:val="none"/>
        </w:rPr>
        <w:t xml:space="preserve">In that sense, they’ve </w:t>
      </w:r>
      <w:r>
        <w:rPr>
          <w:b/>
          <w:i w:val="0"/>
          <w:smallCaps w:val="0"/>
          <w:strike w:val="0"/>
          <w:sz w:val="22"/>
          <w:highlight w:val="cyan"/>
          <w:u w:val="single"/>
        </w:rPr>
        <w:t>converged with</w:t>
      </w:r>
      <w:r>
        <w:rPr>
          <w:b/>
          <w:i w:val="0"/>
          <w:smallCaps w:val="0"/>
          <w:strike w:val="0"/>
          <w:sz w:val="22"/>
          <w:u w:val="single"/>
        </w:rPr>
        <w:t xml:space="preserve"> the American </w:t>
      </w:r>
      <w:r>
        <w:rPr>
          <w:b/>
          <w:i w:val="0"/>
          <w:smallCaps w:val="0"/>
          <w:strike w:val="0"/>
          <w:sz w:val="22"/>
          <w:highlight w:val="cyan"/>
          <w:u w:val="single"/>
        </w:rPr>
        <w:t>left</w:t>
      </w:r>
      <w:r>
        <w:rPr>
          <w:b w:val="0"/>
          <w:i w:val="0"/>
          <w:smallCaps w:val="0"/>
          <w:strike w:val="0"/>
          <w:sz w:val="22"/>
          <w:u w:val="single"/>
        </w:rPr>
        <w:t xml:space="preserve">, which has long criticized free trade as boosting big corporations at the expense of workers. The </w:t>
      </w:r>
      <w:r>
        <w:rPr>
          <w:b w:val="0"/>
          <w:i w:val="0"/>
          <w:smallCaps w:val="0"/>
          <w:strike w:val="0"/>
          <w:sz w:val="22"/>
          <w:highlight w:val="cyan"/>
          <w:u w:val="single"/>
        </w:rPr>
        <w:t>Dem</w:t>
      </w:r>
      <w:r>
        <w:rPr>
          <w:b w:val="0"/>
          <w:i w:val="0"/>
          <w:smallCaps w:val="0"/>
          <w:strike w:val="0"/>
          <w:sz w:val="22"/>
          <w:u w:val="single"/>
        </w:rPr>
        <w:t xml:space="preserve">ocratic party’s </w:t>
      </w:r>
      <w:r>
        <w:rPr>
          <w:b w:val="0"/>
          <w:i w:val="0"/>
          <w:smallCaps w:val="0"/>
          <w:strike w:val="0"/>
          <w:sz w:val="22"/>
          <w:highlight w:val="cyan"/>
          <w:u w:val="single"/>
        </w:rPr>
        <w:t>center of gravity</w:t>
      </w:r>
      <w:r>
        <w:rPr>
          <w:b w:val="0"/>
          <w:i w:val="0"/>
          <w:smallCaps w:val="0"/>
          <w:strike w:val="0"/>
          <w:sz w:val="22"/>
          <w:u w:val="single"/>
        </w:rPr>
        <w:t xml:space="preserve"> has increasingly </w:t>
      </w:r>
      <w:r>
        <w:rPr>
          <w:b w:val="0"/>
          <w:i w:val="0"/>
          <w:smallCaps w:val="0"/>
          <w:strike w:val="0"/>
          <w:sz w:val="22"/>
          <w:highlight w:val="cyan"/>
          <w:u w:val="single"/>
        </w:rPr>
        <w:t>moved</w:t>
      </w:r>
      <w:r>
        <w:rPr>
          <w:b w:val="0"/>
          <w:i w:val="0"/>
          <w:smallCaps w:val="0"/>
          <w:strike w:val="0"/>
          <w:sz w:val="22"/>
          <w:u w:val="single"/>
        </w:rPr>
        <w:t xml:space="preserve"> in that direction, as well, with </w:t>
      </w:r>
      <w:r>
        <w:rPr>
          <w:b w:val="0"/>
          <w:i w:val="0"/>
          <w:smallCaps w:val="0"/>
          <w:strike w:val="0"/>
          <w:sz w:val="22"/>
          <w:highlight w:val="cyan"/>
          <w:u w:val="single"/>
        </w:rPr>
        <w:t>Biden taking</w:t>
      </w:r>
      <w:r>
        <w:rPr>
          <w:b w:val="0"/>
          <w:i w:val="0"/>
          <w:smallCaps w:val="0"/>
          <w:strike w:val="0"/>
          <w:sz w:val="22"/>
          <w:u w:val="single"/>
        </w:rPr>
        <w:t xml:space="preserve"> </w:t>
      </w:r>
      <w:r>
        <w:rPr>
          <w:b w:val="0"/>
          <w:i w:val="0"/>
          <w:smallCaps w:val="0"/>
          <w:strike w:val="0"/>
          <w:sz w:val="22"/>
          <w:u w:val="single"/>
        </w:rPr>
        <w:t>a number of</w:t>
      </w:r>
      <w:r>
        <w:rPr>
          <w:b w:val="0"/>
          <w:i w:val="0"/>
          <w:smallCaps w:val="0"/>
          <w:strike w:val="0"/>
          <w:sz w:val="22"/>
          <w:u w:val="single"/>
        </w:rPr>
        <w:t xml:space="preserve"> trade </w:t>
      </w:r>
      <w:r>
        <w:rPr>
          <w:b w:val="0"/>
          <w:i w:val="0"/>
          <w:smallCaps w:val="0"/>
          <w:strike w:val="0"/>
          <w:sz w:val="22"/>
          <w:highlight w:val="cyan"/>
          <w:u w:val="single"/>
        </w:rPr>
        <w:t>cues from</w:t>
      </w:r>
      <w:r>
        <w:rPr>
          <w:b w:val="0"/>
          <w:i w:val="0"/>
          <w:smallCaps w:val="0"/>
          <w:strike w:val="0"/>
          <w:sz w:val="22"/>
          <w:u w:val="single"/>
        </w:rPr>
        <w:t xml:space="preserve"> lawmakers like Sens.</w:t>
      </w:r>
      <w:r>
        <w:rPr>
          <w:b w:val="0"/>
          <w:i w:val="0"/>
          <w:smallCaps w:val="0"/>
          <w:strike w:val="0"/>
          <w:sz w:val="22"/>
          <w:u w:val="single"/>
        </w:rPr>
        <w:t xml:space="preserve"> </w:t>
      </w:r>
      <w:r>
        <w:rPr>
          <w:b w:val="0"/>
          <w:i w:val="0"/>
          <w:smallCaps w:val="0"/>
          <w:strike w:val="0"/>
          <w:sz w:val="22"/>
          <w:u w:val="single"/>
        </w:rPr>
        <w:t xml:space="preserve">Sherrod </w:t>
      </w:r>
      <w:r>
        <w:rPr>
          <w:b w:val="0"/>
          <w:i w:val="0"/>
          <w:smallCaps w:val="0"/>
          <w:strike w:val="0"/>
          <w:sz w:val="22"/>
          <w:highlight w:val="cyan"/>
          <w:u w:val="single"/>
        </w:rPr>
        <w:t>Brown</w:t>
      </w:r>
      <w:r>
        <w:rPr>
          <w:b w:val="0"/>
          <w:i w:val="0"/>
          <w:smallCaps w:val="0"/>
          <w:strike w:val="0"/>
          <w:sz w:val="22"/>
          <w:u w:val="single"/>
        </w:rPr>
        <w:t xml:space="preserve"> </w:t>
      </w:r>
      <w:r>
        <w:rPr>
          <w:b w:val="0"/>
          <w:i w:val="0"/>
          <w:smallCaps w:val="0"/>
          <w:strike w:val="0"/>
          <w:sz w:val="22"/>
          <w:u w:val="single"/>
        </w:rPr>
        <w:t>(Ohio),</w:t>
      </w:r>
      <w:r>
        <w:rPr>
          <w:b w:val="0"/>
          <w:i w:val="0"/>
          <w:smallCaps w:val="0"/>
          <w:strike w:val="0"/>
          <w:sz w:val="22"/>
          <w:u w:val="single"/>
        </w:rPr>
        <w:t xml:space="preserve"> </w:t>
      </w:r>
      <w:r>
        <w:rPr>
          <w:b w:val="0"/>
          <w:i w:val="0"/>
          <w:smallCaps w:val="0"/>
          <w:strike w:val="0"/>
          <w:sz w:val="22"/>
          <w:u w:val="single"/>
        </w:rPr>
        <w:t xml:space="preserve">Bob </w:t>
      </w:r>
      <w:r>
        <w:rPr>
          <w:b w:val="0"/>
          <w:i w:val="0"/>
          <w:smallCaps w:val="0"/>
          <w:strike w:val="0"/>
          <w:sz w:val="22"/>
          <w:highlight w:val="cyan"/>
          <w:u w:val="single"/>
        </w:rPr>
        <w:t>Casey</w:t>
      </w:r>
      <w:r>
        <w:rPr>
          <w:b w:val="0"/>
          <w:i w:val="0"/>
          <w:smallCaps w:val="0"/>
          <w:strike w:val="0"/>
          <w:sz w:val="22"/>
          <w:u w:val="single"/>
        </w:rPr>
        <w:t xml:space="preserve"> </w:t>
      </w:r>
      <w:r>
        <w:rPr>
          <w:b w:val="0"/>
          <w:i w:val="0"/>
          <w:smallCaps w:val="0"/>
          <w:strike w:val="0"/>
          <w:sz w:val="22"/>
          <w:u w:val="single"/>
        </w:rPr>
        <w:t>(Pa.) and</w:t>
      </w:r>
      <w:r>
        <w:rPr>
          <w:b w:val="0"/>
          <w:i w:val="0"/>
          <w:smallCaps w:val="0"/>
          <w:strike w:val="0"/>
          <w:sz w:val="22"/>
          <w:u w:val="single"/>
        </w:rPr>
        <w:t xml:space="preserve"> </w:t>
      </w:r>
      <w:r>
        <w:rPr>
          <w:b w:val="0"/>
          <w:i w:val="0"/>
          <w:smallCaps w:val="0"/>
          <w:strike w:val="0"/>
          <w:sz w:val="22"/>
          <w:u w:val="single"/>
        </w:rPr>
        <w:t xml:space="preserve">Tammy </w:t>
      </w:r>
      <w:r>
        <w:rPr>
          <w:b w:val="0"/>
          <w:i w:val="0"/>
          <w:smallCaps w:val="0"/>
          <w:strike w:val="0"/>
          <w:sz w:val="22"/>
          <w:highlight w:val="cyan"/>
          <w:u w:val="single"/>
        </w:rPr>
        <w:t>Baldwin</w:t>
      </w:r>
      <w:r>
        <w:rPr>
          <w:b w:val="0"/>
          <w:i w:val="0"/>
          <w:smallCaps w:val="0"/>
          <w:strike w:val="0"/>
          <w:sz w:val="22"/>
          <w:u w:val="single"/>
        </w:rPr>
        <w:t xml:space="preserve"> </w:t>
      </w:r>
      <w:r>
        <w:rPr>
          <w:b w:val="0"/>
          <w:i w:val="0"/>
          <w:smallCaps w:val="0"/>
          <w:strike w:val="0"/>
          <w:sz w:val="22"/>
          <w:u w:val="single"/>
        </w:rPr>
        <w:t xml:space="preserve">(Wis.) who are </w:t>
      </w:r>
      <w:r>
        <w:rPr>
          <w:b/>
          <w:i w:val="0"/>
          <w:smallCaps w:val="0"/>
          <w:strike w:val="0"/>
          <w:sz w:val="22"/>
          <w:highlight w:val="cyan"/>
          <w:u w:val="single"/>
        </w:rPr>
        <w:t>up for reelection</w:t>
      </w:r>
      <w:r>
        <w:rPr>
          <w:b w:val="0"/>
          <w:i w:val="0"/>
          <w:smallCaps w:val="0"/>
          <w:strike w:val="0"/>
          <w:sz w:val="22"/>
          <w:u w:val="single"/>
        </w:rPr>
        <w:t xml:space="preserve"> this year and </w:t>
      </w:r>
      <w:r>
        <w:rPr>
          <w:b w:val="0"/>
          <w:i w:val="0"/>
          <w:smallCaps w:val="0"/>
          <w:strike w:val="0"/>
          <w:sz w:val="22"/>
          <w:highlight w:val="cyan"/>
          <w:u w:val="single"/>
        </w:rPr>
        <w:t>pushed</w:t>
      </w:r>
      <w:r>
        <w:rPr>
          <w:b w:val="0"/>
          <w:i w:val="0"/>
          <w:smallCaps w:val="0"/>
          <w:strike w:val="0"/>
          <w:sz w:val="22"/>
          <w:u w:val="single"/>
        </w:rPr>
        <w:t xml:space="preserve"> Biden this month </w:t>
      </w:r>
      <w:r>
        <w:rPr>
          <w:b w:val="0"/>
          <w:i w:val="0"/>
          <w:smallCaps w:val="0"/>
          <w:strike w:val="0"/>
          <w:sz w:val="22"/>
          <w:highlight w:val="cyan"/>
          <w:u w:val="single"/>
        </w:rPr>
        <w:t>to increase</w:t>
      </w:r>
      <w:r>
        <w:rPr>
          <w:b w:val="0"/>
          <w:i w:val="0"/>
          <w:smallCaps w:val="0"/>
          <w:strike w:val="0"/>
          <w:sz w:val="22"/>
          <w:u w:val="single"/>
        </w:rPr>
        <w:t xml:space="preserve"> the tariffs on China.</w:t>
      </w:r>
      <w:r>
        <w:rPr>
          <w:b w:val="0"/>
          <w:i w:val="0"/>
          <w:smallCaps w:val="0"/>
          <w:strike w:val="0"/>
          <w:sz w:val="16"/>
          <w:u w:val="none"/>
        </w:rPr>
        <w:t xml:space="preserve"> </w:t>
      </w:r>
      <w:r>
        <w:rPr>
          <w:b w:val="0"/>
          <w:i w:val="0"/>
          <w:smallCaps w:val="0"/>
          <w:strike w:val="0"/>
          <w:sz w:val="16"/>
          <w:u w:val="none"/>
        </w:rPr>
        <w:t>All three of those lawmakers welcomed Biden’s move on Tuesday</w:t>
      </w:r>
      <w:r>
        <w:rPr>
          <w:b w:val="0"/>
          <w:i w:val="0"/>
          <w:smallCaps w:val="0"/>
          <w:strike w:val="0"/>
          <w:sz w:val="16"/>
          <w:highlight w:val="cyan"/>
          <w:u w:val="none"/>
        </w:rPr>
        <w:t>,</w:t>
      </w:r>
      <w:r>
        <w:rPr>
          <w:b w:val="0"/>
          <w:i w:val="0"/>
          <w:smallCaps w:val="0"/>
          <w:strike w:val="0"/>
          <w:sz w:val="16"/>
          <w:u w:val="none"/>
        </w:rPr>
        <w:t xml:space="preserve"> while </w:t>
      </w:r>
      <w:r>
        <w:rPr>
          <w:b w:val="0"/>
          <w:i w:val="0"/>
          <w:smallCaps w:val="0"/>
          <w:strike w:val="0"/>
          <w:sz w:val="22"/>
          <w:u w:val="single"/>
        </w:rPr>
        <w:t>Brown pushed him to go further and enact an outright ban on Chinese vehicles</w:t>
      </w:r>
      <w:r>
        <w:rPr>
          <w:b w:val="0"/>
          <w:i w:val="0"/>
          <w:smallCaps w:val="0"/>
          <w:strike w:val="0"/>
          <w:sz w:val="16"/>
          <w:u w:val="none"/>
        </w:rPr>
        <w:t xml:space="preserve"> entering the U.S. The administration should issue rules, he said, that include “prohibitions on finished vehicles and technology that is designed, developed, manufactured, or supplied from the People’s Republic of China.”</w:t>
      </w:r>
      <w:r>
        <w:rPr>
          <w:b w:val="0"/>
          <w:i w:val="0"/>
          <w:smallCaps w:val="0"/>
          <w:strike w:val="0"/>
          <w:sz w:val="16"/>
          <w:u w:val="none"/>
        </w:rPr>
        <w:t xml:space="preserve"> </w:t>
      </w:r>
      <w:r>
        <w:rPr>
          <w:b w:val="0"/>
          <w:i w:val="0"/>
          <w:smallCaps w:val="0"/>
          <w:strike w:val="0"/>
          <w:sz w:val="22"/>
          <w:highlight w:val="cyan"/>
          <w:u w:val="single"/>
        </w:rPr>
        <w:t>Democrats who</w:t>
      </w:r>
      <w:r>
        <w:rPr>
          <w:b w:val="0"/>
          <w:i w:val="0"/>
          <w:smallCaps w:val="0"/>
          <w:strike w:val="0"/>
          <w:sz w:val="22"/>
          <w:u w:val="single"/>
        </w:rPr>
        <w:t xml:space="preserve"> had </w:t>
      </w:r>
      <w:r>
        <w:rPr>
          <w:b w:val="0"/>
          <w:i w:val="0"/>
          <w:smallCaps w:val="0"/>
          <w:strike w:val="0"/>
          <w:sz w:val="22"/>
          <w:highlight w:val="cyan"/>
          <w:u w:val="single"/>
        </w:rPr>
        <w:t>opposed</w:t>
      </w:r>
      <w:r>
        <w:rPr>
          <w:b w:val="0"/>
          <w:i w:val="0"/>
          <w:smallCaps w:val="0"/>
          <w:strike w:val="0"/>
          <w:sz w:val="22"/>
          <w:u w:val="single"/>
        </w:rPr>
        <w:t xml:space="preserve"> tariffs on clean energy products </w:t>
      </w:r>
      <w:r>
        <w:rPr>
          <w:b w:val="0"/>
          <w:i w:val="0"/>
          <w:smallCaps w:val="0"/>
          <w:strike w:val="0"/>
          <w:sz w:val="22"/>
          <w:highlight w:val="cyan"/>
          <w:u w:val="single"/>
        </w:rPr>
        <w:t>in the past</w:t>
      </w:r>
      <w:r>
        <w:rPr>
          <w:b w:val="0"/>
          <w:i w:val="0"/>
          <w:smallCaps w:val="0"/>
          <w:strike w:val="0"/>
          <w:sz w:val="22"/>
          <w:u w:val="single"/>
        </w:rPr>
        <w:t xml:space="preserve"> were, by contrast, </w:t>
      </w:r>
      <w:r>
        <w:rPr>
          <w:b w:val="0"/>
          <w:i w:val="0"/>
          <w:smallCaps w:val="0"/>
          <w:strike w:val="0"/>
          <w:sz w:val="22"/>
          <w:highlight w:val="cyan"/>
          <w:u w:val="single"/>
        </w:rPr>
        <w:t xml:space="preserve">more </w:t>
      </w:r>
      <w:r>
        <w:rPr>
          <w:b w:val="0"/>
          <w:i w:val="0"/>
          <w:smallCaps w:val="0"/>
          <w:strike w:val="0"/>
          <w:sz w:val="22"/>
          <w:highlight w:val="cyan"/>
          <w:u w:val="single"/>
        </w:rPr>
        <w:t>taciturn</w:t>
      </w:r>
      <w:r>
        <w:rPr>
          <w:b w:val="0"/>
          <w:i w:val="0"/>
          <w:smallCaps w:val="0"/>
          <w:strike w:val="0"/>
          <w:sz w:val="16"/>
          <w:u w:val="none"/>
        </w:rPr>
        <w:t xml:space="preserve"> on Tuesday</w:t>
      </w:r>
      <w:r>
        <w:rPr>
          <w:b w:val="0"/>
          <w:i w:val="0"/>
          <w:smallCaps w:val="0"/>
          <w:strike w:val="0"/>
          <w:sz w:val="22"/>
          <w:u w:val="single"/>
        </w:rPr>
        <w:t>. Sen.</w:t>
      </w:r>
      <w:r>
        <w:rPr>
          <w:b w:val="0"/>
          <w:i w:val="0"/>
          <w:smallCaps w:val="0"/>
          <w:strike w:val="0"/>
          <w:sz w:val="22"/>
          <w:u w:val="single"/>
        </w:rPr>
        <w:t xml:space="preserve"> </w:t>
      </w:r>
      <w:r>
        <w:rPr>
          <w:b w:val="0"/>
          <w:i w:val="0"/>
          <w:smallCaps w:val="0"/>
          <w:strike w:val="0"/>
          <w:sz w:val="22"/>
          <w:u w:val="single"/>
        </w:rPr>
        <w:t xml:space="preserve">Jacky </w:t>
      </w:r>
      <w:r>
        <w:rPr>
          <w:b w:val="0"/>
          <w:i w:val="0"/>
          <w:smallCaps w:val="0"/>
          <w:strike w:val="0"/>
          <w:sz w:val="22"/>
          <w:highlight w:val="cyan"/>
          <w:u w:val="single"/>
        </w:rPr>
        <w:t>Rosen</w:t>
      </w:r>
      <w:r>
        <w:rPr>
          <w:b w:val="0"/>
          <w:i w:val="0"/>
          <w:smallCaps w:val="0"/>
          <w:strike w:val="0"/>
          <w:sz w:val="22"/>
          <w:u w:val="single"/>
        </w:rPr>
        <w:t xml:space="preserve"> </w:t>
      </w:r>
      <w:r>
        <w:rPr>
          <w:b w:val="0"/>
          <w:i w:val="0"/>
          <w:smallCaps w:val="0"/>
          <w:strike w:val="0"/>
          <w:sz w:val="22"/>
          <w:u w:val="single"/>
        </w:rPr>
        <w:t xml:space="preserve">(D-Nev.), who had lobbied Biden to pause solar tariffs two years ago, </w:t>
      </w:r>
      <w:r>
        <w:rPr>
          <w:b/>
          <w:i w:val="0"/>
          <w:smallCaps w:val="0"/>
          <w:strike w:val="0"/>
          <w:sz w:val="22"/>
          <w:highlight w:val="cyan"/>
          <w:u w:val="single"/>
        </w:rPr>
        <w:t>stopped short of criticizing</w:t>
      </w:r>
      <w:r>
        <w:rPr>
          <w:b w:val="0"/>
          <w:i w:val="0"/>
          <w:smallCaps w:val="0"/>
          <w:strike w:val="0"/>
          <w:sz w:val="22"/>
          <w:u w:val="single"/>
        </w:rPr>
        <w:t xml:space="preserve"> the president’s decision</w:t>
      </w:r>
      <w:r>
        <w:rPr>
          <w:b w:val="0"/>
          <w:i w:val="0"/>
          <w:smallCaps w:val="0"/>
          <w:strike w:val="0"/>
          <w:sz w:val="16"/>
          <w:u w:val="none"/>
        </w:rPr>
        <w:t xml:space="preserve"> to slap 50 percent tariffs on solar products from China.</w:t>
      </w:r>
      <w:r>
        <w:rPr>
          <w:b w:val="0"/>
          <w:i w:val="0"/>
          <w:smallCaps w:val="0"/>
          <w:strike w:val="0"/>
          <w:sz w:val="16"/>
          <w:u w:val="none"/>
        </w:rPr>
        <w:t xml:space="preserve"> </w:t>
      </w:r>
      <w:r>
        <w:rPr>
          <w:b w:val="0"/>
          <w:i w:val="0"/>
          <w:smallCaps w:val="0"/>
          <w:strike w:val="0"/>
          <w:sz w:val="16"/>
          <w:u w:val="none"/>
        </w:rPr>
        <w:t>“I think we just have to be cautious that we don’t impact what’s happening now,” in terms of solar power growth in the U.S., Rosen said on Capitol Hill. “We’re going to keep our eye on [the issue] and see what else we have to do.”</w:t>
      </w:r>
      <w:r>
        <w:rPr>
          <w:b w:val="0"/>
          <w:i w:val="0"/>
          <w:smallCaps w:val="0"/>
          <w:strike w:val="0"/>
          <w:sz w:val="16"/>
          <w:u w:val="none"/>
        </w:rPr>
        <w:t xml:space="preserve"> </w:t>
      </w:r>
      <w:r>
        <w:rPr>
          <w:b w:val="0"/>
          <w:i w:val="0"/>
          <w:smallCaps w:val="0"/>
          <w:strike w:val="0"/>
          <w:sz w:val="16"/>
          <w:u w:val="none"/>
        </w:rPr>
        <w:t>There were some exceptions to the protectionist narrative among Democrats on Tuesday. Colorado Gov. Jared Polis — seen as a potential Democratic presidential candidate in 2028 — was one of the few Democrats Tuesday who decried Biden’s tariff move, calling it “horrible news for American consumers and a major setback for clean energy.”</w:t>
      </w:r>
      <w:r>
        <w:rPr>
          <w:b w:val="0"/>
          <w:i w:val="0"/>
          <w:smallCaps w:val="0"/>
          <w:strike w:val="0"/>
          <w:sz w:val="16"/>
          <w:u w:val="none"/>
        </w:rPr>
        <w:t xml:space="preserve"> </w:t>
      </w:r>
      <w:r>
        <w:rPr>
          <w:b w:val="0"/>
          <w:i w:val="0"/>
          <w:smallCaps w:val="0"/>
          <w:strike w:val="0"/>
          <w:sz w:val="16"/>
          <w:u w:val="none"/>
        </w:rPr>
        <w:t>“Tariffs are a direct, regressive tax on Americans and this tax increase will hit every family,” he wrote in a social media post.</w:t>
      </w:r>
      <w:r>
        <w:rPr>
          <w:b w:val="0"/>
          <w:i w:val="0"/>
          <w:smallCaps w:val="0"/>
          <w:strike w:val="0"/>
          <w:sz w:val="16"/>
          <w:u w:val="none"/>
        </w:rPr>
        <w:t xml:space="preserve"> </w:t>
      </w:r>
      <w:r>
        <w:rPr>
          <w:b w:val="0"/>
          <w:i w:val="0"/>
          <w:smallCaps w:val="0"/>
          <w:strike w:val="0"/>
          <w:sz w:val="16"/>
          <w:u w:val="none"/>
        </w:rPr>
        <w:t xml:space="preserve">Comments like those used to be commonplace in Washington in response to tariffs — even from </w:t>
      </w:r>
      <w:r>
        <w:rPr>
          <w:b w:val="0"/>
          <w:i w:val="0"/>
          <w:smallCaps w:val="0"/>
          <w:strike w:val="0"/>
          <w:sz w:val="22"/>
          <w:highlight w:val="cyan"/>
          <w:u w:val="single"/>
        </w:rPr>
        <w:t>Biden</w:t>
      </w:r>
      <w:r>
        <w:rPr>
          <w:b w:val="0"/>
          <w:i w:val="0"/>
          <w:smallCaps w:val="0"/>
          <w:strike w:val="0"/>
          <w:sz w:val="22"/>
          <w:u w:val="single"/>
        </w:rPr>
        <w:t xml:space="preserve"> himself. Back in </w:t>
      </w:r>
      <w:r>
        <w:rPr>
          <w:b w:val="0"/>
          <w:i w:val="0"/>
          <w:smallCaps w:val="0"/>
          <w:strike w:val="0"/>
          <w:sz w:val="22"/>
          <w:highlight w:val="cyan"/>
          <w:u w:val="single"/>
        </w:rPr>
        <w:t>2019</w:t>
      </w:r>
      <w:r>
        <w:rPr>
          <w:b w:val="0"/>
          <w:i w:val="0"/>
          <w:smallCaps w:val="0"/>
          <w:strike w:val="0"/>
          <w:sz w:val="22"/>
          <w:u w:val="single"/>
        </w:rPr>
        <w:t xml:space="preserve">, he </w:t>
      </w:r>
      <w:r>
        <w:rPr>
          <w:b w:val="0"/>
          <w:i w:val="0"/>
          <w:smallCaps w:val="0"/>
          <w:strike w:val="0"/>
          <w:sz w:val="22"/>
          <w:highlight w:val="cyan"/>
          <w:u w:val="single"/>
        </w:rPr>
        <w:t>slammed Trump’s</w:t>
      </w:r>
      <w:r>
        <w:rPr>
          <w:b w:val="0"/>
          <w:i w:val="0"/>
          <w:smallCaps w:val="0"/>
          <w:strike w:val="0"/>
          <w:sz w:val="22"/>
          <w:u w:val="single"/>
        </w:rPr>
        <w:t xml:space="preserve"> decision to impose </w:t>
      </w:r>
      <w:r>
        <w:rPr>
          <w:b w:val="0"/>
          <w:i w:val="0"/>
          <w:smallCaps w:val="0"/>
          <w:strike w:val="0"/>
          <w:sz w:val="22"/>
          <w:highlight w:val="cyan"/>
          <w:u w:val="single"/>
        </w:rPr>
        <w:t>tariffs</w:t>
      </w:r>
      <w:r>
        <w:rPr>
          <w:b w:val="0"/>
          <w:i w:val="0"/>
          <w:smallCaps w:val="0"/>
          <w:strike w:val="0"/>
          <w:sz w:val="22"/>
          <w:u w:val="single"/>
        </w:rPr>
        <w:t xml:space="preserve"> on China — the same tariffs he preserved this week — as “shortsighted.”</w:t>
      </w:r>
      <w:r>
        <w:rPr>
          <w:b w:val="0"/>
          <w:i w:val="0"/>
          <w:smallCaps w:val="0"/>
          <w:strike w:val="0"/>
          <w:sz w:val="22"/>
          <w:u w:val="single"/>
        </w:rPr>
        <w:t xml:space="preserve"> </w:t>
      </w:r>
      <w:r>
        <w:rPr>
          <w:b w:val="0"/>
          <w:i w:val="0"/>
          <w:smallCaps w:val="0"/>
          <w:strike w:val="0"/>
          <w:sz w:val="16"/>
          <w:u w:val="none"/>
        </w:rPr>
        <w:t>“All that [</w:t>
      </w:r>
      <w:r>
        <w:rPr>
          <w:b w:val="0"/>
          <w:i w:val="0"/>
          <w:smallCaps w:val="0"/>
          <w:strike w:val="0"/>
          <w:sz w:val="16"/>
          <w:u w:val="none"/>
        </w:rPr>
        <w:t>Trump’s</w:t>
      </w:r>
      <w:r>
        <w:rPr>
          <w:b w:val="0"/>
          <w:i w:val="0"/>
          <w:smallCaps w:val="0"/>
          <w:strike w:val="0"/>
          <w:sz w:val="16"/>
          <w:u w:val="none"/>
        </w:rPr>
        <w:t>] delivered as a consequence of [his tariffs] is American farmers, manufacturers and consumers losing and paying more,” Biden said during a campaign speech at the City University of New York.</w:t>
      </w:r>
      <w:r>
        <w:rPr>
          <w:b w:val="0"/>
          <w:i w:val="0"/>
          <w:smallCaps w:val="0"/>
          <w:strike w:val="0"/>
          <w:sz w:val="16"/>
          <w:u w:val="none"/>
        </w:rPr>
        <w:t xml:space="preserve"> </w:t>
      </w:r>
      <w:r>
        <w:rPr>
          <w:b w:val="0"/>
          <w:i w:val="0"/>
          <w:smallCaps w:val="0"/>
          <w:strike w:val="0"/>
          <w:sz w:val="16"/>
          <w:u w:val="none"/>
        </w:rPr>
        <w:t>But now, those arguments are scarce in Washington</w:t>
      </w:r>
      <w:r>
        <w:rPr>
          <w:b w:val="0"/>
          <w:i w:val="0"/>
          <w:smallCaps w:val="0"/>
          <w:strike w:val="0"/>
          <w:sz w:val="22"/>
          <w:u w:val="single"/>
        </w:rPr>
        <w:t>, even from Republicans who have pushed Biden to embrace more free trade policies. Rep.</w:t>
      </w:r>
      <w:r>
        <w:rPr>
          <w:b w:val="0"/>
          <w:i w:val="0"/>
          <w:smallCaps w:val="0"/>
          <w:strike w:val="0"/>
          <w:sz w:val="22"/>
          <w:u w:val="single"/>
        </w:rPr>
        <w:t xml:space="preserve"> </w:t>
      </w:r>
      <w:r>
        <w:rPr>
          <w:b w:val="0"/>
          <w:i w:val="0"/>
          <w:smallCaps w:val="0"/>
          <w:strike w:val="0"/>
          <w:sz w:val="22"/>
          <w:u w:val="single"/>
        </w:rPr>
        <w:t xml:space="preserve">Adrian </w:t>
      </w:r>
      <w:r>
        <w:rPr>
          <w:b w:val="0"/>
          <w:i w:val="0"/>
          <w:smallCaps w:val="0"/>
          <w:strike w:val="0"/>
          <w:sz w:val="22"/>
          <w:highlight w:val="cyan"/>
          <w:u w:val="single"/>
        </w:rPr>
        <w:t>Smith</w:t>
      </w:r>
      <w:r>
        <w:rPr>
          <w:b w:val="0"/>
          <w:i w:val="0"/>
          <w:smallCaps w:val="0"/>
          <w:strike w:val="0"/>
          <w:sz w:val="22"/>
          <w:u w:val="single"/>
        </w:rPr>
        <w:t xml:space="preserve"> </w:t>
      </w:r>
      <w:r>
        <w:rPr>
          <w:b w:val="0"/>
          <w:i w:val="0"/>
          <w:smallCaps w:val="0"/>
          <w:strike w:val="0"/>
          <w:sz w:val="22"/>
          <w:u w:val="single"/>
        </w:rPr>
        <w:t xml:space="preserve">(R-Neb.), the head of the </w:t>
      </w:r>
      <w:r>
        <w:rPr>
          <w:b w:val="0"/>
          <w:i w:val="0"/>
          <w:smallCaps w:val="0"/>
          <w:strike w:val="0"/>
          <w:sz w:val="22"/>
          <w:highlight w:val="cyan"/>
          <w:u w:val="single"/>
        </w:rPr>
        <w:t>Ways and Means</w:t>
      </w:r>
      <w:r>
        <w:rPr>
          <w:b w:val="0"/>
          <w:i w:val="0"/>
          <w:smallCaps w:val="0"/>
          <w:strike w:val="0"/>
          <w:sz w:val="22"/>
          <w:u w:val="single"/>
        </w:rPr>
        <w:t xml:space="preserve"> trade subcommittee, has routinely </w:t>
      </w:r>
      <w:r>
        <w:rPr>
          <w:b w:val="0"/>
          <w:i w:val="0"/>
          <w:smallCaps w:val="0"/>
          <w:strike w:val="0"/>
          <w:sz w:val="22"/>
          <w:highlight w:val="cyan"/>
          <w:u w:val="single"/>
        </w:rPr>
        <w:t>said</w:t>
      </w:r>
      <w:r>
        <w:rPr>
          <w:b w:val="0"/>
          <w:i w:val="0"/>
          <w:smallCaps w:val="0"/>
          <w:strike w:val="0"/>
          <w:sz w:val="22"/>
          <w:u w:val="single"/>
        </w:rPr>
        <w:t xml:space="preserve"> he is “</w:t>
      </w:r>
      <w:r>
        <w:rPr>
          <w:b w:val="0"/>
          <w:i w:val="0"/>
          <w:smallCaps w:val="0"/>
          <w:strike w:val="0"/>
          <w:sz w:val="22"/>
          <w:highlight w:val="cyan"/>
          <w:u w:val="single"/>
        </w:rPr>
        <w:t>no fan</w:t>
      </w:r>
      <w:r>
        <w:rPr>
          <w:b w:val="0"/>
          <w:i w:val="0"/>
          <w:smallCaps w:val="0"/>
          <w:strike w:val="0"/>
          <w:sz w:val="22"/>
          <w:u w:val="single"/>
        </w:rPr>
        <w:t xml:space="preserve"> of tariffs”</w:t>
      </w:r>
      <w:r>
        <w:rPr>
          <w:b w:val="0"/>
          <w:i w:val="0"/>
          <w:smallCaps w:val="0"/>
          <w:strike w:val="0"/>
          <w:sz w:val="16"/>
          <w:u w:val="none"/>
        </w:rPr>
        <w:t xml:space="preserve"> and introduced a bill on Tuesday that would renew a long-expired tariff exemption program.</w:t>
      </w:r>
      <w:r>
        <w:rPr>
          <w:b w:val="0"/>
          <w:i w:val="0"/>
          <w:smallCaps w:val="0"/>
          <w:strike w:val="0"/>
          <w:sz w:val="16"/>
          <w:u w:val="none"/>
        </w:rPr>
        <w:t xml:space="preserve"> </w:t>
      </w:r>
      <w:r>
        <w:rPr>
          <w:b w:val="0"/>
          <w:i w:val="0"/>
          <w:smallCaps w:val="0"/>
          <w:strike w:val="0"/>
          <w:sz w:val="16"/>
          <w:u w:val="none"/>
        </w:rPr>
        <w:t xml:space="preserve">Even so, he </w:t>
      </w:r>
      <w:r>
        <w:rPr>
          <w:b w:val="0"/>
          <w:i w:val="0"/>
          <w:smallCaps w:val="0"/>
          <w:strike w:val="0"/>
          <w:sz w:val="22"/>
          <w:highlight w:val="cyan"/>
          <w:u w:val="single"/>
        </w:rPr>
        <w:t>decided not to criticize</w:t>
      </w:r>
      <w:r>
        <w:rPr>
          <w:b w:val="0"/>
          <w:i w:val="0"/>
          <w:smallCaps w:val="0"/>
          <w:strike w:val="0"/>
          <w:sz w:val="22"/>
          <w:u w:val="single"/>
        </w:rPr>
        <w:t xml:space="preserve"> Biden for raising tariffs</w:t>
      </w:r>
      <w:r>
        <w:rPr>
          <w:b w:val="0"/>
          <w:i w:val="0"/>
          <w:smallCaps w:val="0"/>
          <w:strike w:val="0"/>
          <w:sz w:val="16"/>
          <w:u w:val="none"/>
        </w:rPr>
        <w:t xml:space="preserve"> in a Tuesday statement, instead arguing that the administration should be “rolling back policies harmful to American consumers like electric vehicle mandates” and “engaging with willing partners around the world to reduce trade barriers through enforceable trade agreements.”</w:t>
      </w:r>
      <w:r>
        <w:rPr>
          <w:b w:val="0"/>
          <w:i w:val="0"/>
          <w:smallCaps w:val="0"/>
          <w:strike w:val="0"/>
          <w:sz w:val="16"/>
          <w:u w:val="none"/>
        </w:rPr>
        <w:t xml:space="preserve"> </w:t>
      </w:r>
      <w:r>
        <w:rPr>
          <w:b w:val="0"/>
          <w:i w:val="0"/>
          <w:smallCaps w:val="0"/>
          <w:strike w:val="0"/>
          <w:sz w:val="16"/>
          <w:u w:val="none"/>
        </w:rPr>
        <w:t xml:space="preserve">Those </w:t>
      </w:r>
      <w:r>
        <w:rPr>
          <w:b w:val="0"/>
          <w:i w:val="0"/>
          <w:smallCaps w:val="0"/>
          <w:strike w:val="0"/>
          <w:sz w:val="22"/>
          <w:u w:val="single"/>
        </w:rPr>
        <w:t xml:space="preserve">Republican arguments are taking a cue from their </w:t>
      </w:r>
      <w:r>
        <w:rPr>
          <w:b/>
          <w:i w:val="0"/>
          <w:smallCaps w:val="0"/>
          <w:strike w:val="0"/>
          <w:sz w:val="22"/>
          <w:u w:val="single"/>
        </w:rPr>
        <w:t>party’s protectionist-in-chief</w:t>
      </w:r>
      <w:r>
        <w:rPr>
          <w:b w:val="0"/>
          <w:i w:val="0"/>
          <w:smallCaps w:val="0"/>
          <w:strike w:val="0"/>
          <w:sz w:val="22"/>
          <w:u w:val="single"/>
        </w:rPr>
        <w:t>: former President Trump,</w:t>
      </w:r>
      <w:r>
        <w:rPr>
          <w:b w:val="0"/>
          <w:i w:val="0"/>
          <w:smallCaps w:val="0"/>
          <w:strike w:val="0"/>
          <w:sz w:val="16"/>
          <w:u w:val="none"/>
        </w:rPr>
        <w:t xml:space="preserve"> who slammed his 2024 rival for pursuing electric vehicle mandates. He’s also said he’s prepared to go much further than Biden to protect domestic EVs, by</w:t>
      </w:r>
      <w:r>
        <w:rPr>
          <w:b w:val="0"/>
          <w:i w:val="0"/>
          <w:smallCaps w:val="0"/>
          <w:strike w:val="0"/>
          <w:sz w:val="16"/>
          <w:u w:val="none"/>
        </w:rPr>
        <w:t xml:space="preserve"> </w:t>
      </w:r>
      <w:r>
        <w:rPr>
          <w:b w:val="0"/>
          <w:i w:val="0"/>
          <w:smallCaps w:val="0"/>
          <w:strike w:val="0"/>
          <w:sz w:val="16"/>
          <w:u w:val="none"/>
        </w:rPr>
        <w:t>imposing steep tariffs on auto imports from Mexico, where Chinese companies are building electric vehicle plants.</w:t>
      </w:r>
      <w:r>
        <w:rPr>
          <w:b w:val="0"/>
          <w:i w:val="0"/>
          <w:smallCaps w:val="0"/>
          <w:strike w:val="0"/>
          <w:sz w:val="16"/>
          <w:u w:val="none"/>
        </w:rPr>
        <w:t xml:space="preserve"> </w:t>
      </w:r>
      <w:r>
        <w:rPr>
          <w:b w:val="0"/>
          <w:i w:val="0"/>
          <w:smallCaps w:val="0"/>
          <w:strike w:val="0"/>
          <w:sz w:val="16"/>
          <w:u w:val="none"/>
        </w:rPr>
        <w:t>Trump-aligned lawmakers on Capitol Hill parroted that argument on Tuesday, with Sen.</w:t>
      </w:r>
      <w:r>
        <w:rPr>
          <w:b w:val="0"/>
          <w:i w:val="0"/>
          <w:smallCaps w:val="0"/>
          <w:strike w:val="0"/>
          <w:sz w:val="16"/>
          <w:u w:val="none"/>
        </w:rPr>
        <w:t xml:space="preserve"> </w:t>
      </w:r>
      <w:r>
        <w:rPr>
          <w:b w:val="0"/>
          <w:i w:val="0"/>
          <w:smallCaps w:val="0"/>
          <w:strike w:val="0"/>
          <w:sz w:val="16"/>
          <w:u w:val="none"/>
        </w:rPr>
        <w:t>Marco Rubio</w:t>
      </w:r>
      <w:r>
        <w:rPr>
          <w:b w:val="0"/>
          <w:i w:val="0"/>
          <w:smallCaps w:val="0"/>
          <w:strike w:val="0"/>
          <w:sz w:val="16"/>
          <w:u w:val="none"/>
        </w:rPr>
        <w:t xml:space="preserve"> </w:t>
      </w:r>
      <w:r>
        <w:rPr>
          <w:b w:val="0"/>
          <w:i w:val="0"/>
          <w:smallCaps w:val="0"/>
          <w:strike w:val="0"/>
          <w:sz w:val="16"/>
          <w:u w:val="none"/>
        </w:rPr>
        <w:t>(R-Fla.) calling Biden’s tariff decision “half-baked.”</w:t>
      </w:r>
      <w:r>
        <w:rPr>
          <w:b w:val="0"/>
          <w:i w:val="0"/>
          <w:smallCaps w:val="0"/>
          <w:strike w:val="0"/>
          <w:sz w:val="16"/>
          <w:u w:val="none"/>
        </w:rPr>
        <w:t xml:space="preserve"> </w:t>
      </w:r>
      <w:r>
        <w:rPr>
          <w:b w:val="0"/>
          <w:i w:val="0"/>
          <w:smallCaps w:val="0"/>
          <w:strike w:val="0"/>
          <w:sz w:val="16"/>
          <w:u w:val="none"/>
        </w:rPr>
        <w:t>“It is imperative that any updated tariff regime adequately address the extinction-level threat that Chinese vehicles — both internal combustion engine and electric — pose to American automakers and the workers they employ,” he said in a statement.</w:t>
      </w:r>
      <w:r>
        <w:rPr>
          <w:b w:val="0"/>
          <w:i w:val="0"/>
          <w:smallCaps w:val="0"/>
          <w:strike w:val="0"/>
          <w:sz w:val="16"/>
          <w:u w:val="none"/>
        </w:rPr>
        <w:t xml:space="preserve"> </w:t>
      </w:r>
      <w:r>
        <w:rPr>
          <w:b w:val="0"/>
          <w:i w:val="0"/>
          <w:smallCaps w:val="0"/>
          <w:strike w:val="0"/>
          <w:sz w:val="16"/>
          <w:u w:val="none"/>
        </w:rPr>
        <w:t xml:space="preserve">Both </w:t>
      </w:r>
      <w:r>
        <w:rPr>
          <w:b w:val="0"/>
          <w:i w:val="0"/>
          <w:smallCaps w:val="0"/>
          <w:strike w:val="0"/>
          <w:sz w:val="22"/>
          <w:highlight w:val="cyan"/>
          <w:u w:val="single"/>
        </w:rPr>
        <w:t>Trump and Biden</w:t>
      </w:r>
      <w:r>
        <w:rPr>
          <w:b w:val="0"/>
          <w:i w:val="0"/>
          <w:smallCaps w:val="0"/>
          <w:strike w:val="0"/>
          <w:sz w:val="22"/>
          <w:u w:val="single"/>
        </w:rPr>
        <w:t xml:space="preserve"> are </w:t>
      </w:r>
      <w:r>
        <w:rPr>
          <w:b w:val="0"/>
          <w:i w:val="0"/>
          <w:smallCaps w:val="0"/>
          <w:strike w:val="0"/>
          <w:sz w:val="22"/>
          <w:highlight w:val="cyan"/>
          <w:u w:val="single"/>
        </w:rPr>
        <w:t>touting</w:t>
      </w:r>
      <w:r>
        <w:rPr>
          <w:b w:val="0"/>
          <w:i w:val="0"/>
          <w:smallCaps w:val="0"/>
          <w:strike w:val="0"/>
          <w:sz w:val="22"/>
          <w:u w:val="single"/>
        </w:rPr>
        <w:t xml:space="preserve"> their </w:t>
      </w:r>
      <w:r>
        <w:rPr>
          <w:b w:val="0"/>
          <w:i w:val="0"/>
          <w:smallCaps w:val="0"/>
          <w:strike w:val="0"/>
          <w:sz w:val="22"/>
          <w:highlight w:val="cyan"/>
          <w:u w:val="single"/>
        </w:rPr>
        <w:t>tariff</w:t>
      </w:r>
      <w:r>
        <w:rPr>
          <w:b w:val="0"/>
          <w:i w:val="0"/>
          <w:smallCaps w:val="0"/>
          <w:strike w:val="0"/>
          <w:sz w:val="22"/>
          <w:u w:val="single"/>
        </w:rPr>
        <w:t xml:space="preserve"> policies as they </w:t>
      </w:r>
      <w:r>
        <w:rPr>
          <w:b w:val="0"/>
          <w:i w:val="0"/>
          <w:smallCaps w:val="0"/>
          <w:strike w:val="0"/>
          <w:sz w:val="22"/>
          <w:highlight w:val="cyan"/>
          <w:u w:val="single"/>
        </w:rPr>
        <w:t xml:space="preserve">try to </w:t>
      </w:r>
      <w:r>
        <w:rPr>
          <w:b/>
          <w:i w:val="0"/>
          <w:smallCaps w:val="0"/>
          <w:strike w:val="0"/>
          <w:sz w:val="22"/>
          <w:highlight w:val="cyan"/>
          <w:u w:val="single"/>
        </w:rPr>
        <w:t>woo working class voters</w:t>
      </w:r>
      <w:r>
        <w:rPr>
          <w:b w:val="0"/>
          <w:i w:val="0"/>
          <w:smallCaps w:val="0"/>
          <w:strike w:val="0"/>
          <w:sz w:val="22"/>
          <w:u w:val="single"/>
        </w:rPr>
        <w:t xml:space="preserve"> in the industrial Midwest</w:t>
      </w:r>
      <w:r>
        <w:rPr>
          <w:b w:val="0"/>
          <w:i w:val="0"/>
          <w:smallCaps w:val="0"/>
          <w:strike w:val="0"/>
          <w:sz w:val="16"/>
          <w:u w:val="none"/>
        </w:rPr>
        <w:t xml:space="preserve"> — which has been hit particularly hard by the rise of free trade and the outsourcing of manufacturing jobs — and other swing states. </w:t>
      </w:r>
      <w:r>
        <w:rPr>
          <w:b w:val="0"/>
          <w:i w:val="0"/>
          <w:smallCaps w:val="0"/>
          <w:strike w:val="0"/>
          <w:sz w:val="22"/>
          <w:highlight w:val="cyan"/>
          <w:u w:val="single"/>
        </w:rPr>
        <w:t>Support for foreign trade dropped</w:t>
      </w:r>
      <w:r>
        <w:rPr>
          <w:b w:val="0"/>
          <w:i w:val="0"/>
          <w:smallCaps w:val="0"/>
          <w:strike w:val="0"/>
          <w:sz w:val="22"/>
          <w:u w:val="single"/>
        </w:rPr>
        <w:t xml:space="preserve">, nationwide, </w:t>
      </w:r>
      <w:r>
        <w:rPr>
          <w:b w:val="0"/>
          <w:i w:val="0"/>
          <w:smallCaps w:val="0"/>
          <w:strike w:val="0"/>
          <w:sz w:val="22"/>
          <w:highlight w:val="cyan"/>
          <w:u w:val="single"/>
        </w:rPr>
        <w:t>after</w:t>
      </w:r>
      <w:r>
        <w:rPr>
          <w:b w:val="0"/>
          <w:i w:val="0"/>
          <w:smallCaps w:val="0"/>
          <w:strike w:val="0"/>
          <w:sz w:val="22"/>
          <w:u w:val="single"/>
        </w:rPr>
        <w:t xml:space="preserve"> the </w:t>
      </w:r>
      <w:r>
        <w:rPr>
          <w:b w:val="0"/>
          <w:i w:val="0"/>
          <w:smallCaps w:val="0"/>
          <w:strike w:val="0"/>
          <w:sz w:val="22"/>
          <w:highlight w:val="cyan"/>
          <w:u w:val="single"/>
        </w:rPr>
        <w:t>Covid</w:t>
      </w:r>
      <w:r>
        <w:rPr>
          <w:b w:val="0"/>
          <w:i w:val="0"/>
          <w:smallCaps w:val="0"/>
          <w:strike w:val="0"/>
          <w:sz w:val="22"/>
          <w:u w:val="single"/>
        </w:rPr>
        <w:t>-19</w:t>
      </w:r>
      <w:r>
        <w:rPr>
          <w:b w:val="0"/>
          <w:i w:val="0"/>
          <w:smallCaps w:val="0"/>
          <w:strike w:val="0"/>
          <w:sz w:val="16"/>
          <w:u w:val="none"/>
        </w:rPr>
        <w:t xml:space="preserve"> pandemic exposed key chokepoints for supplies like medical equipment, baby formula and even toilet paper.</w:t>
      </w:r>
      <w:r>
        <w:rPr>
          <w:b w:val="0"/>
          <w:i w:val="0"/>
          <w:smallCaps w:val="0"/>
          <w:strike w:val="0"/>
          <w:sz w:val="16"/>
          <w:u w:val="none"/>
        </w:rPr>
        <w:t xml:space="preserve"> </w:t>
      </w:r>
      <w:r>
        <w:rPr>
          <w:b w:val="0"/>
          <w:i w:val="0"/>
          <w:smallCaps w:val="0"/>
          <w:strike w:val="0"/>
          <w:sz w:val="16"/>
          <w:u w:val="none"/>
        </w:rPr>
        <w:t xml:space="preserve">The shift toward </w:t>
      </w:r>
      <w:r>
        <w:rPr>
          <w:b w:val="0"/>
          <w:i w:val="0"/>
          <w:smallCaps w:val="0"/>
          <w:strike w:val="0"/>
          <w:sz w:val="22"/>
          <w:highlight w:val="cyan"/>
          <w:u w:val="single"/>
        </w:rPr>
        <w:t>protectionism</w:t>
      </w:r>
      <w:r>
        <w:rPr>
          <w:b w:val="0"/>
          <w:i w:val="0"/>
          <w:smallCaps w:val="0"/>
          <w:strike w:val="0"/>
          <w:sz w:val="22"/>
          <w:u w:val="single"/>
        </w:rPr>
        <w:t xml:space="preserve"> “comes </w:t>
      </w:r>
      <w:r>
        <w:rPr>
          <w:b w:val="0"/>
          <w:i w:val="0"/>
          <w:smallCaps w:val="0"/>
          <w:strike w:val="0"/>
          <w:sz w:val="22"/>
          <w:highlight w:val="cyan"/>
          <w:u w:val="single"/>
        </w:rPr>
        <w:t>from</w:t>
      </w:r>
      <w:r>
        <w:rPr>
          <w:b w:val="0"/>
          <w:i w:val="0"/>
          <w:smallCaps w:val="0"/>
          <w:strike w:val="0"/>
          <w:sz w:val="22"/>
          <w:u w:val="single"/>
        </w:rPr>
        <w:t xml:space="preserve"> the </w:t>
      </w:r>
      <w:r>
        <w:rPr>
          <w:b/>
          <w:i w:val="0"/>
          <w:smallCaps w:val="0"/>
          <w:strike w:val="0"/>
          <w:sz w:val="22"/>
          <w:highlight w:val="cyan"/>
          <w:u w:val="single"/>
        </w:rPr>
        <w:t>grassroots</w:t>
      </w:r>
      <w:r>
        <w:rPr>
          <w:b w:val="0"/>
          <w:i w:val="0"/>
          <w:smallCaps w:val="0"/>
          <w:strike w:val="0"/>
          <w:sz w:val="16"/>
          <w:u w:val="none"/>
        </w:rPr>
        <w:t>,” Grassley said — “America First stuff for Republicans, and for Democrats, union outrage.”</w:t>
      </w:r>
      <w:r>
        <w:rPr>
          <w:b w:val="0"/>
          <w:i w:val="0"/>
          <w:smallCaps w:val="0"/>
          <w:strike w:val="0"/>
          <w:sz w:val="16"/>
          <w:u w:val="none"/>
        </w:rPr>
        <w:t xml:space="preserve"> </w:t>
      </w:r>
      <w:r>
        <w:rPr>
          <w:b w:val="0"/>
          <w:i w:val="0"/>
          <w:smallCaps w:val="0"/>
          <w:strike w:val="0"/>
          <w:sz w:val="16"/>
          <w:u w:val="none"/>
        </w:rPr>
        <w:t>Other lawmakers say that lessons learned since Trump first imposed tariffs on Chinese goods have convinced them Biden’s decision is the right move.</w:t>
      </w:r>
      <w:r>
        <w:rPr>
          <w:b w:val="0"/>
          <w:i w:val="0"/>
          <w:smallCaps w:val="0"/>
          <w:strike w:val="0"/>
          <w:sz w:val="16"/>
          <w:u w:val="none"/>
        </w:rPr>
        <w:t xml:space="preserve"> </w:t>
      </w:r>
      <w:r>
        <w:rPr>
          <w:b w:val="0"/>
          <w:i w:val="0"/>
          <w:smallCaps w:val="0"/>
          <w:strike w:val="0"/>
          <w:sz w:val="22"/>
          <w:u w:val="single"/>
        </w:rPr>
        <w:t>Michigan Sen.</w:t>
      </w:r>
      <w:r>
        <w:rPr>
          <w:b w:val="0"/>
          <w:i w:val="0"/>
          <w:smallCaps w:val="0"/>
          <w:strike w:val="0"/>
          <w:sz w:val="22"/>
          <w:u w:val="single"/>
        </w:rPr>
        <w:t xml:space="preserve"> </w:t>
      </w:r>
      <w:r>
        <w:rPr>
          <w:b w:val="0"/>
          <w:i w:val="0"/>
          <w:smallCaps w:val="0"/>
          <w:strike w:val="0"/>
          <w:sz w:val="22"/>
          <w:u w:val="single"/>
        </w:rPr>
        <w:t xml:space="preserve">Debbie </w:t>
      </w:r>
      <w:r>
        <w:rPr>
          <w:b w:val="0"/>
          <w:i w:val="0"/>
          <w:smallCaps w:val="0"/>
          <w:strike w:val="0"/>
          <w:sz w:val="22"/>
          <w:highlight w:val="cyan"/>
          <w:u w:val="single"/>
        </w:rPr>
        <w:t>Stabenow</w:t>
      </w:r>
      <w:r>
        <w:rPr>
          <w:b w:val="0"/>
          <w:i w:val="0"/>
          <w:smallCaps w:val="0"/>
          <w:strike w:val="0"/>
          <w:sz w:val="22"/>
          <w:u w:val="single"/>
        </w:rPr>
        <w:t xml:space="preserve">, who attended Biden’s tariff announcement on Tuesday, said that she was </w:t>
      </w:r>
      <w:r>
        <w:rPr>
          <w:b w:val="0"/>
          <w:i w:val="0"/>
          <w:smallCaps w:val="0"/>
          <w:strike w:val="0"/>
          <w:sz w:val="22"/>
          <w:highlight w:val="cyan"/>
          <w:u w:val="single"/>
        </w:rPr>
        <w:t>concerned about</w:t>
      </w:r>
      <w:r>
        <w:rPr>
          <w:b w:val="0"/>
          <w:i w:val="0"/>
          <w:smallCaps w:val="0"/>
          <w:strike w:val="0"/>
          <w:sz w:val="22"/>
          <w:u w:val="single"/>
        </w:rPr>
        <w:t xml:space="preserve"> Chinese </w:t>
      </w:r>
      <w:r>
        <w:rPr>
          <w:b w:val="0"/>
          <w:i w:val="0"/>
          <w:smallCaps w:val="0"/>
          <w:strike w:val="0"/>
          <w:sz w:val="22"/>
          <w:highlight w:val="cyan"/>
          <w:u w:val="single"/>
        </w:rPr>
        <w:t>retaliation</w:t>
      </w:r>
      <w:r>
        <w:rPr>
          <w:b w:val="0"/>
          <w:i w:val="0"/>
          <w:smallCaps w:val="0"/>
          <w:strike w:val="0"/>
          <w:sz w:val="22"/>
          <w:u w:val="single"/>
        </w:rPr>
        <w:t xml:space="preserve"> against American agriculture when the tariffs were first imposed, but </w:t>
      </w:r>
      <w:r>
        <w:rPr>
          <w:b w:val="0"/>
          <w:i w:val="0"/>
          <w:smallCaps w:val="0"/>
          <w:strike w:val="0"/>
          <w:sz w:val="22"/>
          <w:highlight w:val="cyan"/>
          <w:u w:val="single"/>
        </w:rPr>
        <w:t>now sees</w:t>
      </w:r>
      <w:r>
        <w:rPr>
          <w:b w:val="0"/>
          <w:i w:val="0"/>
          <w:smallCaps w:val="0"/>
          <w:strike w:val="0"/>
          <w:sz w:val="22"/>
          <w:u w:val="single"/>
        </w:rPr>
        <w:t xml:space="preserve"> the </w:t>
      </w:r>
      <w:r>
        <w:rPr>
          <w:b w:val="0"/>
          <w:i w:val="0"/>
          <w:smallCaps w:val="0"/>
          <w:strike w:val="0"/>
          <w:sz w:val="22"/>
          <w:highlight w:val="cyan"/>
          <w:u w:val="single"/>
        </w:rPr>
        <w:t>threat</w:t>
      </w:r>
      <w:r>
        <w:rPr>
          <w:b w:val="0"/>
          <w:i w:val="0"/>
          <w:smallCaps w:val="0"/>
          <w:strike w:val="0"/>
          <w:sz w:val="22"/>
          <w:u w:val="single"/>
        </w:rPr>
        <w:t xml:space="preserve"> of Chinese subsidies as </w:t>
      </w:r>
      <w:r>
        <w:rPr>
          <w:b/>
          <w:i w:val="0"/>
          <w:smallCaps w:val="0"/>
          <w:strike w:val="0"/>
          <w:sz w:val="22"/>
          <w:highlight w:val="cyan"/>
          <w:u w:val="single"/>
        </w:rPr>
        <w:t>too big to ignore</w:t>
      </w:r>
      <w:r>
        <w:rPr>
          <w:b/>
          <w:i w:val="0"/>
          <w:smallCaps w:val="0"/>
          <w:strike w:val="0"/>
          <w:sz w:val="22"/>
          <w:u w:val="single"/>
        </w:rPr>
        <w:t>.</w:t>
      </w:r>
      <w:r>
        <w:rPr>
          <w:b/>
          <w:i w:val="0"/>
          <w:smallCaps w:val="0"/>
          <w:strike w:val="0"/>
          <w:sz w:val="22"/>
          <w:u w:val="single"/>
        </w:rPr>
        <w:t xml:space="preserve"> </w:t>
      </w:r>
      <w:r>
        <w:rPr>
          <w:b w:val="0"/>
          <w:i w:val="0"/>
          <w:smallCaps w:val="0"/>
          <w:strike w:val="0"/>
          <w:sz w:val="16"/>
          <w:u w:val="none"/>
        </w:rPr>
        <w:t xml:space="preserve">Back in 2018, “The concern was that backlash [from China] on agriculture and food,” said </w:t>
      </w:r>
      <w:r>
        <w:rPr>
          <w:b w:val="0"/>
          <w:i w:val="0"/>
          <w:smallCaps w:val="0"/>
          <w:strike w:val="0"/>
          <w:sz w:val="16"/>
          <w:u w:val="none"/>
        </w:rPr>
        <w:t>Stabneow</w:t>
      </w:r>
      <w:r>
        <w:rPr>
          <w:b w:val="0"/>
          <w:i w:val="0"/>
          <w:smallCaps w:val="0"/>
          <w:strike w:val="0"/>
          <w:sz w:val="16"/>
          <w:u w:val="none"/>
        </w:rPr>
        <w:t>. But since then, “I’ve seen the impact of what the Chinese are doing. They are consistently undercutting manufacturing in all parts of [our] economy by either owning or heavily subsidizing what is done in their country.”</w:t>
      </w:r>
      <w:r>
        <w:rPr>
          <w:b w:val="0"/>
          <w:i w:val="0"/>
          <w:smallCaps w:val="0"/>
          <w:strike w:val="0"/>
          <w:sz w:val="16"/>
          <w:u w:val="none"/>
        </w:rPr>
        <w:t xml:space="preserve"> </w:t>
      </w:r>
      <w:r>
        <w:rPr>
          <w:b w:val="0"/>
          <w:i w:val="0"/>
          <w:smallCaps w:val="0"/>
          <w:strike w:val="0"/>
          <w:sz w:val="16"/>
          <w:u w:val="none"/>
        </w:rPr>
        <w:t>Other Democrats argued that Biden is being more selective with his tariffs than Trump.</w:t>
      </w:r>
      <w:r>
        <w:rPr>
          <w:b w:val="0"/>
          <w:i w:val="0"/>
          <w:smallCaps w:val="0"/>
          <w:strike w:val="0"/>
          <w:sz w:val="16"/>
          <w:u w:val="none"/>
        </w:rPr>
        <w:t xml:space="preserve"> </w:t>
      </w:r>
      <w:r>
        <w:rPr>
          <w:b w:val="0"/>
          <w:i w:val="0"/>
          <w:smallCaps w:val="0"/>
          <w:strike w:val="0"/>
          <w:sz w:val="16"/>
          <w:u w:val="none"/>
        </w:rPr>
        <w:t>“Biden’s tariff approach is not out of personal anger, it’s about a thoughtful way to support the development of domestic industry,” said Sen.</w:t>
      </w:r>
      <w:r>
        <w:rPr>
          <w:b w:val="0"/>
          <w:i w:val="0"/>
          <w:smallCaps w:val="0"/>
          <w:strike w:val="0"/>
          <w:sz w:val="16"/>
          <w:u w:val="none"/>
        </w:rPr>
        <w:t xml:space="preserve"> </w:t>
      </w:r>
      <w:r>
        <w:rPr>
          <w:b w:val="0"/>
          <w:i w:val="0"/>
          <w:smallCaps w:val="0"/>
          <w:strike w:val="0"/>
          <w:sz w:val="16"/>
          <w:u w:val="none"/>
        </w:rPr>
        <w:t>Elizabeth Warren</w:t>
      </w:r>
      <w:r>
        <w:rPr>
          <w:b w:val="0"/>
          <w:i w:val="0"/>
          <w:smallCaps w:val="0"/>
          <w:strike w:val="0"/>
          <w:sz w:val="16"/>
          <w:u w:val="none"/>
        </w:rPr>
        <w:t xml:space="preserve"> </w:t>
      </w:r>
      <w:r>
        <w:rPr>
          <w:b w:val="0"/>
          <w:i w:val="0"/>
          <w:smallCaps w:val="0"/>
          <w:strike w:val="0"/>
          <w:sz w:val="16"/>
          <w:u w:val="none"/>
        </w:rPr>
        <w:t>(D-Mass.). “There’s a coherence to what President Biden is trying to do that just wasn’t there in the Trump years.”</w:t>
      </w:r>
      <w:r>
        <w:rPr>
          <w:b w:val="0"/>
          <w:i w:val="0"/>
          <w:smallCaps w:val="0"/>
          <w:strike w:val="0"/>
          <w:sz w:val="16"/>
          <w:u w:val="none"/>
        </w:rPr>
        <w:t xml:space="preserve"> </w:t>
      </w:r>
      <w:r>
        <w:rPr>
          <w:b w:val="0"/>
          <w:i w:val="0"/>
          <w:smallCaps w:val="0"/>
          <w:strike w:val="0"/>
          <w:sz w:val="16"/>
          <w:u w:val="none"/>
        </w:rPr>
        <w:t xml:space="preserve">Even </w:t>
      </w:r>
      <w:r>
        <w:rPr>
          <w:b w:val="0"/>
          <w:i w:val="0"/>
          <w:smallCaps w:val="0"/>
          <w:strike w:val="0"/>
          <w:sz w:val="22"/>
          <w:u w:val="single"/>
        </w:rPr>
        <w:t xml:space="preserve">members of </w:t>
      </w:r>
      <w:r>
        <w:rPr>
          <w:b w:val="0"/>
          <w:i w:val="0"/>
          <w:smallCaps w:val="0"/>
          <w:strike w:val="0"/>
          <w:sz w:val="22"/>
          <w:highlight w:val="cyan"/>
          <w:u w:val="single"/>
        </w:rPr>
        <w:t>Biden’s</w:t>
      </w:r>
      <w:r>
        <w:rPr>
          <w:b w:val="0"/>
          <w:i w:val="0"/>
          <w:smallCaps w:val="0"/>
          <w:strike w:val="0"/>
          <w:sz w:val="22"/>
          <w:u w:val="single"/>
        </w:rPr>
        <w:t xml:space="preserve"> own </w:t>
      </w:r>
      <w:r>
        <w:rPr>
          <w:b w:val="0"/>
          <w:i w:val="0"/>
          <w:smallCaps w:val="0"/>
          <w:strike w:val="0"/>
          <w:sz w:val="22"/>
          <w:highlight w:val="cyan"/>
          <w:u w:val="single"/>
        </w:rPr>
        <w:t>administration who</w:t>
      </w:r>
      <w:r>
        <w:rPr>
          <w:b w:val="0"/>
          <w:i w:val="0"/>
          <w:smallCaps w:val="0"/>
          <w:strike w:val="0"/>
          <w:sz w:val="22"/>
          <w:u w:val="single"/>
        </w:rPr>
        <w:t xml:space="preserve"> have </w:t>
      </w:r>
      <w:r>
        <w:rPr>
          <w:b w:val="0"/>
          <w:i w:val="0"/>
          <w:smallCaps w:val="0"/>
          <w:strike w:val="0"/>
          <w:sz w:val="22"/>
          <w:highlight w:val="cyan"/>
          <w:u w:val="single"/>
        </w:rPr>
        <w:t>advocated for lower tariffs</w:t>
      </w:r>
      <w:r>
        <w:rPr>
          <w:b w:val="0"/>
          <w:i w:val="0"/>
          <w:smallCaps w:val="0"/>
          <w:strike w:val="0"/>
          <w:sz w:val="22"/>
          <w:u w:val="single"/>
        </w:rPr>
        <w:t xml:space="preserve"> — like Commerce Secretary Gina </w:t>
      </w:r>
      <w:r>
        <w:rPr>
          <w:b w:val="0"/>
          <w:i w:val="0"/>
          <w:smallCaps w:val="0"/>
          <w:strike w:val="0"/>
          <w:sz w:val="22"/>
          <w:highlight w:val="cyan"/>
          <w:u w:val="single"/>
        </w:rPr>
        <w:t>Raimondo</w:t>
      </w:r>
      <w:r>
        <w:rPr>
          <w:b w:val="0"/>
          <w:i w:val="0"/>
          <w:smallCaps w:val="0"/>
          <w:strike w:val="0"/>
          <w:sz w:val="22"/>
          <w:u w:val="single"/>
        </w:rPr>
        <w:t xml:space="preserve"> and Treasury Secretary Janet </w:t>
      </w:r>
      <w:r>
        <w:rPr>
          <w:b w:val="0"/>
          <w:i w:val="0"/>
          <w:smallCaps w:val="0"/>
          <w:strike w:val="0"/>
          <w:sz w:val="22"/>
          <w:highlight w:val="cyan"/>
          <w:u w:val="single"/>
        </w:rPr>
        <w:t>Yellen</w:t>
      </w:r>
      <w:r>
        <w:rPr>
          <w:b w:val="0"/>
          <w:i w:val="0"/>
          <w:smallCaps w:val="0"/>
          <w:strike w:val="0"/>
          <w:sz w:val="22"/>
          <w:u w:val="single"/>
        </w:rPr>
        <w:t xml:space="preserve"> — have </w:t>
      </w:r>
      <w:r>
        <w:rPr>
          <w:b w:val="0"/>
          <w:i w:val="0"/>
          <w:smallCaps w:val="0"/>
          <w:strike w:val="0"/>
          <w:sz w:val="22"/>
          <w:highlight w:val="cyan"/>
          <w:u w:val="single"/>
        </w:rPr>
        <w:t>backed down</w:t>
      </w:r>
      <w:r>
        <w:rPr>
          <w:b w:val="0"/>
          <w:i w:val="0"/>
          <w:smallCaps w:val="0"/>
          <w:strike w:val="0"/>
          <w:sz w:val="22"/>
          <w:u w:val="single"/>
        </w:rPr>
        <w:t xml:space="preserve"> on those arguments </w:t>
      </w:r>
      <w:r>
        <w:rPr>
          <w:b w:val="0"/>
          <w:i w:val="0"/>
          <w:smallCaps w:val="0"/>
          <w:strike w:val="0"/>
          <w:sz w:val="22"/>
          <w:highlight w:val="cyan"/>
          <w:u w:val="single"/>
        </w:rPr>
        <w:t>as</w:t>
      </w:r>
      <w:r>
        <w:rPr>
          <w:b w:val="0"/>
          <w:i w:val="0"/>
          <w:smallCaps w:val="0"/>
          <w:strike w:val="0"/>
          <w:sz w:val="22"/>
          <w:u w:val="single"/>
        </w:rPr>
        <w:t xml:space="preserve"> the </w:t>
      </w:r>
      <w:r>
        <w:rPr>
          <w:b/>
          <w:i w:val="0"/>
          <w:smallCaps w:val="0"/>
          <w:strike w:val="0"/>
          <w:sz w:val="22"/>
          <w:highlight w:val="cyan"/>
          <w:u w:val="single"/>
        </w:rPr>
        <w:t>election approaches</w:t>
      </w:r>
      <w:r>
        <w:rPr>
          <w:b w:val="0"/>
          <w:i w:val="0"/>
          <w:smallCaps w:val="0"/>
          <w:strike w:val="0"/>
          <w:sz w:val="22"/>
          <w:highlight w:val="cyan"/>
          <w:u w:val="single"/>
        </w:rPr>
        <w:t>,</w:t>
      </w:r>
      <w:r>
        <w:rPr>
          <w:b w:val="0"/>
          <w:i w:val="0"/>
          <w:smallCaps w:val="0"/>
          <w:strike w:val="0"/>
          <w:sz w:val="22"/>
          <w:u w:val="single"/>
        </w:rPr>
        <w:t xml:space="preserve"> cognizant of how popular tariffs are in swing states like Michigan, Pennsylvania and Wisconsin.</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