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NATO Checks – Trump can destroy NATO without Congress</w:t>
      </w:r>
    </w:p>
    <w:p>
      <w:pPr>
        <w:spacing w:after="80"/>
      </w:pPr>
      <w:r>
        <w:rPr>
          <w:b/>
          <w:i w:val="0"/>
          <w:smallCaps w:val="0"/>
          <w:strike w:val="0"/>
          <w:sz w:val="26"/>
          <w:u w:val="none"/>
        </w:rPr>
        <w:t>Wolf 24</w:t>
      </w:r>
    </w:p>
    <w:p>
      <w:pPr>
        <w:spacing w:after="60"/>
      </w:pPr>
      <w:r>
        <w:rPr>
          <w:b w:val="0"/>
          <w:i w:val="0"/>
          <w:smallCaps w:val="0"/>
          <w:strike w:val="0"/>
          <w:sz w:val="16"/>
          <w:u w:val="none"/>
        </w:rPr>
        <w:t>[(Zach, senior writer for CNN Politics.) “Congress acted to protect NATO. But it might not be enough to stop Trump.”, CNN, 2-13-24, https://www.cnn.com/2024/02/13/politics/congress-trump-nato-what-matters/index.html]//LR</w:t>
      </w:r>
    </w:p>
    <w:p>
      <w:pPr>
        <w:spacing w:after="60"/>
      </w:pPr>
      <w:r>
        <w:rPr>
          <w:b w:val="0"/>
          <w:i w:val="0"/>
          <w:smallCaps w:val="0"/>
          <w:strike w:val="0"/>
          <w:sz w:val="16"/>
          <w:u w:val="none"/>
        </w:rPr>
        <w:t>Trump’s desire to pull out of NATO</w:t>
      </w:r>
      <w:r>
        <w:rPr>
          <w:b w:val="0"/>
          <w:i w:val="0"/>
          <w:smallCaps w:val="0"/>
          <w:strike w:val="0"/>
          <w:sz w:val="16"/>
          <w:u w:val="none"/>
        </w:rPr>
        <w:t xml:space="preserve"> </w:t>
      </w:r>
      <w:r>
        <w:rPr>
          <w:b w:val="0"/>
          <w:i w:val="0"/>
          <w:smallCaps w:val="0"/>
          <w:strike w:val="0"/>
          <w:sz w:val="16"/>
          <w:u w:val="none"/>
        </w:rPr>
        <w:t>The post-World War II alliance of Western democracies was</w:t>
      </w:r>
      <w:r>
        <w:rPr>
          <w:b w:val="0"/>
          <w:i w:val="0"/>
          <w:smallCaps w:val="0"/>
          <w:strike w:val="0"/>
          <w:sz w:val="16"/>
          <w:u w:val="none"/>
        </w:rPr>
        <w:t xml:space="preserve"> </w:t>
      </w:r>
      <w:r>
        <w:rPr>
          <w:b w:val="0"/>
          <w:i w:val="0"/>
          <w:smallCaps w:val="0"/>
          <w:strike w:val="0"/>
          <w:sz w:val="16"/>
          <w:u w:val="none"/>
        </w:rPr>
        <w:t xml:space="preserve">built around NATO, but </w:t>
      </w:r>
      <w:r>
        <w:rPr>
          <w:b w:val="0"/>
          <w:i w:val="0"/>
          <w:smallCaps w:val="0"/>
          <w:strike w:val="0"/>
          <w:sz w:val="22"/>
          <w:highlight w:val="cyan"/>
          <w:u w:val="single"/>
        </w:rPr>
        <w:t>Trump</w:t>
      </w:r>
      <w:r>
        <w:rPr>
          <w:b w:val="0"/>
          <w:i w:val="0"/>
          <w:smallCaps w:val="0"/>
          <w:strike w:val="0"/>
          <w:sz w:val="22"/>
          <w:u w:val="single"/>
        </w:rPr>
        <w:t xml:space="preserve"> has long </w:t>
      </w:r>
      <w:r>
        <w:rPr>
          <w:b w:val="0"/>
          <w:i w:val="0"/>
          <w:smallCaps w:val="0"/>
          <w:strike w:val="0"/>
          <w:sz w:val="22"/>
          <w:highlight w:val="cyan"/>
          <w:u w:val="single"/>
        </w:rPr>
        <w:t>complained</w:t>
      </w:r>
      <w:r>
        <w:rPr>
          <w:b w:val="0"/>
          <w:i w:val="0"/>
          <w:smallCaps w:val="0"/>
          <w:strike w:val="0"/>
          <w:sz w:val="22"/>
          <w:u w:val="single"/>
        </w:rPr>
        <w:t xml:space="preserve"> that the </w:t>
      </w:r>
      <w:r>
        <w:rPr>
          <w:b/>
          <w:i w:val="0"/>
          <w:smallCaps w:val="0"/>
          <w:strike w:val="0"/>
          <w:sz w:val="22"/>
          <w:highlight w:val="cyan"/>
          <w:u w:val="single"/>
        </w:rPr>
        <w:t>US is getting a raw deal</w:t>
      </w:r>
      <w:r>
        <w:rPr>
          <w:b/>
          <w:i w:val="0"/>
          <w:smallCaps w:val="0"/>
          <w:strike w:val="0"/>
          <w:sz w:val="22"/>
          <w:u w:val="single"/>
        </w:rPr>
        <w:t xml:space="preserve"> </w:t>
      </w:r>
      <w:r>
        <w:rPr>
          <w:b w:val="0"/>
          <w:i w:val="0"/>
          <w:smallCaps w:val="0"/>
          <w:strike w:val="0"/>
          <w:sz w:val="22"/>
          <w:u w:val="single"/>
        </w:rPr>
        <w:t>with the organization</w:t>
      </w:r>
      <w:r>
        <w:rPr>
          <w:b w:val="0"/>
          <w:i w:val="0"/>
          <w:smallCaps w:val="0"/>
          <w:strike w:val="0"/>
          <w:sz w:val="16"/>
          <w:u w:val="none"/>
        </w:rPr>
        <w:t>, paying too much and getting too little.</w:t>
      </w:r>
      <w:r>
        <w:rPr>
          <w:b w:val="0"/>
          <w:i w:val="0"/>
          <w:smallCaps w:val="0"/>
          <w:strike w:val="0"/>
          <w:sz w:val="16"/>
          <w:u w:val="none"/>
        </w:rPr>
        <w:t xml:space="preserve"> </w:t>
      </w:r>
      <w:r>
        <w:rPr>
          <w:b w:val="0"/>
          <w:i w:val="0"/>
          <w:smallCaps w:val="0"/>
          <w:strike w:val="0"/>
          <w:sz w:val="16"/>
          <w:u w:val="none"/>
        </w:rPr>
        <w:t xml:space="preserve">Trump’s </w:t>
      </w:r>
      <w:r>
        <w:rPr>
          <w:b w:val="0"/>
          <w:i w:val="0"/>
          <w:smallCaps w:val="0"/>
          <w:strike w:val="0"/>
          <w:sz w:val="22"/>
          <w:highlight w:val="cyan"/>
          <w:u w:val="single"/>
        </w:rPr>
        <w:t>ultimate goal</w:t>
      </w:r>
      <w:r>
        <w:rPr>
          <w:b w:val="0"/>
          <w:i w:val="0"/>
          <w:smallCaps w:val="0"/>
          <w:strike w:val="0"/>
          <w:sz w:val="22"/>
          <w:highlight w:val="cyan"/>
          <w:u w:val="single"/>
        </w:rPr>
        <w:t>,</w:t>
      </w:r>
      <w:r>
        <w:rPr>
          <w:b w:val="0"/>
          <w:i w:val="0"/>
          <w:smallCaps w:val="0"/>
          <w:strike w:val="0"/>
          <w:sz w:val="22"/>
          <w:u w:val="single"/>
        </w:rPr>
        <w:t xml:space="preserve"> writes</w:t>
      </w:r>
      <w:r>
        <w:rPr>
          <w:b w:val="0"/>
          <w:i w:val="0"/>
          <w:smallCaps w:val="0"/>
          <w:strike w:val="0"/>
          <w:sz w:val="22"/>
          <w:u w:val="single"/>
        </w:rPr>
        <w:t xml:space="preserve"> </w:t>
      </w:r>
      <w:r>
        <w:rPr>
          <w:b w:val="0"/>
          <w:i w:val="0"/>
          <w:smallCaps w:val="0"/>
          <w:strike w:val="0"/>
          <w:sz w:val="22"/>
          <w:u w:val="single"/>
        </w:rPr>
        <w:t>CNN national security analyst Peter Bergen</w:t>
      </w:r>
      <w:r>
        <w:rPr>
          <w:b w:val="0"/>
          <w:i w:val="0"/>
          <w:smallCaps w:val="0"/>
          <w:strike w:val="0"/>
          <w:sz w:val="22"/>
          <w:u w:val="single"/>
        </w:rPr>
        <w:t xml:space="preserve">, has long been to </w:t>
      </w:r>
      <w:r>
        <w:rPr>
          <w:b/>
          <w:i w:val="0"/>
          <w:smallCaps w:val="0"/>
          <w:strike w:val="0"/>
          <w:sz w:val="22"/>
          <w:highlight w:val="cyan"/>
          <w:u w:val="single"/>
        </w:rPr>
        <w:t>pull the US out</w:t>
      </w:r>
      <w:r>
        <w:rPr>
          <w:b w:val="0"/>
          <w:i w:val="0"/>
          <w:smallCaps w:val="0"/>
          <w:strike w:val="0"/>
          <w:sz w:val="22"/>
          <w:u w:val="single"/>
        </w:rPr>
        <w:t xml:space="preserve"> of NATO,</w:t>
      </w:r>
      <w:r>
        <w:rPr>
          <w:b w:val="0"/>
          <w:i w:val="0"/>
          <w:smallCaps w:val="0"/>
          <w:strike w:val="0"/>
          <w:sz w:val="16"/>
          <w:u w:val="none"/>
        </w:rPr>
        <w:t xml:space="preserve"> which was formed in 1949 to contain the threat of the Soviet Union and the spread of communism and</w:t>
      </w:r>
      <w:r>
        <w:rPr>
          <w:b w:val="0"/>
          <w:i w:val="0"/>
          <w:smallCaps w:val="0"/>
          <w:strike w:val="0"/>
          <w:sz w:val="16"/>
          <w:u w:val="none"/>
        </w:rPr>
        <w:t xml:space="preserve"> </w:t>
      </w:r>
      <w:r>
        <w:rPr>
          <w:b w:val="0"/>
          <w:i w:val="0"/>
          <w:smallCaps w:val="0"/>
          <w:strike w:val="0"/>
          <w:sz w:val="16"/>
          <w:u w:val="none"/>
        </w:rPr>
        <w:t>is now organized around deterring Russian President Vladimir Putin.</w:t>
      </w:r>
      <w:r>
        <w:rPr>
          <w:b w:val="0"/>
          <w:i w:val="0"/>
          <w:smallCaps w:val="0"/>
          <w:strike w:val="0"/>
          <w:sz w:val="16"/>
          <w:u w:val="none"/>
        </w:rPr>
        <w:t xml:space="preserve"> </w:t>
      </w:r>
      <w:r>
        <w:rPr>
          <w:b w:val="0"/>
          <w:i w:val="0"/>
          <w:smallCaps w:val="0"/>
          <w:strike w:val="0"/>
          <w:sz w:val="16"/>
          <w:u w:val="none"/>
        </w:rPr>
        <w:t>CNN’s Jim Sciutto, in</w:t>
      </w:r>
      <w:r>
        <w:rPr>
          <w:b w:val="0"/>
          <w:i w:val="0"/>
          <w:smallCaps w:val="0"/>
          <w:strike w:val="0"/>
          <w:sz w:val="16"/>
          <w:u w:val="none"/>
        </w:rPr>
        <w:t xml:space="preserve"> </w:t>
      </w:r>
      <w:r>
        <w:rPr>
          <w:b w:val="0"/>
          <w:i w:val="0"/>
          <w:smallCaps w:val="0"/>
          <w:strike w:val="0"/>
          <w:sz w:val="16"/>
          <w:u w:val="none"/>
        </w:rPr>
        <w:t>a forthcoming book</w:t>
      </w:r>
      <w:r>
        <w:rPr>
          <w:b w:val="0"/>
          <w:i w:val="0"/>
          <w:smallCaps w:val="0"/>
          <w:strike w:val="0"/>
          <w:sz w:val="16"/>
          <w:u w:val="none"/>
        </w:rPr>
        <w:t xml:space="preserve">, quotes a former official in both the Trump and Biden administrations who predicts a </w:t>
      </w:r>
      <w:r>
        <w:rPr>
          <w:b w:val="0"/>
          <w:i w:val="0"/>
          <w:smallCaps w:val="0"/>
          <w:strike w:val="0"/>
          <w:sz w:val="22"/>
          <w:u w:val="single"/>
        </w:rPr>
        <w:t xml:space="preserve">Trump </w:t>
      </w:r>
      <w:r>
        <w:rPr>
          <w:b/>
          <w:i w:val="0"/>
          <w:smallCaps w:val="0"/>
          <w:strike w:val="0"/>
          <w:sz w:val="22"/>
          <w:highlight w:val="cyan"/>
          <w:u w:val="single"/>
        </w:rPr>
        <w:t xml:space="preserve">election win </w:t>
      </w:r>
      <w:r>
        <w:rPr>
          <w:b/>
          <w:i w:val="0"/>
          <w:smallCaps w:val="0"/>
          <w:strike w:val="0"/>
          <w:sz w:val="22"/>
          <w:u w:val="single"/>
        </w:rPr>
        <w:t>in November</w:t>
      </w:r>
      <w:r>
        <w:rPr>
          <w:b w:val="0"/>
          <w:i w:val="0"/>
          <w:smallCaps w:val="0"/>
          <w:strike w:val="0"/>
          <w:sz w:val="22"/>
          <w:u w:val="single"/>
        </w:rPr>
        <w:t xml:space="preserve"> would </w:t>
      </w:r>
      <w:r>
        <w:rPr>
          <w:b w:val="0"/>
          <w:i w:val="0"/>
          <w:smallCaps w:val="0"/>
          <w:strike w:val="0"/>
          <w:sz w:val="22"/>
          <w:highlight w:val="cyan"/>
          <w:u w:val="single"/>
        </w:rPr>
        <w:t>mean</w:t>
      </w:r>
      <w:r>
        <w:rPr>
          <w:b w:val="0"/>
          <w:i w:val="0"/>
          <w:smallCaps w:val="0"/>
          <w:strike w:val="0"/>
          <w:sz w:val="22"/>
          <w:u w:val="single"/>
        </w:rPr>
        <w:t xml:space="preserve"> “the </w:t>
      </w:r>
      <w:r>
        <w:rPr>
          <w:b w:val="0"/>
          <w:i w:val="0"/>
          <w:smallCaps w:val="0"/>
          <w:strike w:val="0"/>
          <w:sz w:val="22"/>
          <w:highlight w:val="cyan"/>
          <w:u w:val="single"/>
        </w:rPr>
        <w:t xml:space="preserve">US </w:t>
      </w:r>
      <w:r>
        <w:rPr>
          <w:b w:val="0"/>
          <w:i w:val="0"/>
          <w:smallCaps w:val="0"/>
          <w:strike w:val="0"/>
          <w:sz w:val="22"/>
          <w:u w:val="single"/>
        </w:rPr>
        <w:t xml:space="preserve">will be </w:t>
      </w:r>
      <w:r>
        <w:rPr>
          <w:b w:val="0"/>
          <w:i w:val="0"/>
          <w:smallCaps w:val="0"/>
          <w:strike w:val="0"/>
          <w:sz w:val="22"/>
          <w:highlight w:val="cyan"/>
          <w:u w:val="single"/>
        </w:rPr>
        <w:t>out</w:t>
      </w:r>
      <w:r>
        <w:rPr>
          <w:b w:val="0"/>
          <w:i w:val="0"/>
          <w:smallCaps w:val="0"/>
          <w:strike w:val="0"/>
          <w:sz w:val="22"/>
          <w:u w:val="single"/>
        </w:rPr>
        <w:t xml:space="preserve"> of NATO.”</w:t>
      </w:r>
      <w:r>
        <w:rPr>
          <w:b w:val="0"/>
          <w:i w:val="0"/>
          <w:smallCaps w:val="0"/>
          <w:strike w:val="0"/>
          <w:sz w:val="16"/>
          <w:u w:val="none"/>
        </w:rPr>
        <w:t xml:space="preserve"> Sciutto also writes about how Trump nearly pulled the US from the alliance during a 2018 NATO meeting.</w:t>
      </w:r>
      <w:r>
        <w:rPr>
          <w:b w:val="0"/>
          <w:i w:val="0"/>
          <w:smallCaps w:val="0"/>
          <w:strike w:val="0"/>
          <w:sz w:val="16"/>
          <w:u w:val="none"/>
        </w:rPr>
        <w:t xml:space="preserve"> </w:t>
      </w:r>
      <w:r>
        <w:rPr>
          <w:b w:val="0"/>
          <w:i w:val="0"/>
          <w:smallCaps w:val="0"/>
          <w:strike w:val="0"/>
          <w:sz w:val="16"/>
          <w:u w:val="none"/>
        </w:rPr>
        <w:t>At the same time, Trump tried to claim credit, arguing it is his tough talk and not the threat of Russian invasion that has caused NATO member countries to increase their defense budgets in recent years.</w:t>
      </w:r>
      <w:r>
        <w:rPr>
          <w:b w:val="0"/>
          <w:i w:val="0"/>
          <w:smallCaps w:val="0"/>
          <w:strike w:val="0"/>
          <w:sz w:val="16"/>
          <w:u w:val="none"/>
        </w:rPr>
        <w:t xml:space="preserve"> </w:t>
      </w:r>
      <w:r>
        <w:rPr>
          <w:b w:val="0"/>
          <w:i w:val="0"/>
          <w:smallCaps w:val="0"/>
          <w:strike w:val="0"/>
          <w:sz w:val="16"/>
          <w:u w:val="none"/>
        </w:rPr>
        <w:t>What’s to stop him?</w:t>
      </w:r>
      <w:r>
        <w:rPr>
          <w:b w:val="0"/>
          <w:i w:val="0"/>
          <w:smallCaps w:val="0"/>
          <w:strike w:val="0"/>
          <w:sz w:val="16"/>
          <w:u w:val="none"/>
        </w:rPr>
        <w:t xml:space="preserve"> </w:t>
      </w:r>
      <w:r>
        <w:rPr>
          <w:b w:val="0"/>
          <w:i w:val="0"/>
          <w:smallCaps w:val="0"/>
          <w:strike w:val="0"/>
          <w:sz w:val="16"/>
          <w:u w:val="none"/>
        </w:rPr>
        <w:t xml:space="preserve">If Trump wins the 2024 election and does turn on NATO, he </w:t>
      </w:r>
      <w:r>
        <w:rPr>
          <w:b w:val="0"/>
          <w:i w:val="0"/>
          <w:smallCaps w:val="0"/>
          <w:strike w:val="0"/>
          <w:sz w:val="16"/>
          <w:u w:val="none"/>
        </w:rPr>
        <w:t>would</w:t>
      </w:r>
      <w:r>
        <w:rPr>
          <w:b w:val="0"/>
          <w:i w:val="0"/>
          <w:smallCaps w:val="0"/>
          <w:strike w:val="0"/>
          <w:sz w:val="16"/>
          <w:u w:val="none"/>
        </w:rPr>
        <w:t xml:space="preserve"> run into that new language from Congress, which says the president “shall not suspend, terminate, denounce, or withdraw the United States from the North Atlantic Treaty” without either a supermajority vote in the Senate or an act passed by the full Congress.</w:t>
      </w:r>
      <w:r>
        <w:rPr>
          <w:b w:val="0"/>
          <w:i w:val="0"/>
          <w:smallCaps w:val="0"/>
          <w:strike w:val="0"/>
          <w:sz w:val="16"/>
          <w:u w:val="none"/>
        </w:rPr>
        <w:t xml:space="preserve"> </w:t>
      </w:r>
      <w:r>
        <w:rPr>
          <w:b w:val="0"/>
          <w:i w:val="0"/>
          <w:smallCaps w:val="0"/>
          <w:strike w:val="0"/>
          <w:sz w:val="16"/>
          <w:u w:val="none"/>
        </w:rPr>
        <w:t>When I asked the former US Ambassador to NATO Kurt Volker about what Trump could do to undermine NATO as president, he first pointed out that Trump was boasting about his interaction with an unnamed world leader rather than promising future action.</w:t>
      </w:r>
      <w:r>
        <w:rPr>
          <w:b w:val="0"/>
          <w:i w:val="0"/>
          <w:smallCaps w:val="0"/>
          <w:strike w:val="0"/>
          <w:sz w:val="16"/>
          <w:u w:val="none"/>
        </w:rPr>
        <w:t xml:space="preserve"> </w:t>
      </w:r>
      <w:r>
        <w:rPr>
          <w:b w:val="0"/>
          <w:i w:val="0"/>
          <w:smallCaps w:val="0"/>
          <w:strike w:val="0"/>
          <w:sz w:val="16"/>
          <w:u w:val="none"/>
        </w:rPr>
        <w:t xml:space="preserve">The Constitution, Volker noted, says the Senate must be involved with ratifying treaties but it is silent </w:t>
      </w:r>
      <w:r>
        <w:rPr>
          <w:b w:val="0"/>
          <w:i w:val="0"/>
          <w:smallCaps w:val="0"/>
          <w:strike w:val="0"/>
          <w:sz w:val="16"/>
          <w:u w:val="none"/>
        </w:rPr>
        <w:t>on the subject of withdrawing</w:t>
      </w:r>
      <w:r>
        <w:rPr>
          <w:b w:val="0"/>
          <w:i w:val="0"/>
          <w:smallCaps w:val="0"/>
          <w:strike w:val="0"/>
          <w:sz w:val="16"/>
          <w:u w:val="none"/>
        </w:rPr>
        <w:t xml:space="preserve"> from a treaty. Any court battle could take years.</w:t>
      </w:r>
      <w:r>
        <w:rPr>
          <w:b w:val="0"/>
          <w:i w:val="0"/>
          <w:smallCaps w:val="0"/>
          <w:strike w:val="0"/>
          <w:sz w:val="16"/>
          <w:u w:val="none"/>
        </w:rPr>
        <w:t xml:space="preserve"> </w:t>
      </w:r>
      <w:r>
        <w:rPr>
          <w:b w:val="0"/>
          <w:i w:val="0"/>
          <w:smallCaps w:val="0"/>
          <w:strike w:val="0"/>
          <w:sz w:val="16"/>
          <w:u w:val="none"/>
        </w:rPr>
        <w:t>Alternatives to withdrawal</w:t>
      </w:r>
      <w:r>
        <w:rPr>
          <w:b w:val="0"/>
          <w:i w:val="0"/>
          <w:smallCaps w:val="0"/>
          <w:strike w:val="0"/>
          <w:sz w:val="16"/>
          <w:u w:val="none"/>
        </w:rPr>
        <w:t xml:space="preserve"> </w:t>
      </w:r>
      <w:r>
        <w:rPr>
          <w:b w:val="0"/>
          <w:i w:val="0"/>
          <w:smallCaps w:val="0"/>
          <w:strike w:val="0"/>
          <w:sz w:val="22"/>
          <w:highlight w:val="cyan"/>
          <w:u w:val="single"/>
        </w:rPr>
        <w:t>Rather than attempting to withdraw</w:t>
      </w:r>
      <w:r>
        <w:rPr>
          <w:b w:val="0"/>
          <w:i w:val="0"/>
          <w:smallCaps w:val="0"/>
          <w:strike w:val="0"/>
          <w:sz w:val="22"/>
          <w:u w:val="single"/>
        </w:rPr>
        <w:t xml:space="preserve"> from NATO, a second </w:t>
      </w:r>
      <w:r>
        <w:rPr>
          <w:b w:val="0"/>
          <w:i w:val="0"/>
          <w:smallCaps w:val="0"/>
          <w:strike w:val="0"/>
          <w:sz w:val="22"/>
          <w:highlight w:val="cyan"/>
          <w:u w:val="single"/>
        </w:rPr>
        <w:t>Trump</w:t>
      </w:r>
      <w:r>
        <w:rPr>
          <w:b w:val="0"/>
          <w:i w:val="0"/>
          <w:smallCaps w:val="0"/>
          <w:strike w:val="0"/>
          <w:sz w:val="22"/>
          <w:u w:val="single"/>
        </w:rPr>
        <w:t xml:space="preserve"> presidency could allow his allies to pursue a </w:t>
      </w:r>
      <w:r>
        <w:rPr>
          <w:b w:val="0"/>
          <w:i w:val="0"/>
          <w:smallCaps w:val="0"/>
          <w:strike w:val="0"/>
          <w:sz w:val="22"/>
          <w:highlight w:val="cyan"/>
          <w:u w:val="single"/>
        </w:rPr>
        <w:t xml:space="preserve">policy of </w:t>
      </w:r>
      <w:r>
        <w:rPr>
          <w:b/>
          <w:i w:val="0"/>
          <w:smallCaps w:val="0"/>
          <w:strike w:val="0"/>
          <w:sz w:val="22"/>
          <w:highlight w:val="cyan"/>
          <w:u w:val="single"/>
        </w:rPr>
        <w:t>making NATO “</w:t>
      </w:r>
      <w:r>
        <w:rPr>
          <w:b/>
          <w:i w:val="0"/>
          <w:smallCaps w:val="0"/>
          <w:strike w:val="0"/>
          <w:sz w:val="22"/>
          <w:highlight w:val="cyan"/>
          <w:u w:val="single"/>
        </w:rPr>
        <w:t>dormant</w:t>
      </w:r>
      <w:r>
        <w:rPr>
          <w:b w:val="0"/>
          <w:i w:val="0"/>
          <w:smallCaps w:val="0"/>
          <w:strike w:val="0"/>
          <w:sz w:val="16"/>
          <w:u w:val="none"/>
        </w:rPr>
        <w:t>,” an idea pushed by at least one Trump-allied think tank.</w:t>
      </w:r>
      <w:r>
        <w:rPr>
          <w:b w:val="0"/>
          <w:i w:val="0"/>
          <w:smallCaps w:val="0"/>
          <w:strike w:val="0"/>
          <w:sz w:val="16"/>
          <w:u w:val="none"/>
        </w:rPr>
        <w:t xml:space="preserve"> </w:t>
      </w:r>
      <w:r>
        <w:rPr>
          <w:b w:val="0"/>
          <w:i w:val="0"/>
          <w:smallCaps w:val="0"/>
          <w:strike w:val="0"/>
          <w:sz w:val="16"/>
          <w:u w:val="none"/>
        </w:rPr>
        <w:t xml:space="preserve">Nobody knows exactly what that would look like, Volker said, but </w:t>
      </w:r>
      <w:r>
        <w:rPr>
          <w:b w:val="0"/>
          <w:i w:val="0"/>
          <w:smallCaps w:val="0"/>
          <w:strike w:val="0"/>
          <w:sz w:val="22"/>
          <w:u w:val="single"/>
        </w:rPr>
        <w:t xml:space="preserve">the president </w:t>
      </w:r>
      <w:r>
        <w:rPr>
          <w:b w:val="0"/>
          <w:i w:val="0"/>
          <w:smallCaps w:val="0"/>
          <w:strike w:val="0"/>
          <w:sz w:val="22"/>
          <w:highlight w:val="cyan"/>
          <w:u w:val="single"/>
        </w:rPr>
        <w:t xml:space="preserve">has immense power over </w:t>
      </w:r>
      <w:r>
        <w:rPr>
          <w:b/>
          <w:i w:val="0"/>
          <w:smallCaps w:val="0"/>
          <w:strike w:val="0"/>
          <w:sz w:val="22"/>
          <w:highlight w:val="cyan"/>
          <w:u w:val="single"/>
        </w:rPr>
        <w:t>how the US interacts</w:t>
      </w:r>
      <w:r>
        <w:rPr>
          <w:b w:val="0"/>
          <w:i w:val="0"/>
          <w:smallCaps w:val="0"/>
          <w:strike w:val="0"/>
          <w:sz w:val="22"/>
          <w:highlight w:val="cyan"/>
          <w:u w:val="single"/>
        </w:rPr>
        <w:t xml:space="preserve"> with its allies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“There’s </w:t>
      </w:r>
      <w:r>
        <w:rPr>
          <w:b w:val="0"/>
          <w:i w:val="0"/>
          <w:smallCaps w:val="0"/>
          <w:strike w:val="0"/>
          <w:sz w:val="22"/>
          <w:highlight w:val="cyan"/>
          <w:u w:val="single"/>
        </w:rPr>
        <w:t>lots of things</w:t>
      </w:r>
      <w:r>
        <w:rPr>
          <w:b w:val="0"/>
          <w:i w:val="0"/>
          <w:smallCaps w:val="0"/>
          <w:strike w:val="0"/>
          <w:sz w:val="22"/>
          <w:u w:val="single"/>
        </w:rPr>
        <w:t xml:space="preserve"> that you can do administratively </w:t>
      </w:r>
      <w:r>
        <w:rPr>
          <w:b w:val="0"/>
          <w:i w:val="0"/>
          <w:smallCaps w:val="0"/>
          <w:strike w:val="0"/>
          <w:sz w:val="22"/>
          <w:highlight w:val="cyan"/>
          <w:u w:val="single"/>
        </w:rPr>
        <w:t>as</w:t>
      </w:r>
      <w:r>
        <w:rPr>
          <w:b w:val="0"/>
          <w:i w:val="0"/>
          <w:smallCaps w:val="0"/>
          <w:strike w:val="0"/>
          <w:sz w:val="22"/>
          <w:u w:val="single"/>
        </w:rPr>
        <w:t xml:space="preserve"> the </w:t>
      </w:r>
      <w:r>
        <w:rPr>
          <w:b w:val="0"/>
          <w:i w:val="0"/>
          <w:smallCaps w:val="0"/>
          <w:strike w:val="0"/>
          <w:sz w:val="22"/>
          <w:highlight w:val="cyan"/>
          <w:u w:val="single"/>
        </w:rPr>
        <w:t>commander</w:t>
      </w:r>
      <w:r>
        <w:rPr>
          <w:b w:val="0"/>
          <w:i w:val="0"/>
          <w:smallCaps w:val="0"/>
          <w:strike w:val="0"/>
          <w:sz w:val="22"/>
          <w:u w:val="single"/>
        </w:rPr>
        <w:t xml:space="preserve"> in chief that would </w:t>
      </w:r>
      <w:r>
        <w:rPr>
          <w:b/>
          <w:i w:val="0"/>
          <w:smallCaps w:val="0"/>
          <w:strike w:val="0"/>
          <w:sz w:val="22"/>
          <w:u w:val="single"/>
        </w:rPr>
        <w:t xml:space="preserve">still </w:t>
      </w:r>
      <w:r>
        <w:rPr>
          <w:b/>
          <w:i w:val="0"/>
          <w:smallCaps w:val="0"/>
          <w:strike w:val="0"/>
          <w:sz w:val="22"/>
          <w:highlight w:val="cyan"/>
          <w:u w:val="single"/>
        </w:rPr>
        <w:t>be</w:t>
      </w:r>
      <w:r>
        <w:rPr>
          <w:b/>
          <w:i w:val="0"/>
          <w:smallCaps w:val="0"/>
          <w:strike w:val="0"/>
          <w:sz w:val="22"/>
          <w:u w:val="single"/>
        </w:rPr>
        <w:t xml:space="preserve"> very </w:t>
      </w:r>
      <w:r>
        <w:rPr>
          <w:b/>
          <w:i w:val="0"/>
          <w:smallCaps w:val="0"/>
          <w:strike w:val="0"/>
          <w:sz w:val="22"/>
          <w:highlight w:val="cyan"/>
          <w:u w:val="single"/>
        </w:rPr>
        <w:t>disruptive</w:t>
      </w:r>
      <w:r>
        <w:rPr>
          <w:b w:val="0"/>
          <w:i w:val="0"/>
          <w:smallCaps w:val="0"/>
          <w:strike w:val="0"/>
          <w:sz w:val="22"/>
          <w:highlight w:val="cyan"/>
          <w:u w:val="single"/>
        </w:rPr>
        <w:t xml:space="preserve"> for NATO</w:t>
      </w:r>
      <w:r>
        <w:rPr>
          <w:b w:val="0"/>
          <w:i w:val="0"/>
          <w:smallCaps w:val="0"/>
          <w:strike w:val="0"/>
          <w:sz w:val="16"/>
          <w:u w:val="none"/>
        </w:rPr>
        <w:t>,” Volker said.</w:t>
      </w:r>
      <w:r>
        <w:rPr>
          <w:b w:val="0"/>
          <w:i w:val="0"/>
          <w:smallCaps w:val="0"/>
          <w:strike w:val="0"/>
          <w:sz w:val="16"/>
          <w:u w:val="none"/>
        </w:rPr>
        <w:t xml:space="preserve"> </w:t>
      </w:r>
      <w:r>
        <w:rPr>
          <w:b w:val="0"/>
          <w:i w:val="0"/>
          <w:smallCaps w:val="0"/>
          <w:strike w:val="0"/>
          <w:sz w:val="16"/>
          <w:u w:val="none"/>
        </w:rPr>
        <w:t xml:space="preserve">A </w:t>
      </w:r>
      <w:r>
        <w:rPr>
          <w:b w:val="0"/>
          <w:i w:val="0"/>
          <w:smallCaps w:val="0"/>
          <w:strike w:val="0"/>
          <w:sz w:val="22"/>
          <w:u w:val="single"/>
        </w:rPr>
        <w:t xml:space="preserve">president could </w:t>
      </w:r>
      <w:r>
        <w:rPr>
          <w:b w:val="0"/>
          <w:i w:val="0"/>
          <w:smallCaps w:val="0"/>
          <w:strike w:val="0"/>
          <w:sz w:val="22"/>
          <w:highlight w:val="cyan"/>
          <w:u w:val="single"/>
        </w:rPr>
        <w:t>reduce</w:t>
      </w:r>
      <w:r>
        <w:rPr>
          <w:b w:val="0"/>
          <w:i w:val="0"/>
          <w:smallCaps w:val="0"/>
          <w:strike w:val="0"/>
          <w:sz w:val="22"/>
          <w:u w:val="single"/>
        </w:rPr>
        <w:t xml:space="preserve"> the number of </w:t>
      </w:r>
      <w:r>
        <w:rPr>
          <w:b w:val="0"/>
          <w:i w:val="0"/>
          <w:smallCaps w:val="0"/>
          <w:strike w:val="0"/>
          <w:sz w:val="22"/>
          <w:highlight w:val="cyan"/>
          <w:u w:val="single"/>
        </w:rPr>
        <w:t>exercises</w:t>
      </w:r>
      <w:r>
        <w:rPr>
          <w:b w:val="0"/>
          <w:i w:val="0"/>
          <w:smallCaps w:val="0"/>
          <w:strike w:val="0"/>
          <w:sz w:val="22"/>
          <w:u w:val="single"/>
        </w:rPr>
        <w:t xml:space="preserve"> Americans take part in</w:t>
      </w:r>
      <w:r>
        <w:rPr>
          <w:b w:val="0"/>
          <w:i w:val="0"/>
          <w:smallCaps w:val="0"/>
          <w:strike w:val="0"/>
          <w:sz w:val="16"/>
          <w:u w:val="none"/>
        </w:rPr>
        <w:t xml:space="preserve"> with NATO allies, further </w:t>
      </w:r>
      <w:r>
        <w:rPr>
          <w:b w:val="0"/>
          <w:i w:val="0"/>
          <w:smallCaps w:val="0"/>
          <w:strike w:val="0"/>
          <w:sz w:val="22"/>
          <w:highlight w:val="cyan"/>
          <w:u w:val="single"/>
        </w:rPr>
        <w:t>reduce troop presence</w:t>
      </w:r>
      <w:r>
        <w:rPr>
          <w:b w:val="0"/>
          <w:i w:val="0"/>
          <w:smallCaps w:val="0"/>
          <w:strike w:val="0"/>
          <w:sz w:val="22"/>
          <w:u w:val="single"/>
        </w:rPr>
        <w:t xml:space="preserve"> in Europe, </w:t>
      </w:r>
      <w:r>
        <w:rPr>
          <w:b/>
          <w:i w:val="0"/>
          <w:smallCaps w:val="0"/>
          <w:strike w:val="0"/>
          <w:sz w:val="22"/>
          <w:highlight w:val="cyan"/>
          <w:u w:val="single"/>
        </w:rPr>
        <w:t>withhold payments to the NATO</w:t>
      </w:r>
      <w:r>
        <w:rPr>
          <w:b w:val="0"/>
          <w:i w:val="0"/>
          <w:smallCaps w:val="0"/>
          <w:strike w:val="0"/>
          <w:sz w:val="22"/>
          <w:highlight w:val="cyan"/>
          <w:u w:val="single"/>
        </w:rPr>
        <w:t xml:space="preserve"> infrastructure</w:t>
      </w:r>
      <w:r>
        <w:rPr>
          <w:b w:val="0"/>
          <w:i w:val="0"/>
          <w:smallCaps w:val="0"/>
          <w:strike w:val="0"/>
          <w:sz w:val="22"/>
          <w:u w:val="single"/>
        </w:rPr>
        <w:t xml:space="preserve"> or </w:t>
      </w:r>
      <w:r>
        <w:rPr>
          <w:b w:val="0"/>
          <w:i w:val="0"/>
          <w:smallCaps w:val="0"/>
          <w:strike w:val="0"/>
          <w:sz w:val="22"/>
          <w:highlight w:val="cyan"/>
          <w:u w:val="single"/>
        </w:rPr>
        <w:t>cut down</w:t>
      </w:r>
      <w:r>
        <w:rPr>
          <w:b w:val="0"/>
          <w:i w:val="0"/>
          <w:smallCaps w:val="0"/>
          <w:strike w:val="0"/>
          <w:sz w:val="22"/>
          <w:u w:val="single"/>
        </w:rPr>
        <w:t xml:space="preserve"> on the US </w:t>
      </w:r>
      <w:r>
        <w:rPr>
          <w:b w:val="0"/>
          <w:i w:val="0"/>
          <w:smallCaps w:val="0"/>
          <w:strike w:val="0"/>
          <w:sz w:val="22"/>
          <w:highlight w:val="cyan"/>
          <w:u w:val="single"/>
        </w:rPr>
        <w:t>military budget</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The US would still be bound, under this type of scenario, by the pledge to defend other NATO nations, but it would not be prepared.</w:t>
      </w:r>
      <w:r>
        <w:rPr>
          <w:b w:val="0"/>
          <w:i w:val="0"/>
          <w:smallCaps w:val="0"/>
          <w:strike w:val="0"/>
          <w:sz w:val="16"/>
          <w:u w:val="none"/>
        </w:rPr>
        <w:t xml:space="preserve"> </w:t>
      </w:r>
      <w:r>
        <w:rPr>
          <w:b w:val="0"/>
          <w:i w:val="0"/>
          <w:smallCaps w:val="0"/>
          <w:strike w:val="0"/>
          <w:sz w:val="16"/>
          <w:u w:val="none"/>
        </w:rPr>
        <w:t xml:space="preserve">“It’s </w:t>
      </w:r>
      <w:r>
        <w:rPr>
          <w:b w:val="0"/>
          <w:i w:val="0"/>
          <w:smallCaps w:val="0"/>
          <w:strike w:val="0"/>
          <w:sz w:val="22"/>
          <w:highlight w:val="cyan"/>
          <w:u w:val="single"/>
        </w:rPr>
        <w:t>not just enough to say,</w:t>
      </w:r>
      <w:r>
        <w:rPr>
          <w:b w:val="0"/>
          <w:i w:val="0"/>
          <w:smallCaps w:val="0"/>
          <w:strike w:val="0"/>
          <w:sz w:val="22"/>
          <w:u w:val="single"/>
        </w:rPr>
        <w:t xml:space="preserve"> yes, </w:t>
      </w:r>
      <w:r>
        <w:rPr>
          <w:b w:val="0"/>
          <w:i w:val="0"/>
          <w:smallCaps w:val="0"/>
          <w:strike w:val="0"/>
          <w:sz w:val="22"/>
          <w:highlight w:val="cyan"/>
          <w:u w:val="single"/>
        </w:rPr>
        <w:t>we will fight</w:t>
      </w:r>
      <w:r>
        <w:rPr>
          <w:b w:val="0"/>
          <w:i w:val="0"/>
          <w:smallCaps w:val="0"/>
          <w:strike w:val="0"/>
          <w:sz w:val="22"/>
          <w:u w:val="single"/>
        </w:rPr>
        <w:t xml:space="preserve"> together,” said Volker. “You actually </w:t>
      </w:r>
      <w:r>
        <w:rPr>
          <w:b w:val="0"/>
          <w:i w:val="0"/>
          <w:smallCaps w:val="0"/>
          <w:strike w:val="0"/>
          <w:sz w:val="22"/>
          <w:highlight w:val="cyan"/>
          <w:u w:val="single"/>
        </w:rPr>
        <w:t>have to have</w:t>
      </w:r>
      <w:r>
        <w:rPr>
          <w:b w:val="0"/>
          <w:i w:val="0"/>
          <w:smallCaps w:val="0"/>
          <w:strike w:val="0"/>
          <w:sz w:val="22"/>
          <w:u w:val="single"/>
        </w:rPr>
        <w:t xml:space="preserve"> the </w:t>
      </w:r>
      <w:r>
        <w:rPr>
          <w:b w:val="0"/>
          <w:i w:val="0"/>
          <w:smallCaps w:val="0"/>
          <w:strike w:val="0"/>
          <w:sz w:val="22"/>
          <w:highlight w:val="cyan"/>
          <w:u w:val="single"/>
        </w:rPr>
        <w:t>capabilities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Americans </w:t>
      </w:r>
      <w:r>
        <w:rPr>
          <w:b w:val="0"/>
          <w:i w:val="0"/>
          <w:smallCaps w:val="0"/>
          <w:strike w:val="0"/>
          <w:sz w:val="16"/>
          <w:u w:val="none"/>
        </w:rPr>
        <w:t>lead</w:t>
      </w:r>
      <w:r>
        <w:rPr>
          <w:b w:val="0"/>
          <w:i w:val="0"/>
          <w:smallCaps w:val="0"/>
          <w:strike w:val="0"/>
          <w:sz w:val="16"/>
          <w:u w:val="none"/>
        </w:rPr>
        <w:t xml:space="preserve"> NATO by design</w:t>
      </w:r>
      <w:r>
        <w:rPr>
          <w:b w:val="0"/>
          <w:i w:val="0"/>
          <w:smallCaps w:val="0"/>
          <w:strike w:val="0"/>
          <w:sz w:val="16"/>
          <w:u w:val="none"/>
        </w:rPr>
        <w:t xml:space="preserve"> </w:t>
      </w:r>
      <w:r>
        <w:rPr>
          <w:b w:val="0"/>
          <w:i w:val="0"/>
          <w:smallCaps w:val="0"/>
          <w:strike w:val="0"/>
          <w:sz w:val="16"/>
          <w:u w:val="none"/>
        </w:rPr>
        <w:t xml:space="preserve">If Trump wins the election this year and then seeks as president to reduce American military participation, he could, in theory, </w:t>
      </w:r>
      <w:r>
        <w:rPr>
          <w:b w:val="0"/>
          <w:i w:val="0"/>
          <w:smallCaps w:val="0"/>
          <w:strike w:val="0"/>
          <w:sz w:val="22"/>
          <w:highlight w:val="cyan"/>
          <w:u w:val="single"/>
        </w:rPr>
        <w:t>recall</w:t>
      </w:r>
      <w:r>
        <w:rPr>
          <w:b w:val="0"/>
          <w:i w:val="0"/>
          <w:smallCaps w:val="0"/>
          <w:strike w:val="0"/>
          <w:sz w:val="22"/>
          <w:u w:val="single"/>
        </w:rPr>
        <w:t xml:space="preserve"> the </w:t>
      </w:r>
      <w:r>
        <w:rPr>
          <w:b w:val="0"/>
          <w:i w:val="0"/>
          <w:smallCaps w:val="0"/>
          <w:strike w:val="0"/>
          <w:sz w:val="22"/>
          <w:highlight w:val="cyan"/>
          <w:u w:val="single"/>
        </w:rPr>
        <w:t>NATO</w:t>
      </w:r>
      <w:r>
        <w:rPr>
          <w:b w:val="0"/>
          <w:i w:val="0"/>
          <w:smallCaps w:val="0"/>
          <w:strike w:val="0"/>
          <w:sz w:val="22"/>
          <w:u w:val="single"/>
        </w:rPr>
        <w:t xml:space="preserve"> Supreme Allied </w:t>
      </w:r>
      <w:r>
        <w:rPr>
          <w:b w:val="0"/>
          <w:i w:val="0"/>
          <w:smallCaps w:val="0"/>
          <w:strike w:val="0"/>
          <w:sz w:val="22"/>
          <w:highlight w:val="cyan"/>
          <w:u w:val="single"/>
        </w:rPr>
        <w:t>Commander</w:t>
      </w:r>
      <w:r>
        <w:rPr>
          <w:b w:val="0"/>
          <w:i w:val="0"/>
          <w:smallCaps w:val="0"/>
          <w:strike w:val="0"/>
          <w:sz w:val="22"/>
          <w:u w:val="single"/>
        </w:rPr>
        <w:t xml:space="preserve"> Europe.</w:t>
      </w:r>
      <w:r>
        <w:rPr>
          <w:b w:val="0"/>
          <w:i w:val="0"/>
          <w:smallCaps w:val="0"/>
          <w:strike w:val="0"/>
          <w:sz w:val="22"/>
          <w:u w:val="single"/>
        </w:rPr>
        <w:t xml:space="preserve"> </w:t>
      </w:r>
      <w:r>
        <w:rPr>
          <w:b w:val="0"/>
          <w:i w:val="0"/>
          <w:smallCaps w:val="0"/>
          <w:strike w:val="0"/>
          <w:sz w:val="16"/>
          <w:u w:val="none"/>
        </w:rPr>
        <w:t>Gen. Dwight D. Eisenhower first held the job after NATO’s founding, and ever since, the top NATO commander has always been an American admiral or general. NATO’s power to deter attacks on other countries rests in large part on American nuclear weapons, and so it is appropriate that an American service member sits atop the NATO structure, according to Max Bergmann, director of the Europe, Russia, and Eurasia Program at the Center for Strategic and International Studies.</w:t>
      </w:r>
      <w:r>
        <w:rPr>
          <w:b w:val="0"/>
          <w:i w:val="0"/>
          <w:smallCaps w:val="0"/>
          <w:strike w:val="0"/>
          <w:sz w:val="16"/>
          <w:u w:val="none"/>
        </w:rPr>
        <w:t xml:space="preserve"> </w:t>
      </w:r>
      <w:r>
        <w:rPr>
          <w:b w:val="0"/>
          <w:i w:val="0"/>
          <w:smallCaps w:val="0"/>
          <w:strike w:val="0"/>
          <w:sz w:val="16"/>
          <w:u w:val="none"/>
        </w:rPr>
        <w:t xml:space="preserve">Pulling American generals out of NATO might </w:t>
      </w:r>
      <w:r>
        <w:rPr>
          <w:b w:val="0"/>
          <w:i w:val="0"/>
          <w:smallCaps w:val="0"/>
          <w:strike w:val="0"/>
          <w:sz w:val="22"/>
          <w:highlight w:val="cyan"/>
          <w:u w:val="single"/>
        </w:rPr>
        <w:t xml:space="preserve">force </w:t>
      </w:r>
      <w:r>
        <w:rPr>
          <w:b w:val="0"/>
          <w:i w:val="0"/>
          <w:smallCaps w:val="0"/>
          <w:strike w:val="0"/>
          <w:sz w:val="22"/>
          <w:u w:val="single"/>
        </w:rPr>
        <w:t xml:space="preserve">other NATO </w:t>
      </w:r>
      <w:r>
        <w:rPr>
          <w:b w:val="0"/>
          <w:i w:val="0"/>
          <w:smallCaps w:val="0"/>
          <w:strike w:val="0"/>
          <w:sz w:val="22"/>
          <w:highlight w:val="cyan"/>
          <w:u w:val="single"/>
        </w:rPr>
        <w:t xml:space="preserve">countries to </w:t>
      </w:r>
      <w:r>
        <w:rPr>
          <w:b/>
          <w:i w:val="0"/>
          <w:smallCaps w:val="0"/>
          <w:strike w:val="0"/>
          <w:sz w:val="22"/>
          <w:highlight w:val="cyan"/>
          <w:u w:val="single"/>
        </w:rPr>
        <w:t>seek their own nuclear deterrents.</w:t>
      </w:r>
      <w:r>
        <w:rPr>
          <w:b w:val="0"/>
          <w:i w:val="0"/>
          <w:smallCaps w:val="0"/>
          <w:strike w:val="0"/>
          <w:sz w:val="16"/>
          <w:u w:val="none"/>
        </w:rPr>
        <w:t xml:space="preserve"> Part of the reason Europeans have not pursued a collective European military is by American design and a result of security provided by NATO, Bergmann said.</w:t>
      </w:r>
      <w:r>
        <w:rPr>
          <w:b w:val="0"/>
          <w:i w:val="0"/>
          <w:smallCaps w:val="0"/>
          <w:strike w:val="0"/>
          <w:sz w:val="16"/>
          <w:u w:val="none"/>
        </w:rPr>
        <w:t xml:space="preserve"> </w:t>
      </w:r>
      <w:r>
        <w:rPr>
          <w:b w:val="0"/>
          <w:i w:val="0"/>
          <w:smallCaps w:val="0"/>
          <w:strike w:val="0"/>
          <w:sz w:val="16"/>
          <w:u w:val="none"/>
        </w:rPr>
        <w:t>Countries are eager to be protected by</w:t>
      </w:r>
      <w:r>
        <w:rPr>
          <w:b w:val="0"/>
          <w:i w:val="0"/>
          <w:smallCaps w:val="0"/>
          <w:strike w:val="0"/>
          <w:sz w:val="16"/>
          <w:u w:val="none"/>
        </w:rPr>
        <w:t xml:space="preserve"> </w:t>
      </w:r>
      <w:r>
        <w:rPr>
          <w:b w:val="0"/>
          <w:i w:val="0"/>
          <w:smallCaps w:val="0"/>
          <w:strike w:val="0"/>
          <w:sz w:val="16"/>
          <w:u w:val="none"/>
        </w:rPr>
        <w:t>Article 5</w:t>
      </w:r>
      <w:r>
        <w:rPr>
          <w:b w:val="0"/>
          <w:i w:val="0"/>
          <w:smallCaps w:val="0"/>
          <w:strike w:val="0"/>
          <w:sz w:val="16"/>
          <w:u w:val="none"/>
        </w:rPr>
        <w:t xml:space="preserve"> </w:t>
      </w:r>
      <w:r>
        <w:rPr>
          <w:b w:val="0"/>
          <w:i w:val="0"/>
          <w:smallCaps w:val="0"/>
          <w:strike w:val="0"/>
          <w:sz w:val="16"/>
          <w:u w:val="none"/>
        </w:rPr>
        <w:t>of NATO’s charter, which is the principle that</w:t>
      </w:r>
      <w:r>
        <w:rPr>
          <w:b w:val="0"/>
          <w:i w:val="0"/>
          <w:smallCaps w:val="0"/>
          <w:strike w:val="0"/>
          <w:sz w:val="16"/>
          <w:u w:val="none"/>
        </w:rPr>
        <w:t xml:space="preserve"> </w:t>
      </w:r>
      <w:r>
        <w:rPr>
          <w:b w:val="0"/>
          <w:i w:val="0"/>
          <w:smallCaps w:val="0"/>
          <w:strike w:val="0"/>
          <w:sz w:val="16"/>
          <w:u w:val="none"/>
        </w:rPr>
        <w:t xml:space="preserve">an attack on one member is an attack on </w:t>
      </w:r>
      <w:r>
        <w:rPr>
          <w:b w:val="0"/>
          <w:i w:val="0"/>
          <w:smallCaps w:val="0"/>
          <w:strike w:val="0"/>
          <w:sz w:val="16"/>
          <w:u w:val="none"/>
        </w:rPr>
        <w:t>all of</w:t>
      </w:r>
      <w:r>
        <w:rPr>
          <w:b w:val="0"/>
          <w:i w:val="0"/>
          <w:smallCaps w:val="0"/>
          <w:strike w:val="0"/>
          <w:sz w:val="16"/>
          <w:u w:val="none"/>
        </w:rPr>
        <w:t xml:space="preserve"> the members. Sweden and Finland have both worked hard to join after Russia invaded non-member Ukraine. Finland joined in 2023, and Sweden is</w:t>
      </w:r>
      <w:r>
        <w:rPr>
          <w:b w:val="0"/>
          <w:i w:val="0"/>
          <w:smallCaps w:val="0"/>
          <w:strike w:val="0"/>
          <w:sz w:val="16"/>
          <w:u w:val="none"/>
        </w:rPr>
        <w:t xml:space="preserve"> </w:t>
      </w:r>
      <w:r>
        <w:rPr>
          <w:b w:val="0"/>
          <w:i w:val="0"/>
          <w:smallCaps w:val="0"/>
          <w:strike w:val="0"/>
          <w:sz w:val="16"/>
          <w:u w:val="none"/>
        </w:rPr>
        <w:t>inching closer to accession</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That provision that Trump dislikes has only been invoked one time, after 9/11, when the US and NATO allies invaded Afghanistan after terror attacks brought down the World Trade Center and struck the Pentagon.</w:t>
      </w:r>
      <w:r>
        <w:rPr>
          <w:b w:val="0"/>
          <w:i w:val="0"/>
          <w:smallCaps w:val="0"/>
          <w:strike w:val="0"/>
          <w:sz w:val="16"/>
          <w:u w:val="none"/>
        </w:rPr>
        <w:t xml:space="preserve"> </w:t>
      </w:r>
      <w:r>
        <w:rPr>
          <w:b w:val="0"/>
          <w:i w:val="0"/>
          <w:smallCaps w:val="0"/>
          <w:strike w:val="0"/>
          <w:sz w:val="16"/>
          <w:u w:val="none"/>
        </w:rPr>
        <w:t>More members hit 2% benchmark</w:t>
      </w:r>
      <w:r>
        <w:rPr>
          <w:b w:val="0"/>
          <w:i w:val="0"/>
          <w:smallCaps w:val="0"/>
          <w:strike w:val="0"/>
          <w:sz w:val="16"/>
          <w:u w:val="none"/>
        </w:rPr>
        <w:t xml:space="preserve"> </w:t>
      </w:r>
      <w:r>
        <w:rPr>
          <w:b w:val="0"/>
          <w:i w:val="0"/>
          <w:smallCaps w:val="0"/>
          <w:strike w:val="0"/>
          <w:sz w:val="16"/>
          <w:u w:val="none"/>
        </w:rPr>
        <w:t>Trump frequently complains that NATO members other than the US don’t pay dues, which is a</w:t>
      </w:r>
      <w:r>
        <w:rPr>
          <w:b w:val="0"/>
          <w:i w:val="0"/>
          <w:smallCaps w:val="0"/>
          <w:strike w:val="0"/>
          <w:sz w:val="16"/>
          <w:u w:val="none"/>
        </w:rPr>
        <w:t xml:space="preserve"> </w:t>
      </w:r>
      <w:r>
        <w:rPr>
          <w:b w:val="0"/>
          <w:i w:val="0"/>
          <w:smallCaps w:val="0"/>
          <w:strike w:val="0"/>
          <w:sz w:val="16"/>
          <w:u w:val="none"/>
        </w:rPr>
        <w:t>misstatement of facts</w:t>
      </w:r>
      <w:r>
        <w:rPr>
          <w:b w:val="0"/>
          <w:i w:val="0"/>
          <w:smallCaps w:val="0"/>
          <w:strike w:val="0"/>
          <w:sz w:val="16"/>
          <w:u w:val="none"/>
        </w:rPr>
        <w:t>. Members are supposed to spend a minimum of 2% of their GDP on defense, but it is just a guideline that doesn’t require payments to NATO or the US. Multiple NATO countries do not hit that benchmark, although spending has risen since Russia’s invasion of Ukraine.</w:t>
      </w:r>
      <w:r>
        <w:rPr>
          <w:b w:val="0"/>
          <w:i w:val="0"/>
          <w:smallCaps w:val="0"/>
          <w:strike w:val="0"/>
          <w:sz w:val="16"/>
          <w:u w:val="none"/>
        </w:rPr>
        <w:t xml:space="preserve"> </w:t>
      </w:r>
      <w:r>
        <w:rPr>
          <w:b w:val="0"/>
          <w:i w:val="0"/>
          <w:smallCaps w:val="0"/>
          <w:strike w:val="0"/>
          <w:sz w:val="16"/>
          <w:u w:val="none"/>
        </w:rPr>
        <w:t>“That argument is weaker and weaker, because allies are indeed spending more and doing more,” Volker said.</w:t>
      </w:r>
      <w:r>
        <w:rPr>
          <w:b w:val="0"/>
          <w:i w:val="0"/>
          <w:smallCaps w:val="0"/>
          <w:strike w:val="0"/>
          <w:sz w:val="16"/>
          <w:u w:val="none"/>
        </w:rPr>
        <w:t xml:space="preserve"> </w:t>
      </w:r>
      <w:r>
        <w:rPr>
          <w:b w:val="0"/>
          <w:i w:val="0"/>
          <w:smallCaps w:val="0"/>
          <w:strike w:val="0"/>
          <w:sz w:val="16"/>
          <w:u w:val="none"/>
        </w:rPr>
        <w:t>NATO’s charter is a relatively short and simple document. Its section on how a country withdraws from the alliance is further evidence of how central the US is to the organization: A country wishing to withdraw must notify the US a year before it plans to withdraw.</w:t>
      </w:r>
      <w:r>
        <w:rPr>
          <w:b w:val="0"/>
          <w:i w:val="0"/>
          <w:smallCaps w:val="0"/>
          <w:strike w:val="0"/>
          <w:sz w:val="16"/>
          <w:u w:val="none"/>
        </w:rPr>
        <w:t xml:space="preserve"> </w:t>
      </w:r>
      <w:r>
        <w:rPr>
          <w:b w:val="0"/>
          <w:i w:val="0"/>
          <w:smallCaps w:val="0"/>
          <w:strike w:val="0"/>
          <w:sz w:val="16"/>
          <w:u w:val="none"/>
        </w:rPr>
        <w:t>No country</w:t>
      </w:r>
      <w:r>
        <w:rPr>
          <w:b w:val="0"/>
          <w:i w:val="0"/>
          <w:smallCaps w:val="0"/>
          <w:strike w:val="0"/>
          <w:sz w:val="16"/>
          <w:u w:val="none"/>
        </w:rPr>
        <w:t>, by the way, has</w:t>
      </w:r>
      <w:r>
        <w:rPr>
          <w:b w:val="0"/>
          <w:i w:val="0"/>
          <w:smallCaps w:val="0"/>
          <w:strike w:val="0"/>
          <w:sz w:val="16"/>
          <w:u w:val="none"/>
        </w:rPr>
        <w:t xml:space="preserve"> ever withdrawn from NATO, although France</w:t>
      </w:r>
      <w:r>
        <w:rPr>
          <w:b w:val="0"/>
          <w:i w:val="0"/>
          <w:smallCaps w:val="0"/>
          <w:strike w:val="0"/>
          <w:sz w:val="16"/>
          <w:u w:val="none"/>
        </w:rPr>
        <w:t xml:space="preserve"> </w:t>
      </w:r>
      <w:r>
        <w:rPr>
          <w:b w:val="0"/>
          <w:i w:val="0"/>
          <w:smallCaps w:val="0"/>
          <w:strike w:val="0"/>
          <w:sz w:val="16"/>
          <w:u w:val="none"/>
        </w:rPr>
        <w:t>did not take part</w:t>
      </w:r>
      <w:r>
        <w:rPr>
          <w:b w:val="0"/>
          <w:i w:val="0"/>
          <w:smallCaps w:val="0"/>
          <w:strike w:val="0"/>
          <w:sz w:val="16"/>
          <w:u w:val="none"/>
        </w:rPr>
        <w:t xml:space="preserve"> </w:t>
      </w:r>
      <w:r>
        <w:rPr>
          <w:b w:val="0"/>
          <w:i w:val="0"/>
          <w:smallCaps w:val="0"/>
          <w:strike w:val="0"/>
          <w:sz w:val="16"/>
          <w:u w:val="none"/>
        </w:rPr>
        <w:t>in NATO’s military operations from the mid-1960s until 2009.</w:t>
      </w:r>
      <w:r>
        <w:rPr>
          <w:b w:val="0"/>
          <w:i w:val="0"/>
          <w:smallCaps w:val="0"/>
          <w:strike w:val="0"/>
          <w:sz w:val="16"/>
          <w:u w:val="none"/>
        </w:rPr>
        <w:t xml:space="preserve"> </w:t>
      </w:r>
      <w:r>
        <w:rPr>
          <w:b w:val="0"/>
          <w:i w:val="0"/>
          <w:smallCaps w:val="0"/>
          <w:strike w:val="0"/>
          <w:sz w:val="16"/>
          <w:u w:val="none"/>
        </w:rPr>
        <w:t>A difficult relationship to unbreak</w:t>
      </w:r>
      <w:r>
        <w:rPr>
          <w:b w:val="0"/>
          <w:i w:val="0"/>
          <w:smallCaps w:val="0"/>
          <w:strike w:val="0"/>
          <w:sz w:val="16"/>
          <w:u w:val="none"/>
        </w:rPr>
        <w:t xml:space="preserve"> </w:t>
      </w:r>
      <w:r>
        <w:rPr>
          <w:b w:val="0"/>
          <w:i w:val="0"/>
          <w:smallCaps w:val="0"/>
          <w:strike w:val="0"/>
          <w:sz w:val="22"/>
          <w:u w:val="single"/>
        </w:rPr>
        <w:t xml:space="preserve">If </w:t>
      </w:r>
      <w:r>
        <w:rPr>
          <w:b w:val="0"/>
          <w:i w:val="0"/>
          <w:smallCaps w:val="0"/>
          <w:strike w:val="0"/>
          <w:sz w:val="22"/>
          <w:highlight w:val="cyan"/>
          <w:u w:val="single"/>
        </w:rPr>
        <w:t>Trump</w:t>
      </w:r>
      <w:r>
        <w:rPr>
          <w:b w:val="0"/>
          <w:i w:val="0"/>
          <w:smallCaps w:val="0"/>
          <w:strike w:val="0"/>
          <w:sz w:val="22"/>
          <w:u w:val="single"/>
        </w:rPr>
        <w:t xml:space="preserve"> is reelected and chooses</w:t>
      </w:r>
      <w:r>
        <w:rPr>
          <w:b w:val="0"/>
          <w:i w:val="0"/>
          <w:smallCaps w:val="0"/>
          <w:strike w:val="0"/>
          <w:sz w:val="22"/>
          <w:u w:val="single"/>
        </w:rPr>
        <w:t xml:space="preserve"> </w:t>
      </w:r>
      <w:r>
        <w:rPr>
          <w:b w:val="0"/>
          <w:i w:val="0"/>
          <w:smallCaps w:val="0"/>
          <w:strike w:val="0"/>
          <w:sz w:val="22"/>
          <w:u w:val="single"/>
        </w:rPr>
        <w:t xml:space="preserve">to </w:t>
      </w:r>
      <w:r>
        <w:rPr>
          <w:b w:val="0"/>
          <w:i w:val="0"/>
          <w:smallCaps w:val="0"/>
          <w:strike w:val="0"/>
          <w:sz w:val="22"/>
          <w:highlight w:val="cyan"/>
          <w:u w:val="single"/>
        </w:rPr>
        <w:t>hollow out NATO</w:t>
      </w:r>
      <w:r>
        <w:rPr>
          <w:b w:val="0"/>
          <w:i w:val="0"/>
          <w:smallCaps w:val="0"/>
          <w:strike w:val="0"/>
          <w:sz w:val="22"/>
          <w:u w:val="single"/>
        </w:rPr>
        <w:t xml:space="preserve"> or make </w:t>
      </w:r>
      <w:r>
        <w:rPr>
          <w:b w:val="0"/>
          <w:i w:val="0"/>
          <w:smallCaps w:val="0"/>
          <w:strike w:val="0"/>
          <w:sz w:val="22"/>
          <w:u w:val="single"/>
        </w:rPr>
        <w:t xml:space="preserve">US participation dormant, it would </w:t>
      </w:r>
      <w:r>
        <w:rPr>
          <w:b/>
          <w:i w:val="0"/>
          <w:smallCaps w:val="0"/>
          <w:strike w:val="0"/>
          <w:sz w:val="22"/>
          <w:highlight w:val="cyan"/>
          <w:u w:val="single"/>
        </w:rPr>
        <w:t xml:space="preserve">sever ties </w:t>
      </w:r>
      <w:r>
        <w:rPr>
          <w:b/>
          <w:i w:val="0"/>
          <w:smallCaps w:val="0"/>
          <w:strike w:val="0"/>
          <w:sz w:val="22"/>
          <w:u w:val="single"/>
        </w:rPr>
        <w:t xml:space="preserve">that </w:t>
      </w:r>
      <w:r>
        <w:rPr>
          <w:b/>
          <w:i w:val="0"/>
          <w:smallCaps w:val="0"/>
          <w:strike w:val="0"/>
          <w:sz w:val="22"/>
          <w:highlight w:val="cyan"/>
          <w:u w:val="single"/>
        </w:rPr>
        <w:t>future presidents</w:t>
      </w:r>
      <w:r>
        <w:rPr>
          <w:b/>
          <w:i w:val="0"/>
          <w:smallCaps w:val="0"/>
          <w:strike w:val="0"/>
          <w:sz w:val="22"/>
          <w:u w:val="single"/>
        </w:rPr>
        <w:t xml:space="preserve"> might </w:t>
      </w:r>
      <w:r>
        <w:rPr>
          <w:b/>
          <w:i w:val="0"/>
          <w:smallCaps w:val="0"/>
          <w:strike w:val="0"/>
          <w:sz w:val="22"/>
          <w:highlight w:val="cyan"/>
          <w:u w:val="single"/>
        </w:rPr>
        <w:t>have</w:t>
      </w:r>
      <w:r>
        <w:rPr>
          <w:b w:val="0"/>
          <w:i w:val="0"/>
          <w:smallCaps w:val="0"/>
          <w:strike w:val="0"/>
          <w:sz w:val="22"/>
          <w:highlight w:val="cyan"/>
          <w:u w:val="single"/>
        </w:rPr>
        <w:t xml:space="preserve"> trouble repairing</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“It’s just like any relationship,” said Bergmann of the likelihood of permanent damage if Trump were to materially alter the NATO alliance. “This would be seen as the US basically having a massive affair and like cheating on Europe. Could the marriage be restored? Well, potentially. But it would require, I think, a lot of effort on the part of future administrations.”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