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No War Checks – Trump can veto even if opposition is </w:t>
      </w:r>
      <w:r>
        <w:rPr>
          <w:b/>
          <w:i w:val="0"/>
          <w:smallCaps w:val="0"/>
          <w:strike w:val="0"/>
          <w:sz w:val="26"/>
          <w:u w:val="single"/>
        </w:rPr>
        <w:t>bipartisan</w:t>
      </w:r>
    </w:p>
    <w:p>
      <w:pPr>
        <w:spacing w:after="80"/>
      </w:pPr>
      <w:r>
        <w:rPr>
          <w:b/>
          <w:i w:val="0"/>
          <w:smallCaps w:val="0"/>
          <w:strike w:val="0"/>
          <w:sz w:val="26"/>
          <w:u w:val="none"/>
        </w:rPr>
        <w:t>Foran</w:t>
      </w:r>
      <w:r>
        <w:rPr>
          <w:b/>
          <w:i w:val="0"/>
          <w:smallCaps w:val="0"/>
          <w:strike w:val="0"/>
          <w:sz w:val="26"/>
          <w:u w:val="none"/>
        </w:rPr>
        <w:t xml:space="preserve"> and Barrett 20</w:t>
      </w:r>
    </w:p>
    <w:p>
      <w:pPr>
        <w:spacing w:after="60"/>
      </w:pPr>
      <w:r>
        <w:rPr>
          <w:b w:val="0"/>
          <w:i w:val="0"/>
          <w:smallCaps w:val="0"/>
          <w:strike w:val="0"/>
          <w:sz w:val="16"/>
          <w:u w:val="none"/>
        </w:rPr>
        <w:t>[(Clare and Ted, Congressional reporters and producers for CNN Politics.) “Senate fails to override Trump veto of Iran War Powers resolution.”, CNN, 5-7-20, https://www.cnn.com/2020/05/07/politics/senate-iran-war-powers-resolution/index.html]//LR</w:t>
      </w:r>
    </w:p>
    <w:p>
      <w:pPr>
        <w:spacing w:after="60"/>
      </w:pPr>
      <w:r>
        <w:rPr>
          <w:b w:val="0"/>
          <w:i w:val="0"/>
          <w:smallCaps w:val="0"/>
          <w:strike w:val="0"/>
          <w:color w:val="000000"/>
          <w:sz w:val="16"/>
          <w:u w:val="none"/>
        </w:rPr>
        <w:t xml:space="preserve">The Senate on Thursday </w:t>
      </w:r>
      <w:r>
        <w:rPr>
          <w:b/>
          <w:i w:val="0"/>
          <w:smallCaps w:val="0"/>
          <w:strike w:val="0"/>
          <w:sz w:val="22"/>
          <w:highlight w:val="cyan"/>
          <w:u w:val="single"/>
        </w:rPr>
        <w:t>failed to override</w:t>
      </w:r>
      <w:r>
        <w:rPr>
          <w:b/>
          <w:i w:val="0"/>
          <w:smallCaps w:val="0"/>
          <w:strike w:val="0"/>
          <w:sz w:val="22"/>
          <w:u w:val="single"/>
        </w:rPr>
        <w:t xml:space="preserve"> a presidential </w:t>
      </w:r>
      <w:r>
        <w:rPr>
          <w:b/>
          <w:i w:val="0"/>
          <w:smallCaps w:val="0"/>
          <w:strike w:val="0"/>
          <w:sz w:val="22"/>
          <w:highlight w:val="cyan"/>
          <w:u w:val="single"/>
        </w:rPr>
        <w:t>veto</w:t>
      </w:r>
      <w:r>
        <w:rPr>
          <w:b w:val="0"/>
          <w:i w:val="0"/>
          <w:smallCaps w:val="0"/>
          <w:strike w:val="0"/>
          <w:sz w:val="22"/>
          <w:highlight w:val="cyan"/>
          <w:u w:val="single"/>
        </w:rPr>
        <w:t xml:space="preserve"> o</w:t>
      </w:r>
      <w:r>
        <w:rPr>
          <w:b w:val="0"/>
          <w:i w:val="0"/>
          <w:smallCaps w:val="0"/>
          <w:strike w:val="0"/>
          <w:sz w:val="22"/>
          <w:u w:val="single"/>
        </w:rPr>
        <w:t xml:space="preserve">f a War Powers </w:t>
      </w:r>
      <w:r>
        <w:rPr>
          <w:b w:val="0"/>
          <w:i w:val="0"/>
          <w:smallCaps w:val="0"/>
          <w:strike w:val="0"/>
          <w:sz w:val="22"/>
          <w:highlight w:val="cyan"/>
          <w:u w:val="single"/>
        </w:rPr>
        <w:t>resolution</w:t>
      </w:r>
      <w:r>
        <w:rPr>
          <w:b w:val="0"/>
          <w:i w:val="0"/>
          <w:smallCaps w:val="0"/>
          <w:strike w:val="0"/>
          <w:sz w:val="22"/>
          <w:u w:val="single"/>
        </w:rPr>
        <w:t xml:space="preserve"> intended </w:t>
      </w:r>
      <w:r>
        <w:rPr>
          <w:b w:val="0"/>
          <w:i w:val="0"/>
          <w:smallCaps w:val="0"/>
          <w:strike w:val="0"/>
          <w:sz w:val="22"/>
          <w:highlight w:val="cyan"/>
          <w:u w:val="single"/>
        </w:rPr>
        <w:t>to rein in</w:t>
      </w:r>
      <w:r>
        <w:rPr>
          <w:b w:val="0"/>
          <w:i w:val="0"/>
          <w:smallCaps w:val="0"/>
          <w:strike w:val="0"/>
          <w:sz w:val="22"/>
          <w:u w:val="single"/>
        </w:rPr>
        <w:t xml:space="preserve"> </w:t>
      </w:r>
      <w:r>
        <w:rPr>
          <w:b w:val="0"/>
          <w:i w:val="0"/>
          <w:smallCaps w:val="0"/>
          <w:strike w:val="0"/>
          <w:sz w:val="22"/>
          <w:highlight w:val="cyan"/>
          <w:u w:val="single"/>
        </w:rPr>
        <w:t>presidential authority to use military action</w:t>
      </w:r>
      <w:r>
        <w:rPr>
          <w:b w:val="0"/>
          <w:i w:val="0"/>
          <w:smallCaps w:val="0"/>
          <w:strike w:val="0"/>
          <w:sz w:val="22"/>
          <w:u w:val="single"/>
        </w:rPr>
        <w:t xml:space="preserve"> against Iran </w:t>
      </w:r>
      <w:r>
        <w:rPr>
          <w:b/>
          <w:i w:val="0"/>
          <w:smallCaps w:val="0"/>
          <w:strike w:val="0"/>
          <w:sz w:val="22"/>
          <w:highlight w:val="cyan"/>
          <w:u w:val="single"/>
        </w:rPr>
        <w:t>without congressional approval</w:t>
      </w:r>
      <w:r>
        <w:rPr>
          <w:b w:val="0"/>
          <w:i w:val="0"/>
          <w:smallCaps w:val="0"/>
          <w:strike w:val="0"/>
          <w:sz w:val="22"/>
          <w:u w:val="single"/>
        </w:rPr>
        <w:t xml:space="preserve">. </w:t>
      </w:r>
      <w:r>
        <w:rPr>
          <w:b w:val="0"/>
          <w:i w:val="0"/>
          <w:smallCaps w:val="0"/>
          <w:strike w:val="0"/>
          <w:color w:val="000000"/>
          <w:sz w:val="16"/>
          <w:u w:val="none"/>
        </w:rPr>
        <w:t xml:space="preserve">The vote was 49-44. A </w:t>
      </w:r>
      <w:r>
        <w:rPr>
          <w:b w:val="0"/>
          <w:i w:val="0"/>
          <w:smallCaps w:val="0"/>
          <w:strike w:val="0"/>
          <w:sz w:val="22"/>
          <w:highlight w:val="cyan"/>
          <w:u w:val="single"/>
        </w:rPr>
        <w:t xml:space="preserve">two-thirds </w:t>
      </w:r>
      <w:r>
        <w:rPr>
          <w:b w:val="0"/>
          <w:i w:val="0"/>
          <w:smallCaps w:val="0"/>
          <w:strike w:val="0"/>
          <w:sz w:val="22"/>
          <w:u w:val="single"/>
        </w:rPr>
        <w:t xml:space="preserve">majority would have been </w:t>
      </w:r>
      <w:r>
        <w:rPr>
          <w:b w:val="0"/>
          <w:i w:val="0"/>
          <w:smallCaps w:val="0"/>
          <w:strike w:val="0"/>
          <w:sz w:val="22"/>
          <w:highlight w:val="cyan"/>
          <w:u w:val="single"/>
        </w:rPr>
        <w:t>required</w:t>
      </w:r>
      <w:r>
        <w:rPr>
          <w:b w:val="0"/>
          <w:i w:val="0"/>
          <w:smallCaps w:val="0"/>
          <w:strike w:val="0"/>
          <w:sz w:val="22"/>
          <w:u w:val="single"/>
        </w:rPr>
        <w:t xml:space="preserve"> for a </w:t>
      </w:r>
      <w:r>
        <w:rPr>
          <w:b/>
          <w:i w:val="0"/>
          <w:smallCaps w:val="0"/>
          <w:strike w:val="0"/>
          <w:sz w:val="22"/>
          <w:u w:val="single"/>
        </w:rPr>
        <w:t>successful override</w:t>
      </w:r>
      <w:r>
        <w:rPr>
          <w:b w:val="0"/>
          <w:i w:val="0"/>
          <w:smallCaps w:val="0"/>
          <w:strike w:val="0"/>
          <w:sz w:val="22"/>
          <w:u w:val="single"/>
        </w:rPr>
        <w:t xml:space="preserve">, which was </w:t>
      </w:r>
      <w:r>
        <w:rPr>
          <w:b/>
          <w:i w:val="0"/>
          <w:smallCaps w:val="0"/>
          <w:strike w:val="0"/>
          <w:sz w:val="22"/>
          <w:highlight w:val="cyan"/>
          <w:u w:val="single"/>
        </w:rPr>
        <w:t>not expected</w:t>
      </w:r>
      <w:r>
        <w:rPr>
          <w:b/>
          <w:i w:val="0"/>
          <w:smallCaps w:val="0"/>
          <w:strike w:val="0"/>
          <w:sz w:val="22"/>
          <w:u w:val="single"/>
        </w:rPr>
        <w:t xml:space="preserve"> to happen</w:t>
      </w:r>
      <w:r>
        <w:rPr>
          <w:b w:val="0"/>
          <w:i w:val="0"/>
          <w:smallCaps w:val="0"/>
          <w:strike w:val="0"/>
          <w:sz w:val="22"/>
          <w:u w:val="single"/>
        </w:rPr>
        <w:t xml:space="preserve"> </w:t>
      </w:r>
      <w:r>
        <w:rPr>
          <w:b w:val="0"/>
          <w:i w:val="0"/>
          <w:smallCaps w:val="0"/>
          <w:strike w:val="0"/>
          <w:sz w:val="22"/>
          <w:highlight w:val="cyan"/>
          <w:u w:val="single"/>
        </w:rPr>
        <w:t>after</w:t>
      </w:r>
      <w:r>
        <w:rPr>
          <w:b w:val="0"/>
          <w:i w:val="0"/>
          <w:smallCaps w:val="0"/>
          <w:strike w:val="0"/>
          <w:sz w:val="22"/>
          <w:u w:val="single"/>
        </w:rPr>
        <w:t xml:space="preserve"> President Donald </w:t>
      </w:r>
      <w:r>
        <w:rPr>
          <w:b w:val="0"/>
          <w:i w:val="0"/>
          <w:smallCaps w:val="0"/>
          <w:strike w:val="0"/>
          <w:sz w:val="22"/>
          <w:highlight w:val="cyan"/>
          <w:u w:val="single"/>
        </w:rPr>
        <w:t xml:space="preserve">Trump </w:t>
      </w:r>
      <w:r>
        <w:rPr>
          <w:b w:val="0"/>
          <w:i w:val="0"/>
          <w:smallCaps w:val="0"/>
          <w:strike w:val="0"/>
          <w:sz w:val="22"/>
          <w:highlight w:val="cyan"/>
          <w:u w:val="single"/>
        </w:rPr>
        <w:t xml:space="preserve">vetoed </w:t>
      </w:r>
      <w:r>
        <w:rPr>
          <w:b w:val="0"/>
          <w:i w:val="0"/>
          <w:smallCaps w:val="0"/>
          <w:strike w:val="0"/>
          <w:sz w:val="22"/>
          <w:u w:val="single"/>
        </w:rPr>
        <w:t>the resolution</w:t>
      </w:r>
      <w:r>
        <w:rPr>
          <w:b w:val="0"/>
          <w:i w:val="0"/>
          <w:smallCaps w:val="0"/>
          <w:strike w:val="0"/>
          <w:color w:val="000000"/>
          <w:sz w:val="16"/>
          <w:u w:val="none"/>
        </w:rPr>
        <w:t xml:space="preserve"> on Wednesday. But the fact that the measure made it to the President’s desk with bipartisan support in the first place nevertheless represented a rare rebuke by his own party and stood as a show of support for congressional efforts to check the executive branch’s war-making powers. When the </w:t>
      </w:r>
      <w:r>
        <w:rPr>
          <w:b w:val="0"/>
          <w:i w:val="0"/>
          <w:smallCaps w:val="0"/>
          <w:strike w:val="0"/>
          <w:sz w:val="22"/>
          <w:u w:val="single"/>
        </w:rPr>
        <w:t xml:space="preserve">resolution </w:t>
      </w:r>
      <w:r>
        <w:rPr>
          <w:b w:val="0"/>
          <w:i w:val="0"/>
          <w:smallCaps w:val="0"/>
          <w:strike w:val="0"/>
          <w:sz w:val="22"/>
          <w:highlight w:val="cyan"/>
          <w:u w:val="single"/>
        </w:rPr>
        <w:t>passed</w:t>
      </w:r>
      <w:r>
        <w:rPr>
          <w:b w:val="0"/>
          <w:i w:val="0"/>
          <w:smallCaps w:val="0"/>
          <w:strike w:val="0"/>
          <w:sz w:val="22"/>
          <w:u w:val="single"/>
        </w:rPr>
        <w:t xml:space="preserve"> the </w:t>
      </w:r>
      <w:r>
        <w:rPr>
          <w:b w:val="0"/>
          <w:i w:val="0"/>
          <w:smallCaps w:val="0"/>
          <w:strike w:val="0"/>
          <w:sz w:val="22"/>
          <w:highlight w:val="cyan"/>
          <w:u w:val="single"/>
        </w:rPr>
        <w:t>Senate</w:t>
      </w:r>
      <w:r>
        <w:rPr>
          <w:b w:val="0"/>
          <w:i w:val="0"/>
          <w:smallCaps w:val="0"/>
          <w:strike w:val="0"/>
          <w:sz w:val="22"/>
          <w:u w:val="single"/>
        </w:rPr>
        <w:t xml:space="preserve"> in February, </w:t>
      </w:r>
      <w:r>
        <w:rPr>
          <w:b/>
          <w:i w:val="0"/>
          <w:smallCaps w:val="0"/>
          <w:strike w:val="0"/>
          <w:sz w:val="22"/>
          <w:highlight w:val="cyan"/>
          <w:u w:val="single"/>
        </w:rPr>
        <w:t>eight Republicans voted in favor</w:t>
      </w:r>
      <w:r>
        <w:rPr>
          <w:b w:val="0"/>
          <w:i w:val="0"/>
          <w:smallCaps w:val="0"/>
          <w:strike w:val="0"/>
          <w:sz w:val="22"/>
          <w:u w:val="single"/>
        </w:rPr>
        <w:t xml:space="preserve"> of it even as the President voiced opposition</w:t>
      </w:r>
      <w:r>
        <w:rPr>
          <w:b w:val="0"/>
          <w:i w:val="0"/>
          <w:smallCaps w:val="0"/>
          <w:strike w:val="0"/>
          <w:color w:val="000000"/>
          <w:sz w:val="16"/>
          <w:u w:val="none"/>
        </w:rPr>
        <w:t xml:space="preserve">. In March, the </w:t>
      </w:r>
      <w:r>
        <w:rPr>
          <w:b w:val="0"/>
          <w:i w:val="0"/>
          <w:smallCaps w:val="0"/>
          <w:strike w:val="0"/>
          <w:sz w:val="22"/>
          <w:u w:val="single"/>
        </w:rPr>
        <w:t xml:space="preserve">resolution </w:t>
      </w:r>
      <w:r>
        <w:rPr>
          <w:b w:val="0"/>
          <w:i w:val="0"/>
          <w:smallCaps w:val="0"/>
          <w:strike w:val="0"/>
          <w:sz w:val="22"/>
          <w:u w:val="single"/>
        </w:rPr>
        <w:t xml:space="preserve">passed the </w:t>
      </w:r>
      <w:r>
        <w:rPr>
          <w:b w:val="0"/>
          <w:i w:val="0"/>
          <w:smallCaps w:val="0"/>
          <w:strike w:val="0"/>
          <w:sz w:val="22"/>
          <w:highlight w:val="cyan"/>
          <w:u w:val="single"/>
        </w:rPr>
        <w:t>House</w:t>
      </w:r>
      <w:r>
        <w:rPr>
          <w:b w:val="0"/>
          <w:i w:val="0"/>
          <w:smallCaps w:val="0"/>
          <w:strike w:val="0"/>
          <w:sz w:val="22"/>
          <w:u w:val="single"/>
        </w:rPr>
        <w:t xml:space="preserve">, where a </w:t>
      </w:r>
      <w:r>
        <w:rPr>
          <w:b/>
          <w:i w:val="0"/>
          <w:smallCaps w:val="0"/>
          <w:strike w:val="0"/>
          <w:sz w:val="22"/>
          <w:highlight w:val="cyan"/>
          <w:u w:val="single"/>
        </w:rPr>
        <w:t>handful of Republicans joined</w:t>
      </w:r>
      <w:r>
        <w:rPr>
          <w:b/>
          <w:i w:val="0"/>
          <w:smallCaps w:val="0"/>
          <w:strike w:val="0"/>
          <w:sz w:val="22"/>
          <w:u w:val="single"/>
        </w:rPr>
        <w:t xml:space="preserve"> Democrats</w:t>
      </w:r>
      <w:r>
        <w:rPr>
          <w:b w:val="0"/>
          <w:i w:val="0"/>
          <w:smallCaps w:val="0"/>
          <w:strike w:val="0"/>
          <w:color w:val="000000"/>
          <w:sz w:val="16"/>
          <w:u w:val="none"/>
        </w:rPr>
        <w:t xml:space="preserve"> in supporting the resolution. The resolution was introduced by Democratic Sen. Tim Kaine of Virginia and was </w:t>
      </w:r>
      <w:r>
        <w:rPr>
          <w:b w:val="0"/>
          <w:i w:val="0"/>
          <w:smallCaps w:val="0"/>
          <w:strike w:val="0"/>
          <w:sz w:val="22"/>
          <w:highlight w:val="cyan"/>
          <w:u w:val="single"/>
        </w:rPr>
        <w:t>co-</w:t>
      </w:r>
      <w:r>
        <w:rPr>
          <w:b w:val="0"/>
          <w:i w:val="0"/>
          <w:smallCaps w:val="0"/>
          <w:strike w:val="0"/>
          <w:sz w:val="22"/>
          <w:highlight w:val="cyan"/>
          <w:u w:val="single"/>
        </w:rPr>
        <w:t>sposnored</w:t>
      </w:r>
      <w:r>
        <w:rPr>
          <w:b w:val="0"/>
          <w:i w:val="0"/>
          <w:smallCaps w:val="0"/>
          <w:strike w:val="0"/>
          <w:sz w:val="22"/>
          <w:highlight w:val="cyan"/>
          <w:u w:val="single"/>
        </w:rPr>
        <w:t xml:space="preserve"> by</w:t>
      </w:r>
      <w:r>
        <w:rPr>
          <w:b w:val="0"/>
          <w:i w:val="0"/>
          <w:smallCaps w:val="0"/>
          <w:strike w:val="0"/>
          <w:sz w:val="22"/>
          <w:u w:val="single"/>
        </w:rPr>
        <w:t xml:space="preserve"> several </w:t>
      </w:r>
      <w:r>
        <w:rPr>
          <w:b w:val="0"/>
          <w:i w:val="0"/>
          <w:smallCaps w:val="0"/>
          <w:strike w:val="0"/>
          <w:sz w:val="22"/>
          <w:highlight w:val="cyan"/>
          <w:u w:val="single"/>
        </w:rPr>
        <w:t>Republican</w:t>
      </w:r>
      <w:r>
        <w:rPr>
          <w:b w:val="0"/>
          <w:i w:val="0"/>
          <w:smallCaps w:val="0"/>
          <w:strike w:val="0"/>
          <w:sz w:val="22"/>
          <w:u w:val="single"/>
        </w:rPr>
        <w:t xml:space="preserve"> </w:t>
      </w:r>
      <w:r>
        <w:rPr>
          <w:b w:val="0"/>
          <w:i w:val="0"/>
          <w:smallCaps w:val="0"/>
          <w:strike w:val="0"/>
          <w:sz w:val="22"/>
          <w:highlight w:val="cyan"/>
          <w:u w:val="single"/>
        </w:rPr>
        <w:t>senators</w:t>
      </w:r>
      <w:r>
        <w:rPr>
          <w:b w:val="0"/>
          <w:i w:val="0"/>
          <w:smallCaps w:val="0"/>
          <w:strike w:val="0"/>
          <w:color w:val="000000"/>
          <w:sz w:val="16"/>
          <w:u w:val="none"/>
        </w:rPr>
        <w:t xml:space="preserve">, including Mike Lee of Utah and Rand Paul of Kentucky. Senate Majority Leader Mitch McConnell, however, spoke out against the War Powers Resolution saying this is no time to take pressure off the Iranian regime, which, he argued, is using its “scant resources to export violence” around the region and the world. In issuing a veto on Wednesday, </w:t>
      </w:r>
      <w:r>
        <w:rPr>
          <w:b w:val="0"/>
          <w:i w:val="0"/>
          <w:smallCaps w:val="0"/>
          <w:strike w:val="0"/>
          <w:sz w:val="22"/>
          <w:highlight w:val="cyan"/>
          <w:u w:val="single"/>
        </w:rPr>
        <w:t>Trump called it</w:t>
      </w:r>
      <w:r>
        <w:rPr>
          <w:b w:val="0"/>
          <w:i w:val="0"/>
          <w:smallCaps w:val="0"/>
          <w:strike w:val="0"/>
          <w:sz w:val="22"/>
          <w:u w:val="single"/>
        </w:rPr>
        <w:t xml:space="preserve"> a “very </w:t>
      </w:r>
      <w:r>
        <w:rPr>
          <w:b/>
          <w:i w:val="0"/>
          <w:smallCaps w:val="0"/>
          <w:strike w:val="0"/>
          <w:sz w:val="22"/>
          <w:highlight w:val="cyan"/>
          <w:u w:val="single"/>
        </w:rPr>
        <w:t>insulting</w:t>
      </w:r>
      <w:r>
        <w:rPr>
          <w:b w:val="0"/>
          <w:i w:val="0"/>
          <w:smallCaps w:val="0"/>
          <w:strike w:val="0"/>
          <w:sz w:val="22"/>
          <w:u w:val="single"/>
        </w:rPr>
        <w:t xml:space="preserve"> resolution” </w:t>
      </w:r>
      <w:r>
        <w:rPr>
          <w:b w:val="0"/>
          <w:i w:val="0"/>
          <w:smallCaps w:val="0"/>
          <w:strike w:val="0"/>
          <w:color w:val="000000"/>
          <w:sz w:val="16"/>
          <w:u w:val="none"/>
        </w:rPr>
        <w:t xml:space="preserve">and argued the measure was “based on misunderstandings of facts and law” in a statement. “This </w:t>
      </w:r>
      <w:r>
        <w:rPr>
          <w:b w:val="0"/>
          <w:i w:val="0"/>
          <w:smallCaps w:val="0"/>
          <w:strike w:val="0"/>
          <w:sz w:val="16"/>
          <w:u w:val="none"/>
        </w:rPr>
        <w:t>indefinite prohibition is unnecessary and dangerous</w:t>
      </w:r>
      <w:r>
        <w:rPr>
          <w:b w:val="0"/>
          <w:i w:val="0"/>
          <w:smallCaps w:val="0"/>
          <w:strike w:val="0"/>
          <w:color w:val="000000"/>
          <w:sz w:val="16"/>
          <w:u w:val="none"/>
        </w:rPr>
        <w:t xml:space="preserve">,” the White House said in a separate message to the Senate on Wednesday. Kaine said in a speech on Thursday that the bill was “not part of a strategy to hurt President Trump.” “I’ve advocated these same positions as have other members of this body under presidents who were both Democratic and Republican,” Kaine said, adding that “in no way was this partisan.” The </w:t>
      </w:r>
      <w:r>
        <w:rPr>
          <w:b w:val="0"/>
          <w:i w:val="0"/>
          <w:smallCaps w:val="0"/>
          <w:strike w:val="0"/>
          <w:sz w:val="22"/>
          <w:highlight w:val="cyan"/>
          <w:u w:val="single"/>
        </w:rPr>
        <w:t>resolution called</w:t>
      </w:r>
      <w:r>
        <w:rPr>
          <w:b w:val="0"/>
          <w:i w:val="0"/>
          <w:smallCaps w:val="0"/>
          <w:strike w:val="0"/>
          <w:sz w:val="22"/>
          <w:u w:val="single"/>
        </w:rPr>
        <w:t xml:space="preserve"> for “the President </w:t>
      </w:r>
      <w:r>
        <w:rPr>
          <w:b w:val="0"/>
          <w:i w:val="0"/>
          <w:smallCaps w:val="0"/>
          <w:strike w:val="0"/>
          <w:sz w:val="22"/>
          <w:highlight w:val="cyan"/>
          <w:u w:val="single"/>
        </w:rPr>
        <w:t>to terminate</w:t>
      </w:r>
      <w:r>
        <w:rPr>
          <w:b w:val="0"/>
          <w:i w:val="0"/>
          <w:smallCaps w:val="0"/>
          <w:strike w:val="0"/>
          <w:sz w:val="22"/>
          <w:u w:val="single"/>
        </w:rPr>
        <w:t xml:space="preserve"> the use of United States Armed </w:t>
      </w:r>
      <w:r>
        <w:rPr>
          <w:b w:val="0"/>
          <w:i w:val="0"/>
          <w:smallCaps w:val="0"/>
          <w:strike w:val="0"/>
          <w:sz w:val="22"/>
          <w:highlight w:val="cyan"/>
          <w:u w:val="single"/>
        </w:rPr>
        <w:t>Forces</w:t>
      </w:r>
      <w:r>
        <w:rPr>
          <w:b w:val="0"/>
          <w:i w:val="0"/>
          <w:smallCaps w:val="0"/>
          <w:strike w:val="0"/>
          <w:sz w:val="22"/>
          <w:u w:val="single"/>
        </w:rPr>
        <w:t xml:space="preserve"> for hostilities against the Islamic Republic of Iran or any part of its government or military, </w:t>
      </w:r>
      <w:r>
        <w:rPr>
          <w:b/>
          <w:i w:val="0"/>
          <w:smallCaps w:val="0"/>
          <w:strike w:val="0"/>
          <w:sz w:val="22"/>
          <w:highlight w:val="cyan"/>
          <w:u w:val="single"/>
        </w:rPr>
        <w:t>unless explicitly</w:t>
      </w:r>
      <w:r>
        <w:rPr>
          <w:b/>
          <w:i w:val="0"/>
          <w:smallCaps w:val="0"/>
          <w:strike w:val="0"/>
          <w:sz w:val="22"/>
          <w:u w:val="single"/>
        </w:rPr>
        <w:t xml:space="preserve"> </w:t>
      </w:r>
      <w:r>
        <w:rPr>
          <w:b/>
          <w:i w:val="0"/>
          <w:smallCaps w:val="0"/>
          <w:strike w:val="0"/>
          <w:sz w:val="22"/>
          <w:highlight w:val="cyan"/>
          <w:u w:val="single"/>
        </w:rPr>
        <w:t>authorized by a declaration of war</w:t>
      </w:r>
      <w:r>
        <w:rPr>
          <w:b w:val="0"/>
          <w:i w:val="0"/>
          <w:smallCaps w:val="0"/>
          <w:strike w:val="0"/>
          <w:sz w:val="22"/>
          <w:u w:val="single"/>
        </w:rPr>
        <w:t xml:space="preserve"> or specific authorization for use of military force against Iran.”</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