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Republicans can’t reverse climate policy. </w:t>
      </w:r>
    </w:p>
    <w:p>
      <w:pPr>
        <w:spacing w:after="80"/>
      </w:pPr>
      <w:r>
        <w:rPr>
          <w:b/>
          <w:i w:val="0"/>
          <w:smallCaps w:val="0"/>
          <w:strike w:val="0"/>
          <w:sz w:val="26"/>
          <w:u w:val="none"/>
        </w:rPr>
        <w:t>Worland</w:t>
      </w:r>
      <w:r>
        <w:rPr>
          <w:b w:val="0"/>
          <w:i w:val="0"/>
          <w:smallCaps w:val="0"/>
          <w:strike w:val="0"/>
          <w:u w:val="none"/>
        </w:rPr>
        <w:t xml:space="preserve"> ‘20</w:t>
      </w:r>
      <w:r>
        <w:rPr>
          <w:b/>
          <w:i w:val="0"/>
          <w:smallCaps w:val="0"/>
          <w:strike w:val="0"/>
          <w:sz w:val="26"/>
          <w:u w:val="none"/>
        </w:rPr>
        <w:t>23</w:t>
      </w:r>
      <w:r>
        <w:rPr>
          <w:b w:val="0"/>
          <w:i w:val="0"/>
          <w:smallCaps w:val="0"/>
          <w:strike w:val="0"/>
          <w:u w:val="none"/>
        </w:rPr>
        <w:t xml:space="preserve"> [Justin; September 7; Senior Correspondent at TIME, received Covering Climate Now’s inaugural Climate Journalist of the Year award; TIME, “Can Climate Policy Survive a Future GOP Administration?”, </w:t>
      </w:r>
      <w:r>
        <w:rPr>
          <w:b w:val="0"/>
          <w:i w:val="0"/>
          <w:smallCaps w:val="0"/>
          <w:strike w:val="0"/>
          <w:u w:val="none"/>
        </w:rPr>
        <w:t>] //</w:t>
      </w:r>
      <w:r>
        <w:rPr>
          <w:b w:val="0"/>
          <w:i w:val="0"/>
          <w:smallCaps w:val="0"/>
          <w:strike w:val="0"/>
          <w:u w:val="none"/>
        </w:rPr>
        <w:t>kcho</w:t>
      </w:r>
    </w:p>
    <w:p>
      <w:pPr>
        <w:spacing w:after="60"/>
      </w:pPr>
      <w:r>
        <w:rPr>
          <w:b w:val="0"/>
          <w:i w:val="0"/>
          <w:smallCaps w:val="0"/>
          <w:strike w:val="0"/>
          <w:sz w:val="16"/>
          <w:u w:val="none"/>
        </w:rPr>
        <w:t xml:space="preserve">In the year </w:t>
      </w:r>
      <w:r>
        <w:rPr>
          <w:b w:val="0"/>
          <w:i w:val="0"/>
          <w:smallCaps w:val="0"/>
          <w:strike w:val="0"/>
          <w:sz w:val="22"/>
          <w:u w:val="single"/>
        </w:rPr>
        <w:t>since the</w:t>
      </w:r>
      <w:r>
        <w:rPr>
          <w:b w:val="0"/>
          <w:i w:val="0"/>
          <w:smallCaps w:val="0"/>
          <w:strike w:val="0"/>
          <w:sz w:val="16"/>
          <w:u w:val="none"/>
        </w:rPr>
        <w:t xml:space="preserve"> Inflation Reduction Act (</w:t>
      </w:r>
      <w:r>
        <w:rPr>
          <w:b w:val="0"/>
          <w:i w:val="0"/>
          <w:smallCaps w:val="0"/>
          <w:strike w:val="0"/>
          <w:sz w:val="22"/>
          <w:highlight w:val="cyan"/>
          <w:u w:val="single"/>
        </w:rPr>
        <w:t>IRA</w:t>
      </w:r>
      <w:r>
        <w:rPr>
          <w:b w:val="0"/>
          <w:i w:val="0"/>
          <w:smallCaps w:val="0"/>
          <w:strike w:val="0"/>
          <w:sz w:val="22"/>
          <w:u w:val="single"/>
        </w:rPr>
        <w:t>) became law</w:t>
      </w:r>
      <w:r>
        <w:rPr>
          <w:b w:val="0"/>
          <w:i w:val="0"/>
          <w:smallCaps w:val="0"/>
          <w:strike w:val="0"/>
          <w:sz w:val="16"/>
          <w:u w:val="none"/>
        </w:rPr>
        <w:t xml:space="preserve">, I’ve heard versions of </w:t>
      </w:r>
      <w:r>
        <w:rPr>
          <w:b w:val="0"/>
          <w:i w:val="0"/>
          <w:smallCaps w:val="0"/>
          <w:strike w:val="0"/>
          <w:sz w:val="22"/>
          <w:u w:val="single"/>
        </w:rPr>
        <w:t>the same question keep coming up</w:t>
      </w:r>
      <w:r>
        <w:rPr>
          <w:b w:val="0"/>
          <w:i w:val="0"/>
          <w:smallCaps w:val="0"/>
          <w:strike w:val="0"/>
          <w:sz w:val="16"/>
          <w:u w:val="none"/>
        </w:rPr>
        <w:t xml:space="preserve"> on the road from people interested in taking advantage of the law’s programs: </w:t>
      </w:r>
      <w:r>
        <w:rPr>
          <w:b w:val="0"/>
          <w:i w:val="0"/>
          <w:smallCaps w:val="0"/>
          <w:strike w:val="0"/>
          <w:sz w:val="22"/>
          <w:u w:val="single"/>
        </w:rPr>
        <w:t>will the incentives last if Republicans take over?</w:t>
      </w:r>
    </w:p>
    <w:p>
      <w:pPr>
        <w:spacing w:after="60"/>
      </w:pPr>
      <w:r>
        <w:rPr>
          <w:b w:val="0"/>
          <w:i w:val="0"/>
          <w:smallCaps w:val="0"/>
          <w:strike w:val="0"/>
          <w:sz w:val="16"/>
          <w:u w:val="none"/>
        </w:rPr>
        <w:t xml:space="preserve">It’s a good question. </w:t>
      </w:r>
      <w:r>
        <w:rPr>
          <w:b w:val="0"/>
          <w:i w:val="0"/>
          <w:smallCaps w:val="0"/>
          <w:strike w:val="0"/>
          <w:sz w:val="22"/>
          <w:u w:val="single"/>
        </w:rPr>
        <w:t xml:space="preserve">The law </w:t>
      </w:r>
      <w:r>
        <w:rPr>
          <w:b w:val="0"/>
          <w:i w:val="0"/>
          <w:smallCaps w:val="0"/>
          <w:strike w:val="0"/>
          <w:sz w:val="22"/>
          <w:highlight w:val="cyan"/>
          <w:u w:val="single"/>
        </w:rPr>
        <w:t>received zero Republican support in Congress</w:t>
      </w:r>
      <w:r>
        <w:rPr>
          <w:b w:val="0"/>
          <w:i w:val="0"/>
          <w:smallCaps w:val="0"/>
          <w:strike w:val="0"/>
          <w:sz w:val="22"/>
          <w:u w:val="single"/>
        </w:rPr>
        <w:t>, and, in the past, Republicans have made overturning influential Democratic policies a centerpiece of their agenda</w:t>
      </w:r>
      <w:r>
        <w:rPr>
          <w:b w:val="0"/>
          <w:i w:val="0"/>
          <w:smallCaps w:val="0"/>
          <w:strike w:val="0"/>
          <w:sz w:val="16"/>
          <w:u w:val="none"/>
        </w:rPr>
        <w:t>, a trend underscored at last week’s Republican presidential debate where leading GOP presidential candidates trashed the Biden Administration’s climate agenda. Entrepreneur-turned-politician Vivek Ramaswamy called the climate agenda the “wet blanket on our economy” and promised a “war” on “toxic regulations.” Former UN Ambassador Nikki Haley said clean technology subsidies just help China. Trump, who wasn’t on stage, made undoing climate rules a priority his first four years in office—and there’s no reason to think his perspective on this issue has changed.</w:t>
      </w:r>
    </w:p>
    <w:p>
      <w:pPr>
        <w:spacing w:after="60"/>
      </w:pPr>
      <w:r>
        <w:rPr>
          <w:b w:val="0"/>
          <w:i w:val="0"/>
          <w:smallCaps w:val="0"/>
          <w:strike w:val="0"/>
          <w:sz w:val="16"/>
          <w:u w:val="none"/>
        </w:rPr>
        <w:t xml:space="preserve">But, </w:t>
      </w:r>
      <w:r>
        <w:rPr>
          <w:b w:val="0"/>
          <w:i w:val="0"/>
          <w:smallCaps w:val="0"/>
          <w:strike w:val="0"/>
          <w:sz w:val="22"/>
          <w:highlight w:val="cyan"/>
          <w:u w:val="single"/>
        </w:rPr>
        <w:t>despite</w:t>
      </w:r>
      <w:r>
        <w:rPr>
          <w:b w:val="0"/>
          <w:i w:val="0"/>
          <w:smallCaps w:val="0"/>
          <w:strike w:val="0"/>
          <w:sz w:val="22"/>
          <w:u w:val="single"/>
        </w:rPr>
        <w:t xml:space="preserve"> that </w:t>
      </w:r>
      <w:r>
        <w:rPr>
          <w:b w:val="0"/>
          <w:i w:val="0"/>
          <w:smallCaps w:val="0"/>
          <w:strike w:val="0"/>
          <w:sz w:val="22"/>
          <w:highlight w:val="cyan"/>
          <w:u w:val="single"/>
        </w:rPr>
        <w:t>fervent opposition</w:t>
      </w:r>
      <w:r>
        <w:rPr>
          <w:b w:val="0"/>
          <w:i w:val="0"/>
          <w:smallCaps w:val="0"/>
          <w:strike w:val="0"/>
          <w:sz w:val="22"/>
          <w:u w:val="single"/>
        </w:rPr>
        <w:t xml:space="preserve">, </w:t>
      </w:r>
      <w:r>
        <w:rPr>
          <w:b w:val="0"/>
          <w:i w:val="0"/>
          <w:smallCaps w:val="0"/>
          <w:strike w:val="0"/>
          <w:sz w:val="22"/>
          <w:highlight w:val="cyan"/>
          <w:u w:val="single"/>
        </w:rPr>
        <w:t>the path to</w:t>
      </w:r>
      <w:r>
        <w:rPr>
          <w:b w:val="0"/>
          <w:i w:val="0"/>
          <w:smallCaps w:val="0"/>
          <w:strike w:val="0"/>
          <w:sz w:val="22"/>
          <w:u w:val="single"/>
        </w:rPr>
        <w:t xml:space="preserve"> </w:t>
      </w:r>
      <w:r>
        <w:rPr>
          <w:b w:val="0"/>
          <w:i w:val="0"/>
          <w:smallCaps w:val="0"/>
          <w:strike w:val="0"/>
          <w:sz w:val="22"/>
          <w:u w:val="single"/>
        </w:rPr>
        <w:t>actually wholly</w:t>
      </w:r>
      <w:r>
        <w:rPr>
          <w:b w:val="0"/>
          <w:i w:val="0"/>
          <w:smallCaps w:val="0"/>
          <w:strike w:val="0"/>
          <w:sz w:val="22"/>
          <w:u w:val="single"/>
        </w:rPr>
        <w:t xml:space="preserve"> </w:t>
      </w:r>
      <w:r>
        <w:rPr>
          <w:b w:val="0"/>
          <w:i w:val="0"/>
          <w:smallCaps w:val="0"/>
          <w:strike w:val="0"/>
          <w:sz w:val="22"/>
          <w:highlight w:val="cyan"/>
          <w:u w:val="single"/>
        </w:rPr>
        <w:t>undo Biden’s climate agenda would be challenging</w:t>
      </w:r>
      <w:r>
        <w:rPr>
          <w:b w:val="0"/>
          <w:i w:val="0"/>
          <w:smallCaps w:val="0"/>
          <w:strike w:val="0"/>
          <w:sz w:val="22"/>
          <w:u w:val="single"/>
        </w:rPr>
        <w:t>.</w:t>
      </w:r>
      <w:r>
        <w:rPr>
          <w:b w:val="0"/>
          <w:i w:val="0"/>
          <w:smallCaps w:val="0"/>
          <w:strike w:val="0"/>
          <w:sz w:val="16"/>
          <w:u w:val="none"/>
        </w:rPr>
        <w:t xml:space="preserve"> That’s in part because </w:t>
      </w:r>
      <w:r>
        <w:rPr>
          <w:b w:val="0"/>
          <w:i w:val="0"/>
          <w:smallCaps w:val="0"/>
          <w:strike w:val="0"/>
          <w:sz w:val="22"/>
          <w:u w:val="single"/>
        </w:rPr>
        <w:t xml:space="preserve">the policymaking process doesn't make it easy </w:t>
      </w:r>
      <w:r>
        <w:rPr>
          <w:b w:val="0"/>
          <w:i w:val="0"/>
          <w:smallCaps w:val="0"/>
          <w:strike w:val="0"/>
          <w:sz w:val="22"/>
          <w:u w:val="single"/>
        </w:rPr>
        <w:t>and also</w:t>
      </w:r>
      <w:r>
        <w:rPr>
          <w:b w:val="0"/>
          <w:i w:val="0"/>
          <w:smallCaps w:val="0"/>
          <w:strike w:val="0"/>
          <w:sz w:val="22"/>
          <w:u w:val="single"/>
        </w:rPr>
        <w:t xml:space="preserve"> because the policies themselves don’t have a large political constituency opposing them</w:t>
      </w:r>
      <w:r>
        <w:rPr>
          <w:b w:val="0"/>
          <w:i w:val="0"/>
          <w:smallCaps w:val="0"/>
          <w:strike w:val="0"/>
          <w:sz w:val="16"/>
          <w:u w:val="none"/>
        </w:rPr>
        <w:t xml:space="preserve">. There is no way, of course, to guarantee anything in the </w:t>
      </w:r>
      <w:r>
        <w:rPr>
          <w:b w:val="0"/>
          <w:i w:val="0"/>
          <w:smallCaps w:val="0"/>
          <w:strike w:val="0"/>
          <w:sz w:val="16"/>
          <w:u w:val="none"/>
        </w:rPr>
        <w:t>tumultus</w:t>
      </w:r>
      <w:r>
        <w:rPr>
          <w:b w:val="0"/>
          <w:i w:val="0"/>
          <w:smallCaps w:val="0"/>
          <w:strike w:val="0"/>
          <w:sz w:val="16"/>
          <w:u w:val="none"/>
        </w:rPr>
        <w:t xml:space="preserve"> world of U.S. politics, but right now the smart money is betting that </w:t>
      </w:r>
      <w:r>
        <w:rPr>
          <w:b/>
          <w:i w:val="0"/>
          <w:smallCaps w:val="0"/>
          <w:strike w:val="0"/>
          <w:sz w:val="22"/>
          <w:u w:val="single"/>
        </w:rPr>
        <w:t>climate policy is here to stay.</w:t>
      </w:r>
    </w:p>
    <w:p>
      <w:pPr>
        <w:spacing w:after="60"/>
      </w:pPr>
      <w:r>
        <w:rPr>
          <w:b w:val="0"/>
          <w:i w:val="0"/>
          <w:smallCaps w:val="0"/>
          <w:strike w:val="0"/>
          <w:sz w:val="16"/>
          <w:u w:val="none"/>
        </w:rPr>
        <w:t xml:space="preserve">At the center of the picture is a simple civics reminder. Passing laws in the U.S. is </w:t>
      </w:r>
      <w:r>
        <w:rPr>
          <w:b w:val="0"/>
          <w:i w:val="0"/>
          <w:smallCaps w:val="0"/>
          <w:strike w:val="0"/>
          <w:sz w:val="16"/>
          <w:u w:val="none"/>
        </w:rPr>
        <w:t>hard—reversing</w:t>
      </w:r>
      <w:r>
        <w:rPr>
          <w:b w:val="0"/>
          <w:i w:val="0"/>
          <w:smallCaps w:val="0"/>
          <w:strike w:val="0"/>
          <w:sz w:val="16"/>
          <w:u w:val="none"/>
        </w:rPr>
        <w:t xml:space="preserve"> them can be even harder. </w:t>
      </w:r>
      <w:r>
        <w:rPr>
          <w:b w:val="0"/>
          <w:i w:val="0"/>
          <w:smallCaps w:val="0"/>
          <w:strike w:val="0"/>
          <w:sz w:val="22"/>
          <w:u w:val="single"/>
        </w:rPr>
        <w:t>To undo the IRA, a</w:t>
      </w:r>
      <w:r>
        <w:rPr>
          <w:b w:val="0"/>
          <w:i w:val="0"/>
          <w:smallCaps w:val="0"/>
          <w:strike w:val="0"/>
          <w:sz w:val="22"/>
          <w:u w:val="single"/>
        </w:rPr>
        <w:t xml:space="preserve"> future Republican president would need to pass a new law through Congress,</w:t>
      </w:r>
      <w:r>
        <w:rPr>
          <w:b w:val="0"/>
          <w:i w:val="0"/>
          <w:smallCaps w:val="0"/>
          <w:strike w:val="0"/>
          <w:sz w:val="16"/>
          <w:u w:val="none"/>
        </w:rPr>
        <w:t xml:space="preserve"> presumably </w:t>
      </w:r>
      <w:r>
        <w:rPr>
          <w:b w:val="0"/>
          <w:i w:val="0"/>
          <w:smallCaps w:val="0"/>
          <w:strike w:val="0"/>
          <w:sz w:val="22"/>
          <w:u w:val="single"/>
        </w:rPr>
        <w:t>requiring GOP control of both the House and Senate</w:t>
      </w:r>
      <w:r>
        <w:rPr>
          <w:b w:val="0"/>
          <w:i w:val="0"/>
          <w:smallCaps w:val="0"/>
          <w:strike w:val="0"/>
          <w:sz w:val="16"/>
          <w:u w:val="none"/>
        </w:rPr>
        <w:t xml:space="preserve">. And, </w:t>
      </w:r>
      <w:r>
        <w:rPr>
          <w:b w:val="0"/>
          <w:i w:val="0"/>
          <w:smallCaps w:val="0"/>
          <w:strike w:val="0"/>
          <w:sz w:val="22"/>
          <w:highlight w:val="cyan"/>
          <w:u w:val="single"/>
        </w:rPr>
        <w:t>even if Republicans controlled the federal government</w:t>
      </w:r>
      <w:r>
        <w:rPr>
          <w:b w:val="0"/>
          <w:i w:val="0"/>
          <w:smallCaps w:val="0"/>
          <w:strike w:val="0"/>
          <w:sz w:val="22"/>
          <w:u w:val="single"/>
        </w:rPr>
        <w:t xml:space="preserve">, </w:t>
      </w:r>
      <w:r>
        <w:rPr>
          <w:b w:val="0"/>
          <w:i w:val="0"/>
          <w:smallCaps w:val="0"/>
          <w:strike w:val="0"/>
          <w:sz w:val="22"/>
          <w:highlight w:val="cyan"/>
          <w:u w:val="single"/>
        </w:rPr>
        <w:t>many</w:t>
      </w:r>
      <w:r>
        <w:rPr>
          <w:b w:val="0"/>
          <w:i w:val="0"/>
          <w:smallCaps w:val="0"/>
          <w:strike w:val="0"/>
          <w:sz w:val="22"/>
          <w:u w:val="single"/>
        </w:rPr>
        <w:t xml:space="preserve"> in the party might </w:t>
      </w:r>
      <w:r>
        <w:rPr>
          <w:b w:val="0"/>
          <w:i w:val="0"/>
          <w:smallCaps w:val="0"/>
          <w:strike w:val="0"/>
          <w:sz w:val="22"/>
          <w:highlight w:val="cyan"/>
          <w:u w:val="single"/>
        </w:rPr>
        <w:t xml:space="preserve">judge that reversing the law is </w:t>
      </w:r>
      <w:r>
        <w:rPr>
          <w:b/>
          <w:i w:val="0"/>
          <w:smallCaps w:val="0"/>
          <w:strike w:val="0"/>
          <w:sz w:val="22"/>
          <w:highlight w:val="cyan"/>
          <w:u w:val="single"/>
        </w:rPr>
        <w:t>too</w:t>
      </w:r>
      <w:r>
        <w:rPr>
          <w:b/>
          <w:i w:val="0"/>
          <w:smallCaps w:val="0"/>
          <w:strike w:val="0"/>
          <w:sz w:val="22"/>
          <w:u w:val="single"/>
        </w:rPr>
        <w:t xml:space="preserve"> </w:t>
      </w:r>
      <w:r>
        <w:rPr>
          <w:b/>
          <w:i w:val="0"/>
          <w:smallCaps w:val="0"/>
          <w:strike w:val="0"/>
          <w:sz w:val="22"/>
          <w:highlight w:val="cyan"/>
          <w:u w:val="single"/>
        </w:rPr>
        <w:t>politically risky</w:t>
      </w:r>
      <w:r>
        <w:rPr>
          <w:b w:val="0"/>
          <w:i w:val="0"/>
          <w:smallCaps w:val="0"/>
          <w:strike w:val="0"/>
          <w:sz w:val="22"/>
          <w:highlight w:val="cyan"/>
          <w:u w:val="single"/>
        </w:rPr>
        <w:t>. Companies have already invested hundreds of billions</w:t>
      </w:r>
      <w:r>
        <w:rPr>
          <w:b w:val="0"/>
          <w:i w:val="0"/>
          <w:smallCaps w:val="0"/>
          <w:strike w:val="0"/>
          <w:sz w:val="22"/>
          <w:u w:val="single"/>
        </w:rPr>
        <w:t xml:space="preserve"> of dollars</w:t>
      </w:r>
      <w:r>
        <w:rPr>
          <w:b w:val="0"/>
          <w:i w:val="0"/>
          <w:smallCaps w:val="0"/>
          <w:strike w:val="0"/>
          <w:sz w:val="16"/>
          <w:u w:val="none"/>
        </w:rPr>
        <w:t>—</w:t>
      </w:r>
      <w:r>
        <w:rPr>
          <w:b w:val="0"/>
          <w:i w:val="0"/>
          <w:smallCaps w:val="0"/>
          <w:strike w:val="0"/>
          <w:sz w:val="22"/>
          <w:highlight w:val="cyan"/>
          <w:u w:val="single"/>
        </w:rPr>
        <w:t>including in right-leaning communities</w:t>
      </w:r>
      <w:r>
        <w:rPr>
          <w:b w:val="0"/>
          <w:i w:val="0"/>
          <w:smallCaps w:val="0"/>
          <w:strike w:val="0"/>
          <w:sz w:val="16"/>
          <w:u w:val="none"/>
        </w:rPr>
        <w:t>—</w:t>
      </w:r>
      <w:r>
        <w:rPr>
          <w:b w:val="0"/>
          <w:i w:val="0"/>
          <w:smallCaps w:val="0"/>
          <w:strike w:val="0"/>
          <w:sz w:val="22"/>
          <w:highlight w:val="cyan"/>
          <w:u w:val="single"/>
        </w:rPr>
        <w:t>on the assumption</w:t>
      </w:r>
      <w:r>
        <w:rPr>
          <w:b w:val="0"/>
          <w:i w:val="0"/>
          <w:smallCaps w:val="0"/>
          <w:strike w:val="0"/>
          <w:sz w:val="22"/>
          <w:u w:val="single"/>
        </w:rPr>
        <w:t xml:space="preserve"> </w:t>
      </w:r>
      <w:r>
        <w:rPr>
          <w:b w:val="0"/>
          <w:i w:val="0"/>
          <w:smallCaps w:val="0"/>
          <w:strike w:val="0"/>
          <w:sz w:val="22"/>
          <w:u w:val="single"/>
        </w:rPr>
        <w:t>that</w:t>
      </w:r>
      <w:r>
        <w:rPr>
          <w:b w:val="0"/>
          <w:i w:val="0"/>
          <w:smallCaps w:val="0"/>
          <w:strike w:val="0"/>
          <w:sz w:val="22"/>
          <w:u w:val="single"/>
        </w:rPr>
        <w:t xml:space="preserve"> </w:t>
      </w:r>
      <w:r>
        <w:rPr>
          <w:b w:val="0"/>
          <w:i w:val="0"/>
          <w:smallCaps w:val="0"/>
          <w:strike w:val="0"/>
          <w:sz w:val="22"/>
          <w:highlight w:val="cyan"/>
          <w:u w:val="single"/>
        </w:rPr>
        <w:t>they will receive IRA</w:t>
      </w:r>
      <w:r>
        <w:rPr>
          <w:b w:val="0"/>
          <w:i w:val="0"/>
          <w:smallCaps w:val="0"/>
          <w:strike w:val="0"/>
          <w:sz w:val="22"/>
          <w:u w:val="single"/>
        </w:rPr>
        <w:t xml:space="preserve">-related </w:t>
      </w:r>
      <w:r>
        <w:rPr>
          <w:b w:val="0"/>
          <w:i w:val="0"/>
          <w:smallCaps w:val="0"/>
          <w:strike w:val="0"/>
          <w:sz w:val="22"/>
          <w:highlight w:val="cyan"/>
          <w:u w:val="single"/>
        </w:rPr>
        <w:t>incentives</w:t>
      </w:r>
      <w:r>
        <w:rPr>
          <w:b w:val="0"/>
          <w:i w:val="0"/>
          <w:smallCaps w:val="0"/>
          <w:strike w:val="0"/>
          <w:sz w:val="22"/>
          <w:u w:val="single"/>
        </w:rPr>
        <w:t xml:space="preserve">. </w:t>
      </w:r>
      <w:r>
        <w:rPr>
          <w:b/>
          <w:i w:val="0"/>
          <w:smallCaps w:val="0"/>
          <w:strike w:val="0"/>
          <w:sz w:val="22"/>
          <w:highlight w:val="cyan"/>
          <w:u w:val="single"/>
        </w:rPr>
        <w:t>Reversing the law would disrupt investments</w:t>
      </w:r>
      <w:r>
        <w:rPr>
          <w:b w:val="0"/>
          <w:i w:val="0"/>
          <w:smallCaps w:val="0"/>
          <w:strike w:val="0"/>
          <w:sz w:val="22"/>
          <w:u w:val="single"/>
        </w:rPr>
        <w:t xml:space="preserve"> </w:t>
      </w:r>
      <w:r>
        <w:rPr>
          <w:b w:val="0"/>
          <w:i w:val="0"/>
          <w:smallCaps w:val="0"/>
          <w:strike w:val="0"/>
          <w:sz w:val="16"/>
          <w:u w:val="none"/>
        </w:rPr>
        <w:t xml:space="preserve">that constituents can see. Indeed, earlier this year, many </w:t>
      </w:r>
      <w:r>
        <w:rPr>
          <w:b w:val="0"/>
          <w:i w:val="0"/>
          <w:smallCaps w:val="0"/>
          <w:strike w:val="0"/>
          <w:sz w:val="22"/>
          <w:u w:val="single"/>
        </w:rPr>
        <w:t>Republican representatives with clean technology investments</w:t>
      </w:r>
      <w:r>
        <w:rPr>
          <w:b w:val="0"/>
          <w:i w:val="0"/>
          <w:smallCaps w:val="0"/>
          <w:strike w:val="0"/>
          <w:sz w:val="16"/>
          <w:u w:val="none"/>
        </w:rPr>
        <w:t xml:space="preserve"> in their districts </w:t>
      </w:r>
      <w:r>
        <w:rPr>
          <w:b w:val="0"/>
          <w:i w:val="0"/>
          <w:smallCaps w:val="0"/>
          <w:strike w:val="0"/>
          <w:sz w:val="22"/>
          <w:u w:val="single"/>
        </w:rPr>
        <w:t xml:space="preserve">balked at their colleagues’ attempt to nix IRA subsidies </w:t>
      </w:r>
      <w:r>
        <w:rPr>
          <w:b w:val="0"/>
          <w:i w:val="0"/>
          <w:smallCaps w:val="0"/>
          <w:strike w:val="0"/>
          <w:sz w:val="16"/>
          <w:u w:val="none"/>
        </w:rPr>
        <w:t xml:space="preserve">as part of negotiations over the debt ceiling. (At the time, some Republicans said that such a maneuver wouldn’t </w:t>
      </w:r>
      <w:r>
        <w:rPr>
          <w:b w:val="0"/>
          <w:i w:val="0"/>
          <w:smallCaps w:val="0"/>
          <w:strike w:val="0"/>
          <w:sz w:val="16"/>
          <w:u w:val="none"/>
        </w:rPr>
        <w:t>actually have</w:t>
      </w:r>
      <w:r>
        <w:rPr>
          <w:b w:val="0"/>
          <w:i w:val="0"/>
          <w:smallCaps w:val="0"/>
          <w:strike w:val="0"/>
          <w:sz w:val="16"/>
          <w:u w:val="none"/>
        </w:rPr>
        <w:t xml:space="preserve"> the GOP votes to become law).</w:t>
      </w:r>
    </w:p>
    <w:p>
      <w:pPr>
        <w:spacing w:after="60"/>
      </w:pPr>
      <w:r>
        <w:rPr>
          <w:b w:val="0"/>
          <w:i w:val="0"/>
          <w:smallCaps w:val="0"/>
          <w:strike w:val="0"/>
          <w:sz w:val="16"/>
          <w:u w:val="none"/>
        </w:rPr>
        <w:t xml:space="preserve">At the same time, </w:t>
      </w:r>
      <w:r>
        <w:rPr>
          <w:b w:val="0"/>
          <w:i w:val="0"/>
          <w:smallCaps w:val="0"/>
          <w:strike w:val="0"/>
          <w:sz w:val="22"/>
          <w:u w:val="single"/>
        </w:rPr>
        <w:t xml:space="preserve">many </w:t>
      </w:r>
      <w:r>
        <w:rPr>
          <w:b w:val="0"/>
          <w:i w:val="0"/>
          <w:smallCaps w:val="0"/>
          <w:strike w:val="0"/>
          <w:sz w:val="22"/>
          <w:highlight w:val="cyan"/>
          <w:u w:val="single"/>
        </w:rPr>
        <w:t>Republicans</w:t>
      </w:r>
      <w:r>
        <w:rPr>
          <w:b w:val="0"/>
          <w:i w:val="0"/>
          <w:smallCaps w:val="0"/>
          <w:strike w:val="0"/>
          <w:sz w:val="22"/>
          <w:u w:val="single"/>
        </w:rPr>
        <w:t xml:space="preserve"> may </w:t>
      </w:r>
      <w:r>
        <w:rPr>
          <w:b w:val="0"/>
          <w:i w:val="0"/>
          <w:smallCaps w:val="0"/>
          <w:strike w:val="0"/>
          <w:sz w:val="22"/>
          <w:highlight w:val="cyan"/>
          <w:u w:val="single"/>
        </w:rPr>
        <w:t>not see</w:t>
      </w:r>
      <w:r>
        <w:rPr>
          <w:b w:val="0"/>
          <w:i w:val="0"/>
          <w:smallCaps w:val="0"/>
          <w:strike w:val="0"/>
          <w:sz w:val="22"/>
          <w:u w:val="single"/>
        </w:rPr>
        <w:t xml:space="preserve"> as much </w:t>
      </w:r>
      <w:r>
        <w:rPr>
          <w:b w:val="0"/>
          <w:i w:val="0"/>
          <w:smallCaps w:val="0"/>
          <w:strike w:val="0"/>
          <w:sz w:val="22"/>
          <w:highlight w:val="cyan"/>
          <w:u w:val="single"/>
        </w:rPr>
        <w:t>political upside</w:t>
      </w:r>
      <w:r>
        <w:rPr>
          <w:b w:val="0"/>
          <w:i w:val="0"/>
          <w:smallCaps w:val="0"/>
          <w:strike w:val="0"/>
          <w:sz w:val="22"/>
          <w:u w:val="single"/>
        </w:rPr>
        <w:t xml:space="preserve"> in a reversal</w:t>
      </w:r>
      <w:r>
        <w:rPr>
          <w:b w:val="0"/>
          <w:i w:val="0"/>
          <w:smallCaps w:val="0"/>
          <w:strike w:val="0"/>
          <w:sz w:val="16"/>
          <w:u w:val="none"/>
        </w:rPr>
        <w:t xml:space="preserve">. Polling shows that </w:t>
      </w:r>
      <w:r>
        <w:rPr>
          <w:b w:val="0"/>
          <w:i w:val="0"/>
          <w:smallCaps w:val="0"/>
          <w:strike w:val="0"/>
          <w:sz w:val="22"/>
          <w:u w:val="single"/>
        </w:rPr>
        <w:t xml:space="preserve">most </w:t>
      </w:r>
      <w:r>
        <w:rPr>
          <w:b w:val="0"/>
          <w:i w:val="0"/>
          <w:smallCaps w:val="0"/>
          <w:strike w:val="0"/>
          <w:sz w:val="22"/>
          <w:highlight w:val="cyan"/>
          <w:u w:val="single"/>
        </w:rPr>
        <w:t>voters don’t</w:t>
      </w:r>
      <w:r>
        <w:rPr>
          <w:b w:val="0"/>
          <w:i w:val="0"/>
          <w:smallCaps w:val="0"/>
          <w:strike w:val="0"/>
          <w:sz w:val="22"/>
          <w:u w:val="single"/>
        </w:rPr>
        <w:t xml:space="preserve"> know much </w:t>
      </w:r>
      <w:r>
        <w:rPr>
          <w:b w:val="0"/>
          <w:i w:val="0"/>
          <w:smallCaps w:val="0"/>
          <w:strike w:val="0"/>
          <w:sz w:val="22"/>
          <w:highlight w:val="cyan"/>
          <w:u w:val="single"/>
        </w:rPr>
        <w:t>about the IRA, and</w:t>
      </w:r>
      <w:r>
        <w:rPr>
          <w:b w:val="0"/>
          <w:i w:val="0"/>
          <w:smallCaps w:val="0"/>
          <w:strike w:val="0"/>
          <w:sz w:val="22"/>
          <w:u w:val="single"/>
        </w:rPr>
        <w:t xml:space="preserve"> conservative </w:t>
      </w:r>
      <w:r>
        <w:rPr>
          <w:b w:val="0"/>
          <w:i w:val="0"/>
          <w:smallCaps w:val="0"/>
          <w:strike w:val="0"/>
          <w:sz w:val="22"/>
          <w:highlight w:val="cyan"/>
          <w:u w:val="single"/>
        </w:rPr>
        <w:t>activists aren’t</w:t>
      </w:r>
      <w:r>
        <w:rPr>
          <w:b w:val="0"/>
          <w:i w:val="0"/>
          <w:smallCaps w:val="0"/>
          <w:strike w:val="0"/>
          <w:sz w:val="22"/>
          <w:u w:val="single"/>
        </w:rPr>
        <w:t xml:space="preserve"> passionately </w:t>
      </w:r>
      <w:r>
        <w:rPr>
          <w:b w:val="0"/>
          <w:i w:val="0"/>
          <w:smallCaps w:val="0"/>
          <w:strike w:val="0"/>
          <w:sz w:val="22"/>
          <w:highlight w:val="cyan"/>
          <w:u w:val="single"/>
        </w:rPr>
        <w:t>protesting it</w:t>
      </w:r>
      <w:r>
        <w:rPr>
          <w:b w:val="0"/>
          <w:i w:val="0"/>
          <w:smallCaps w:val="0"/>
          <w:strike w:val="0"/>
          <w:sz w:val="16"/>
          <w:u w:val="none"/>
        </w:rPr>
        <w:t xml:space="preserve">. Some corporate trade groups opposed its original passage, but mostly because of its corporate tax provisions rather than its clean energy subsidies. That’s a sharp contrast with past policies that have drawn Republican ire, including most notably Obama’s Affordable Care Act. That law served as a political lighting rod and drew conservative ire from the moment it passed in 2010. Republicans fought it for a decade, at least in part because it gave them a good political talking point. Even then, </w:t>
      </w:r>
      <w:r>
        <w:rPr>
          <w:b w:val="0"/>
          <w:i w:val="0"/>
          <w:smallCaps w:val="0"/>
          <w:strike w:val="0"/>
          <w:sz w:val="22"/>
          <w:u w:val="single"/>
        </w:rPr>
        <w:t>despite</w:t>
      </w:r>
      <w:r>
        <w:rPr>
          <w:b w:val="0"/>
          <w:i w:val="0"/>
          <w:smallCaps w:val="0"/>
          <w:strike w:val="0"/>
          <w:sz w:val="22"/>
          <w:u w:val="single"/>
        </w:rPr>
        <w:t xml:space="preserve"> at times controlling both houses of Congress and the presidency, they couldn’t muster the votes to undo it.</w:t>
      </w:r>
    </w:p>
    <w:p>
      <w:pPr>
        <w:spacing w:after="60"/>
      </w:pPr>
      <w:r>
        <w:rPr>
          <w:b w:val="0"/>
          <w:i w:val="0"/>
          <w:smallCaps w:val="0"/>
          <w:strike w:val="0"/>
          <w:sz w:val="16"/>
          <w:u w:val="none"/>
        </w:rPr>
        <w:t xml:space="preserve">None of this is to say that a Republican presidency would have no effect on climate policy. It’s easy to imagine a future president nixing Biden’s executive order requiring the federal government to factor in environmental justice considerations in the implementation of climate policy, for example. Moreover, federal agencies directed by the White House are responsible for </w:t>
      </w:r>
      <w:r>
        <w:rPr>
          <w:b w:val="0"/>
          <w:i w:val="0"/>
          <w:smallCaps w:val="0"/>
          <w:strike w:val="0"/>
          <w:sz w:val="16"/>
          <w:u w:val="none"/>
        </w:rPr>
        <w:t>actually implementing</w:t>
      </w:r>
      <w:r>
        <w:rPr>
          <w:b w:val="0"/>
          <w:i w:val="0"/>
          <w:smallCaps w:val="0"/>
          <w:strike w:val="0"/>
          <w:sz w:val="16"/>
          <w:u w:val="none"/>
        </w:rPr>
        <w:t xml:space="preserve"> the IRA, and a future administration could try to chip away at the law at the margins: in its implementation—though such a maneuver would be subject to time-consuming litigation.</w:t>
      </w:r>
    </w:p>
    <w:p>
      <w:pPr>
        <w:spacing w:after="60"/>
      </w:pPr>
      <w:r>
        <w:rPr>
          <w:b w:val="0"/>
          <w:i w:val="0"/>
          <w:smallCaps w:val="0"/>
          <w:strike w:val="0"/>
          <w:sz w:val="16"/>
          <w:u w:val="none"/>
        </w:rPr>
        <w:t xml:space="preserve">Indeed, </w:t>
      </w:r>
      <w:r>
        <w:rPr>
          <w:b w:val="0"/>
          <w:i w:val="0"/>
          <w:smallCaps w:val="0"/>
          <w:strike w:val="0"/>
          <w:sz w:val="22"/>
          <w:highlight w:val="cyan"/>
          <w:u w:val="single"/>
        </w:rPr>
        <w:t>any attempt to undo</w:t>
      </w:r>
      <w:r>
        <w:rPr>
          <w:b w:val="0"/>
          <w:i w:val="0"/>
          <w:smallCaps w:val="0"/>
          <w:strike w:val="0"/>
          <w:sz w:val="22"/>
          <w:u w:val="single"/>
        </w:rPr>
        <w:t xml:space="preserve"> the law </w:t>
      </w:r>
      <w:r>
        <w:rPr>
          <w:b w:val="0"/>
          <w:i w:val="0"/>
          <w:smallCaps w:val="0"/>
          <w:strike w:val="0"/>
          <w:sz w:val="22"/>
          <w:highlight w:val="cyan"/>
          <w:u w:val="single"/>
        </w:rPr>
        <w:t>would</w:t>
      </w:r>
      <w:r>
        <w:rPr>
          <w:b w:val="0"/>
          <w:i w:val="0"/>
          <w:smallCaps w:val="0"/>
          <w:strike w:val="0"/>
          <w:sz w:val="22"/>
          <w:u w:val="single"/>
        </w:rPr>
        <w:t xml:space="preserve"> likely </w:t>
      </w:r>
      <w:r>
        <w:rPr>
          <w:b/>
          <w:i w:val="0"/>
          <w:smallCaps w:val="0"/>
          <w:strike w:val="0"/>
          <w:sz w:val="22"/>
          <w:highlight w:val="cyan"/>
          <w:u w:val="single"/>
        </w:rPr>
        <w:t>drag out for</w:t>
      </w:r>
      <w:r>
        <w:rPr>
          <w:b/>
          <w:i w:val="0"/>
          <w:smallCaps w:val="0"/>
          <w:strike w:val="0"/>
          <w:sz w:val="22"/>
          <w:u w:val="single"/>
        </w:rPr>
        <w:t xml:space="preserve"> months or </w:t>
      </w:r>
      <w:r>
        <w:rPr>
          <w:b/>
          <w:i w:val="0"/>
          <w:smallCaps w:val="0"/>
          <w:strike w:val="0"/>
          <w:sz w:val="22"/>
          <w:highlight w:val="cyan"/>
          <w:u w:val="single"/>
        </w:rPr>
        <w:t>years</w:t>
      </w:r>
      <w:r>
        <w:rPr>
          <w:b/>
          <w:i w:val="0"/>
          <w:smallCaps w:val="0"/>
          <w:strike w:val="0"/>
          <w:sz w:val="22"/>
          <w:u w:val="single"/>
        </w:rPr>
        <w:t>,</w:t>
      </w:r>
      <w:r>
        <w:rPr>
          <w:b w:val="0"/>
          <w:i w:val="0"/>
          <w:smallCaps w:val="0"/>
          <w:strike w:val="0"/>
          <w:sz w:val="22"/>
          <w:u w:val="single"/>
        </w:rPr>
        <w:t xml:space="preserve"> which is another reason to be skeptical of the success of such a move</w:t>
      </w:r>
      <w:r>
        <w:rPr>
          <w:b w:val="0"/>
          <w:i w:val="0"/>
          <w:smallCaps w:val="0"/>
          <w:strike w:val="0"/>
          <w:sz w:val="16"/>
          <w:u w:val="none"/>
        </w:rPr>
        <w:t xml:space="preserve">. At the core of the </w:t>
      </w:r>
      <w:r>
        <w:rPr>
          <w:b w:val="0"/>
          <w:i w:val="0"/>
          <w:smallCaps w:val="0"/>
          <w:strike w:val="0"/>
          <w:sz w:val="22"/>
          <w:highlight w:val="cyan"/>
          <w:u w:val="single"/>
        </w:rPr>
        <w:t>IRA</w:t>
      </w:r>
      <w:r>
        <w:rPr>
          <w:b w:val="0"/>
          <w:i w:val="0"/>
          <w:smallCaps w:val="0"/>
          <w:strike w:val="0"/>
          <w:sz w:val="22"/>
          <w:u w:val="single"/>
        </w:rPr>
        <w:t xml:space="preserve"> is a program</w:t>
      </w:r>
      <w:r>
        <w:rPr>
          <w:b w:val="0"/>
          <w:i w:val="0"/>
          <w:smallCaps w:val="0"/>
          <w:strike w:val="0"/>
          <w:sz w:val="16"/>
          <w:u w:val="none"/>
        </w:rPr>
        <w:t xml:space="preserve"> of subsidies and incentives </w:t>
      </w:r>
      <w:r>
        <w:rPr>
          <w:b w:val="0"/>
          <w:i w:val="0"/>
          <w:smallCaps w:val="0"/>
          <w:strike w:val="0"/>
          <w:sz w:val="22"/>
          <w:highlight w:val="cyan"/>
          <w:u w:val="single"/>
        </w:rPr>
        <w:t>scheduled to last</w:t>
      </w:r>
      <w:r>
        <w:rPr>
          <w:b w:val="0"/>
          <w:i w:val="0"/>
          <w:smallCaps w:val="0"/>
          <w:strike w:val="0"/>
          <w:sz w:val="22"/>
          <w:u w:val="single"/>
        </w:rPr>
        <w:t xml:space="preserve"> </w:t>
      </w:r>
      <w:r>
        <w:rPr>
          <w:b w:val="0"/>
          <w:i w:val="0"/>
          <w:smallCaps w:val="0"/>
          <w:strike w:val="0"/>
          <w:sz w:val="22"/>
          <w:highlight w:val="cyan"/>
          <w:u w:val="single"/>
        </w:rPr>
        <w:t>10 years. Each year</w:t>
      </w:r>
      <w:r>
        <w:rPr>
          <w:b w:val="0"/>
          <w:i w:val="0"/>
          <w:smallCaps w:val="0"/>
          <w:strike w:val="0"/>
          <w:sz w:val="22"/>
          <w:u w:val="single"/>
        </w:rPr>
        <w:t xml:space="preserve"> that passes, </w:t>
      </w:r>
      <w:r>
        <w:rPr>
          <w:b w:val="0"/>
          <w:i w:val="0"/>
          <w:smallCaps w:val="0"/>
          <w:strike w:val="0"/>
          <w:sz w:val="22"/>
          <w:highlight w:val="cyan"/>
          <w:u w:val="single"/>
        </w:rPr>
        <w:t>the law</w:t>
      </w:r>
      <w:r>
        <w:rPr>
          <w:b w:val="0"/>
          <w:i w:val="0"/>
          <w:smallCaps w:val="0"/>
          <w:strike w:val="0"/>
          <w:sz w:val="22"/>
          <w:u w:val="single"/>
        </w:rPr>
        <w:t xml:space="preserve"> will distribute billions more in subsidies that cannot be </w:t>
      </w:r>
      <w:r>
        <w:rPr>
          <w:b w:val="0"/>
          <w:i w:val="0"/>
          <w:smallCaps w:val="0"/>
          <w:strike w:val="0"/>
          <w:sz w:val="22"/>
          <w:u w:val="single"/>
        </w:rPr>
        <w:t xml:space="preserve">clawed back, and every one of those dollars spent </w:t>
      </w:r>
      <w:r>
        <w:rPr>
          <w:b w:val="0"/>
          <w:i w:val="0"/>
          <w:smallCaps w:val="0"/>
          <w:strike w:val="0"/>
          <w:sz w:val="22"/>
          <w:highlight w:val="cyan"/>
          <w:u w:val="single"/>
        </w:rPr>
        <w:t>accelerates the U.S. transition to</w:t>
      </w:r>
      <w:r>
        <w:rPr>
          <w:b w:val="0"/>
          <w:i w:val="0"/>
          <w:smallCaps w:val="0"/>
          <w:strike w:val="0"/>
          <w:sz w:val="22"/>
          <w:u w:val="single"/>
        </w:rPr>
        <w:t xml:space="preserve"> a </w:t>
      </w:r>
      <w:r>
        <w:rPr>
          <w:b w:val="0"/>
          <w:i w:val="0"/>
          <w:smallCaps w:val="0"/>
          <w:strike w:val="0"/>
          <w:sz w:val="22"/>
          <w:highlight w:val="cyan"/>
          <w:u w:val="single"/>
        </w:rPr>
        <w:t>low-carbon</w:t>
      </w:r>
      <w:r>
        <w:rPr>
          <w:b w:val="0"/>
          <w:i w:val="0"/>
          <w:smallCaps w:val="0"/>
          <w:strike w:val="0"/>
          <w:sz w:val="22"/>
          <w:u w:val="single"/>
        </w:rPr>
        <w:t xml:space="preserve"> economy</w:t>
      </w:r>
      <w:r>
        <w:rPr>
          <w:b w:val="0"/>
          <w:i w:val="0"/>
          <w:smallCaps w:val="0"/>
          <w:strike w:val="0"/>
          <w:sz w:val="16"/>
          <w:u w:val="none"/>
        </w:rPr>
        <w:t xml:space="preserve">. The market seems to agree with the assessment </w:t>
      </w:r>
      <w:r>
        <w:rPr>
          <w:b w:val="0"/>
          <w:i w:val="0"/>
          <w:smallCaps w:val="0"/>
          <w:strike w:val="0"/>
          <w:sz w:val="22"/>
          <w:u w:val="single"/>
        </w:rPr>
        <w:t xml:space="preserve">that the law is here to stay. </w:t>
      </w:r>
      <w:r>
        <w:rPr>
          <w:b w:val="0"/>
          <w:i w:val="0"/>
          <w:smallCaps w:val="0"/>
          <w:strike w:val="0"/>
          <w:sz w:val="22"/>
          <w:highlight w:val="cyan"/>
          <w:u w:val="single"/>
        </w:rPr>
        <w:t>Companies are investing billions</w:t>
      </w:r>
      <w:r>
        <w:rPr>
          <w:b w:val="0"/>
          <w:i w:val="0"/>
          <w:smallCaps w:val="0"/>
          <w:strike w:val="0"/>
          <w:sz w:val="16"/>
          <w:u w:val="none"/>
        </w:rPr>
        <w:t xml:space="preserve"> in projects in a range of technologies, from solar manufacturing to hydrogen infrastructure, </w:t>
      </w:r>
      <w:r>
        <w:rPr>
          <w:b w:val="0"/>
          <w:i w:val="0"/>
          <w:smallCaps w:val="0"/>
          <w:strike w:val="0"/>
          <w:sz w:val="22"/>
          <w:highlight w:val="cyan"/>
          <w:u w:val="single"/>
        </w:rPr>
        <w:t>that</w:t>
      </w:r>
      <w:r>
        <w:rPr>
          <w:b w:val="0"/>
          <w:i w:val="0"/>
          <w:smallCaps w:val="0"/>
          <w:strike w:val="0"/>
          <w:sz w:val="16"/>
          <w:u w:val="none"/>
        </w:rPr>
        <w:t xml:space="preserve">, in many cases, </w:t>
      </w:r>
      <w:r>
        <w:rPr>
          <w:b w:val="0"/>
          <w:i w:val="0"/>
          <w:smallCaps w:val="0"/>
          <w:strike w:val="0"/>
          <w:sz w:val="22"/>
          <w:highlight w:val="cyan"/>
          <w:u w:val="single"/>
        </w:rPr>
        <w:t>require subsidies</w:t>
      </w:r>
      <w:r>
        <w:rPr>
          <w:b w:val="0"/>
          <w:i w:val="0"/>
          <w:smallCaps w:val="0"/>
          <w:strike w:val="0"/>
          <w:sz w:val="22"/>
          <w:u w:val="single"/>
        </w:rPr>
        <w:t xml:space="preserve"> to be profitable.</w:t>
      </w:r>
    </w:p>
    <w:p>
      <w:pPr>
        <w:spacing w:after="60"/>
      </w:pPr>
      <w:r>
        <w:rPr>
          <w:b w:val="0"/>
          <w:i w:val="0"/>
          <w:smallCaps w:val="0"/>
          <w:strike w:val="0"/>
          <w:sz w:val="16"/>
          <w:u w:val="none"/>
        </w:rPr>
        <w:t xml:space="preserve">The result of all this investment is </w:t>
      </w:r>
      <w:r>
        <w:rPr>
          <w:b w:val="0"/>
          <w:i w:val="0"/>
          <w:smallCaps w:val="0"/>
          <w:strike w:val="0"/>
          <w:sz w:val="22"/>
          <w:u w:val="single"/>
        </w:rPr>
        <w:t xml:space="preserve">that the economy is transforming around us—regardless of Republican talking points. </w:t>
      </w:r>
      <w:r>
        <w:rPr>
          <w:b/>
          <w:i w:val="0"/>
          <w:smallCaps w:val="0"/>
          <w:strike w:val="0"/>
          <w:sz w:val="22"/>
          <w:highlight w:val="cyan"/>
          <w:u w:val="single"/>
        </w:rPr>
        <w:t>No matter what happens in</w:t>
      </w:r>
      <w:r>
        <w:rPr>
          <w:b/>
          <w:i w:val="0"/>
          <w:smallCaps w:val="0"/>
          <w:strike w:val="0"/>
          <w:sz w:val="22"/>
          <w:u w:val="single"/>
        </w:rPr>
        <w:t xml:space="preserve"> a </w:t>
      </w:r>
      <w:r>
        <w:rPr>
          <w:b/>
          <w:i w:val="0"/>
          <w:smallCaps w:val="0"/>
          <w:strike w:val="0"/>
          <w:sz w:val="22"/>
          <w:highlight w:val="cyan"/>
          <w:u w:val="single"/>
        </w:rPr>
        <w:t>future admin</w:t>
      </w:r>
      <w:r>
        <w:rPr>
          <w:b/>
          <w:i w:val="0"/>
          <w:smallCaps w:val="0"/>
          <w:strike w:val="0"/>
          <w:sz w:val="22"/>
          <w:u w:val="single"/>
        </w:rPr>
        <w:t xml:space="preserve">istration, </w:t>
      </w:r>
      <w:r>
        <w:rPr>
          <w:b/>
          <w:i w:val="0"/>
          <w:smallCaps w:val="0"/>
          <w:strike w:val="0"/>
          <w:sz w:val="22"/>
          <w:highlight w:val="cyan"/>
          <w:u w:val="single"/>
        </w:rPr>
        <w:t>that</w:t>
      </w:r>
      <w:r>
        <w:rPr>
          <w:b/>
          <w:i w:val="0"/>
          <w:smallCaps w:val="0"/>
          <w:strike w:val="0"/>
          <w:sz w:val="22"/>
          <w:u w:val="single"/>
        </w:rPr>
        <w:t xml:space="preserve"> transformation </w:t>
      </w:r>
      <w:r>
        <w:rPr>
          <w:b/>
          <w:i w:val="0"/>
          <w:smallCaps w:val="0"/>
          <w:strike w:val="0"/>
          <w:sz w:val="22"/>
          <w:highlight w:val="cyan"/>
          <w:u w:val="single"/>
        </w:rPr>
        <w:t>will not be reversed.</w:t>
      </w:r>
    </w:p>
    <w:p>
      <w:pPr>
        <w:pStyle w:val="Caption"/>
      </w:pPr>
      <w:r>
        <w:t>Source: Congressional Elections DA - Michigan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