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Polarization and inter-chamber disagreement destroys any chance of compromise.</w:t>
      </w:r>
    </w:p>
    <w:p>
      <w:pPr>
        <w:spacing w:after="80"/>
      </w:pPr>
      <w:r>
        <w:rPr>
          <w:b/>
          <w:i w:val="0"/>
          <w:smallCaps w:val="0"/>
          <w:strike w:val="0"/>
          <w:sz w:val="26"/>
          <w:u w:val="none"/>
        </w:rPr>
        <w:t>Huder</w:t>
      </w:r>
      <w:r>
        <w:rPr>
          <w:b/>
          <w:i w:val="0"/>
          <w:smallCaps w:val="0"/>
          <w:strike w:val="0"/>
          <w:sz w:val="26"/>
          <w:u w:val="none"/>
        </w:rPr>
        <w:t xml:space="preserve"> ND</w:t>
      </w:r>
      <w:r>
        <w:rPr>
          <w:b w:val="0"/>
          <w:i w:val="0"/>
          <w:smallCaps w:val="0"/>
          <w:strike w:val="0"/>
          <w:u w:val="none"/>
        </w:rPr>
        <w:t xml:space="preserve"> </w:t>
      </w:r>
      <w:r>
        <w:rPr>
          <w:b w:val="0"/>
          <w:i w:val="0"/>
          <w:smallCaps w:val="0"/>
          <w:strike w:val="0"/>
          <w:u w:val="none"/>
        </w:rPr>
        <w:t>[</w:t>
      </w:r>
      <w:r>
        <w:rPr>
          <w:b w:val="0"/>
          <w:i w:val="0"/>
          <w:smallCaps w:val="0"/>
          <w:strike w:val="0"/>
          <w:u w:val="none"/>
        </w:rPr>
        <w:t xml:space="preserve">Josh </w:t>
      </w:r>
      <w:r>
        <w:rPr>
          <w:b w:val="0"/>
          <w:i w:val="0"/>
          <w:smallCaps w:val="0"/>
          <w:strike w:val="0"/>
          <w:u w:val="none"/>
        </w:rPr>
        <w:t>Huder</w:t>
      </w:r>
      <w:r>
        <w:rPr>
          <w:b w:val="0"/>
          <w:i w:val="0"/>
          <w:smallCaps w:val="0"/>
          <w:strike w:val="0"/>
          <w:u w:val="none"/>
        </w:rPr>
        <w:t xml:space="preserve">; </w:t>
      </w:r>
      <w:r>
        <w:rPr>
          <w:b w:val="0"/>
          <w:i w:val="0"/>
          <w:smallCaps w:val="0"/>
          <w:strike w:val="0"/>
          <w:u w:val="none"/>
        </w:rPr>
        <w:t>Ph.D</w:t>
      </w:r>
      <w:r>
        <w:rPr>
          <w:b w:val="0"/>
          <w:i w:val="0"/>
          <w:smallCaps w:val="0"/>
          <w:strike w:val="0"/>
          <w:u w:val="none"/>
        </w:rPr>
        <w:t xml:space="preserve"> in Political Science from UF</w:t>
      </w:r>
      <w:r>
        <w:rPr>
          <w:b w:val="0"/>
          <w:i w:val="0"/>
          <w:smallCaps w:val="0"/>
          <w:strike w:val="0"/>
          <w:u w:val="none"/>
        </w:rPr>
        <w:t xml:space="preserve">; </w:t>
      </w:r>
      <w:r>
        <w:rPr>
          <w:b w:val="0"/>
          <w:i w:val="0"/>
          <w:smallCaps w:val="0"/>
          <w:strike w:val="0"/>
          <w:u w:val="none"/>
        </w:rPr>
        <w:t>No Date</w:t>
      </w:r>
      <w:r>
        <w:rPr>
          <w:b w:val="0"/>
          <w:i w:val="0"/>
          <w:smallCaps w:val="0"/>
          <w:strike w:val="0"/>
          <w:u w:val="none"/>
        </w:rPr>
        <w:t xml:space="preserve">; Private: Our Very Unproductive Congress; </w:t>
      </w:r>
      <w:r>
        <w:rPr>
          <w:b w:val="0"/>
          <w:i w:val="0"/>
          <w:smallCaps w:val="0"/>
          <w:strike w:val="0"/>
          <w:u w:val="none"/>
        </w:rPr>
        <w:t>Georgetown Government Affairs Institute</w:t>
      </w:r>
      <w:r>
        <w:rPr>
          <w:b w:val="0"/>
          <w:i w:val="0"/>
          <w:smallCaps w:val="0"/>
          <w:strike w:val="0"/>
          <w:u w:val="none"/>
        </w:rPr>
        <w:t>; https://gai.georgetown.edu/our-very-unproductive-congress/; 7-27-2024; AO]</w:t>
      </w:r>
    </w:p>
    <w:p>
      <w:pPr>
        <w:spacing w:after="60"/>
      </w:pPr>
      <w:r>
        <w:rPr>
          <w:b w:val="0"/>
          <w:i w:val="0"/>
          <w:smallCaps w:val="0"/>
          <w:strike w:val="0"/>
          <w:sz w:val="16"/>
          <w:u w:val="none"/>
        </w:rPr>
        <w:t xml:space="preserve">Why has </w:t>
      </w:r>
      <w:r>
        <w:rPr>
          <w:b w:val="0"/>
          <w:i w:val="0"/>
          <w:smallCaps w:val="0"/>
          <w:strike w:val="0"/>
          <w:sz w:val="22"/>
          <w:highlight w:val="cyan"/>
          <w:u w:val="single"/>
        </w:rPr>
        <w:t>gridlock</w:t>
      </w:r>
      <w:r>
        <w:rPr>
          <w:b w:val="0"/>
          <w:i w:val="0"/>
          <w:smallCaps w:val="0"/>
          <w:strike w:val="0"/>
          <w:sz w:val="22"/>
          <w:u w:val="single"/>
        </w:rPr>
        <w:t xml:space="preserve"> been </w:t>
      </w:r>
      <w:r>
        <w:rPr>
          <w:b w:val="0"/>
          <w:i w:val="0"/>
          <w:smallCaps w:val="0"/>
          <w:strike w:val="0"/>
          <w:sz w:val="22"/>
          <w:u w:val="single"/>
        </w:rPr>
        <w:t xml:space="preserve">so </w:t>
      </w:r>
      <w:r>
        <w:rPr>
          <w:b w:val="0"/>
          <w:i w:val="0"/>
          <w:smallCaps w:val="0"/>
          <w:strike w:val="0"/>
          <w:sz w:val="22"/>
          <w:highlight w:val="cyan"/>
          <w:u w:val="single"/>
        </w:rPr>
        <w:t xml:space="preserve">bad recently? Many </w:t>
      </w:r>
      <w:r>
        <w:rPr>
          <w:b w:val="0"/>
          <w:i w:val="0"/>
          <w:smallCaps w:val="0"/>
          <w:strike w:val="0"/>
          <w:sz w:val="22"/>
          <w:highlight w:val="cyan"/>
          <w:u w:val="single"/>
        </w:rPr>
        <w:t>blame</w:t>
      </w:r>
      <w:r>
        <w:rPr>
          <w:b w:val="0"/>
          <w:i w:val="0"/>
          <w:smallCaps w:val="0"/>
          <w:strike w:val="0"/>
          <w:sz w:val="22"/>
          <w:highlight w:val="cyan"/>
          <w:u w:val="single"/>
        </w:rPr>
        <w:t xml:space="preserve"> </w:t>
      </w:r>
      <w:r>
        <w:rPr>
          <w:b/>
          <w:i w:val="0"/>
          <w:smallCaps w:val="0"/>
          <w:strike w:val="0"/>
          <w:sz w:val="22"/>
          <w:highlight w:val="cyan"/>
          <w:u w:val="single"/>
        </w:rPr>
        <w:t>polarization</w:t>
      </w:r>
      <w:r>
        <w:rPr>
          <w:b w:val="0"/>
          <w:i w:val="0"/>
          <w:smallCaps w:val="0"/>
          <w:strike w:val="0"/>
          <w:sz w:val="16"/>
          <w:u w:val="none"/>
        </w:rPr>
        <w:t xml:space="preserve">. </w:t>
      </w:r>
      <w:r>
        <w:rPr>
          <w:b w:val="0"/>
          <w:i w:val="0"/>
          <w:smallCaps w:val="0"/>
          <w:strike w:val="0"/>
          <w:sz w:val="16"/>
          <w:u w:val="none"/>
        </w:rPr>
        <w:t>Certainly</w:t>
      </w:r>
      <w:r>
        <w:rPr>
          <w:b w:val="0"/>
          <w:i w:val="0"/>
          <w:smallCaps w:val="0"/>
          <w:strike w:val="0"/>
          <w:sz w:val="16"/>
          <w:u w:val="none"/>
        </w:rPr>
        <w:t xml:space="preserve"> polarization has an effect. </w:t>
      </w:r>
      <w:r>
        <w:rPr>
          <w:b w:val="0"/>
          <w:i w:val="0"/>
          <w:smallCaps w:val="0"/>
          <w:strike w:val="0"/>
          <w:sz w:val="22"/>
          <w:highlight w:val="cyan"/>
          <w:u w:val="single"/>
        </w:rPr>
        <w:t>Bipartisan agreements</w:t>
      </w:r>
      <w:r>
        <w:rPr>
          <w:b w:val="0"/>
          <w:i w:val="0"/>
          <w:smallCaps w:val="0"/>
          <w:strike w:val="0"/>
          <w:sz w:val="22"/>
          <w:u w:val="single"/>
        </w:rPr>
        <w:t xml:space="preserve"> have become </w:t>
      </w:r>
      <w:r>
        <w:rPr>
          <w:b w:val="0"/>
          <w:i w:val="0"/>
          <w:smallCaps w:val="0"/>
          <w:strike w:val="0"/>
          <w:sz w:val="22"/>
          <w:highlight w:val="cyan"/>
          <w:u w:val="single"/>
        </w:rPr>
        <w:t>less common</w:t>
      </w:r>
      <w:r>
        <w:rPr>
          <w:b w:val="0"/>
          <w:i w:val="0"/>
          <w:smallCaps w:val="0"/>
          <w:strike w:val="0"/>
          <w:sz w:val="22"/>
          <w:u w:val="single"/>
        </w:rPr>
        <w:t xml:space="preserve"> as ideological </w:t>
      </w:r>
      <w:r>
        <w:rPr>
          <w:b w:val="0"/>
          <w:i w:val="0"/>
          <w:smallCaps w:val="0"/>
          <w:strike w:val="0"/>
          <w:sz w:val="22"/>
          <w:highlight w:val="cyan"/>
          <w:u w:val="single"/>
        </w:rPr>
        <w:t>moderates</w:t>
      </w:r>
      <w:r>
        <w:rPr>
          <w:b w:val="0"/>
          <w:i w:val="0"/>
          <w:smallCaps w:val="0"/>
          <w:strike w:val="0"/>
          <w:sz w:val="22"/>
          <w:u w:val="single"/>
        </w:rPr>
        <w:t xml:space="preserve"> have </w:t>
      </w:r>
      <w:r>
        <w:rPr>
          <w:b w:val="0"/>
          <w:i w:val="0"/>
          <w:smallCaps w:val="0"/>
          <w:strike w:val="0"/>
          <w:sz w:val="22"/>
          <w:highlight w:val="cyan"/>
          <w:u w:val="single"/>
        </w:rPr>
        <w:t>disappeared</w:t>
      </w:r>
      <w:r>
        <w:rPr>
          <w:b w:val="0"/>
          <w:i w:val="0"/>
          <w:smallCaps w:val="0"/>
          <w:strike w:val="0"/>
          <w:sz w:val="22"/>
          <w:u w:val="single"/>
        </w:rPr>
        <w:t xml:space="preserve"> from the chambers</w:t>
      </w:r>
      <w:r>
        <w:rPr>
          <w:b w:val="0"/>
          <w:i w:val="0"/>
          <w:smallCaps w:val="0"/>
          <w:strike w:val="0"/>
          <w:sz w:val="16"/>
          <w:u w:val="none"/>
        </w:rPr>
        <w:t xml:space="preserve">. That, coupled with a </w:t>
      </w:r>
      <w:r>
        <w:rPr>
          <w:b w:val="0"/>
          <w:i w:val="0"/>
          <w:smallCaps w:val="0"/>
          <w:strike w:val="0"/>
          <w:sz w:val="22"/>
          <w:highlight w:val="cyan"/>
          <w:u w:val="single"/>
        </w:rPr>
        <w:t>Senate</w:t>
      </w:r>
      <w:r>
        <w:rPr>
          <w:b w:val="0"/>
          <w:i w:val="0"/>
          <w:smallCaps w:val="0"/>
          <w:strike w:val="0"/>
          <w:sz w:val="22"/>
          <w:u w:val="single"/>
        </w:rPr>
        <w:t xml:space="preserve"> increasingly </w:t>
      </w:r>
      <w:r>
        <w:rPr>
          <w:b w:val="0"/>
          <w:i w:val="0"/>
          <w:smallCaps w:val="0"/>
          <w:strike w:val="0"/>
          <w:sz w:val="22"/>
          <w:highlight w:val="cyan"/>
          <w:u w:val="single"/>
        </w:rPr>
        <w:t>requiring 60-votes</w:t>
      </w:r>
      <w:r>
        <w:rPr>
          <w:b w:val="0"/>
          <w:i w:val="0"/>
          <w:smallCaps w:val="0"/>
          <w:strike w:val="0"/>
          <w:sz w:val="22"/>
          <w:u w:val="single"/>
        </w:rPr>
        <w:t xml:space="preserve"> to pass legislation, is a big reason why </w:t>
      </w:r>
      <w:r>
        <w:rPr>
          <w:b w:val="0"/>
          <w:i w:val="0"/>
          <w:smallCaps w:val="0"/>
          <w:strike w:val="0"/>
          <w:sz w:val="22"/>
          <w:highlight w:val="cyan"/>
          <w:u w:val="single"/>
        </w:rPr>
        <w:t>stalemate</w:t>
      </w:r>
      <w:r>
        <w:rPr>
          <w:b w:val="0"/>
          <w:i w:val="0"/>
          <w:smallCaps w:val="0"/>
          <w:strike w:val="0"/>
          <w:sz w:val="22"/>
          <w:u w:val="single"/>
        </w:rPr>
        <w:t xml:space="preserve"> has become more </w:t>
      </w:r>
      <w:r>
        <w:rPr>
          <w:b w:val="0"/>
          <w:i w:val="0"/>
          <w:smallCaps w:val="0"/>
          <w:strike w:val="0"/>
          <w:sz w:val="22"/>
          <w:highlight w:val="cyan"/>
          <w:u w:val="single"/>
        </w:rPr>
        <w:t>common</w:t>
      </w:r>
      <w:r>
        <w:rPr>
          <w:b w:val="0"/>
          <w:i w:val="0"/>
          <w:smallCaps w:val="0"/>
          <w:strike w:val="0"/>
          <w:sz w:val="22"/>
          <w:u w:val="single"/>
        </w:rPr>
        <w:t xml:space="preserve"> in recent decades.</w:t>
      </w:r>
    </w:p>
    <w:p>
      <w:pPr>
        <w:spacing w:after="60"/>
      </w:pPr>
      <w:r>
        <w:rPr>
          <w:b w:val="0"/>
          <w:i w:val="0"/>
          <w:smallCaps w:val="0"/>
          <w:strike w:val="0"/>
          <w:sz w:val="16"/>
          <w:u w:val="none"/>
        </w:rPr>
        <w:t xml:space="preserve">Polarization is important but I would argue that </w:t>
      </w:r>
      <w:r>
        <w:rPr>
          <w:b w:val="0"/>
          <w:i w:val="0"/>
          <w:smallCaps w:val="0"/>
          <w:strike w:val="0"/>
          <w:sz w:val="22"/>
          <w:u w:val="single"/>
        </w:rPr>
        <w:t xml:space="preserve">it should take a back seat to another explanation: </w:t>
      </w:r>
      <w:r>
        <w:rPr>
          <w:b/>
          <w:i w:val="0"/>
          <w:smallCaps w:val="0"/>
          <w:strike w:val="0"/>
          <w:sz w:val="22"/>
          <w:highlight w:val="cyan"/>
          <w:u w:val="single"/>
        </w:rPr>
        <w:t>inter-chamber disagreement</w:t>
      </w:r>
      <w:r>
        <w:rPr>
          <w:b w:val="0"/>
          <w:i w:val="0"/>
          <w:smallCaps w:val="0"/>
          <w:strike w:val="0"/>
          <w:sz w:val="16"/>
          <w:u w:val="none"/>
        </w:rPr>
        <w:t xml:space="preserve">. Research has shown that </w:t>
      </w:r>
      <w:r>
        <w:rPr>
          <w:b w:val="0"/>
          <w:i w:val="0"/>
          <w:smallCaps w:val="0"/>
          <w:strike w:val="0"/>
          <w:sz w:val="22"/>
          <w:u w:val="single"/>
        </w:rPr>
        <w:t xml:space="preserve">House and Senate ideological differences are probably the </w:t>
      </w:r>
      <w:r>
        <w:rPr>
          <w:b w:val="0"/>
          <w:i w:val="0"/>
          <w:smallCaps w:val="0"/>
          <w:strike w:val="0"/>
          <w:sz w:val="22"/>
          <w:highlight w:val="cyan"/>
          <w:u w:val="single"/>
        </w:rPr>
        <w:t>most important indicators of gridlock</w:t>
      </w:r>
      <w:r>
        <w:rPr>
          <w:b w:val="0"/>
          <w:i w:val="0"/>
          <w:smallCaps w:val="0"/>
          <w:strike w:val="0"/>
          <w:sz w:val="22"/>
          <w:u w:val="single"/>
        </w:rPr>
        <w:t xml:space="preserve">. Even in instances of unified congressional control policy differences between the chambers can </w:t>
      </w:r>
      <w:r>
        <w:rPr>
          <w:b w:val="0"/>
          <w:i w:val="0"/>
          <w:smallCaps w:val="0"/>
          <w:strike w:val="0"/>
          <w:sz w:val="22"/>
          <w:u w:val="single"/>
        </w:rPr>
        <w:t>significant</w:t>
      </w:r>
      <w:r>
        <w:rPr>
          <w:b w:val="0"/>
          <w:i w:val="0"/>
          <w:smallCaps w:val="0"/>
          <w:strike w:val="0"/>
          <w:sz w:val="22"/>
          <w:u w:val="single"/>
        </w:rPr>
        <w:t xml:space="preserve"> increase gridlock</w:t>
      </w:r>
      <w:r>
        <w:rPr>
          <w:b w:val="0"/>
          <w:i w:val="0"/>
          <w:smallCaps w:val="0"/>
          <w:strike w:val="0"/>
          <w:sz w:val="16"/>
          <w:u w:val="none"/>
        </w:rPr>
        <w:t xml:space="preserve">. In Binder’s book, Stalemate, she illustrates that bipartisan context is the largest substantive indicator of gridlock and productivity – outperforming both polarization and traditional divided government. </w:t>
      </w:r>
      <w:r>
        <w:rPr>
          <w:b w:val="0"/>
          <w:i w:val="0"/>
          <w:smallCaps w:val="0"/>
          <w:strike w:val="0"/>
          <w:sz w:val="22"/>
          <w:u w:val="single"/>
        </w:rPr>
        <w:t xml:space="preserve">The </w:t>
      </w:r>
      <w:r>
        <w:rPr>
          <w:b w:val="0"/>
          <w:i w:val="0"/>
          <w:smallCaps w:val="0"/>
          <w:strike w:val="0"/>
          <w:sz w:val="22"/>
          <w:highlight w:val="cyan"/>
          <w:u w:val="single"/>
        </w:rPr>
        <w:t>further the chambers are</w:t>
      </w:r>
      <w:r>
        <w:rPr>
          <w:b w:val="0"/>
          <w:i w:val="0"/>
          <w:smallCaps w:val="0"/>
          <w:strike w:val="0"/>
          <w:sz w:val="22"/>
          <w:u w:val="single"/>
        </w:rPr>
        <w:t xml:space="preserve"> from one another</w:t>
      </w:r>
      <w:r>
        <w:rPr>
          <w:b w:val="0"/>
          <w:i w:val="0"/>
          <w:smallCaps w:val="0"/>
          <w:strike w:val="0"/>
          <w:sz w:val="22"/>
          <w:u w:val="single"/>
        </w:rPr>
        <w:t xml:space="preserve">, the </w:t>
      </w:r>
      <w:r>
        <w:rPr>
          <w:b w:val="0"/>
          <w:i w:val="0"/>
          <w:smallCaps w:val="0"/>
          <w:strike w:val="0"/>
          <w:sz w:val="22"/>
          <w:highlight w:val="cyan"/>
          <w:u w:val="single"/>
        </w:rPr>
        <w:t>more difficult it is</w:t>
      </w:r>
      <w:r>
        <w:rPr>
          <w:b w:val="0"/>
          <w:i w:val="0"/>
          <w:smallCaps w:val="0"/>
          <w:strike w:val="0"/>
          <w:sz w:val="22"/>
          <w:u w:val="single"/>
        </w:rPr>
        <w:t xml:space="preserve"> for Congress </w:t>
      </w:r>
      <w:r>
        <w:rPr>
          <w:b w:val="0"/>
          <w:i w:val="0"/>
          <w:smallCaps w:val="0"/>
          <w:strike w:val="0"/>
          <w:sz w:val="22"/>
          <w:highlight w:val="cyan"/>
          <w:u w:val="single"/>
        </w:rPr>
        <w:t>to pass bills</w:t>
      </w:r>
      <w:r>
        <w:rPr>
          <w:b w:val="0"/>
          <w:i w:val="0"/>
          <w:smallCaps w:val="0"/>
          <w:strike w:val="0"/>
          <w:sz w:val="22"/>
          <w:u w:val="single"/>
        </w:rPr>
        <w:t>.</w:t>
      </w:r>
    </w:p>
    <w:p>
      <w:pPr>
        <w:spacing w:after="60"/>
      </w:pPr>
      <w:r>
        <w:rPr>
          <w:b w:val="0"/>
          <w:i w:val="0"/>
          <w:smallCaps w:val="0"/>
          <w:strike w:val="0"/>
          <w:sz w:val="16"/>
          <w:u w:val="none"/>
        </w:rPr>
        <w:t xml:space="preserve">This means </w:t>
      </w:r>
      <w:r>
        <w:rPr>
          <w:b w:val="0"/>
          <w:i w:val="0"/>
          <w:smallCaps w:val="0"/>
          <w:strike w:val="0"/>
          <w:sz w:val="22"/>
          <w:highlight w:val="cyan"/>
          <w:u w:val="single"/>
        </w:rPr>
        <w:t>polarization’s effect</w:t>
      </w:r>
      <w:r>
        <w:rPr>
          <w:b w:val="0"/>
          <w:i w:val="0"/>
          <w:smallCaps w:val="0"/>
          <w:strike w:val="0"/>
          <w:sz w:val="22"/>
          <w:u w:val="single"/>
        </w:rPr>
        <w:t xml:space="preserve"> on productivity is likely to be </w:t>
      </w:r>
      <w:r>
        <w:rPr>
          <w:b/>
          <w:i w:val="0"/>
          <w:smallCaps w:val="0"/>
          <w:strike w:val="0"/>
          <w:sz w:val="22"/>
          <w:highlight w:val="cyan"/>
          <w:u w:val="single"/>
        </w:rPr>
        <w:t>particularly violent</w:t>
      </w:r>
      <w:r>
        <w:rPr>
          <w:b/>
          <w:i w:val="0"/>
          <w:smallCaps w:val="0"/>
          <w:strike w:val="0"/>
          <w:sz w:val="22"/>
          <w:u w:val="single"/>
        </w:rPr>
        <w:t xml:space="preserve"> effect</w:t>
      </w:r>
      <w:r>
        <w:rPr>
          <w:b w:val="0"/>
          <w:i w:val="0"/>
          <w:smallCaps w:val="0"/>
          <w:strike w:val="0"/>
          <w:sz w:val="22"/>
          <w:u w:val="single"/>
        </w:rPr>
        <w:t xml:space="preserve"> </w:t>
      </w:r>
      <w:r>
        <w:rPr>
          <w:b w:val="0"/>
          <w:i w:val="0"/>
          <w:smallCaps w:val="0"/>
          <w:strike w:val="0"/>
          <w:sz w:val="22"/>
          <w:highlight w:val="cyan"/>
          <w:u w:val="single"/>
        </w:rPr>
        <w:t>when Congress</w:t>
      </w:r>
      <w:r>
        <w:rPr>
          <w:b w:val="0"/>
          <w:i w:val="0"/>
          <w:smallCaps w:val="0"/>
          <w:strike w:val="0"/>
          <w:sz w:val="22"/>
          <w:u w:val="single"/>
        </w:rPr>
        <w:t xml:space="preserve"> is </w:t>
      </w:r>
      <w:r>
        <w:rPr>
          <w:b w:val="0"/>
          <w:i w:val="0"/>
          <w:smallCaps w:val="0"/>
          <w:strike w:val="0"/>
          <w:sz w:val="22"/>
          <w:highlight w:val="cyan"/>
          <w:u w:val="single"/>
        </w:rPr>
        <w:t>divided</w:t>
      </w:r>
      <w:r>
        <w:rPr>
          <w:b w:val="0"/>
          <w:i w:val="0"/>
          <w:smallCaps w:val="0"/>
          <w:strike w:val="0"/>
          <w:sz w:val="22"/>
          <w:u w:val="single"/>
        </w:rPr>
        <w:t xml:space="preserve">. This is </w:t>
      </w:r>
      <w:r>
        <w:rPr>
          <w:b/>
          <w:i w:val="0"/>
          <w:smallCaps w:val="0"/>
          <w:strike w:val="0"/>
          <w:sz w:val="22"/>
          <w:highlight w:val="cyan"/>
          <w:u w:val="single"/>
        </w:rPr>
        <w:t>not the same as divided government</w:t>
      </w:r>
      <w:r>
        <w:rPr>
          <w:b w:val="0"/>
          <w:i w:val="0"/>
          <w:smallCaps w:val="0"/>
          <w:strike w:val="0"/>
          <w:sz w:val="22"/>
          <w:u w:val="single"/>
        </w:rPr>
        <w:t xml:space="preserve"> – when one party controls the White House and the other controls Congress. </w:t>
      </w:r>
      <w:r>
        <w:rPr>
          <w:b w:val="0"/>
          <w:i w:val="0"/>
          <w:smallCaps w:val="0"/>
          <w:strike w:val="0"/>
          <w:sz w:val="22"/>
          <w:highlight w:val="cyan"/>
          <w:u w:val="single"/>
        </w:rPr>
        <w:t>Divided control of Congress</w:t>
      </w:r>
      <w:r>
        <w:rPr>
          <w:b w:val="0"/>
          <w:i w:val="0"/>
          <w:smallCaps w:val="0"/>
          <w:strike w:val="0"/>
          <w:sz w:val="22"/>
          <w:u w:val="single"/>
        </w:rPr>
        <w:t xml:space="preserve"> is the condition we find ourselves in today: one party controls the House and the other controls the Senate.</w:t>
      </w:r>
    </w:p>
    <w:p>
      <w:pPr>
        <w:spacing w:after="60"/>
      </w:pPr>
      <w:r>
        <w:rPr>
          <w:b w:val="0"/>
          <w:i w:val="0"/>
          <w:smallCaps w:val="0"/>
          <w:strike w:val="0"/>
          <w:sz w:val="16"/>
          <w:u w:val="none"/>
        </w:rPr>
        <w:t xml:space="preserve">Since 1947, there have been six Congresses with divided party control. From 1981 to 1987 (the 104th to 106th Congresses), Republicans controlled the Senate and Democrats controlled the House of Representatives. The 107th Senate was mostly controlled by Democrats* while Republicans controlled the House. And finally, the 112th and 113th Congresses are divided in the same way. Historically speaking it is rare. The five divided congresses prior to the 113th </w:t>
      </w:r>
      <w:r>
        <w:rPr>
          <w:b w:val="0"/>
          <w:i w:val="0"/>
          <w:smallCaps w:val="0"/>
          <w:strike w:val="0"/>
          <w:sz w:val="16"/>
          <w:u w:val="none"/>
        </w:rPr>
        <w:t>passed,</w:t>
      </w:r>
      <w:r>
        <w:rPr>
          <w:b w:val="0"/>
          <w:i w:val="0"/>
          <w:smallCaps w:val="0"/>
          <w:strike w:val="0"/>
          <w:sz w:val="16"/>
          <w:u w:val="none"/>
        </w:rPr>
        <w:t xml:space="preserve"> on average, 27% fewer laws than congresses with unified control regardless of who controlled the White House. Furthermore, as polarization has increased, divided congresses have become less productive.</w:t>
      </w:r>
    </w:p>
    <w:p>
      <w:pPr>
        <w:spacing w:after="60"/>
      </w:pPr>
      <w:r>
        <w:rPr>
          <w:b w:val="0"/>
          <w:i w:val="0"/>
          <w:smallCaps w:val="0"/>
          <w:strike w:val="0"/>
          <w:sz w:val="22"/>
          <w:u w:val="single"/>
        </w:rPr>
        <w:t xml:space="preserve">This </w:t>
      </w:r>
      <w:r>
        <w:rPr>
          <w:b w:val="0"/>
          <w:i w:val="0"/>
          <w:smallCaps w:val="0"/>
          <w:strike w:val="0"/>
          <w:sz w:val="22"/>
          <w:highlight w:val="cyan"/>
          <w:u w:val="single"/>
        </w:rPr>
        <w:t>is</w:t>
      </w:r>
      <w:r>
        <w:rPr>
          <w:b w:val="0"/>
          <w:i w:val="0"/>
          <w:smallCaps w:val="0"/>
          <w:strike w:val="0"/>
          <w:sz w:val="22"/>
          <w:u w:val="single"/>
        </w:rPr>
        <w:t xml:space="preserve"> the </w:t>
      </w:r>
      <w:r>
        <w:rPr>
          <w:b w:val="0"/>
          <w:i w:val="0"/>
          <w:smallCaps w:val="0"/>
          <w:strike w:val="0"/>
          <w:sz w:val="22"/>
          <w:highlight w:val="cyan"/>
          <w:u w:val="single"/>
        </w:rPr>
        <w:t>big reason</w:t>
      </w:r>
      <w:r>
        <w:rPr>
          <w:b w:val="0"/>
          <w:i w:val="0"/>
          <w:smallCaps w:val="0"/>
          <w:strike w:val="0"/>
          <w:sz w:val="22"/>
          <w:u w:val="single"/>
        </w:rPr>
        <w:t xml:space="preserve"> the last two </w:t>
      </w:r>
      <w:r>
        <w:rPr>
          <w:b w:val="0"/>
          <w:i w:val="0"/>
          <w:smallCaps w:val="0"/>
          <w:strike w:val="0"/>
          <w:sz w:val="22"/>
          <w:highlight w:val="cyan"/>
          <w:u w:val="single"/>
        </w:rPr>
        <w:t>Congresses</w:t>
      </w:r>
      <w:r>
        <w:rPr>
          <w:b w:val="0"/>
          <w:i w:val="0"/>
          <w:smallCaps w:val="0"/>
          <w:strike w:val="0"/>
          <w:sz w:val="22"/>
          <w:u w:val="single"/>
        </w:rPr>
        <w:t xml:space="preserve"> appear historically </w:t>
      </w:r>
      <w:r>
        <w:rPr>
          <w:b w:val="0"/>
          <w:i w:val="0"/>
          <w:smallCaps w:val="0"/>
          <w:strike w:val="0"/>
          <w:sz w:val="22"/>
          <w:highlight w:val="cyan"/>
          <w:u w:val="single"/>
        </w:rPr>
        <w:t>inept. Hyperpolarized parties</w:t>
      </w:r>
      <w:r>
        <w:rPr>
          <w:b w:val="0"/>
          <w:i w:val="0"/>
          <w:smallCaps w:val="0"/>
          <w:strike w:val="0"/>
          <w:sz w:val="22"/>
          <w:u w:val="single"/>
        </w:rPr>
        <w:t xml:space="preserve"> each </w:t>
      </w:r>
      <w:r>
        <w:rPr>
          <w:b w:val="0"/>
          <w:i w:val="0"/>
          <w:smallCaps w:val="0"/>
          <w:strike w:val="0"/>
          <w:sz w:val="22"/>
          <w:highlight w:val="cyan"/>
          <w:u w:val="single"/>
        </w:rPr>
        <w:t>control one chamber</w:t>
      </w:r>
      <w:r>
        <w:rPr>
          <w:b w:val="0"/>
          <w:i w:val="0"/>
          <w:smallCaps w:val="0"/>
          <w:strike w:val="0"/>
          <w:sz w:val="22"/>
          <w:u w:val="single"/>
        </w:rPr>
        <w:t xml:space="preserve"> of Congress.</w:t>
      </w:r>
      <w:r>
        <w:rPr>
          <w:b w:val="0"/>
          <w:i w:val="0"/>
          <w:smallCaps w:val="0"/>
          <w:strike w:val="0"/>
          <w:sz w:val="16"/>
          <w:u w:val="none"/>
        </w:rPr>
        <w:t xml:space="preserve"> As we have routinely seen in the 113th, </w:t>
      </w:r>
      <w:r>
        <w:rPr>
          <w:b w:val="0"/>
          <w:i w:val="0"/>
          <w:smallCaps w:val="0"/>
          <w:strike w:val="0"/>
          <w:sz w:val="22"/>
          <w:highlight w:val="cyan"/>
          <w:u w:val="single"/>
        </w:rPr>
        <w:t>laws passed by one</w:t>
      </w:r>
      <w:r>
        <w:rPr>
          <w:b w:val="0"/>
          <w:i w:val="0"/>
          <w:smallCaps w:val="0"/>
          <w:strike w:val="0"/>
          <w:sz w:val="22"/>
          <w:u w:val="single"/>
        </w:rPr>
        <w:t xml:space="preserve"> chamber are </w:t>
      </w:r>
      <w:r>
        <w:rPr>
          <w:b/>
          <w:i w:val="0"/>
          <w:smallCaps w:val="0"/>
          <w:strike w:val="0"/>
          <w:sz w:val="22"/>
          <w:highlight w:val="cyan"/>
          <w:u w:val="single"/>
        </w:rPr>
        <w:t>dead-on-arrival in the other</w:t>
      </w:r>
      <w:r>
        <w:rPr>
          <w:b w:val="0"/>
          <w:i w:val="0"/>
          <w:smallCaps w:val="0"/>
          <w:strike w:val="0"/>
          <w:sz w:val="22"/>
          <w:u w:val="single"/>
        </w:rPr>
        <w:t>. There is virtually no agreement between the chamber on basic policy details.</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