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Partisanship makes compromise impossible.</w:t>
      </w:r>
    </w:p>
    <w:p>
      <w:pPr>
        <w:spacing w:after="80"/>
      </w:pPr>
      <w:r>
        <w:rPr>
          <w:b/>
          <w:i w:val="0"/>
          <w:smallCaps w:val="0"/>
          <w:strike w:val="0"/>
          <w:sz w:val="26"/>
          <w:u w:val="none"/>
        </w:rPr>
        <w:t>Pearlstein 23</w:t>
      </w:r>
      <w:r>
        <w:rPr>
          <w:b w:val="0"/>
          <w:i w:val="0"/>
          <w:smallCaps w:val="0"/>
          <w:strike w:val="0"/>
          <w:u w:val="none"/>
        </w:rPr>
        <w:t xml:space="preserve"> </w:t>
      </w:r>
      <w:r>
        <w:rPr>
          <w:b w:val="0"/>
          <w:i w:val="0"/>
          <w:smallCaps w:val="0"/>
          <w:strike w:val="0"/>
          <w:u w:val="none"/>
        </w:rPr>
        <w:t>[Steven Pearlstein; Robinson Professor of Political and International Affairs at George Mason University</w:t>
      </w:r>
      <w:r>
        <w:rPr>
          <w:b w:val="0"/>
          <w:i w:val="0"/>
          <w:smallCaps w:val="0"/>
          <w:strike w:val="0"/>
          <w:u w:val="none"/>
        </w:rPr>
        <w:t xml:space="preserve"> and Pulitzer Prize Winner</w:t>
      </w:r>
      <w:r>
        <w:rPr>
          <w:b w:val="0"/>
          <w:i w:val="0"/>
          <w:smallCaps w:val="0"/>
          <w:strike w:val="0"/>
          <w:u w:val="none"/>
        </w:rPr>
        <w:t>; 12-30-2023; Opinion; POLITICO; https://www.politico.com/news/magazine/2023/12/30/congress-dysfunction-causes-00133208; 7-27-</w:t>
      </w:r>
      <w:r>
        <w:rPr>
          <w:b w:val="0"/>
          <w:i w:val="0"/>
          <w:smallCaps w:val="0"/>
          <w:strike w:val="0"/>
          <w:u w:val="none"/>
        </w:rPr>
        <w:t>2024</w:t>
      </w:r>
      <w:r>
        <w:rPr>
          <w:b w:val="0"/>
          <w:i w:val="0"/>
          <w:smallCaps w:val="0"/>
          <w:strike w:val="0"/>
          <w:u w:val="none"/>
        </w:rPr>
        <w:t>; AO]</w:t>
      </w:r>
    </w:p>
    <w:p>
      <w:pPr>
        <w:spacing w:after="60"/>
      </w:pPr>
      <w:r>
        <w:rPr>
          <w:b w:val="0"/>
          <w:i w:val="0"/>
          <w:smallCaps w:val="0"/>
          <w:strike w:val="0"/>
          <w:sz w:val="22"/>
          <w:highlight w:val="cyan"/>
          <w:u w:val="single"/>
        </w:rPr>
        <w:t>Given</w:t>
      </w:r>
      <w:r>
        <w:rPr>
          <w:b w:val="0"/>
          <w:i w:val="0"/>
          <w:smallCaps w:val="0"/>
          <w:strike w:val="0"/>
          <w:sz w:val="22"/>
          <w:u w:val="single"/>
        </w:rPr>
        <w:t xml:space="preserve"> the </w:t>
      </w:r>
      <w:r>
        <w:rPr>
          <w:b w:val="0"/>
          <w:i w:val="0"/>
          <w:smallCaps w:val="0"/>
          <w:strike w:val="0"/>
          <w:sz w:val="22"/>
          <w:highlight w:val="cyan"/>
          <w:u w:val="single"/>
        </w:rPr>
        <w:t>urgency of</w:t>
      </w:r>
      <w:r>
        <w:rPr>
          <w:b w:val="0"/>
          <w:i w:val="0"/>
          <w:smallCaps w:val="0"/>
          <w:strike w:val="0"/>
          <w:sz w:val="22"/>
          <w:u w:val="single"/>
        </w:rPr>
        <w:t xml:space="preserve"> the </w:t>
      </w:r>
      <w:r>
        <w:rPr>
          <w:b w:val="0"/>
          <w:i w:val="0"/>
          <w:smallCaps w:val="0"/>
          <w:strike w:val="0"/>
          <w:sz w:val="22"/>
          <w:highlight w:val="cyan"/>
          <w:u w:val="single"/>
        </w:rPr>
        <w:t>issues and</w:t>
      </w:r>
      <w:r>
        <w:rPr>
          <w:b w:val="0"/>
          <w:i w:val="0"/>
          <w:smallCaps w:val="0"/>
          <w:strike w:val="0"/>
          <w:sz w:val="22"/>
          <w:u w:val="single"/>
        </w:rPr>
        <w:t xml:space="preserve"> those </w:t>
      </w:r>
      <w:r>
        <w:rPr>
          <w:b w:val="0"/>
          <w:i w:val="0"/>
          <w:smallCaps w:val="0"/>
          <w:strike w:val="0"/>
          <w:sz w:val="22"/>
          <w:highlight w:val="cyan"/>
          <w:u w:val="single"/>
        </w:rPr>
        <w:t>bipartisan majorities</w:t>
      </w:r>
      <w:r>
        <w:rPr>
          <w:b w:val="0"/>
          <w:i w:val="0"/>
          <w:smallCaps w:val="0"/>
          <w:strike w:val="0"/>
          <w:sz w:val="22"/>
          <w:u w:val="single"/>
        </w:rPr>
        <w:t xml:space="preserve"> — and given that little else was clogging the legislative agenda during the final months of the year — you might wonder why </w:t>
      </w:r>
      <w:r>
        <w:rPr>
          <w:b w:val="0"/>
          <w:i w:val="0"/>
          <w:smallCaps w:val="0"/>
          <w:strike w:val="0"/>
          <w:sz w:val="22"/>
          <w:highlight w:val="cyan"/>
          <w:u w:val="single"/>
        </w:rPr>
        <w:t>nothing was done</w:t>
      </w:r>
      <w:r>
        <w:rPr>
          <w:b w:val="0"/>
          <w:i w:val="0"/>
          <w:smallCaps w:val="0"/>
          <w:strike w:val="0"/>
          <w:sz w:val="22"/>
          <w:u w:val="single"/>
        </w:rPr>
        <w:t xml:space="preserve">. </w:t>
      </w:r>
      <w:r>
        <w:rPr>
          <w:b w:val="0"/>
          <w:i w:val="0"/>
          <w:smallCaps w:val="0"/>
          <w:strike w:val="0"/>
          <w:sz w:val="16"/>
          <w:u w:val="none"/>
        </w:rPr>
        <w:t>Certainly</w:t>
      </w:r>
      <w:r>
        <w:rPr>
          <w:b w:val="0"/>
          <w:i w:val="0"/>
          <w:smallCaps w:val="0"/>
          <w:strike w:val="0"/>
          <w:sz w:val="16"/>
          <w:u w:val="none"/>
        </w:rPr>
        <w:t xml:space="preserve"> in decades past, the relevant committees would have held substantive hearings to look into the separate issues and reported bills to the full House and Senate. And the House and Senate might have taken a week to debate and vote on each bill and dozens of amendments.</w:t>
      </w:r>
      <w:r>
        <w:rPr>
          <w:b w:val="0"/>
          <w:i w:val="0"/>
          <w:smallCaps w:val="0"/>
          <w:strike w:val="0"/>
          <w:sz w:val="16"/>
          <w:u w:val="none"/>
        </w:rPr>
        <w:br/>
        <w:t>In this instance, almost none of that happened.</w:t>
      </w:r>
    </w:p>
    <w:p>
      <w:pPr>
        <w:spacing w:after="60"/>
      </w:pPr>
      <w:r>
        <w:rPr>
          <w:b w:val="0"/>
          <w:i w:val="0"/>
          <w:smallCaps w:val="0"/>
          <w:strike w:val="0"/>
          <w:sz w:val="22"/>
          <w:u w:val="single"/>
        </w:rPr>
        <w:t xml:space="preserve">Instead, the </w:t>
      </w:r>
      <w:r>
        <w:rPr>
          <w:b w:val="0"/>
          <w:i w:val="0"/>
          <w:smallCaps w:val="0"/>
          <w:strike w:val="0"/>
          <w:sz w:val="22"/>
          <w:highlight w:val="cyan"/>
          <w:u w:val="single"/>
        </w:rPr>
        <w:t>Democratic majority</w:t>
      </w:r>
      <w:r>
        <w:rPr>
          <w:b w:val="0"/>
          <w:i w:val="0"/>
          <w:smallCaps w:val="0"/>
          <w:strike w:val="0"/>
          <w:sz w:val="22"/>
          <w:u w:val="single"/>
        </w:rPr>
        <w:t xml:space="preserve"> in the Senate </w:t>
      </w:r>
      <w:r>
        <w:rPr>
          <w:b w:val="0"/>
          <w:i w:val="0"/>
          <w:smallCaps w:val="0"/>
          <w:strike w:val="0"/>
          <w:sz w:val="22"/>
          <w:highlight w:val="cyan"/>
          <w:u w:val="single"/>
        </w:rPr>
        <w:t>refused</w:t>
      </w:r>
      <w:r>
        <w:rPr>
          <w:b w:val="0"/>
          <w:i w:val="0"/>
          <w:smallCaps w:val="0"/>
          <w:strike w:val="0"/>
          <w:sz w:val="22"/>
          <w:u w:val="single"/>
        </w:rPr>
        <w:t xml:space="preserve"> to take up </w:t>
      </w:r>
      <w:r>
        <w:rPr>
          <w:b w:val="0"/>
          <w:i w:val="0"/>
          <w:smallCaps w:val="0"/>
          <w:strike w:val="0"/>
          <w:sz w:val="22"/>
          <w:highlight w:val="cyan"/>
          <w:u w:val="single"/>
        </w:rPr>
        <w:t>aid to Israel</w:t>
      </w:r>
      <w:r>
        <w:rPr>
          <w:b w:val="0"/>
          <w:i w:val="0"/>
          <w:smallCaps w:val="0"/>
          <w:strike w:val="0"/>
          <w:sz w:val="22"/>
          <w:u w:val="single"/>
        </w:rPr>
        <w:t xml:space="preserve"> unless it was packaged with aid to Ukraine, which by itself might not have enough </w:t>
      </w:r>
      <w:r>
        <w:rPr>
          <w:b w:val="0"/>
          <w:i w:val="0"/>
          <w:smallCaps w:val="0"/>
          <w:strike w:val="0"/>
          <w:sz w:val="22"/>
          <w:highlight w:val="cyan"/>
          <w:u w:val="single"/>
        </w:rPr>
        <w:t>Republican</w:t>
      </w:r>
      <w:r>
        <w:rPr>
          <w:b w:val="0"/>
          <w:i w:val="0"/>
          <w:smallCaps w:val="0"/>
          <w:strike w:val="0"/>
          <w:sz w:val="22"/>
          <w:u w:val="single"/>
        </w:rPr>
        <w:t xml:space="preserve"> votes to overcome a </w:t>
      </w:r>
      <w:r>
        <w:rPr>
          <w:b w:val="0"/>
          <w:i w:val="0"/>
          <w:smallCaps w:val="0"/>
          <w:strike w:val="0"/>
          <w:sz w:val="22"/>
          <w:highlight w:val="cyan"/>
          <w:u w:val="single"/>
        </w:rPr>
        <w:t>filibuster</w:t>
      </w:r>
      <w:r>
        <w:rPr>
          <w:b w:val="0"/>
          <w:i w:val="0"/>
          <w:smallCaps w:val="0"/>
          <w:strike w:val="0"/>
          <w:sz w:val="22"/>
          <w:u w:val="single"/>
        </w:rPr>
        <w:t xml:space="preserve">. In response, House </w:t>
      </w:r>
      <w:r>
        <w:rPr>
          <w:b w:val="0"/>
          <w:i w:val="0"/>
          <w:smallCaps w:val="0"/>
          <w:strike w:val="0"/>
          <w:sz w:val="22"/>
          <w:highlight w:val="cyan"/>
          <w:u w:val="single"/>
        </w:rPr>
        <w:t>Republicans</w:t>
      </w:r>
      <w:r>
        <w:rPr>
          <w:b w:val="0"/>
          <w:i w:val="0"/>
          <w:smallCaps w:val="0"/>
          <w:strike w:val="0"/>
          <w:sz w:val="22"/>
          <w:u w:val="single"/>
        </w:rPr>
        <w:t xml:space="preserve"> announced they would </w:t>
      </w:r>
      <w:r>
        <w:rPr>
          <w:b w:val="0"/>
          <w:i w:val="0"/>
          <w:smallCaps w:val="0"/>
          <w:strike w:val="0"/>
          <w:sz w:val="22"/>
          <w:highlight w:val="cyan"/>
          <w:u w:val="single"/>
        </w:rPr>
        <w:t>refuse</w:t>
      </w:r>
      <w:r>
        <w:rPr>
          <w:b w:val="0"/>
          <w:i w:val="0"/>
          <w:smallCaps w:val="0"/>
          <w:strike w:val="0"/>
          <w:sz w:val="22"/>
          <w:u w:val="single"/>
        </w:rPr>
        <w:t xml:space="preserve"> to fund </w:t>
      </w:r>
      <w:r>
        <w:rPr>
          <w:b w:val="0"/>
          <w:i w:val="0"/>
          <w:smallCaps w:val="0"/>
          <w:strike w:val="0"/>
          <w:sz w:val="22"/>
          <w:highlight w:val="cyan"/>
          <w:u w:val="single"/>
        </w:rPr>
        <w:t xml:space="preserve">aid to Ukraine unless </w:t>
      </w:r>
      <w:r>
        <w:rPr>
          <w:b w:val="0"/>
          <w:i w:val="0"/>
          <w:smallCaps w:val="0"/>
          <w:strike w:val="0"/>
          <w:sz w:val="22"/>
          <w:u w:val="single"/>
        </w:rPr>
        <w:t>Democrats agree to</w:t>
      </w:r>
      <w:r>
        <w:rPr>
          <w:b w:val="0"/>
          <w:i w:val="0"/>
          <w:smallCaps w:val="0"/>
          <w:strike w:val="0"/>
          <w:sz w:val="22"/>
          <w:u w:val="single"/>
        </w:rPr>
        <w:t xml:space="preserve"> stronger </w:t>
      </w:r>
      <w:r>
        <w:rPr>
          <w:b w:val="0"/>
          <w:i w:val="0"/>
          <w:smallCaps w:val="0"/>
          <w:strike w:val="0"/>
          <w:sz w:val="22"/>
          <w:highlight w:val="cyan"/>
          <w:u w:val="single"/>
        </w:rPr>
        <w:t>border enforcement</w:t>
      </w:r>
      <w:r>
        <w:rPr>
          <w:b w:val="0"/>
          <w:i w:val="0"/>
          <w:smallCaps w:val="0"/>
          <w:strike w:val="0"/>
          <w:sz w:val="22"/>
          <w:u w:val="single"/>
        </w:rPr>
        <w:t xml:space="preserve"> and tougher criteria for refugees. In response, progressives warned fellow </w:t>
      </w:r>
      <w:r>
        <w:rPr>
          <w:b w:val="0"/>
          <w:i w:val="0"/>
          <w:smallCaps w:val="0"/>
          <w:strike w:val="0"/>
          <w:sz w:val="22"/>
          <w:highlight w:val="cyan"/>
          <w:u w:val="single"/>
        </w:rPr>
        <w:t>Democrats never</w:t>
      </w:r>
      <w:r>
        <w:rPr>
          <w:b w:val="0"/>
          <w:i w:val="0"/>
          <w:smallCaps w:val="0"/>
          <w:strike w:val="0"/>
          <w:sz w:val="22"/>
          <w:u w:val="single"/>
        </w:rPr>
        <w:t xml:space="preserve"> to </w:t>
      </w:r>
      <w:r>
        <w:rPr>
          <w:b w:val="0"/>
          <w:i w:val="0"/>
          <w:smallCaps w:val="0"/>
          <w:strike w:val="0"/>
          <w:sz w:val="22"/>
          <w:highlight w:val="cyan"/>
          <w:u w:val="single"/>
        </w:rPr>
        <w:t>agree</w:t>
      </w:r>
      <w:r>
        <w:rPr>
          <w:b w:val="0"/>
          <w:i w:val="0"/>
          <w:smallCaps w:val="0"/>
          <w:strike w:val="0"/>
          <w:sz w:val="22"/>
          <w:u w:val="single"/>
        </w:rPr>
        <w:t xml:space="preserve"> to tougher immigration laws </w:t>
      </w:r>
      <w:r>
        <w:rPr>
          <w:b w:val="0"/>
          <w:i w:val="0"/>
          <w:smallCaps w:val="0"/>
          <w:strike w:val="0"/>
          <w:sz w:val="22"/>
          <w:highlight w:val="cyan"/>
          <w:u w:val="single"/>
        </w:rPr>
        <w:t>unless</w:t>
      </w:r>
      <w:r>
        <w:rPr>
          <w:b w:val="0"/>
          <w:i w:val="0"/>
          <w:smallCaps w:val="0"/>
          <w:strike w:val="0"/>
          <w:sz w:val="22"/>
          <w:u w:val="single"/>
        </w:rPr>
        <w:t xml:space="preserve"> Republicans agree to a </w:t>
      </w:r>
      <w:r>
        <w:rPr>
          <w:b w:val="0"/>
          <w:i w:val="0"/>
          <w:smallCaps w:val="0"/>
          <w:strike w:val="0"/>
          <w:sz w:val="22"/>
          <w:highlight w:val="cyan"/>
          <w:u w:val="single"/>
        </w:rPr>
        <w:t xml:space="preserve">pathway </w:t>
      </w:r>
      <w:r>
        <w:rPr>
          <w:b w:val="0"/>
          <w:i w:val="0"/>
          <w:smallCaps w:val="0"/>
          <w:strike w:val="0"/>
          <w:sz w:val="22"/>
          <w:u w:val="single"/>
        </w:rPr>
        <w:t xml:space="preserve">to citizenship </w:t>
      </w:r>
      <w:r>
        <w:rPr>
          <w:b w:val="0"/>
          <w:i w:val="0"/>
          <w:smallCaps w:val="0"/>
          <w:strike w:val="0"/>
          <w:sz w:val="22"/>
          <w:highlight w:val="cyan"/>
          <w:u w:val="single"/>
        </w:rPr>
        <w:t>for millions</w:t>
      </w:r>
      <w:r>
        <w:rPr>
          <w:b w:val="0"/>
          <w:i w:val="0"/>
          <w:smallCaps w:val="0"/>
          <w:strike w:val="0"/>
          <w:sz w:val="22"/>
          <w:u w:val="single"/>
        </w:rPr>
        <w:t xml:space="preserve"> who are already </w:t>
      </w:r>
      <w:r>
        <w:rPr>
          <w:b w:val="0"/>
          <w:i w:val="0"/>
          <w:smallCaps w:val="0"/>
          <w:strike w:val="0"/>
          <w:sz w:val="22"/>
          <w:highlight w:val="cyan"/>
          <w:u w:val="single"/>
        </w:rPr>
        <w:t>here illegally</w:t>
      </w:r>
      <w:r>
        <w:rPr>
          <w:b w:val="0"/>
          <w:i w:val="0"/>
          <w:smallCaps w:val="0"/>
          <w:strike w:val="0"/>
          <w:sz w:val="22"/>
          <w:u w:val="single"/>
        </w:rPr>
        <w:t>.</w:t>
      </w:r>
    </w:p>
    <w:p>
      <w:pPr>
        <w:spacing w:after="60"/>
      </w:pPr>
      <w:r>
        <w:rPr>
          <w:b w:val="0"/>
          <w:i w:val="0"/>
          <w:smallCaps w:val="0"/>
          <w:strike w:val="0"/>
          <w:sz w:val="16"/>
          <w:u w:val="none"/>
        </w:rPr>
        <w:t>And now we hear that the only way to do anything about Israel, Ukraine and the border is to fold it into a sweeping appropriations bill needed to avoid a partial government shutdown when funding runs out in January.</w:t>
      </w:r>
    </w:p>
    <w:p>
      <w:pPr>
        <w:spacing w:after="60"/>
      </w:pPr>
      <w:r>
        <w:rPr>
          <w:b w:val="0"/>
          <w:i w:val="0"/>
          <w:smallCaps w:val="0"/>
          <w:strike w:val="0"/>
          <w:sz w:val="22"/>
          <w:u w:val="single"/>
        </w:rPr>
        <w:t xml:space="preserve">The </w:t>
      </w:r>
      <w:r>
        <w:rPr>
          <w:b w:val="0"/>
          <w:i w:val="0"/>
          <w:smallCaps w:val="0"/>
          <w:strike w:val="0"/>
          <w:sz w:val="22"/>
          <w:highlight w:val="cyan"/>
          <w:u w:val="single"/>
        </w:rPr>
        <w:t>root cause of all this dysfunction</w:t>
      </w:r>
      <w:r>
        <w:rPr>
          <w:b w:val="0"/>
          <w:i w:val="0"/>
          <w:smallCaps w:val="0"/>
          <w:strike w:val="0"/>
          <w:sz w:val="22"/>
          <w:u w:val="single"/>
        </w:rPr>
        <w:t xml:space="preserve"> — the reluctance to vote, the holding of one issue hostage to another, the brinkmanship and the refusal to compromise — </w:t>
      </w:r>
      <w:r>
        <w:rPr>
          <w:b w:val="0"/>
          <w:i w:val="0"/>
          <w:smallCaps w:val="0"/>
          <w:strike w:val="0"/>
          <w:sz w:val="22"/>
          <w:highlight w:val="cyan"/>
          <w:u w:val="single"/>
        </w:rPr>
        <w:t>is</w:t>
      </w:r>
      <w:r>
        <w:rPr>
          <w:b w:val="0"/>
          <w:i w:val="0"/>
          <w:smallCaps w:val="0"/>
          <w:strike w:val="0"/>
          <w:sz w:val="22"/>
          <w:u w:val="single"/>
        </w:rPr>
        <w:t xml:space="preserve"> the </w:t>
      </w:r>
      <w:r>
        <w:rPr>
          <w:b w:val="0"/>
          <w:i w:val="0"/>
          <w:smallCaps w:val="0"/>
          <w:strike w:val="0"/>
          <w:sz w:val="22"/>
          <w:highlight w:val="cyan"/>
          <w:u w:val="single"/>
        </w:rPr>
        <w:t xml:space="preserve">sorting of </w:t>
      </w:r>
      <w:r>
        <w:rPr>
          <w:b w:val="0"/>
          <w:i w:val="0"/>
          <w:smallCaps w:val="0"/>
          <w:strike w:val="0"/>
          <w:sz w:val="22"/>
          <w:u w:val="single"/>
        </w:rPr>
        <w:t>the country and</w:t>
      </w:r>
      <w:r>
        <w:rPr>
          <w:b w:val="0"/>
          <w:i w:val="0"/>
          <w:smallCaps w:val="0"/>
          <w:strike w:val="0"/>
          <w:sz w:val="22"/>
          <w:u w:val="single"/>
        </w:rPr>
        <w:t xml:space="preserve"> the </w:t>
      </w:r>
      <w:r>
        <w:rPr>
          <w:b w:val="0"/>
          <w:i w:val="0"/>
          <w:smallCaps w:val="0"/>
          <w:strike w:val="0"/>
          <w:sz w:val="22"/>
          <w:highlight w:val="cyan"/>
          <w:u w:val="single"/>
        </w:rPr>
        <w:t xml:space="preserve">Congress into </w:t>
      </w:r>
      <w:r>
        <w:rPr>
          <w:b/>
          <w:i w:val="0"/>
          <w:smallCaps w:val="0"/>
          <w:strike w:val="0"/>
          <w:sz w:val="22"/>
          <w:highlight w:val="cyan"/>
          <w:u w:val="single"/>
        </w:rPr>
        <w:t>two ideologically consistent parties</w:t>
      </w:r>
      <w:r>
        <w:rPr>
          <w:b w:val="0"/>
          <w:i w:val="0"/>
          <w:smallCaps w:val="0"/>
          <w:strike w:val="0"/>
          <w:sz w:val="22"/>
          <w:highlight w:val="cyan"/>
          <w:u w:val="single"/>
        </w:rPr>
        <w:t xml:space="preserve"> that</w:t>
      </w:r>
      <w:r>
        <w:rPr>
          <w:b w:val="0"/>
          <w:i w:val="0"/>
          <w:smallCaps w:val="0"/>
          <w:strike w:val="0"/>
          <w:sz w:val="22"/>
          <w:u w:val="single"/>
        </w:rPr>
        <w:t xml:space="preserve"> have adopted the same tactics and now </w:t>
      </w:r>
      <w:r>
        <w:rPr>
          <w:b/>
          <w:i w:val="0"/>
          <w:smallCaps w:val="0"/>
          <w:strike w:val="0"/>
          <w:sz w:val="22"/>
          <w:highlight w:val="cyan"/>
          <w:u w:val="single"/>
        </w:rPr>
        <w:t xml:space="preserve">fought </w:t>
      </w:r>
      <w:r>
        <w:rPr>
          <w:b/>
          <w:i w:val="0"/>
          <w:smallCaps w:val="0"/>
          <w:strike w:val="0"/>
          <w:sz w:val="22"/>
          <w:u w:val="single"/>
        </w:rPr>
        <w:t xml:space="preserve">each other </w:t>
      </w:r>
      <w:r>
        <w:rPr>
          <w:b/>
          <w:i w:val="0"/>
          <w:smallCaps w:val="0"/>
          <w:strike w:val="0"/>
          <w:sz w:val="22"/>
          <w:highlight w:val="cyan"/>
          <w:u w:val="single"/>
        </w:rPr>
        <w:t xml:space="preserve">to </w:t>
      </w:r>
      <w:r>
        <w:rPr>
          <w:b/>
          <w:i w:val="0"/>
          <w:smallCaps w:val="0"/>
          <w:strike w:val="0"/>
          <w:sz w:val="22"/>
          <w:highlight w:val="cyan"/>
          <w:u w:val="single"/>
        </w:rPr>
        <w:t>a draw.</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