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Disease won’t cause extinction.</w:t>
      </w:r>
    </w:p>
    <w:p>
      <w:pPr>
        <w:spacing w:after="80"/>
      </w:pPr>
      <w:r>
        <w:rPr>
          <w:b/>
          <w:i w:val="0"/>
          <w:smallCaps w:val="0"/>
          <w:strike w:val="0"/>
          <w:sz w:val="26"/>
          <w:u w:val="none"/>
        </w:rPr>
        <w:t>Adalja</w:t>
      </w:r>
      <w:r>
        <w:rPr>
          <w:b w:val="0"/>
          <w:i w:val="0"/>
          <w:smallCaps w:val="0"/>
          <w:strike w:val="0"/>
          <w:sz w:val="22"/>
          <w:u w:val="none"/>
        </w:rPr>
        <w:t xml:space="preserve"> 6-17-20</w:t>
      </w:r>
      <w:r>
        <w:rPr>
          <w:b/>
          <w:i w:val="0"/>
          <w:smallCaps w:val="0"/>
          <w:strike w:val="0"/>
          <w:sz w:val="26"/>
          <w:u w:val="none"/>
        </w:rPr>
        <w:t>16</w:t>
      </w:r>
      <w:r>
        <w:rPr>
          <w:b w:val="0"/>
          <w:i w:val="0"/>
          <w:smallCaps w:val="0"/>
          <w:strike w:val="0"/>
          <w:sz w:val="22"/>
          <w:u w:val="none"/>
        </w:rPr>
        <w:t xml:space="preserve"> [Amesh, infectious-disease physician, University of Pittsburgh; “Why Hasn't Disease Wiped out the Human Race?,” The Atlantic, </w:t>
      </w:r>
      <w:r>
        <w:rPr>
          <w:b w:val="0"/>
          <w:i w:val="0"/>
          <w:smallCaps w:val="0"/>
          <w:strike w:val="0"/>
          <w:sz w:val="22"/>
          <w:u w:val="none"/>
        </w:rPr>
        <w:t xml:space="preserve"> //</w:t>
      </w:r>
      <w:r>
        <w:rPr>
          <w:b w:val="0"/>
          <w:i w:val="0"/>
          <w:smallCaps w:val="0"/>
          <w:strike w:val="0"/>
          <w:sz w:val="22"/>
          <w:u w:val="none"/>
        </w:rPr>
        <w:t>cpsw</w:t>
      </w:r>
      <w:r>
        <w:rPr>
          <w:b w:val="0"/>
          <w:i w:val="0"/>
          <w:smallCaps w:val="0"/>
          <w:strike w:val="0"/>
          <w:sz w:val="22"/>
          <w:u w:val="none"/>
        </w:rPr>
        <w:t>-ay]</w:t>
      </w:r>
    </w:p>
    <w:p>
      <w:pPr>
        <w:spacing w:after="60"/>
      </w:pPr>
      <w:r>
        <w:rPr>
          <w:b w:val="0"/>
          <w:i w:val="0"/>
          <w:smallCaps w:val="0"/>
          <w:strike w:val="0"/>
          <w:sz w:val="16"/>
          <w:u w:val="none"/>
        </w:rPr>
        <w:t xml:space="preserve">In Michael Crichton’s The Andromeda Strain, the canonical book in the disease-outbreak genre, an alien microbe threatens the human race with extinction, and humanity’s best minds are marshaled to combat the enemy organism. Fortunately, outside of fiction, there’s no reason to expect alien pathogens to wage war on the human race any time soon, and </w:t>
      </w:r>
      <w:r>
        <w:rPr>
          <w:b w:val="0"/>
          <w:i w:val="0"/>
          <w:smallCaps w:val="0"/>
          <w:strike w:val="0"/>
          <w:sz w:val="22"/>
          <w:u w:val="single"/>
        </w:rPr>
        <w:t xml:space="preserve">my analysis suggests that </w:t>
      </w:r>
      <w:r>
        <w:rPr>
          <w:b w:val="0"/>
          <w:i w:val="0"/>
          <w:smallCaps w:val="0"/>
          <w:strike w:val="0"/>
          <w:sz w:val="22"/>
          <w:highlight w:val="cyan"/>
          <w:u w:val="single"/>
        </w:rPr>
        <w:t>any real</w:t>
      </w:r>
      <w:r>
        <w:rPr>
          <w:b w:val="0"/>
          <w:i w:val="0"/>
          <w:smallCaps w:val="0"/>
          <w:strike w:val="0"/>
          <w:sz w:val="22"/>
          <w:u w:val="single"/>
        </w:rPr>
        <w:t xml:space="preserve">-life domestic </w:t>
      </w:r>
      <w:r>
        <w:rPr>
          <w:b w:val="0"/>
          <w:i w:val="0"/>
          <w:smallCaps w:val="0"/>
          <w:strike w:val="0"/>
          <w:sz w:val="22"/>
          <w:highlight w:val="cyan"/>
          <w:u w:val="single"/>
        </w:rPr>
        <w:t>microbe</w:t>
      </w:r>
      <w:r>
        <w:rPr>
          <w:b w:val="0"/>
          <w:i w:val="0"/>
          <w:smallCaps w:val="0"/>
          <w:strike w:val="0"/>
          <w:sz w:val="22"/>
          <w:u w:val="single"/>
        </w:rPr>
        <w:t xml:space="preserve"> </w:t>
      </w:r>
      <w:r>
        <w:rPr>
          <w:b w:val="0"/>
          <w:i w:val="0"/>
          <w:smallCaps w:val="0"/>
          <w:strike w:val="0"/>
          <w:sz w:val="22"/>
          <w:highlight w:val="cyan"/>
          <w:u w:val="single"/>
        </w:rPr>
        <w:t>reaching</w:t>
      </w:r>
      <w:r>
        <w:rPr>
          <w:b w:val="0"/>
          <w:i w:val="0"/>
          <w:smallCaps w:val="0"/>
          <w:strike w:val="0"/>
          <w:sz w:val="22"/>
          <w:u w:val="single"/>
        </w:rPr>
        <w:t xml:space="preserve"> an </w:t>
      </w:r>
      <w:r>
        <w:rPr>
          <w:b w:val="0"/>
          <w:i w:val="0"/>
          <w:smallCaps w:val="0"/>
          <w:strike w:val="0"/>
          <w:sz w:val="22"/>
          <w:highlight w:val="cyan"/>
          <w:u w:val="single"/>
        </w:rPr>
        <w:t>extinction</w:t>
      </w:r>
      <w:r>
        <w:rPr>
          <w:b w:val="0"/>
          <w:i w:val="0"/>
          <w:smallCaps w:val="0"/>
          <w:strike w:val="0"/>
          <w:sz w:val="22"/>
          <w:u w:val="single"/>
        </w:rPr>
        <w:t xml:space="preserve"> level of threat probably </w:t>
      </w:r>
      <w:r>
        <w:rPr>
          <w:b w:val="0"/>
          <w:i w:val="0"/>
          <w:smallCaps w:val="0"/>
          <w:strike w:val="0"/>
          <w:sz w:val="22"/>
          <w:highlight w:val="cyan"/>
          <w:u w:val="single"/>
        </w:rPr>
        <w:t>is</w:t>
      </w:r>
      <w:r>
        <w:rPr>
          <w:b w:val="0"/>
          <w:i w:val="0"/>
          <w:smallCaps w:val="0"/>
          <w:strike w:val="0"/>
          <w:sz w:val="22"/>
          <w:u w:val="single"/>
        </w:rPr>
        <w:t xml:space="preserve"> just as </w:t>
      </w:r>
      <w:r>
        <w:rPr>
          <w:b w:val="0"/>
          <w:i w:val="0"/>
          <w:smallCaps w:val="0"/>
          <w:strike w:val="0"/>
          <w:sz w:val="22"/>
          <w:highlight w:val="cyan"/>
          <w:u w:val="single"/>
        </w:rPr>
        <w:t>unlikely</w:t>
      </w:r>
      <w:r>
        <w:rPr>
          <w:b w:val="0"/>
          <w:i w:val="0"/>
          <w:smallCaps w:val="0"/>
          <w:strike w:val="0"/>
          <w:sz w:val="16"/>
          <w:u w:val="none"/>
        </w:rPr>
        <w:t>.</w:t>
      </w:r>
    </w:p>
    <w:p>
      <w:pPr>
        <w:spacing w:after="60"/>
      </w:pPr>
      <w:r>
        <w:rPr>
          <w:b w:val="0"/>
          <w:i w:val="0"/>
          <w:smallCaps w:val="0"/>
          <w:strike w:val="0"/>
          <w:sz w:val="22"/>
          <w:highlight w:val="cyan"/>
          <w:u w:val="single"/>
        </w:rPr>
        <w:t>Any</w:t>
      </w:r>
      <w:r>
        <w:rPr>
          <w:b w:val="0"/>
          <w:i w:val="0"/>
          <w:smallCaps w:val="0"/>
          <w:strike w:val="0"/>
          <w:sz w:val="22"/>
          <w:u w:val="single"/>
        </w:rPr>
        <w:t xml:space="preserve"> apocalyptic </w:t>
      </w:r>
      <w:r>
        <w:rPr>
          <w:b w:val="0"/>
          <w:i w:val="0"/>
          <w:smallCaps w:val="0"/>
          <w:strike w:val="0"/>
          <w:sz w:val="22"/>
          <w:highlight w:val="cyan"/>
          <w:u w:val="single"/>
        </w:rPr>
        <w:t>pathogen would need</w:t>
      </w:r>
      <w:r>
        <w:rPr>
          <w:b w:val="0"/>
          <w:i w:val="0"/>
          <w:smallCaps w:val="0"/>
          <w:strike w:val="0"/>
          <w:sz w:val="22"/>
          <w:u w:val="single"/>
        </w:rPr>
        <w:t xml:space="preserve"> to possess a very special combination of two attributes. First, it would have </w:t>
      </w:r>
      <w:r>
        <w:rPr>
          <w:b w:val="0"/>
          <w:i w:val="0"/>
          <w:smallCaps w:val="0"/>
          <w:strike w:val="0"/>
          <w:sz w:val="22"/>
          <w:highlight w:val="cyan"/>
          <w:u w:val="single"/>
        </w:rPr>
        <w:t xml:space="preserve">to be </w:t>
      </w:r>
      <w:r>
        <w:rPr>
          <w:b/>
          <w:i w:val="0"/>
          <w:smallCaps w:val="0"/>
          <w:strike w:val="0"/>
          <w:sz w:val="22"/>
          <w:highlight w:val="cyan"/>
          <w:u w:val="single"/>
        </w:rPr>
        <w:t>so unfamiliar that no</w:t>
      </w:r>
      <w:r>
        <w:rPr>
          <w:b w:val="0"/>
          <w:i w:val="0"/>
          <w:smallCaps w:val="0"/>
          <w:strike w:val="0"/>
          <w:sz w:val="22"/>
          <w:u w:val="single"/>
        </w:rPr>
        <w:t xml:space="preserve"> existing </w:t>
      </w:r>
      <w:r>
        <w:rPr>
          <w:b/>
          <w:i w:val="0"/>
          <w:smallCaps w:val="0"/>
          <w:strike w:val="0"/>
          <w:sz w:val="22"/>
          <w:highlight w:val="cyan"/>
          <w:u w:val="single"/>
        </w:rPr>
        <w:t>therapy</w:t>
      </w:r>
      <w:r>
        <w:rPr>
          <w:b w:val="0"/>
          <w:i w:val="0"/>
          <w:smallCaps w:val="0"/>
          <w:strike w:val="0"/>
          <w:sz w:val="22"/>
          <w:u w:val="single"/>
        </w:rPr>
        <w:t xml:space="preserve"> or vaccine </w:t>
      </w:r>
      <w:r>
        <w:rPr>
          <w:b/>
          <w:i w:val="0"/>
          <w:smallCaps w:val="0"/>
          <w:strike w:val="0"/>
          <w:sz w:val="22"/>
          <w:highlight w:val="cyan"/>
          <w:u w:val="single"/>
        </w:rPr>
        <w:t>could be applied</w:t>
      </w:r>
      <w:r>
        <w:rPr>
          <w:b w:val="0"/>
          <w:i w:val="0"/>
          <w:smallCaps w:val="0"/>
          <w:strike w:val="0"/>
          <w:sz w:val="22"/>
          <w:u w:val="single"/>
        </w:rPr>
        <w:t xml:space="preserve"> to it. Second, </w:t>
      </w:r>
      <w:r>
        <w:rPr>
          <w:b w:val="0"/>
          <w:i w:val="0"/>
          <w:smallCaps w:val="0"/>
          <w:strike w:val="0"/>
          <w:sz w:val="22"/>
          <w:highlight w:val="cyan"/>
          <w:u w:val="single"/>
        </w:rPr>
        <w:t>it would</w:t>
      </w:r>
      <w:r>
        <w:rPr>
          <w:b w:val="0"/>
          <w:i w:val="0"/>
          <w:smallCaps w:val="0"/>
          <w:strike w:val="0"/>
          <w:sz w:val="22"/>
          <w:u w:val="single"/>
        </w:rPr>
        <w:t xml:space="preserve"> </w:t>
      </w:r>
      <w:r>
        <w:rPr>
          <w:b w:val="0"/>
          <w:i w:val="0"/>
          <w:smallCaps w:val="0"/>
          <w:strike w:val="0"/>
          <w:sz w:val="22"/>
          <w:highlight w:val="cyan"/>
          <w:u w:val="single"/>
        </w:rPr>
        <w:t>need</w:t>
      </w:r>
      <w:r>
        <w:rPr>
          <w:b w:val="0"/>
          <w:i w:val="0"/>
          <w:smallCaps w:val="0"/>
          <w:strike w:val="0"/>
          <w:sz w:val="22"/>
          <w:u w:val="single"/>
        </w:rPr>
        <w:t xml:space="preserve"> to have a </w:t>
      </w:r>
      <w:r>
        <w:rPr>
          <w:b/>
          <w:i w:val="0"/>
          <w:smallCaps w:val="0"/>
          <w:strike w:val="0"/>
          <w:sz w:val="22"/>
          <w:highlight w:val="cyan"/>
          <w:u w:val="single"/>
        </w:rPr>
        <w:t>high</w:t>
      </w:r>
      <w:r>
        <w:rPr>
          <w:b w:val="0"/>
          <w:i w:val="0"/>
          <w:smallCaps w:val="0"/>
          <w:strike w:val="0"/>
          <w:sz w:val="22"/>
          <w:u w:val="single"/>
        </w:rPr>
        <w:t xml:space="preserve"> and surreptitious </w:t>
      </w:r>
      <w:r>
        <w:rPr>
          <w:b/>
          <w:i w:val="0"/>
          <w:smallCaps w:val="0"/>
          <w:strike w:val="0"/>
          <w:sz w:val="22"/>
          <w:highlight w:val="cyan"/>
          <w:u w:val="single"/>
        </w:rPr>
        <w:t>transmissibility before symptoms occur</w:t>
      </w:r>
      <w:r>
        <w:rPr>
          <w:b w:val="0"/>
          <w:i w:val="0"/>
          <w:smallCaps w:val="0"/>
          <w:strike w:val="0"/>
          <w:sz w:val="16"/>
          <w:u w:val="none"/>
        </w:rPr>
        <w:t>. The first is essential because any microbe from a known class of pathogens would, by definition, have family members that could serve as models for containment and countermeasures. The second would allow the hypothetical disease to spread without being detected by even the most astute clinicians.</w:t>
      </w:r>
    </w:p>
    <w:p>
      <w:pPr>
        <w:spacing w:after="60"/>
      </w:pPr>
      <w:r>
        <w:rPr>
          <w:b w:val="0"/>
          <w:i w:val="0"/>
          <w:smallCaps w:val="0"/>
          <w:strike w:val="0"/>
          <w:sz w:val="22"/>
          <w:u w:val="single"/>
        </w:rPr>
        <w:t>The three infectious diseases most likely to be considered extinction-level threats in the world today—influenza, HIV, and Ebola—don’t meet these two requirements</w:t>
      </w:r>
      <w:r>
        <w:rPr>
          <w:b w:val="0"/>
          <w:i w:val="0"/>
          <w:smallCaps w:val="0"/>
          <w:strike w:val="0"/>
          <w:sz w:val="16"/>
          <w:u w:val="none"/>
        </w:rPr>
        <w:t>. Influenza, for instance, despite its well-established ability to kill on a large scale, its contagiousness, and its unrivaled ability to shift and drift away from our vaccines, is still what I would call a “known unknown.” While there are many mysteries about how new flu strains emerge, from at least the time of Hippocrates, humans have been attuned to its risk. And in the modern era, a full-fledged industry of influenza preparedness exists, with effective vaccine strategies and antiviral therapies.</w:t>
      </w:r>
    </w:p>
    <w:p>
      <w:pPr>
        <w:spacing w:after="60"/>
      </w:pPr>
      <w:r>
        <w:rPr>
          <w:b w:val="0"/>
          <w:i w:val="0"/>
          <w:smallCaps w:val="0"/>
          <w:strike w:val="0"/>
          <w:sz w:val="16"/>
          <w:u w:val="none"/>
        </w:rPr>
        <w:t>HIV, which has killed 39 million people over several decades, is similarly limited due to several factors. Most importantly, HIV’s dependency on blood and body fluid for transmission (similar to Ebola) requires intimate human-to-human contact, which limits contagion. Highly potent antiviral therapy allows most people to live normally with the disease, and a substantial group of the population has genetic mutations that render them impervious to infection in the first place. Lastly, simple prevention strategies such as needle exchange for injection drug users and barrier contraceptives—when available—can curtail transmission risk.</w:t>
      </w:r>
    </w:p>
    <w:p>
      <w:pPr>
        <w:spacing w:after="60"/>
      </w:pPr>
      <w:r>
        <w:rPr>
          <w:b w:val="0"/>
          <w:i w:val="0"/>
          <w:smallCaps w:val="0"/>
          <w:strike w:val="0"/>
          <w:sz w:val="16"/>
          <w:u w:val="none"/>
        </w:rPr>
        <w:t>Ebola, for many of the same reasons as HIV as well as several others, also falls short of the mark. This is especially due to the fact that it spreads almost exclusively through people with easily recognizable symptoms, plus the taming of its once unfathomable 90 percent mortality rate by simple supportive care.</w:t>
      </w:r>
    </w:p>
    <w:p>
      <w:pPr>
        <w:spacing w:after="60"/>
      </w:pPr>
      <w:r>
        <w:rPr>
          <w:b w:val="0"/>
          <w:i w:val="0"/>
          <w:smallCaps w:val="0"/>
          <w:strike w:val="0"/>
          <w:sz w:val="16"/>
          <w:u w:val="none"/>
        </w:rPr>
        <w:t xml:space="preserve">Beyond those three, every other known disease falls short of what seems required to wipe out humans—which is, of course, why we’re still here. And it’s not that diseases are ineffective. </w:t>
      </w:r>
      <w:r>
        <w:rPr>
          <w:b w:val="0"/>
          <w:i w:val="0"/>
          <w:smallCaps w:val="0"/>
          <w:strike w:val="0"/>
          <w:sz w:val="22"/>
          <w:u w:val="single"/>
        </w:rPr>
        <w:t xml:space="preserve">On the contrary, </w:t>
      </w:r>
      <w:r>
        <w:rPr>
          <w:b w:val="0"/>
          <w:i w:val="0"/>
          <w:smallCaps w:val="0"/>
          <w:strike w:val="0"/>
          <w:sz w:val="22"/>
          <w:highlight w:val="cyan"/>
          <w:u w:val="single"/>
        </w:rPr>
        <w:t>diseases’ failure</w:t>
      </w:r>
      <w:r>
        <w:rPr>
          <w:b w:val="0"/>
          <w:i w:val="0"/>
          <w:smallCaps w:val="0"/>
          <w:strike w:val="0"/>
          <w:sz w:val="22"/>
          <w:u w:val="single"/>
        </w:rPr>
        <w:t xml:space="preserve"> to knock us out </w:t>
      </w:r>
      <w:r>
        <w:rPr>
          <w:b w:val="0"/>
          <w:i w:val="0"/>
          <w:smallCaps w:val="0"/>
          <w:strike w:val="0"/>
          <w:sz w:val="22"/>
          <w:highlight w:val="cyan"/>
          <w:u w:val="single"/>
        </w:rPr>
        <w:t>is a testament to</w:t>
      </w:r>
      <w:r>
        <w:rPr>
          <w:b w:val="0"/>
          <w:i w:val="0"/>
          <w:smallCaps w:val="0"/>
          <w:strike w:val="0"/>
          <w:sz w:val="22"/>
          <w:u w:val="single"/>
        </w:rPr>
        <w:t xml:space="preserve"> just </w:t>
      </w:r>
      <w:r>
        <w:rPr>
          <w:b w:val="0"/>
          <w:i w:val="0"/>
          <w:smallCaps w:val="0"/>
          <w:strike w:val="0"/>
          <w:sz w:val="22"/>
          <w:highlight w:val="cyan"/>
          <w:u w:val="single"/>
        </w:rPr>
        <w:t>how resilient humans are</w:t>
      </w:r>
      <w:r>
        <w:rPr>
          <w:b w:val="0"/>
          <w:i w:val="0"/>
          <w:smallCaps w:val="0"/>
          <w:strike w:val="0"/>
          <w:sz w:val="22"/>
          <w:u w:val="single"/>
        </w:rPr>
        <w:t xml:space="preserve">. Part of our evolutionary heritage is </w:t>
      </w:r>
      <w:r>
        <w:rPr>
          <w:b/>
          <w:i w:val="0"/>
          <w:smallCaps w:val="0"/>
          <w:strike w:val="0"/>
          <w:sz w:val="22"/>
          <w:highlight w:val="cyan"/>
          <w:u w:val="single"/>
        </w:rPr>
        <w:t>our immune system</w:t>
      </w:r>
      <w:r>
        <w:rPr>
          <w:b w:val="0"/>
          <w:i w:val="0"/>
          <w:smallCaps w:val="0"/>
          <w:strike w:val="0"/>
          <w:sz w:val="22"/>
          <w:u w:val="single"/>
        </w:rPr>
        <w:t>, one of the most complex on the planet</w:t>
      </w:r>
      <w:r>
        <w:rPr>
          <w:b w:val="0"/>
          <w:i w:val="0"/>
          <w:smallCaps w:val="0"/>
          <w:strike w:val="0"/>
          <w:sz w:val="16"/>
          <w:u w:val="none"/>
        </w:rPr>
        <w:t xml:space="preserve">, even without the benefit of vaccines or the helping hand of antimicrobial drugs. </w:t>
      </w:r>
      <w:r>
        <w:rPr>
          <w:b w:val="0"/>
          <w:i w:val="0"/>
          <w:smallCaps w:val="0"/>
          <w:strike w:val="0"/>
          <w:sz w:val="22"/>
          <w:u w:val="single"/>
        </w:rPr>
        <w:t>This system</w:t>
      </w:r>
      <w:r>
        <w:rPr>
          <w:b w:val="0"/>
          <w:i w:val="0"/>
          <w:smallCaps w:val="0"/>
          <w:strike w:val="0"/>
          <w:sz w:val="22"/>
          <w:u w:val="single"/>
        </w:rPr>
        <w:t xml:space="preserve">, when viewed at a species level, </w:t>
      </w:r>
      <w:r>
        <w:rPr>
          <w:b/>
          <w:i w:val="0"/>
          <w:smallCaps w:val="0"/>
          <w:strike w:val="0"/>
          <w:sz w:val="22"/>
          <w:highlight w:val="cyan"/>
          <w:u w:val="single"/>
        </w:rPr>
        <w:t>can adapt to almost any enemy</w:t>
      </w:r>
      <w:r>
        <w:rPr>
          <w:b w:val="0"/>
          <w:i w:val="0"/>
          <w:smallCaps w:val="0"/>
          <w:strike w:val="0"/>
          <w:sz w:val="22"/>
          <w:u w:val="single"/>
        </w:rPr>
        <w:t xml:space="preserve"> imaginable. Coupled to </w:t>
      </w:r>
      <w:r>
        <w:rPr>
          <w:b/>
          <w:i w:val="0"/>
          <w:smallCaps w:val="0"/>
          <w:strike w:val="0"/>
          <w:sz w:val="22"/>
          <w:highlight w:val="cyan"/>
          <w:u w:val="single"/>
        </w:rPr>
        <w:t>genetic variations</w:t>
      </w:r>
      <w:r>
        <w:rPr>
          <w:b w:val="0"/>
          <w:i w:val="0"/>
          <w:smallCaps w:val="0"/>
          <w:strike w:val="0"/>
          <w:sz w:val="22"/>
          <w:u w:val="single"/>
        </w:rPr>
        <w:t xml:space="preserve"> amongst humans—which </w:t>
      </w:r>
      <w:r>
        <w:rPr>
          <w:b w:val="0"/>
          <w:i w:val="0"/>
          <w:smallCaps w:val="0"/>
          <w:strike w:val="0"/>
          <w:sz w:val="22"/>
          <w:highlight w:val="cyan"/>
          <w:u w:val="single"/>
        </w:rPr>
        <w:t>open up</w:t>
      </w:r>
      <w:r>
        <w:rPr>
          <w:b w:val="0"/>
          <w:i w:val="0"/>
          <w:smallCaps w:val="0"/>
          <w:strike w:val="0"/>
          <w:sz w:val="22"/>
          <w:u w:val="single"/>
        </w:rPr>
        <w:t xml:space="preserve"> the possibility for a range of advantages, from </w:t>
      </w:r>
      <w:r>
        <w:rPr>
          <w:b/>
          <w:i w:val="0"/>
          <w:smallCaps w:val="0"/>
          <w:strike w:val="0"/>
          <w:sz w:val="22"/>
          <w:highlight w:val="cyan"/>
          <w:u w:val="single"/>
        </w:rPr>
        <w:t>imperviousness to infection to</w:t>
      </w:r>
      <w:r>
        <w:rPr>
          <w:b w:val="0"/>
          <w:i w:val="0"/>
          <w:smallCaps w:val="0"/>
          <w:strike w:val="0"/>
          <w:sz w:val="22"/>
          <w:u w:val="single"/>
        </w:rPr>
        <w:t xml:space="preserve"> a tendency for </w:t>
      </w:r>
      <w:r>
        <w:rPr>
          <w:b/>
          <w:i w:val="0"/>
          <w:smallCaps w:val="0"/>
          <w:strike w:val="0"/>
          <w:sz w:val="22"/>
          <w:highlight w:val="cyan"/>
          <w:u w:val="single"/>
        </w:rPr>
        <w:t>mild symptoms</w:t>
      </w:r>
      <w:r>
        <w:rPr>
          <w:b w:val="0"/>
          <w:i w:val="0"/>
          <w:smallCaps w:val="0"/>
          <w:strike w:val="0"/>
          <w:sz w:val="22"/>
          <w:u w:val="single"/>
        </w:rPr>
        <w:t>—</w:t>
      </w:r>
      <w:r>
        <w:rPr>
          <w:b w:val="0"/>
          <w:i w:val="0"/>
          <w:smallCaps w:val="0"/>
          <w:strike w:val="0"/>
          <w:sz w:val="22"/>
          <w:highlight w:val="cyan"/>
          <w:u w:val="single"/>
        </w:rPr>
        <w:t>this</w:t>
      </w:r>
      <w:r>
        <w:rPr>
          <w:b w:val="0"/>
          <w:i w:val="0"/>
          <w:smallCaps w:val="0"/>
          <w:strike w:val="0"/>
          <w:sz w:val="22"/>
          <w:u w:val="single"/>
        </w:rPr>
        <w:t xml:space="preserve"> adaptability </w:t>
      </w:r>
      <w:r>
        <w:rPr>
          <w:b w:val="0"/>
          <w:i w:val="0"/>
          <w:smallCaps w:val="0"/>
          <w:strike w:val="0"/>
          <w:sz w:val="22"/>
          <w:highlight w:val="cyan"/>
          <w:u w:val="single"/>
        </w:rPr>
        <w:t>ensures</w:t>
      </w:r>
      <w:r>
        <w:rPr>
          <w:b w:val="0"/>
          <w:i w:val="0"/>
          <w:smallCaps w:val="0"/>
          <w:strike w:val="0"/>
          <w:sz w:val="22"/>
          <w:u w:val="single"/>
        </w:rPr>
        <w:t xml:space="preserve"> that almost </w:t>
      </w:r>
      <w:r>
        <w:rPr>
          <w:b w:val="0"/>
          <w:i w:val="0"/>
          <w:smallCaps w:val="0"/>
          <w:strike w:val="0"/>
          <w:sz w:val="22"/>
          <w:highlight w:val="cyan"/>
          <w:u w:val="single"/>
        </w:rPr>
        <w:t>any</w:t>
      </w:r>
      <w:r>
        <w:rPr>
          <w:b w:val="0"/>
          <w:i w:val="0"/>
          <w:smallCaps w:val="0"/>
          <w:strike w:val="0"/>
          <w:sz w:val="22"/>
          <w:u w:val="single"/>
        </w:rPr>
        <w:t xml:space="preserve"> infectious </w:t>
      </w:r>
      <w:r>
        <w:rPr>
          <w:b w:val="0"/>
          <w:i w:val="0"/>
          <w:smallCaps w:val="0"/>
          <w:strike w:val="0"/>
          <w:sz w:val="22"/>
          <w:highlight w:val="cyan"/>
          <w:u w:val="single"/>
        </w:rPr>
        <w:t>disease</w:t>
      </w:r>
      <w:r>
        <w:rPr>
          <w:b w:val="0"/>
          <w:i w:val="0"/>
          <w:smallCaps w:val="0"/>
          <w:strike w:val="0"/>
          <w:sz w:val="22"/>
          <w:u w:val="single"/>
        </w:rPr>
        <w:t xml:space="preserve"> onslaught </w:t>
      </w:r>
      <w:r>
        <w:rPr>
          <w:b w:val="0"/>
          <w:i w:val="0"/>
          <w:smallCaps w:val="0"/>
          <w:strike w:val="0"/>
          <w:sz w:val="22"/>
          <w:highlight w:val="cyan"/>
          <w:u w:val="single"/>
        </w:rPr>
        <w:t>will leave a large proportion</w:t>
      </w:r>
      <w:r>
        <w:rPr>
          <w:b w:val="0"/>
          <w:i w:val="0"/>
          <w:smallCaps w:val="0"/>
          <w:strike w:val="0"/>
          <w:sz w:val="22"/>
          <w:u w:val="single"/>
        </w:rPr>
        <w:t xml:space="preserve"> of the population </w:t>
      </w:r>
      <w:r>
        <w:rPr>
          <w:b w:val="0"/>
          <w:i w:val="0"/>
          <w:smallCaps w:val="0"/>
          <w:strike w:val="0"/>
          <w:sz w:val="22"/>
          <w:highlight w:val="cyan"/>
          <w:u w:val="single"/>
        </w:rPr>
        <w:t>alive</w:t>
      </w:r>
      <w:r>
        <w:rPr>
          <w:b w:val="0"/>
          <w:i w:val="0"/>
          <w:smallCaps w:val="0"/>
          <w:strike w:val="0"/>
          <w:sz w:val="22"/>
          <w:u w:val="single"/>
        </w:rPr>
        <w:t xml:space="preserve"> to rebuild</w:t>
      </w:r>
      <w:r>
        <w:rPr>
          <w:b w:val="0"/>
          <w:i w:val="0"/>
          <w:smallCaps w:val="0"/>
          <w:strike w:val="0"/>
          <w:sz w:val="16"/>
          <w:u w:val="none"/>
        </w:rPr>
        <w:t>, in contrast to the fictional Hollywood versions.</w:t>
      </w:r>
    </w:p>
    <w:p>
      <w:pPr>
        <w:spacing w:after="60"/>
      </w:pPr>
      <w:r>
        <w:rPr>
          <w:b w:val="0"/>
          <w:i w:val="0"/>
          <w:smallCaps w:val="0"/>
          <w:strike w:val="0"/>
          <w:sz w:val="22"/>
          <w:u w:val="single"/>
        </w:rPr>
        <w:t xml:space="preserve">While the immune system’s role can never be understated, an </w:t>
      </w:r>
      <w:r>
        <w:rPr>
          <w:b w:val="0"/>
          <w:i w:val="0"/>
          <w:smallCaps w:val="0"/>
          <w:strike w:val="0"/>
          <w:sz w:val="22"/>
          <w:highlight w:val="cyan"/>
          <w:u w:val="single"/>
        </w:rPr>
        <w:t>even more</w:t>
      </w:r>
      <w:r>
        <w:rPr>
          <w:b w:val="0"/>
          <w:i w:val="0"/>
          <w:smallCaps w:val="0"/>
          <w:strike w:val="0"/>
          <w:sz w:val="22"/>
          <w:u w:val="single"/>
        </w:rPr>
        <w:t xml:space="preserve"> powerful </w:t>
      </w:r>
      <w:r>
        <w:rPr>
          <w:b w:val="0"/>
          <w:i w:val="0"/>
          <w:smallCaps w:val="0"/>
          <w:strike w:val="0"/>
          <w:sz w:val="22"/>
          <w:highlight w:val="cyan"/>
          <w:u w:val="single"/>
        </w:rPr>
        <w:t>protector is</w:t>
      </w:r>
      <w:r>
        <w:rPr>
          <w:b w:val="0"/>
          <w:i w:val="0"/>
          <w:smallCaps w:val="0"/>
          <w:strike w:val="0"/>
          <w:sz w:val="22"/>
          <w:u w:val="single"/>
        </w:rPr>
        <w:t xml:space="preserve"> the faculty of </w:t>
      </w:r>
      <w:r>
        <w:rPr>
          <w:b/>
          <w:i w:val="0"/>
          <w:smallCaps w:val="0"/>
          <w:strike w:val="0"/>
          <w:sz w:val="22"/>
          <w:highlight w:val="cyan"/>
          <w:u w:val="single"/>
        </w:rPr>
        <w:t>consciousness</w:t>
      </w:r>
      <w:r>
        <w:rPr>
          <w:b w:val="0"/>
          <w:i w:val="0"/>
          <w:smallCaps w:val="0"/>
          <w:strike w:val="0"/>
          <w:sz w:val="16"/>
          <w:u w:val="none"/>
        </w:rPr>
        <w:t xml:space="preserve">. Humans are not the most prolific, quickly evolving, or strongest organisms on the planet, but as Aristotle identified, humans are the rational animals—and it is this fundamental distinguishing characteristic that allows humans to form abstractions, think in principles, and plan long-range. </w:t>
      </w:r>
      <w:r>
        <w:rPr>
          <w:b w:val="0"/>
          <w:i w:val="0"/>
          <w:smallCaps w:val="0"/>
          <w:strike w:val="0"/>
          <w:sz w:val="22"/>
          <w:u w:val="single"/>
        </w:rPr>
        <w:t>These capacities</w:t>
      </w:r>
      <w:r>
        <w:rPr>
          <w:b w:val="0"/>
          <w:i w:val="0"/>
          <w:smallCaps w:val="0"/>
          <w:strike w:val="0"/>
          <w:sz w:val="16"/>
          <w:u w:val="none"/>
        </w:rPr>
        <w:t xml:space="preserve">, in turn, </w:t>
      </w:r>
      <w:r>
        <w:rPr>
          <w:b w:val="0"/>
          <w:i w:val="0"/>
          <w:smallCaps w:val="0"/>
          <w:strike w:val="0"/>
          <w:sz w:val="22"/>
          <w:u w:val="single"/>
        </w:rPr>
        <w:t xml:space="preserve">allow </w:t>
      </w:r>
      <w:r>
        <w:rPr>
          <w:b w:val="0"/>
          <w:i w:val="0"/>
          <w:smallCaps w:val="0"/>
          <w:strike w:val="0"/>
          <w:sz w:val="22"/>
          <w:highlight w:val="cyan"/>
          <w:u w:val="single"/>
        </w:rPr>
        <w:t>humans</w:t>
      </w:r>
      <w:r>
        <w:rPr>
          <w:b w:val="0"/>
          <w:i w:val="0"/>
          <w:smallCaps w:val="0"/>
          <w:strike w:val="0"/>
          <w:sz w:val="22"/>
          <w:u w:val="single"/>
        </w:rPr>
        <w:t xml:space="preserve"> to modify, alter, and </w:t>
      </w:r>
      <w:r>
        <w:rPr>
          <w:b/>
          <w:i w:val="0"/>
          <w:smallCaps w:val="0"/>
          <w:strike w:val="0"/>
          <w:sz w:val="22"/>
          <w:highlight w:val="cyan"/>
          <w:u w:val="single"/>
        </w:rPr>
        <w:t>improve themselves and their environments</w:t>
      </w:r>
      <w:r>
        <w:rPr>
          <w:b w:val="0"/>
          <w:i w:val="0"/>
          <w:smallCaps w:val="0"/>
          <w:strike w:val="0"/>
          <w:sz w:val="22"/>
          <w:u w:val="single"/>
        </w:rPr>
        <w:t xml:space="preserve">. Consciousness equips us, at an individual and a species level, </w:t>
      </w:r>
      <w:r>
        <w:rPr>
          <w:b w:val="0"/>
          <w:i w:val="0"/>
          <w:smallCaps w:val="0"/>
          <w:strike w:val="0"/>
          <w:sz w:val="22"/>
          <w:highlight w:val="cyan"/>
          <w:u w:val="single"/>
        </w:rPr>
        <w:t>to make nature safe</w:t>
      </w:r>
      <w:r>
        <w:rPr>
          <w:b w:val="0"/>
          <w:i w:val="0"/>
          <w:smallCaps w:val="0"/>
          <w:strike w:val="0"/>
          <w:sz w:val="22"/>
          <w:u w:val="single"/>
        </w:rPr>
        <w:t xml:space="preserve"> for the species </w:t>
      </w:r>
      <w:r>
        <w:rPr>
          <w:b w:val="0"/>
          <w:i w:val="0"/>
          <w:smallCaps w:val="0"/>
          <w:strike w:val="0"/>
          <w:sz w:val="22"/>
          <w:highlight w:val="cyan"/>
          <w:u w:val="single"/>
        </w:rPr>
        <w:t>through</w:t>
      </w:r>
      <w:r>
        <w:rPr>
          <w:b w:val="0"/>
          <w:i w:val="0"/>
          <w:smallCaps w:val="0"/>
          <w:strike w:val="0"/>
          <w:sz w:val="22"/>
          <w:u w:val="single"/>
        </w:rPr>
        <w:t xml:space="preserve"> such technological marvels as </w:t>
      </w:r>
      <w:r>
        <w:rPr>
          <w:b w:val="0"/>
          <w:i w:val="0"/>
          <w:smallCaps w:val="0"/>
          <w:strike w:val="0"/>
          <w:sz w:val="22"/>
          <w:highlight w:val="cyan"/>
          <w:u w:val="single"/>
        </w:rPr>
        <w:t>antibiotics, antivirals, vaccines, and sanitation</w:t>
      </w:r>
      <w:r>
        <w:rPr>
          <w:b w:val="0"/>
          <w:i w:val="0"/>
          <w:smallCaps w:val="0"/>
          <w:strike w:val="0"/>
          <w:sz w:val="16"/>
          <w:u w:val="none"/>
        </w:rPr>
        <w:t>. When humans began to focus their minds on the problems posed by infectious disease, human life ceased being nasty, brutish, and short. In many ways, human consciousness became infectious diseases’ worthiest adversary.</w:t>
      </w:r>
    </w:p>
    <w:p>
      <w:pPr>
        <w:spacing w:after="60"/>
      </w:pPr>
      <w:r>
        <w:rPr>
          <w:b w:val="0"/>
          <w:i w:val="0"/>
          <w:smallCaps w:val="0"/>
          <w:strike w:val="0"/>
          <w:sz w:val="16"/>
          <w:u w:val="none"/>
        </w:rPr>
        <w:t>None of this is meant to allay all fears of infectious diseases. To totally adopt a Panglossian viewpoint would be foolish—and dangerous. Humans do face countless threats from infectious diseases: witness Zika. And if not handled appropriately, severe calamity could, and will, ensue. The West African Ebola outbreak, for instance, festered for months before major efforts to bring it under control were initiated.</w:t>
      </w:r>
    </w:p>
    <w:p>
      <w:pPr>
        <w:spacing w:after="60"/>
      </w:pPr>
      <w:r>
        <w:rPr>
          <w:b w:val="0"/>
          <w:i w:val="0"/>
          <w:smallCaps w:val="0"/>
          <w:strike w:val="0"/>
          <w:sz w:val="16"/>
          <w:u w:val="none"/>
        </w:rPr>
        <w:t xml:space="preserve">When it comes to infectious diseases, I’m worried about the failure of institutions to understand the full impact of outbreaks. I’m worried about countries that don’t have the infrastructure or resources to combat these outbreaks when they come. </w:t>
      </w:r>
      <w:r>
        <w:rPr>
          <w:b w:val="0"/>
          <w:i w:val="0"/>
          <w:smallCaps w:val="0"/>
          <w:strike w:val="0"/>
          <w:sz w:val="22"/>
          <w:u w:val="single"/>
        </w:rPr>
        <w:t xml:space="preserve">But </w:t>
      </w:r>
      <w:r>
        <w:rPr>
          <w:b/>
          <w:i w:val="0"/>
          <w:smallCaps w:val="0"/>
          <w:strike w:val="0"/>
          <w:sz w:val="22"/>
          <w:highlight w:val="cyan"/>
          <w:u w:val="single"/>
        </w:rPr>
        <w:t>as long as we</w:t>
      </w:r>
      <w:r>
        <w:rPr>
          <w:b w:val="0"/>
          <w:i w:val="0"/>
          <w:smallCaps w:val="0"/>
          <w:strike w:val="0"/>
          <w:sz w:val="22"/>
          <w:u w:val="single"/>
        </w:rPr>
        <w:t xml:space="preserve"> can </w:t>
      </w:r>
      <w:r>
        <w:rPr>
          <w:b/>
          <w:i w:val="0"/>
          <w:smallCaps w:val="0"/>
          <w:strike w:val="0"/>
          <w:sz w:val="22"/>
          <w:highlight w:val="cyan"/>
          <w:u w:val="single"/>
        </w:rPr>
        <w:t>keep adapting, I’m not worried about the future of the human race</w:t>
      </w:r>
      <w:r>
        <w:rPr>
          <w:b w:val="0"/>
          <w:i w:val="0"/>
          <w:smallCaps w:val="0"/>
          <w:strike w:val="0"/>
          <w:sz w:val="16"/>
          <w:u w:val="none"/>
        </w:rPr>
        <w:t>.</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