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color w:val="000000"/>
          <w:sz w:val="26"/>
          <w:u w:val="none"/>
        </w:rPr>
        <w:t>High drug costs prop up counterfeit pharma</w:t>
      </w:r>
    </w:p>
    <w:p>
      <w:pPr>
        <w:spacing w:after="80"/>
      </w:pPr>
      <w:r>
        <w:rPr>
          <w:b/>
          <w:i w:val="0"/>
          <w:smallCaps w:val="0"/>
          <w:strike w:val="0"/>
          <w:color w:val="000000"/>
          <w:sz w:val="26"/>
          <w:u w:val="none"/>
        </w:rPr>
        <w:t>Bryant 11</w:t>
      </w:r>
      <w:r>
        <w:rPr>
          <w:b w:val="0"/>
          <w:i w:val="0"/>
          <w:smallCaps w:val="0"/>
          <w:strike w:val="0"/>
          <w:color w:val="000000"/>
          <w:sz w:val="22"/>
          <w:u w:val="none"/>
        </w:rPr>
        <w:t xml:space="preserve"> – PhD, former professor of sociology @ VA Tech (Clifton, “The Routledge Handbook of Deviant </w:t>
      </w:r>
      <w:r>
        <w:rPr>
          <w:b w:val="0"/>
          <w:i w:val="0"/>
          <w:smallCaps w:val="0"/>
          <w:strike w:val="0"/>
          <w:color w:val="000000"/>
          <w:sz w:val="22"/>
          <w:u w:val="none"/>
        </w:rPr>
        <w:t>Behaviour</w:t>
      </w:r>
      <w:r>
        <w:rPr>
          <w:b w:val="0"/>
          <w:i w:val="0"/>
          <w:smallCaps w:val="0"/>
          <w:strike w:val="0"/>
          <w:color w:val="000000"/>
          <w:sz w:val="22"/>
          <w:u w:val="none"/>
        </w:rPr>
        <w:t>,” p. 603-604)</w:t>
      </w:r>
    </w:p>
    <w:p>
      <w:pPr>
        <w:spacing w:after="60"/>
      </w:pPr>
      <w:r>
        <w:rPr>
          <w:b w:val="0"/>
          <w:i w:val="0"/>
          <w:smallCaps w:val="0"/>
          <w:strike w:val="0"/>
          <w:color w:val="000000"/>
          <w:sz w:val="16"/>
          <w:u w:val="none"/>
        </w:rPr>
        <w:t xml:space="preserve">Now, the field of medicine is able to achieve seemingly miraculous results, through organ transplantation, reviving patients who have been "clinically" dead, and curing supposedly "incurable diseases." Medical miracles are not cheap, however, and </w:t>
      </w:r>
      <w:r>
        <w:rPr>
          <w:b w:val="0"/>
          <w:i w:val="0"/>
          <w:smallCaps w:val="0"/>
          <w:strike w:val="0"/>
          <w:color w:val="000000"/>
          <w:sz w:val="22"/>
          <w:u w:val="single"/>
        </w:rPr>
        <w:t>the costs of</w:t>
      </w:r>
      <w:r>
        <w:rPr>
          <w:b w:val="0"/>
          <w:i w:val="0"/>
          <w:smallCaps w:val="0"/>
          <w:strike w:val="0"/>
          <w:color w:val="000000"/>
          <w:sz w:val="16"/>
          <w:u w:val="none"/>
        </w:rPr>
        <w:t xml:space="preserve"> medical care and </w:t>
      </w:r>
      <w:r>
        <w:rPr>
          <w:b w:val="0"/>
          <w:i w:val="0"/>
          <w:smallCaps w:val="0"/>
          <w:strike w:val="0"/>
          <w:color w:val="000000"/>
          <w:sz w:val="22"/>
          <w:u w:val="single"/>
        </w:rPr>
        <w:t>drugs</w:t>
      </w:r>
      <w:r>
        <w:rPr>
          <w:b w:val="0"/>
          <w:i w:val="0"/>
          <w:smallCaps w:val="0"/>
          <w:strike w:val="0"/>
          <w:color w:val="000000"/>
          <w:sz w:val="16"/>
          <w:u w:val="none"/>
        </w:rPr>
        <w:t xml:space="preserve"> have risen (and </w:t>
      </w:r>
      <w:r>
        <w:rPr>
          <w:b w:val="0"/>
          <w:i w:val="0"/>
          <w:smallCaps w:val="0"/>
          <w:strike w:val="0"/>
          <w:color w:val="000000"/>
          <w:sz w:val="22"/>
          <w:u w:val="single"/>
        </w:rPr>
        <w:t>continue to rise</w:t>
      </w:r>
      <w:r>
        <w:rPr>
          <w:b w:val="0"/>
          <w:i w:val="0"/>
          <w:smallCaps w:val="0"/>
          <w:strike w:val="0"/>
          <w:color w:val="000000"/>
          <w:sz w:val="16"/>
          <w:u w:val="none"/>
        </w:rPr>
        <w:t xml:space="preserve">) </w:t>
      </w:r>
      <w:r>
        <w:rPr>
          <w:b w:val="0"/>
          <w:i w:val="0"/>
          <w:smallCaps w:val="0"/>
          <w:strike w:val="0"/>
          <w:color w:val="000000"/>
          <w:sz w:val="22"/>
          <w:u w:val="single"/>
        </w:rPr>
        <w:t>at a near-astronomical rate</w:t>
      </w:r>
      <w:r>
        <w:rPr>
          <w:b w:val="0"/>
          <w:i w:val="0"/>
          <w:smallCaps w:val="0"/>
          <w:strike w:val="0"/>
          <w:color w:val="000000"/>
          <w:sz w:val="16"/>
          <w:u w:val="none"/>
        </w:rPr>
        <w:t xml:space="preserve">. </w:t>
      </w:r>
      <w:r>
        <w:rPr>
          <w:b w:val="0"/>
          <w:i w:val="0"/>
          <w:smallCaps w:val="0"/>
          <w:strike w:val="0"/>
          <w:color w:val="000000"/>
          <w:sz w:val="22"/>
          <w:u w:val="single"/>
        </w:rPr>
        <w:t>Consequently,</w:t>
      </w:r>
      <w:r>
        <w:rPr>
          <w:b w:val="0"/>
          <w:i w:val="0"/>
          <w:smallCaps w:val="0"/>
          <w:strike w:val="0"/>
          <w:color w:val="000000"/>
          <w:sz w:val="16"/>
          <w:u w:val="none"/>
        </w:rPr>
        <w:t xml:space="preserve"> </w:t>
      </w:r>
      <w:r>
        <w:rPr>
          <w:b w:val="0"/>
          <w:i w:val="0"/>
          <w:smallCaps w:val="0"/>
          <w:strike w:val="0"/>
          <w:color w:val="000000"/>
          <w:sz w:val="22"/>
          <w:u w:val="single"/>
        </w:rPr>
        <w:t>neither private</w:t>
      </w:r>
      <w:r>
        <w:rPr>
          <w:b w:val="0"/>
          <w:i w:val="0"/>
          <w:smallCaps w:val="0"/>
          <w:strike w:val="0"/>
          <w:color w:val="000000"/>
          <w:sz w:val="16"/>
          <w:u w:val="none"/>
        </w:rPr>
        <w:t xml:space="preserve"> </w:t>
      </w:r>
      <w:r>
        <w:rPr>
          <w:b w:val="0"/>
          <w:i w:val="0"/>
          <w:smallCaps w:val="0"/>
          <w:strike w:val="0"/>
          <w:color w:val="000000"/>
          <w:sz w:val="22"/>
          <w:u w:val="single"/>
        </w:rPr>
        <w:t>medical insurance plans</w:t>
      </w:r>
      <w:r>
        <w:rPr>
          <w:b w:val="0"/>
          <w:i w:val="0"/>
          <w:smallCaps w:val="0"/>
          <w:strike w:val="0"/>
          <w:color w:val="000000"/>
          <w:sz w:val="16"/>
          <w:u w:val="none"/>
        </w:rPr>
        <w:t xml:space="preserve"> </w:t>
      </w:r>
      <w:r>
        <w:rPr>
          <w:b w:val="0"/>
          <w:i w:val="0"/>
          <w:smallCaps w:val="0"/>
          <w:strike w:val="0"/>
          <w:color w:val="000000"/>
          <w:sz w:val="22"/>
          <w:u w:val="single"/>
        </w:rPr>
        <w:t>nor Medicare will</w:t>
      </w:r>
      <w:r>
        <w:rPr>
          <w:b w:val="0"/>
          <w:i w:val="0"/>
          <w:smallCaps w:val="0"/>
          <w:strike w:val="0"/>
          <w:color w:val="000000"/>
          <w:sz w:val="16"/>
          <w:u w:val="none"/>
        </w:rPr>
        <w:t xml:space="preserve"> </w:t>
      </w:r>
      <w:r>
        <w:rPr>
          <w:b w:val="0"/>
          <w:i w:val="0"/>
          <w:smallCaps w:val="0"/>
          <w:strike w:val="0"/>
          <w:color w:val="000000"/>
          <w:sz w:val="22"/>
          <w:u w:val="single"/>
        </w:rPr>
        <w:t>now</w:t>
      </w:r>
      <w:r>
        <w:rPr>
          <w:b w:val="0"/>
          <w:i w:val="0"/>
          <w:smallCaps w:val="0"/>
          <w:strike w:val="0"/>
          <w:color w:val="000000"/>
          <w:sz w:val="16"/>
          <w:u w:val="none"/>
        </w:rPr>
        <w:t xml:space="preserve"> </w:t>
      </w:r>
      <w:r>
        <w:rPr>
          <w:b w:val="0"/>
          <w:i w:val="0"/>
          <w:smallCaps w:val="0"/>
          <w:strike w:val="0"/>
          <w:color w:val="000000"/>
          <w:sz w:val="22"/>
          <w:u w:val="single"/>
        </w:rPr>
        <w:t>cover certain</w:t>
      </w:r>
      <w:r>
        <w:rPr>
          <w:b w:val="0"/>
          <w:i w:val="0"/>
          <w:smallCaps w:val="0"/>
          <w:strike w:val="0"/>
          <w:color w:val="000000"/>
          <w:sz w:val="16"/>
          <w:u w:val="none"/>
        </w:rPr>
        <w:t xml:space="preserve"> procedures, </w:t>
      </w:r>
      <w:r>
        <w:rPr>
          <w:b w:val="0"/>
          <w:i w:val="0"/>
          <w:smallCaps w:val="0"/>
          <w:strike w:val="0"/>
          <w:color w:val="000000"/>
          <w:sz w:val="22"/>
          <w:u w:val="single"/>
        </w:rPr>
        <w:t>treatments</w:t>
      </w:r>
      <w:r>
        <w:rPr>
          <w:b w:val="0"/>
          <w:i w:val="0"/>
          <w:smallCaps w:val="0"/>
          <w:strike w:val="0"/>
          <w:color w:val="000000"/>
          <w:sz w:val="22"/>
          <w:u w:val="single"/>
        </w:rPr>
        <w:t>, and medicines</w:t>
      </w:r>
      <w:r>
        <w:rPr>
          <w:b w:val="0"/>
          <w:i w:val="0"/>
          <w:smallCaps w:val="0"/>
          <w:strike w:val="0"/>
          <w:color w:val="000000"/>
          <w:sz w:val="16"/>
          <w:u w:val="none"/>
        </w:rPr>
        <w:t xml:space="preserve">. In the future, </w:t>
      </w:r>
      <w:r>
        <w:rPr>
          <w:b w:val="0"/>
          <w:i w:val="0"/>
          <w:smallCaps w:val="0"/>
          <w:strike w:val="0"/>
          <w:color w:val="000000"/>
          <w:sz w:val="22"/>
          <w:u w:val="single"/>
        </w:rPr>
        <w:t>with continuing reform of the US healthcare system, even fewer</w:t>
      </w:r>
      <w:r>
        <w:rPr>
          <w:b w:val="0"/>
          <w:i w:val="0"/>
          <w:smallCaps w:val="0"/>
          <w:strike w:val="0"/>
          <w:color w:val="000000"/>
          <w:sz w:val="16"/>
          <w:u w:val="none"/>
        </w:rPr>
        <w:t xml:space="preserve"> procedures, </w:t>
      </w:r>
      <w:r>
        <w:rPr>
          <w:b w:val="0"/>
          <w:i w:val="0"/>
          <w:smallCaps w:val="0"/>
          <w:strike w:val="0"/>
          <w:color w:val="000000"/>
          <w:sz w:val="22"/>
          <w:u w:val="single"/>
        </w:rPr>
        <w:t>treatments, and medications might will be covered</w:t>
      </w:r>
      <w:r>
        <w:rPr>
          <w:b w:val="0"/>
          <w:i w:val="0"/>
          <w:smallCaps w:val="0"/>
          <w:strike w:val="0"/>
          <w:color w:val="000000"/>
          <w:sz w:val="16"/>
          <w:u w:val="none"/>
        </w:rPr>
        <w:t xml:space="preserve">. Certainly, some medical treatment will be "rationed," and particular categories of people (such as the elderly) may be systematically denied the coverage they need. </w:t>
      </w:r>
      <w:r>
        <w:rPr>
          <w:b w:val="0"/>
          <w:i w:val="0"/>
          <w:smallCaps w:val="0"/>
          <w:strike w:val="0"/>
          <w:color w:val="000000"/>
          <w:sz w:val="22"/>
          <w:u w:val="single"/>
        </w:rPr>
        <w:t>As a result</w:t>
      </w:r>
      <w:r>
        <w:rPr>
          <w:b w:val="0"/>
          <w:i w:val="0"/>
          <w:smallCaps w:val="0"/>
          <w:strike w:val="0"/>
          <w:color w:val="000000"/>
          <w:sz w:val="16"/>
          <w:u w:val="none"/>
        </w:rPr>
        <w:t xml:space="preserve"> </w:t>
      </w:r>
      <w:r>
        <w:rPr>
          <w:b w:val="0"/>
          <w:i w:val="0"/>
          <w:smallCaps w:val="0"/>
          <w:strike w:val="0"/>
          <w:color w:val="000000"/>
          <w:sz w:val="22"/>
          <w:u w:val="single"/>
        </w:rPr>
        <w:t>of all this,</w:t>
      </w:r>
      <w:r>
        <w:rPr>
          <w:b w:val="0"/>
          <w:i w:val="0"/>
          <w:smallCaps w:val="0"/>
          <w:strike w:val="0"/>
          <w:color w:val="000000"/>
          <w:sz w:val="16"/>
          <w:u w:val="none"/>
        </w:rPr>
        <w:t xml:space="preserve"> </w:t>
      </w:r>
      <w:r>
        <w:rPr>
          <w:b w:val="0"/>
          <w:i w:val="0"/>
          <w:smallCaps w:val="0"/>
          <w:strike w:val="0"/>
          <w:color w:val="000000"/>
          <w:sz w:val="22"/>
          <w:u w:val="single"/>
        </w:rPr>
        <w:t>medical</w:t>
      </w:r>
      <w:r>
        <w:rPr>
          <w:b w:val="0"/>
          <w:i w:val="0"/>
          <w:smallCaps w:val="0"/>
          <w:strike w:val="0"/>
          <w:color w:val="000000"/>
          <w:sz w:val="16"/>
          <w:u w:val="none"/>
        </w:rPr>
        <w:t xml:space="preserve">- and health-related </w:t>
      </w:r>
      <w:r>
        <w:rPr>
          <w:b w:val="0"/>
          <w:i w:val="0"/>
          <w:smallCaps w:val="0"/>
          <w:strike w:val="0"/>
          <w:color w:val="000000"/>
          <w:sz w:val="22"/>
          <w:u w:val="single"/>
        </w:rPr>
        <w:t>crime</w:t>
      </w:r>
      <w:r>
        <w:rPr>
          <w:b w:val="0"/>
          <w:i w:val="0"/>
          <w:smallCaps w:val="0"/>
          <w:strike w:val="0"/>
          <w:color w:val="000000"/>
          <w:sz w:val="16"/>
          <w:u w:val="none"/>
        </w:rPr>
        <w:t xml:space="preserve"> and deviance </w:t>
      </w:r>
      <w:r>
        <w:rPr>
          <w:b w:val="0"/>
          <w:i w:val="0"/>
          <w:smallCaps w:val="0"/>
          <w:strike w:val="0"/>
          <w:color w:val="000000"/>
          <w:sz w:val="22"/>
          <w:u w:val="single"/>
        </w:rPr>
        <w:t>will inevitably rise</w:t>
      </w:r>
      <w:r>
        <w:rPr>
          <w:b w:val="0"/>
          <w:i w:val="0"/>
          <w:smallCaps w:val="0"/>
          <w:strike w:val="0"/>
          <w:color w:val="000000"/>
          <w:sz w:val="16"/>
          <w:u w:val="none"/>
        </w:rPr>
        <w:t xml:space="preserve">. Medical insurance, Medicare, and Medicaid fraud, which is already prevalent today, will increase exponentially. </w:t>
      </w:r>
      <w:r>
        <w:rPr>
          <w:b w:val="0"/>
          <w:i w:val="0"/>
          <w:smallCaps w:val="0"/>
          <w:strike w:val="0"/>
          <w:color w:val="000000"/>
          <w:sz w:val="22"/>
          <w:u w:val="single"/>
        </w:rPr>
        <w:t>Smugglers will "bootleg"</w:t>
      </w:r>
      <w:r>
        <w:rPr>
          <w:b w:val="0"/>
          <w:i w:val="0"/>
          <w:smallCaps w:val="0"/>
          <w:strike w:val="0"/>
          <w:color w:val="000000"/>
          <w:sz w:val="16"/>
          <w:u w:val="none"/>
        </w:rPr>
        <w:t xml:space="preserve"> </w:t>
      </w:r>
      <w:r>
        <w:rPr>
          <w:b w:val="0"/>
          <w:i w:val="0"/>
          <w:smallCaps w:val="0"/>
          <w:strike w:val="0"/>
          <w:color w:val="000000"/>
          <w:sz w:val="22"/>
          <w:u w:val="single"/>
        </w:rPr>
        <w:t>ever more</w:t>
      </w:r>
      <w:r>
        <w:rPr>
          <w:b w:val="0"/>
          <w:i w:val="0"/>
          <w:smallCaps w:val="0"/>
          <w:strike w:val="0"/>
          <w:color w:val="000000"/>
          <w:sz w:val="16"/>
          <w:u w:val="none"/>
        </w:rPr>
        <w:t xml:space="preserve"> </w:t>
      </w:r>
      <w:r>
        <w:rPr>
          <w:b w:val="0"/>
          <w:i w:val="0"/>
          <w:smallCaps w:val="0"/>
          <w:strike w:val="0"/>
          <w:color w:val="000000"/>
          <w:sz w:val="22"/>
          <w:u w:val="single"/>
        </w:rPr>
        <w:t>pharmaceuticals into the US</w:t>
      </w:r>
      <w:r>
        <w:rPr>
          <w:b w:val="0"/>
          <w:i w:val="0"/>
          <w:smallCaps w:val="0"/>
          <w:strike w:val="0"/>
          <w:color w:val="000000"/>
          <w:sz w:val="22"/>
          <w:u w:val="single"/>
        </w:rPr>
        <w:t>, and a large, thriving, nationwide black market will develop</w:t>
      </w:r>
      <w:r>
        <w:rPr>
          <w:b w:val="0"/>
          <w:i w:val="0"/>
          <w:smallCaps w:val="0"/>
          <w:strike w:val="0"/>
          <w:color w:val="000000"/>
          <w:sz w:val="16"/>
          <w:u w:val="none"/>
        </w:rPr>
        <w:t xml:space="preserve"> </w:t>
      </w:r>
      <w:r>
        <w:rPr>
          <w:b w:val="0"/>
          <w:i w:val="0"/>
          <w:smallCaps w:val="0"/>
          <w:strike w:val="0"/>
          <w:color w:val="000000"/>
          <w:sz w:val="22"/>
          <w:u w:val="single"/>
        </w:rPr>
        <w:t>for those who cannot afford</w:t>
      </w:r>
      <w:r>
        <w:rPr>
          <w:b w:val="0"/>
          <w:i w:val="0"/>
          <w:smallCaps w:val="0"/>
          <w:strike w:val="0"/>
          <w:color w:val="000000"/>
          <w:sz w:val="16"/>
          <w:u w:val="none"/>
        </w:rPr>
        <w:t xml:space="preserve"> </w:t>
      </w:r>
      <w:r>
        <w:rPr>
          <w:b w:val="0"/>
          <w:i w:val="0"/>
          <w:smallCaps w:val="0"/>
          <w:strike w:val="0"/>
          <w:color w:val="000000"/>
          <w:sz w:val="22"/>
          <w:u w:val="single"/>
        </w:rPr>
        <w:t>to buy uncovered</w:t>
      </w:r>
      <w:r>
        <w:rPr>
          <w:b w:val="0"/>
          <w:i w:val="0"/>
          <w:smallCaps w:val="0"/>
          <w:strike w:val="0"/>
          <w:color w:val="000000"/>
          <w:sz w:val="16"/>
          <w:u w:val="none"/>
        </w:rPr>
        <w:t xml:space="preserve"> </w:t>
      </w:r>
      <w:r>
        <w:rPr>
          <w:b w:val="0"/>
          <w:i w:val="0"/>
          <w:smallCaps w:val="0"/>
          <w:strike w:val="0"/>
          <w:color w:val="000000"/>
          <w:sz w:val="22"/>
          <w:u w:val="single"/>
        </w:rPr>
        <w:t>medications</w:t>
      </w:r>
      <w:r>
        <w:rPr>
          <w:b w:val="0"/>
          <w:i w:val="0"/>
          <w:smallCaps w:val="0"/>
          <w:strike w:val="0"/>
          <w:color w:val="000000"/>
          <w:sz w:val="16"/>
          <w:u w:val="none"/>
        </w:rPr>
        <w:t xml:space="preserve">. More medicines and diagnostic equipment will be stolen, and back- street medical procedures using such stolen equipment may well be offered for cash with no questions asked. Armed robberies of valuable pharmaceuticals from drug stores and super- markets will increase, too. Bribery to obtain insurance-uncovered or rationed medical care (or, indeed, any kind of medical care where demand exceeds supply) will likely mushroom. This is actually common in some countries around the world. </w:t>
      </w:r>
      <w:r>
        <w:rPr>
          <w:b w:val="0"/>
          <w:i w:val="0"/>
          <w:smallCaps w:val="0"/>
          <w:strike w:val="0"/>
          <w:color w:val="000000"/>
          <w:sz w:val="22"/>
          <w:u w:val="single"/>
        </w:rPr>
        <w:t>Counterfeiting expensive pharmaceuticals will be prevalent</w:t>
      </w:r>
      <w:r>
        <w:rPr>
          <w:b w:val="0"/>
          <w:i w:val="0"/>
          <w:smallCaps w:val="0"/>
          <w:strike w:val="0"/>
          <w:color w:val="000000"/>
          <w:sz w:val="16"/>
          <w:u w:val="none"/>
        </w:rPr>
        <w:t xml:space="preserve">, and medical frauds of all kinds will be very widespread. </w:t>
      </w:r>
      <w:r>
        <w:rPr>
          <w:b w:val="0"/>
          <w:i w:val="0"/>
          <w:smallCaps w:val="0"/>
          <w:strike w:val="0"/>
          <w:color w:val="000000"/>
          <w:sz w:val="22"/>
          <w:u w:val="single"/>
        </w:rPr>
        <w:t>Many of these frauds will be directed at the elderly population as it continues to increase in size</w:t>
      </w:r>
      <w:r>
        <w:rPr>
          <w:b w:val="0"/>
          <w:i w:val="0"/>
          <w:smallCaps w:val="0"/>
          <w:strike w:val="0"/>
          <w:color w:val="000000"/>
          <w:sz w:val="22"/>
          <w:u w:val="single"/>
        </w:rPr>
        <w:t>.</w:t>
      </w:r>
      <w:r>
        <w:rPr>
          <w:b w:val="0"/>
          <w:i w:val="0"/>
          <w:smallCaps w:val="0"/>
          <w:strike w:val="0"/>
          <w:color w:val="000000"/>
          <w:sz w:val="16"/>
          <w:u w:val="none"/>
        </w:rPr>
        <w:t xml:space="preserve"> </w:t>
      </w:r>
      <w:r>
        <w:rPr>
          <w:b w:val="0"/>
          <w:i w:val="0"/>
          <w:smallCaps w:val="0"/>
          <w:strike w:val="0"/>
          <w:color w:val="000000"/>
          <w:sz w:val="22"/>
          <w:u w:val="single"/>
        </w:rPr>
        <w:t>The elderly will be particularly vulnerable because</w:t>
      </w:r>
      <w:r>
        <w:rPr>
          <w:b w:val="0"/>
          <w:i w:val="0"/>
          <w:smallCaps w:val="0"/>
          <w:strike w:val="0"/>
          <w:color w:val="000000"/>
          <w:sz w:val="16"/>
          <w:u w:val="none"/>
        </w:rPr>
        <w:t xml:space="preserve"> </w:t>
      </w:r>
      <w:r>
        <w:rPr>
          <w:b w:val="0"/>
          <w:i w:val="0"/>
          <w:smallCaps w:val="0"/>
          <w:strike w:val="0"/>
          <w:color w:val="000000"/>
          <w:sz w:val="22"/>
          <w:u w:val="single"/>
        </w:rPr>
        <w:t>they are most likely to be denied</w:t>
      </w:r>
      <w:r>
        <w:rPr>
          <w:b w:val="0"/>
          <w:i w:val="0"/>
          <w:smallCaps w:val="0"/>
          <w:strike w:val="0"/>
          <w:color w:val="000000"/>
          <w:sz w:val="16"/>
          <w:u w:val="none"/>
        </w:rPr>
        <w:t xml:space="preserve"> </w:t>
      </w:r>
      <w:r>
        <w:rPr>
          <w:b w:val="0"/>
          <w:i w:val="0"/>
          <w:smallCaps w:val="0"/>
          <w:strike w:val="0"/>
          <w:color w:val="000000"/>
          <w:sz w:val="22"/>
          <w:u w:val="single"/>
        </w:rPr>
        <w:t>coverage</w:t>
      </w:r>
      <w:r>
        <w:rPr>
          <w:b w:val="0"/>
          <w:i w:val="0"/>
          <w:smallCaps w:val="0"/>
          <w:strike w:val="0"/>
          <w:color w:val="000000"/>
          <w:sz w:val="16"/>
          <w:u w:val="none"/>
        </w:rPr>
        <w:t xml:space="preserve"> for certain medical procedures or treatments. For instance, private health insurance and Medicare will both refuse to cover a woman in her mid-80s for potentially life-saving heart-bypass surgery. As a result, she will be a prime candidate for victimization by medical fraud that offers her affordable, but bogus, treatment. There is already a thriving international black market in human organs (Schepper-Hughes 2009). Kidneys are obtained from poor individuals in impoverished countries for relatively modest sums of money. This cash allows the donors to purchase luxuries, such as a small automobile, educate their children, or simply sustain their families for a few months. The organs are sometimes transferred quickly to a hospital in the donor's own country for transplant surgery. But on other occasions they are transported to the US or another Western country. In the US, obtaining an organ for transplantation in this fashion is illegal. Nevertheless, the practice will undoubtedly increase greatly in the future. </w:t>
      </w:r>
      <w:r>
        <w:rPr>
          <w:b w:val="0"/>
          <w:i w:val="0"/>
          <w:smallCaps w:val="0"/>
          <w:strike w:val="0"/>
          <w:color w:val="000000"/>
          <w:sz w:val="22"/>
          <w:u w:val="single"/>
        </w:rPr>
        <w:t>Where</w:t>
      </w:r>
      <w:r>
        <w:rPr>
          <w:b w:val="0"/>
          <w:i w:val="0"/>
          <w:smallCaps w:val="0"/>
          <w:strike w:val="0"/>
          <w:color w:val="000000"/>
          <w:sz w:val="16"/>
          <w:u w:val="none"/>
        </w:rPr>
        <w:t xml:space="preserve"> medical care and </w:t>
      </w:r>
      <w:r>
        <w:rPr>
          <w:b w:val="0"/>
          <w:i w:val="0"/>
          <w:smallCaps w:val="0"/>
          <w:strike w:val="0"/>
          <w:color w:val="000000"/>
          <w:sz w:val="22"/>
          <w:u w:val="single"/>
        </w:rPr>
        <w:t>medicines become exorbitantly expensive, cheaper ways to obtain them, even when these are illicit, will be sought</w:t>
      </w:r>
      <w:r>
        <w:rPr>
          <w:b w:val="0"/>
          <w:i w:val="0"/>
          <w:smallCaps w:val="0"/>
          <w:strike w:val="0"/>
          <w:color w:val="000000"/>
          <w:sz w:val="16"/>
          <w:u w:val="none"/>
        </w:rPr>
        <w:t xml:space="preserve">. Where there are shortages of medical care or medicines, perhaps because of rationing, </w:t>
      </w:r>
      <w:r>
        <w:rPr>
          <w:b w:val="0"/>
          <w:i w:val="0"/>
          <w:smallCaps w:val="0"/>
          <w:strike w:val="0"/>
          <w:color w:val="000000"/>
          <w:sz w:val="22"/>
          <w:u w:val="single"/>
        </w:rPr>
        <w:t>other means of obtaining them, even if deviant, will</w:t>
      </w:r>
      <w:r>
        <w:rPr>
          <w:b w:val="0"/>
          <w:i w:val="0"/>
          <w:smallCaps w:val="0"/>
          <w:strike w:val="0"/>
          <w:color w:val="000000"/>
          <w:sz w:val="16"/>
          <w:u w:val="none"/>
        </w:rPr>
        <w:t xml:space="preserve"> </w:t>
      </w:r>
      <w:r>
        <w:rPr>
          <w:b w:val="0"/>
          <w:i w:val="0"/>
          <w:smallCaps w:val="0"/>
          <w:strike w:val="0"/>
          <w:color w:val="000000"/>
          <w:sz w:val="22"/>
          <w:u w:val="single"/>
        </w:rPr>
        <w:t>surely be employed.</w:t>
      </w:r>
      <w:r>
        <w:rPr>
          <w:b w:val="0"/>
          <w:i w:val="0"/>
          <w:smallCaps w:val="0"/>
          <w:strike w:val="0"/>
          <w:color w:val="000000"/>
          <w:sz w:val="16"/>
          <w:u w:val="none"/>
        </w:rPr>
        <w:t xml:space="preserve"> </w:t>
      </w:r>
      <w:r>
        <w:rPr>
          <w:b w:val="0"/>
          <w:i w:val="0"/>
          <w:smallCaps w:val="0"/>
          <w:strike w:val="0"/>
          <w:color w:val="000000"/>
          <w:sz w:val="22"/>
          <w:u w:val="single"/>
        </w:rPr>
        <w:t>As the</w:t>
      </w:r>
      <w:r>
        <w:rPr>
          <w:b w:val="0"/>
          <w:i w:val="0"/>
          <w:smallCaps w:val="0"/>
          <w:strike w:val="0"/>
          <w:color w:val="000000"/>
          <w:sz w:val="16"/>
          <w:u w:val="none"/>
        </w:rPr>
        <w:t xml:space="preserve"> </w:t>
      </w:r>
      <w:r>
        <w:rPr>
          <w:b w:val="0"/>
          <w:i w:val="0"/>
          <w:smallCaps w:val="0"/>
          <w:strike w:val="0"/>
          <w:color w:val="000000"/>
          <w:sz w:val="22"/>
          <w:u w:val="single"/>
        </w:rPr>
        <w:t>cost</w:t>
      </w:r>
      <w:r>
        <w:rPr>
          <w:b w:val="0"/>
          <w:i w:val="0"/>
          <w:smallCaps w:val="0"/>
          <w:strike w:val="0"/>
          <w:color w:val="000000"/>
          <w:sz w:val="16"/>
          <w:u w:val="none"/>
        </w:rPr>
        <w:t xml:space="preserve"> and the difficulty </w:t>
      </w:r>
      <w:r>
        <w:rPr>
          <w:b w:val="0"/>
          <w:i w:val="0"/>
          <w:smallCaps w:val="0"/>
          <w:strike w:val="0"/>
          <w:color w:val="000000"/>
          <w:sz w:val="22"/>
          <w:u w:val="single"/>
        </w:rPr>
        <w:t>of</w:t>
      </w:r>
      <w:r>
        <w:rPr>
          <w:b w:val="0"/>
          <w:i w:val="0"/>
          <w:smallCaps w:val="0"/>
          <w:strike w:val="0"/>
          <w:color w:val="000000"/>
          <w:sz w:val="16"/>
          <w:u w:val="none"/>
        </w:rPr>
        <w:t xml:space="preserve"> </w:t>
      </w:r>
      <w:r>
        <w:rPr>
          <w:b w:val="0"/>
          <w:i w:val="0"/>
          <w:smallCaps w:val="0"/>
          <w:strike w:val="0"/>
          <w:color w:val="000000"/>
          <w:sz w:val="22"/>
          <w:u w:val="single"/>
        </w:rPr>
        <w:t>obtaining</w:t>
      </w:r>
      <w:r>
        <w:rPr>
          <w:b w:val="0"/>
          <w:i w:val="0"/>
          <w:smallCaps w:val="0"/>
          <w:strike w:val="0"/>
          <w:color w:val="000000"/>
          <w:sz w:val="16"/>
          <w:u w:val="none"/>
        </w:rPr>
        <w:t xml:space="preserve"> medical care and </w:t>
      </w:r>
      <w:r>
        <w:rPr>
          <w:b w:val="0"/>
          <w:i w:val="0"/>
          <w:smallCaps w:val="0"/>
          <w:strike w:val="0"/>
          <w:color w:val="000000"/>
          <w:sz w:val="22"/>
          <w:u w:val="single"/>
        </w:rPr>
        <w:t>medicines increase, the implications for</w:t>
      </w:r>
      <w:r>
        <w:rPr>
          <w:b w:val="0"/>
          <w:i w:val="0"/>
          <w:smallCaps w:val="0"/>
          <w:strike w:val="0"/>
          <w:color w:val="000000"/>
          <w:sz w:val="16"/>
          <w:u w:val="none"/>
        </w:rPr>
        <w:t xml:space="preserve"> </w:t>
      </w:r>
      <w:r>
        <w:rPr>
          <w:b w:val="0"/>
          <w:i w:val="0"/>
          <w:smallCaps w:val="0"/>
          <w:strike w:val="0"/>
          <w:color w:val="000000"/>
          <w:sz w:val="22"/>
          <w:u w:val="single"/>
        </w:rPr>
        <w:t>increased</w:t>
      </w:r>
      <w:r>
        <w:rPr>
          <w:b w:val="0"/>
          <w:i w:val="0"/>
          <w:smallCaps w:val="0"/>
          <w:strike w:val="0"/>
          <w:color w:val="000000"/>
          <w:sz w:val="16"/>
          <w:u w:val="none"/>
        </w:rPr>
        <w:t xml:space="preserve"> </w:t>
      </w:r>
      <w:r>
        <w:rPr>
          <w:b w:val="0"/>
          <w:i w:val="0"/>
          <w:smallCaps w:val="0"/>
          <w:strike w:val="0"/>
          <w:color w:val="000000"/>
          <w:sz w:val="22"/>
          <w:u w:val="single"/>
        </w:rPr>
        <w:t>crime</w:t>
      </w:r>
      <w:r>
        <w:rPr>
          <w:b w:val="0"/>
          <w:i w:val="0"/>
          <w:smallCaps w:val="0"/>
          <w:strike w:val="0"/>
          <w:color w:val="000000"/>
          <w:sz w:val="16"/>
          <w:u w:val="none"/>
        </w:rPr>
        <w:t xml:space="preserve"> </w:t>
      </w:r>
      <w:r>
        <w:rPr>
          <w:b w:val="0"/>
          <w:i w:val="0"/>
          <w:smallCaps w:val="0"/>
          <w:strike w:val="0"/>
          <w:color w:val="000000"/>
          <w:sz w:val="22"/>
          <w:u w:val="single"/>
        </w:rPr>
        <w:t>and deviance</w:t>
      </w:r>
      <w:r>
        <w:rPr>
          <w:b w:val="0"/>
          <w:i w:val="0"/>
          <w:smallCaps w:val="0"/>
          <w:strike w:val="0"/>
          <w:color w:val="000000"/>
          <w:sz w:val="16"/>
          <w:u w:val="none"/>
        </w:rPr>
        <w:t xml:space="preserve"> </w:t>
      </w:r>
      <w:r>
        <w:rPr>
          <w:b w:val="0"/>
          <w:i w:val="0"/>
          <w:smallCaps w:val="0"/>
          <w:strike w:val="0"/>
          <w:color w:val="000000"/>
          <w:sz w:val="22"/>
          <w:u w:val="single"/>
        </w:rPr>
        <w:t>become</w:t>
      </w:r>
      <w:r>
        <w:rPr>
          <w:b w:val="0"/>
          <w:i w:val="0"/>
          <w:smallCaps w:val="0"/>
          <w:strike w:val="0"/>
          <w:color w:val="000000"/>
          <w:sz w:val="16"/>
          <w:u w:val="none"/>
        </w:rPr>
        <w:t xml:space="preserve"> </w:t>
      </w:r>
      <w:r>
        <w:rPr>
          <w:b w:val="0"/>
          <w:i w:val="0"/>
          <w:smallCaps w:val="0"/>
          <w:strike w:val="0"/>
          <w:color w:val="000000"/>
          <w:sz w:val="22"/>
          <w:u w:val="single"/>
        </w:rPr>
        <w:t>almost</w:t>
      </w:r>
      <w:r>
        <w:rPr>
          <w:b w:val="0"/>
          <w:i w:val="0"/>
          <w:smallCaps w:val="0"/>
          <w:strike w:val="0"/>
          <w:color w:val="000000"/>
          <w:sz w:val="16"/>
          <w:u w:val="none"/>
        </w:rPr>
        <w:t xml:space="preserve"> </w:t>
      </w:r>
      <w:r>
        <w:rPr>
          <w:b w:val="0"/>
          <w:i w:val="0"/>
          <w:smallCaps w:val="0"/>
          <w:strike w:val="0"/>
          <w:color w:val="000000"/>
          <w:sz w:val="22"/>
          <w:u w:val="single"/>
        </w:rPr>
        <w:t>limitless</w:t>
      </w:r>
      <w:r>
        <w:rPr>
          <w:b w:val="0"/>
          <w:i w:val="0"/>
          <w:smallCaps w:val="0"/>
          <w:strike w:val="0"/>
          <w:color w:val="000000"/>
          <w:sz w:val="16"/>
          <w:u w:val="none"/>
        </w:rPr>
        <w:t>.</w:t>
      </w:r>
    </w:p>
    <w:p>
      <w:pPr>
        <w:pStyle w:val="Caption"/>
      </w:pPr>
      <w:r>
        <w:t>Source: PTAB Harmonization Neg - Michigan 7 2024 CPSW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