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They’ll use </w:t>
      </w:r>
      <w:r>
        <w:rPr>
          <w:b/>
          <w:i w:val="0"/>
          <w:smallCaps w:val="0"/>
          <w:strike w:val="0"/>
          <w:color w:val="000000"/>
          <w:sz w:val="26"/>
          <w:u w:val="none"/>
        </w:rPr>
        <w:t xml:space="preserve">new tech to perform </w:t>
      </w:r>
      <w:r>
        <w:rPr>
          <w:b/>
          <w:i w:val="0"/>
          <w:smallCaps w:val="0"/>
          <w:strike w:val="0"/>
          <w:color w:val="000000"/>
          <w:sz w:val="26"/>
          <w:u w:val="single"/>
        </w:rPr>
        <w:t>spoiler attacks</w:t>
      </w:r>
      <w:r>
        <w:rPr>
          <w:b/>
          <w:i w:val="0"/>
          <w:smallCaps w:val="0"/>
          <w:strike w:val="0"/>
          <w:color w:val="000000"/>
          <w:sz w:val="26"/>
          <w:u w:val="none"/>
        </w:rPr>
        <w:t xml:space="preserve"> – extinction. </w:t>
      </w:r>
    </w:p>
    <w:p>
      <w:pPr>
        <w:spacing w:after="80"/>
      </w:pPr>
      <w:r>
        <w:rPr>
          <w:b/>
          <w:i w:val="0"/>
          <w:smallCaps w:val="0"/>
          <w:strike w:val="0"/>
          <w:color w:val="000000"/>
          <w:sz w:val="26"/>
          <w:u w:val="none"/>
        </w:rPr>
        <w:t>Hambling 23,</w:t>
      </w:r>
      <w:r>
        <w:rPr>
          <w:b w:val="0"/>
          <w:i w:val="0"/>
          <w:smallCaps w:val="0"/>
          <w:strike w:val="0"/>
          <w:color w:val="000000"/>
          <w:sz w:val="22"/>
          <w:u w:val="none"/>
        </w:rPr>
        <w:t xml:space="preserve"> [David Hambling, I'm a South London-based technology journalist, consultant and author, “New Report Warns Terrorists Could Cause Human Extinction With ‘Spoiler Attacks’,” June 23, 2023, https://www.forbes.com/sites/davidhambling/2023/06/23/new-report-warns-terrorists-could-cause-human-extinction-with-spoiler-attacks/amp/]</w:t>
      </w:r>
    </w:p>
    <w:p>
      <w:pPr>
        <w:spacing w:after="60"/>
      </w:pPr>
      <w:r>
        <w:rPr>
          <w:b w:val="0"/>
          <w:i w:val="0"/>
          <w:smallCaps w:val="0"/>
          <w:strike w:val="0"/>
          <w:color w:val="000000"/>
          <w:sz w:val="22"/>
          <w:u w:val="single"/>
        </w:rPr>
        <w:t>A new paper published in the European Journal of Risk Regulation considers the</w:t>
      </w:r>
      <w:r>
        <w:rPr>
          <w:b w:val="0"/>
          <w:i w:val="0"/>
          <w:smallCaps w:val="0"/>
          <w:strike w:val="0"/>
          <w:color w:val="000000"/>
          <w:sz w:val="16"/>
          <w:u w:val="none"/>
        </w:rPr>
        <w:t xml:space="preserve"> </w:t>
      </w:r>
      <w:r>
        <w:rPr>
          <w:b w:val="0"/>
          <w:i w:val="0"/>
          <w:smallCaps w:val="0"/>
          <w:strike w:val="0"/>
          <w:color w:val="000000"/>
          <w:sz w:val="22"/>
          <w:u w:val="single"/>
        </w:rPr>
        <w:t>danger from</w:t>
      </w:r>
      <w:r>
        <w:rPr>
          <w:b w:val="0"/>
          <w:i w:val="0"/>
          <w:smallCaps w:val="0"/>
          <w:strike w:val="0"/>
          <w:color w:val="000000"/>
          <w:sz w:val="16"/>
          <w:u w:val="none"/>
        </w:rPr>
        <w:t xml:space="preserve"> </w:t>
      </w:r>
      <w:r>
        <w:rPr>
          <w:b/>
          <w:i w:val="0"/>
          <w:smallCaps w:val="0"/>
          <w:strike w:val="0"/>
          <w:color w:val="000000"/>
          <w:sz w:val="22"/>
          <w:u w:val="single"/>
        </w:rPr>
        <w:t>existential terrorism</w:t>
      </w:r>
      <w:r>
        <w:rPr>
          <w:b w:val="0"/>
          <w:i w:val="0"/>
          <w:smallCaps w:val="0"/>
          <w:strike w:val="0"/>
          <w:color w:val="000000"/>
          <w:sz w:val="22"/>
          <w:u w:val="single"/>
        </w:rPr>
        <w:t>, defined as acts that threaten the existence of humanity. The authors</w:t>
      </w:r>
      <w:r>
        <w:rPr>
          <w:b w:val="0"/>
          <w:i w:val="0"/>
          <w:smallCaps w:val="0"/>
          <w:strike w:val="0"/>
          <w:color w:val="000000"/>
          <w:sz w:val="16"/>
          <w:u w:val="none"/>
        </w:rPr>
        <w:t xml:space="preserve"> </w:t>
      </w:r>
      <w:r>
        <w:rPr>
          <w:b w:val="0"/>
          <w:i w:val="0"/>
          <w:smallCaps w:val="0"/>
          <w:strike w:val="0"/>
          <w:color w:val="000000"/>
          <w:sz w:val="22"/>
          <w:u w:val="single"/>
        </w:rPr>
        <w:t>highlight</w:t>
      </w:r>
      <w:r>
        <w:rPr>
          <w:b w:val="0"/>
          <w:i w:val="0"/>
          <w:smallCaps w:val="0"/>
          <w:strike w:val="0"/>
          <w:color w:val="000000"/>
          <w:sz w:val="16"/>
          <w:u w:val="none"/>
        </w:rPr>
        <w:t xml:space="preserve"> </w:t>
      </w:r>
      <w:r>
        <w:rPr>
          <w:b w:val="0"/>
          <w:i w:val="0"/>
          <w:smallCaps w:val="0"/>
          <w:strike w:val="0"/>
          <w:color w:val="000000"/>
          <w:sz w:val="22"/>
          <w:u w:val="single"/>
        </w:rPr>
        <w:t>what they term ‘</w:t>
      </w:r>
      <w:r>
        <w:rPr>
          <w:b/>
          <w:i w:val="0"/>
          <w:smallCaps w:val="0"/>
          <w:strike w:val="0"/>
          <w:color w:val="000000"/>
          <w:sz w:val="22"/>
          <w:u w:val="single"/>
        </w:rPr>
        <w:t>spoiler attacks’</w:t>
      </w:r>
      <w:r>
        <w:rPr>
          <w:b w:val="0"/>
          <w:i w:val="0"/>
          <w:smallCaps w:val="0"/>
          <w:strike w:val="0"/>
          <w:color w:val="000000"/>
          <w:sz w:val="16"/>
          <w:u w:val="none"/>
        </w:rPr>
        <w:t xml:space="preserve"> </w:t>
      </w:r>
      <w:r>
        <w:rPr>
          <w:b w:val="0"/>
          <w:i w:val="0"/>
          <w:smallCaps w:val="0"/>
          <w:strike w:val="0"/>
          <w:color w:val="000000"/>
          <w:sz w:val="22"/>
          <w:u w:val="single"/>
        </w:rPr>
        <w:t>involving AI or</w:t>
      </w:r>
      <w:r>
        <w:rPr>
          <w:b w:val="0"/>
          <w:i w:val="0"/>
          <w:smallCaps w:val="0"/>
          <w:strike w:val="0"/>
          <w:color w:val="000000"/>
          <w:sz w:val="16"/>
          <w:u w:val="none"/>
        </w:rPr>
        <w:t xml:space="preserve"> </w:t>
      </w:r>
      <w:r>
        <w:rPr>
          <w:b w:val="0"/>
          <w:i w:val="0"/>
          <w:smallCaps w:val="0"/>
          <w:strike w:val="0"/>
          <w:color w:val="000000"/>
          <w:sz w:val="22"/>
          <w:u w:val="single"/>
        </w:rPr>
        <w:t>other</w:t>
      </w:r>
      <w:r>
        <w:rPr>
          <w:b w:val="0"/>
          <w:i w:val="0"/>
          <w:smallCaps w:val="0"/>
          <w:strike w:val="0"/>
          <w:color w:val="000000"/>
          <w:sz w:val="16"/>
          <w:u w:val="none"/>
        </w:rPr>
        <w:t xml:space="preserve"> </w:t>
      </w:r>
      <w:r>
        <w:rPr>
          <w:b w:val="0"/>
          <w:i w:val="0"/>
          <w:smallCaps w:val="0"/>
          <w:strike w:val="0"/>
          <w:color w:val="000000"/>
          <w:sz w:val="22"/>
          <w:u w:val="single"/>
        </w:rPr>
        <w:t>new tech</w:t>
      </w:r>
      <w:r>
        <w:rPr>
          <w:b w:val="0"/>
          <w:i w:val="0"/>
          <w:smallCaps w:val="0"/>
          <w:strike w:val="0"/>
          <w:color w:val="000000"/>
          <w:sz w:val="22"/>
          <w:u w:val="single"/>
        </w:rPr>
        <w:t>nology,</w:t>
      </w:r>
      <w:r>
        <w:rPr>
          <w:b w:val="0"/>
          <w:i w:val="0"/>
          <w:smallCaps w:val="0"/>
          <w:strike w:val="0"/>
          <w:color w:val="000000"/>
          <w:sz w:val="16"/>
          <w:u w:val="none"/>
        </w:rPr>
        <w:t xml:space="preserve"> </w:t>
      </w:r>
      <w:r>
        <w:rPr>
          <w:b w:val="0"/>
          <w:i w:val="0"/>
          <w:smallCaps w:val="0"/>
          <w:strike w:val="0"/>
          <w:color w:val="000000"/>
          <w:sz w:val="22"/>
          <w:u w:val="single"/>
        </w:rPr>
        <w:t>which</w:t>
      </w:r>
      <w:r>
        <w:rPr>
          <w:b w:val="0"/>
          <w:i w:val="0"/>
          <w:smallCaps w:val="0"/>
          <w:strike w:val="0"/>
          <w:color w:val="000000"/>
          <w:sz w:val="16"/>
          <w:u w:val="none"/>
        </w:rPr>
        <w:t xml:space="preserve"> </w:t>
      </w:r>
      <w:r>
        <w:rPr>
          <w:b w:val="0"/>
          <w:i w:val="0"/>
          <w:smallCaps w:val="0"/>
          <w:strike w:val="0"/>
          <w:color w:val="000000"/>
          <w:sz w:val="22"/>
          <w:u w:val="single"/>
        </w:rPr>
        <w:t>might</w:t>
      </w:r>
      <w:r>
        <w:rPr>
          <w:b w:val="0"/>
          <w:i w:val="0"/>
          <w:smallCaps w:val="0"/>
          <w:strike w:val="0"/>
          <w:color w:val="000000"/>
          <w:sz w:val="16"/>
          <w:u w:val="none"/>
        </w:rPr>
        <w:t xml:space="preserve"> </w:t>
      </w:r>
      <w:r>
        <w:rPr>
          <w:b w:val="0"/>
          <w:i w:val="0"/>
          <w:smallCaps w:val="0"/>
          <w:strike w:val="0"/>
          <w:color w:val="000000"/>
          <w:sz w:val="22"/>
          <w:u w:val="single"/>
        </w:rPr>
        <w:t>enable</w:t>
      </w:r>
      <w:r>
        <w:rPr>
          <w:b w:val="0"/>
          <w:i w:val="0"/>
          <w:smallCaps w:val="0"/>
          <w:strike w:val="0"/>
          <w:color w:val="000000"/>
          <w:sz w:val="16"/>
          <w:u w:val="none"/>
        </w:rPr>
        <w:t xml:space="preserve"> </w:t>
      </w:r>
      <w:r>
        <w:rPr>
          <w:b w:val="0"/>
          <w:i w:val="0"/>
          <w:smallCaps w:val="0"/>
          <w:strike w:val="0"/>
          <w:color w:val="000000"/>
          <w:sz w:val="22"/>
          <w:u w:val="single"/>
        </w:rPr>
        <w:t>a</w:t>
      </w:r>
      <w:r>
        <w:rPr>
          <w:b w:val="0"/>
          <w:i w:val="0"/>
          <w:smallCaps w:val="0"/>
          <w:strike w:val="0"/>
          <w:color w:val="000000"/>
          <w:sz w:val="16"/>
          <w:u w:val="none"/>
        </w:rPr>
        <w:t xml:space="preserve"> </w:t>
      </w:r>
      <w:r>
        <w:rPr>
          <w:b w:val="0"/>
          <w:i w:val="0"/>
          <w:smallCaps w:val="0"/>
          <w:strike w:val="0"/>
          <w:color w:val="000000"/>
          <w:sz w:val="22"/>
          <w:u w:val="single"/>
        </w:rPr>
        <w:t>group with</w:t>
      </w:r>
      <w:r>
        <w:rPr>
          <w:b w:val="0"/>
          <w:i w:val="0"/>
          <w:smallCaps w:val="0"/>
          <w:strike w:val="0"/>
          <w:color w:val="000000"/>
          <w:sz w:val="16"/>
          <w:u w:val="none"/>
        </w:rPr>
        <w:t xml:space="preserve"> </w:t>
      </w:r>
      <w:r>
        <w:rPr>
          <w:b/>
          <w:i w:val="0"/>
          <w:smallCaps w:val="0"/>
          <w:strike w:val="0"/>
          <w:color w:val="000000"/>
          <w:sz w:val="22"/>
          <w:u w:val="single"/>
        </w:rPr>
        <w:t>limited resources</w:t>
      </w:r>
      <w:r>
        <w:rPr>
          <w:b w:val="0"/>
          <w:i w:val="0"/>
          <w:smallCaps w:val="0"/>
          <w:strike w:val="0"/>
          <w:color w:val="000000"/>
          <w:sz w:val="16"/>
          <w:u w:val="none"/>
        </w:rPr>
        <w:t xml:space="preserve"> </w:t>
      </w:r>
      <w:r>
        <w:rPr>
          <w:b w:val="0"/>
          <w:i w:val="0"/>
          <w:smallCaps w:val="0"/>
          <w:strike w:val="0"/>
          <w:color w:val="000000"/>
          <w:sz w:val="22"/>
          <w:u w:val="single"/>
        </w:rPr>
        <w:t>to cause</w:t>
      </w:r>
      <w:r>
        <w:rPr>
          <w:b w:val="0"/>
          <w:i w:val="0"/>
          <w:smallCaps w:val="0"/>
          <w:strike w:val="0"/>
          <w:color w:val="000000"/>
          <w:sz w:val="16"/>
          <w:u w:val="none"/>
        </w:rPr>
        <w:t xml:space="preserve"> </w:t>
      </w:r>
      <w:r>
        <w:rPr>
          <w:b/>
          <w:i w:val="0"/>
          <w:smallCaps w:val="0"/>
          <w:strike w:val="0"/>
          <w:color w:val="000000"/>
          <w:sz w:val="22"/>
          <w:u w:val="single"/>
        </w:rPr>
        <w:t>unprecedented destruction</w:t>
      </w:r>
      <w:r>
        <w:rPr>
          <w:b w:val="0"/>
          <w:i w:val="0"/>
          <w:smallCaps w:val="0"/>
          <w:strike w:val="0"/>
          <w:color w:val="000000"/>
          <w:sz w:val="22"/>
          <w:u w:val="single"/>
        </w:rPr>
        <w:t>.</w:t>
      </w:r>
    </w:p>
    <w:p>
      <w:pPr>
        <w:spacing w:after="60"/>
      </w:pPr>
      <w:r>
        <w:rPr>
          <w:b w:val="0"/>
          <w:i w:val="0"/>
          <w:smallCaps w:val="0"/>
          <w:strike w:val="0"/>
          <w:color w:val="000000"/>
          <w:sz w:val="16"/>
          <w:u w:val="none"/>
        </w:rPr>
        <w:t>“I don't expect existential terrorism to be at the top of global agendas, nor do I believe it should be,” Zachary Kallenborn, one of the report’s, authors told me. “But global discourse is clearly changing around existential risk.”</w:t>
      </w:r>
    </w:p>
    <w:p>
      <w:pPr>
        <w:spacing w:after="60"/>
      </w:pPr>
      <w:r>
        <w:rPr>
          <w:b w:val="0"/>
          <w:i w:val="0"/>
          <w:smallCaps w:val="0"/>
          <w:strike w:val="0"/>
          <w:color w:val="000000"/>
          <w:sz w:val="16"/>
          <w:u w:val="none"/>
        </w:rPr>
        <w:t>Kallenborn is a Policy Fellow at the Schar School of Policy and Government, an officially proclaimed U.S. Army 'Mad Scientist', and a national security consultant. The paper is part of a special issue on long-term risks and special governance, with the unexpected effects of emerging technology being a key consideration.</w:t>
      </w:r>
    </w:p>
    <w:p>
      <w:pPr>
        <w:spacing w:after="60"/>
      </w:pPr>
      <w:r>
        <w:rPr>
          <w:b w:val="0"/>
          <w:i w:val="0"/>
          <w:smallCaps w:val="0"/>
          <w:strike w:val="0"/>
          <w:color w:val="000000"/>
          <w:sz w:val="22"/>
          <w:u w:val="single"/>
        </w:rPr>
        <w:t>“Technology</w:t>
      </w:r>
      <w:r>
        <w:rPr>
          <w:b w:val="0"/>
          <w:i w:val="0"/>
          <w:smallCaps w:val="0"/>
          <w:strike w:val="0"/>
          <w:color w:val="000000"/>
          <w:sz w:val="16"/>
          <w:u w:val="none"/>
        </w:rPr>
        <w:t xml:space="preserve"> </w:t>
      </w:r>
      <w:r>
        <w:rPr>
          <w:b w:val="0"/>
          <w:i w:val="0"/>
          <w:smallCaps w:val="0"/>
          <w:strike w:val="0"/>
          <w:color w:val="000000"/>
          <w:sz w:val="22"/>
          <w:u w:val="single"/>
        </w:rPr>
        <w:t>is</w:t>
      </w:r>
      <w:r>
        <w:rPr>
          <w:b w:val="0"/>
          <w:i w:val="0"/>
          <w:smallCaps w:val="0"/>
          <w:strike w:val="0"/>
          <w:color w:val="000000"/>
          <w:sz w:val="16"/>
          <w:u w:val="none"/>
        </w:rPr>
        <w:t xml:space="preserve"> </w:t>
      </w:r>
      <w:r>
        <w:rPr>
          <w:b w:val="0"/>
          <w:i w:val="0"/>
          <w:smallCaps w:val="0"/>
          <w:strike w:val="0"/>
          <w:color w:val="000000"/>
          <w:sz w:val="22"/>
          <w:u w:val="single"/>
        </w:rPr>
        <w:t>definitely</w:t>
      </w:r>
      <w:r>
        <w:rPr>
          <w:b w:val="0"/>
          <w:i w:val="0"/>
          <w:smallCaps w:val="0"/>
          <w:strike w:val="0"/>
          <w:color w:val="000000"/>
          <w:sz w:val="16"/>
          <w:u w:val="none"/>
        </w:rPr>
        <w:t xml:space="preserve"> </w:t>
      </w:r>
      <w:r>
        <w:rPr>
          <w:b w:val="0"/>
          <w:i w:val="0"/>
          <w:smallCaps w:val="0"/>
          <w:strike w:val="0"/>
          <w:color w:val="000000"/>
          <w:sz w:val="22"/>
          <w:u w:val="single"/>
        </w:rPr>
        <w:t>bringing more power to</w:t>
      </w:r>
      <w:r>
        <w:rPr>
          <w:b w:val="0"/>
          <w:i w:val="0"/>
          <w:smallCaps w:val="0"/>
          <w:strike w:val="0"/>
          <w:color w:val="000000"/>
          <w:sz w:val="16"/>
          <w:u w:val="none"/>
        </w:rPr>
        <w:t xml:space="preserve"> </w:t>
      </w:r>
      <w:r>
        <w:rPr>
          <w:b w:val="0"/>
          <w:i w:val="0"/>
          <w:smallCaps w:val="0"/>
          <w:strike w:val="0"/>
          <w:color w:val="000000"/>
          <w:sz w:val="22"/>
          <w:u w:val="single"/>
        </w:rPr>
        <w:t>the</w:t>
      </w:r>
      <w:r>
        <w:rPr>
          <w:b w:val="0"/>
          <w:i w:val="0"/>
          <w:smallCaps w:val="0"/>
          <w:strike w:val="0"/>
          <w:color w:val="000000"/>
          <w:sz w:val="16"/>
          <w:u w:val="none"/>
        </w:rPr>
        <w:t xml:space="preserve"> </w:t>
      </w:r>
      <w:r>
        <w:rPr>
          <w:b w:val="0"/>
          <w:i w:val="0"/>
          <w:smallCaps w:val="0"/>
          <w:strike w:val="0"/>
          <w:color w:val="000000"/>
          <w:sz w:val="22"/>
          <w:u w:val="single"/>
        </w:rPr>
        <w:t>people</w:t>
      </w:r>
      <w:r>
        <w:rPr>
          <w:b w:val="0"/>
          <w:i w:val="0"/>
          <w:smallCaps w:val="0"/>
          <w:strike w:val="0"/>
          <w:color w:val="000000"/>
          <w:sz w:val="22"/>
          <w:u w:val="single"/>
        </w:rPr>
        <w:t>,” says Kallenborn. “The open question is how much capability is really needed to generate existential harm.”</w:t>
      </w:r>
    </w:p>
    <w:p>
      <w:pPr>
        <w:spacing w:after="60"/>
      </w:pPr>
      <w:r>
        <w:rPr>
          <w:b w:val="0"/>
          <w:i w:val="0"/>
          <w:smallCaps w:val="0"/>
          <w:strike w:val="0"/>
          <w:color w:val="000000"/>
          <w:sz w:val="16"/>
          <w:u w:val="none"/>
        </w:rPr>
        <w:t>Kallenborn notes that unlike state actors, terrorist groups generally lack capacity to build effective weapons of mass destruction such as nuclear warheads. The best-known apocalyptic group, the Aum Shinrikyo cult, carried out several research projects including work on biological warfare. But they were forced to scale back their ambitions, and the cult's final effort was a nerve gas attack on the Tokyo subway in 1995 which caused fourteen deaths and affected thousands more. This was an appalling total, but still far short of the group’s apocalyptic goal.</w:t>
      </w:r>
    </w:p>
    <w:p>
      <w:pPr>
        <w:spacing w:after="60"/>
      </w:pPr>
      <w:r>
        <w:rPr>
          <w:b w:val="0"/>
          <w:i w:val="0"/>
          <w:smallCaps w:val="0"/>
          <w:strike w:val="0"/>
          <w:color w:val="000000"/>
          <w:sz w:val="22"/>
          <w:u w:val="single"/>
        </w:rPr>
        <w:t>Rather than developing a superweapon themselves, a</w:t>
      </w:r>
      <w:r>
        <w:rPr>
          <w:b w:val="0"/>
          <w:i w:val="0"/>
          <w:smallCaps w:val="0"/>
          <w:strike w:val="0"/>
          <w:color w:val="000000"/>
          <w:sz w:val="16"/>
          <w:u w:val="none"/>
        </w:rPr>
        <w:t xml:space="preserve"> </w:t>
      </w:r>
      <w:r>
        <w:rPr>
          <w:b w:val="0"/>
          <w:i w:val="0"/>
          <w:smallCaps w:val="0"/>
          <w:strike w:val="0"/>
          <w:color w:val="000000"/>
          <w:sz w:val="22"/>
          <w:u w:val="single"/>
        </w:rPr>
        <w:t>modern terrorist group</w:t>
      </w:r>
      <w:r>
        <w:rPr>
          <w:b w:val="0"/>
          <w:i w:val="0"/>
          <w:smallCaps w:val="0"/>
          <w:strike w:val="0"/>
          <w:color w:val="000000"/>
          <w:sz w:val="16"/>
          <w:u w:val="none"/>
        </w:rPr>
        <w:t xml:space="preserve"> </w:t>
      </w:r>
      <w:r>
        <w:rPr>
          <w:b w:val="0"/>
          <w:i w:val="0"/>
          <w:smallCaps w:val="0"/>
          <w:strike w:val="0"/>
          <w:color w:val="000000"/>
          <w:sz w:val="22"/>
          <w:u w:val="single"/>
        </w:rPr>
        <w:t>could</w:t>
      </w:r>
      <w:r>
        <w:rPr>
          <w:b w:val="0"/>
          <w:i w:val="0"/>
          <w:smallCaps w:val="0"/>
          <w:strike w:val="0"/>
          <w:color w:val="000000"/>
          <w:sz w:val="16"/>
          <w:u w:val="none"/>
        </w:rPr>
        <w:t xml:space="preserve"> </w:t>
      </w:r>
      <w:r>
        <w:rPr>
          <w:b w:val="0"/>
          <w:i w:val="0"/>
          <w:smallCaps w:val="0"/>
          <w:strike w:val="0"/>
          <w:color w:val="000000"/>
          <w:sz w:val="22"/>
          <w:u w:val="single"/>
        </w:rPr>
        <w:t>carry out</w:t>
      </w:r>
      <w:r>
        <w:rPr>
          <w:b w:val="0"/>
          <w:i w:val="0"/>
          <w:smallCaps w:val="0"/>
          <w:strike w:val="0"/>
          <w:color w:val="000000"/>
          <w:sz w:val="16"/>
          <w:u w:val="none"/>
        </w:rPr>
        <w:t xml:space="preserve"> </w:t>
      </w:r>
      <w:r>
        <w:rPr>
          <w:b w:val="0"/>
          <w:i w:val="0"/>
          <w:smallCaps w:val="0"/>
          <w:strike w:val="0"/>
          <w:color w:val="000000"/>
          <w:sz w:val="22"/>
          <w:u w:val="single"/>
        </w:rPr>
        <w:t>a form of</w:t>
      </w:r>
      <w:r>
        <w:rPr>
          <w:b w:val="0"/>
          <w:i w:val="0"/>
          <w:smallCaps w:val="0"/>
          <w:strike w:val="0"/>
          <w:color w:val="000000"/>
          <w:sz w:val="16"/>
          <w:u w:val="none"/>
        </w:rPr>
        <w:t xml:space="preserve"> </w:t>
      </w:r>
      <w:r>
        <w:rPr>
          <w:b/>
          <w:i w:val="0"/>
          <w:smallCaps w:val="0"/>
          <w:strike w:val="0"/>
          <w:color w:val="000000"/>
          <w:sz w:val="22"/>
          <w:u w:val="single"/>
        </w:rPr>
        <w:t>sabotage</w:t>
      </w:r>
      <w:r>
        <w:rPr>
          <w:b w:val="0"/>
          <w:i w:val="0"/>
          <w:smallCaps w:val="0"/>
          <w:strike w:val="0"/>
          <w:color w:val="000000"/>
          <w:sz w:val="22"/>
          <w:u w:val="single"/>
        </w:rPr>
        <w:t>, a</w:t>
      </w:r>
      <w:r>
        <w:rPr>
          <w:b w:val="0"/>
          <w:i w:val="0"/>
          <w:smallCaps w:val="0"/>
          <w:strike w:val="0"/>
          <w:color w:val="000000"/>
          <w:sz w:val="16"/>
          <w:u w:val="none"/>
        </w:rPr>
        <w:t xml:space="preserve"> </w:t>
      </w:r>
      <w:r>
        <w:rPr>
          <w:b/>
          <w:i w:val="0"/>
          <w:smallCaps w:val="0"/>
          <w:strike w:val="0"/>
          <w:color w:val="000000"/>
          <w:sz w:val="22"/>
          <w:u w:val="single"/>
        </w:rPr>
        <w:t>spoiler attack</w:t>
      </w:r>
      <w:r>
        <w:rPr>
          <w:b w:val="0"/>
          <w:i w:val="0"/>
          <w:smallCaps w:val="0"/>
          <w:strike w:val="0"/>
          <w:color w:val="000000"/>
          <w:sz w:val="22"/>
          <w:u w:val="single"/>
        </w:rPr>
        <w:t>, to cause</w:t>
      </w:r>
      <w:r>
        <w:rPr>
          <w:b w:val="0"/>
          <w:i w:val="0"/>
          <w:smallCaps w:val="0"/>
          <w:strike w:val="0"/>
          <w:color w:val="000000"/>
          <w:sz w:val="16"/>
          <w:u w:val="none"/>
        </w:rPr>
        <w:t xml:space="preserve"> </w:t>
      </w:r>
      <w:r>
        <w:rPr>
          <w:b w:val="0"/>
          <w:i w:val="0"/>
          <w:smallCaps w:val="0"/>
          <w:strike w:val="0"/>
          <w:color w:val="000000"/>
          <w:sz w:val="22"/>
          <w:u w:val="single"/>
        </w:rPr>
        <w:t>a</w:t>
      </w:r>
      <w:r>
        <w:rPr>
          <w:b w:val="0"/>
          <w:i w:val="0"/>
          <w:smallCaps w:val="0"/>
          <w:strike w:val="0"/>
          <w:color w:val="000000"/>
          <w:sz w:val="16"/>
          <w:u w:val="none"/>
        </w:rPr>
        <w:t xml:space="preserve"> </w:t>
      </w:r>
      <w:r>
        <w:rPr>
          <w:b/>
          <w:i w:val="0"/>
          <w:smallCaps w:val="0"/>
          <w:strike w:val="0"/>
          <w:color w:val="000000"/>
          <w:sz w:val="22"/>
          <w:u w:val="single"/>
        </w:rPr>
        <w:t>cataclysm</w:t>
      </w:r>
      <w:r>
        <w:rPr>
          <w:b w:val="0"/>
          <w:i w:val="0"/>
          <w:smallCaps w:val="0"/>
          <w:strike w:val="0"/>
          <w:color w:val="000000"/>
          <w:sz w:val="22"/>
          <w:u w:val="single"/>
        </w:rPr>
        <w:t>.</w:t>
      </w:r>
    </w:p>
    <w:p>
      <w:pPr>
        <w:spacing w:after="60"/>
      </w:pPr>
      <w:r>
        <w:rPr>
          <w:b w:val="0"/>
          <w:i w:val="0"/>
          <w:smallCaps w:val="0"/>
          <w:strike w:val="0"/>
          <w:color w:val="000000"/>
          <w:sz w:val="22"/>
          <w:u w:val="single"/>
        </w:rPr>
        <w:t>For example,</w:t>
      </w:r>
      <w:r>
        <w:rPr>
          <w:b w:val="0"/>
          <w:i w:val="0"/>
          <w:smallCaps w:val="0"/>
          <w:strike w:val="0"/>
          <w:color w:val="000000"/>
          <w:sz w:val="16"/>
          <w:u w:val="none"/>
        </w:rPr>
        <w:t xml:space="preserve"> </w:t>
      </w:r>
      <w:r>
        <w:rPr>
          <w:b w:val="0"/>
          <w:i w:val="0"/>
          <w:smallCaps w:val="0"/>
          <w:strike w:val="0"/>
          <w:color w:val="000000"/>
          <w:sz w:val="22"/>
          <w:u w:val="single"/>
        </w:rPr>
        <w:t>terrorists</w:t>
      </w:r>
      <w:r>
        <w:rPr>
          <w:b w:val="0"/>
          <w:i w:val="0"/>
          <w:smallCaps w:val="0"/>
          <w:strike w:val="0"/>
          <w:color w:val="000000"/>
          <w:sz w:val="16"/>
          <w:u w:val="none"/>
        </w:rPr>
        <w:t xml:space="preserve"> </w:t>
      </w:r>
      <w:r>
        <w:rPr>
          <w:b w:val="0"/>
          <w:i w:val="0"/>
          <w:smallCaps w:val="0"/>
          <w:strike w:val="0"/>
          <w:color w:val="000000"/>
          <w:sz w:val="22"/>
          <w:u w:val="single"/>
        </w:rPr>
        <w:t>could</w:t>
      </w:r>
      <w:r>
        <w:rPr>
          <w:b w:val="0"/>
          <w:i w:val="0"/>
          <w:smallCaps w:val="0"/>
          <w:strike w:val="0"/>
          <w:color w:val="000000"/>
          <w:sz w:val="16"/>
          <w:u w:val="none"/>
        </w:rPr>
        <w:t xml:space="preserve"> </w:t>
      </w:r>
      <w:r>
        <w:rPr>
          <w:b w:val="0"/>
          <w:i w:val="0"/>
          <w:smallCaps w:val="0"/>
          <w:strike w:val="0"/>
          <w:color w:val="000000"/>
          <w:sz w:val="22"/>
          <w:u w:val="single"/>
        </w:rPr>
        <w:t>leverage</w:t>
      </w:r>
      <w:r>
        <w:rPr>
          <w:b w:val="0"/>
          <w:i w:val="0"/>
          <w:smallCaps w:val="0"/>
          <w:strike w:val="0"/>
          <w:color w:val="000000"/>
          <w:sz w:val="16"/>
          <w:u w:val="none"/>
        </w:rPr>
        <w:t xml:space="preserve"> </w:t>
      </w:r>
      <w:r>
        <w:rPr>
          <w:b w:val="0"/>
          <w:i w:val="0"/>
          <w:smallCaps w:val="0"/>
          <w:strike w:val="0"/>
          <w:color w:val="000000"/>
          <w:sz w:val="22"/>
          <w:u w:val="single"/>
        </w:rPr>
        <w:t>the potential risks in advanced</w:t>
      </w:r>
      <w:r>
        <w:rPr>
          <w:b w:val="0"/>
          <w:i w:val="0"/>
          <w:smallCaps w:val="0"/>
          <w:strike w:val="0"/>
          <w:color w:val="000000"/>
          <w:sz w:val="16"/>
          <w:u w:val="none"/>
        </w:rPr>
        <w:t xml:space="preserve"> </w:t>
      </w:r>
      <w:r>
        <w:rPr>
          <w:b/>
          <w:i w:val="0"/>
          <w:smallCaps w:val="0"/>
          <w:strike w:val="0"/>
          <w:color w:val="000000"/>
          <w:sz w:val="22"/>
          <w:u w:val="single"/>
        </w:rPr>
        <w:t>AI</w:t>
      </w:r>
      <w:r>
        <w:rPr>
          <w:b w:val="0"/>
          <w:i w:val="0"/>
          <w:smallCaps w:val="0"/>
          <w:strike w:val="0"/>
          <w:color w:val="000000"/>
          <w:sz w:val="16"/>
          <w:u w:val="none"/>
        </w:rPr>
        <w:t xml:space="preserve"> </w:t>
      </w:r>
      <w:r>
        <w:rPr>
          <w:b w:val="0"/>
          <w:i w:val="0"/>
          <w:smallCaps w:val="0"/>
          <w:strike w:val="0"/>
          <w:color w:val="000000"/>
          <w:sz w:val="22"/>
          <w:u w:val="single"/>
        </w:rPr>
        <w:t>research, an area which</w:t>
      </w:r>
      <w:r>
        <w:rPr>
          <w:b w:val="0"/>
          <w:i w:val="0"/>
          <w:smallCaps w:val="0"/>
          <w:strike w:val="0"/>
          <w:color w:val="000000"/>
          <w:sz w:val="16"/>
          <w:u w:val="none"/>
        </w:rPr>
        <w:t xml:space="preserve"> </w:t>
      </w:r>
      <w:r>
        <w:rPr>
          <w:b w:val="0"/>
          <w:i w:val="0"/>
          <w:smallCaps w:val="0"/>
          <w:strike w:val="0"/>
          <w:color w:val="000000"/>
          <w:sz w:val="22"/>
          <w:u w:val="single"/>
        </w:rPr>
        <w:t>which</w:t>
      </w:r>
      <w:r>
        <w:rPr>
          <w:b w:val="0"/>
          <w:i w:val="0"/>
          <w:smallCaps w:val="0"/>
          <w:strike w:val="0"/>
          <w:color w:val="000000"/>
          <w:sz w:val="16"/>
          <w:u w:val="none"/>
        </w:rPr>
        <w:t xml:space="preserve"> </w:t>
      </w:r>
      <w:r>
        <w:rPr>
          <w:b w:val="0"/>
          <w:i w:val="0"/>
          <w:smallCaps w:val="0"/>
          <w:strike w:val="0"/>
          <w:color w:val="000000"/>
          <w:sz w:val="22"/>
          <w:u w:val="single"/>
        </w:rPr>
        <w:t>some warn</w:t>
      </w:r>
      <w:r>
        <w:rPr>
          <w:b w:val="0"/>
          <w:i w:val="0"/>
          <w:smallCaps w:val="0"/>
          <w:strike w:val="0"/>
          <w:color w:val="000000"/>
          <w:sz w:val="16"/>
          <w:u w:val="none"/>
        </w:rPr>
        <w:t xml:space="preserve"> </w:t>
      </w:r>
      <w:r>
        <w:rPr>
          <w:b w:val="0"/>
          <w:i w:val="0"/>
          <w:smallCaps w:val="0"/>
          <w:strike w:val="0"/>
          <w:color w:val="000000"/>
          <w:sz w:val="22"/>
          <w:u w:val="single"/>
        </w:rPr>
        <w:t>carries “risk of extinction</w:t>
      </w:r>
      <w:r>
        <w:rPr>
          <w:b w:val="0"/>
          <w:i w:val="0"/>
          <w:smallCaps w:val="0"/>
          <w:strike w:val="0"/>
          <w:color w:val="000000"/>
          <w:sz w:val="22"/>
          <w:u w:val="single"/>
        </w:rPr>
        <w:t>,”</w:t>
      </w:r>
      <w:r>
        <w:rPr>
          <w:b w:val="0"/>
          <w:i w:val="0"/>
          <w:smallCaps w:val="0"/>
          <w:strike w:val="0"/>
          <w:color w:val="000000"/>
          <w:sz w:val="16"/>
          <w:u w:val="none"/>
        </w:rPr>
        <w:t xml:space="preserve"> and leading to calls for strict safeguards on research. </w:t>
      </w:r>
      <w:r>
        <w:rPr>
          <w:b w:val="0"/>
          <w:i w:val="0"/>
          <w:smallCaps w:val="0"/>
          <w:strike w:val="0"/>
          <w:color w:val="000000"/>
          <w:sz w:val="22"/>
          <w:u w:val="single"/>
        </w:rPr>
        <w:t>Rather than building their own super-intelligent AI,</w:t>
      </w:r>
      <w:r>
        <w:rPr>
          <w:b w:val="0"/>
          <w:i w:val="0"/>
          <w:smallCaps w:val="0"/>
          <w:strike w:val="0"/>
          <w:color w:val="000000"/>
          <w:sz w:val="16"/>
          <w:u w:val="none"/>
        </w:rPr>
        <w:t xml:space="preserve"> </w:t>
      </w:r>
      <w:r>
        <w:rPr>
          <w:b w:val="0"/>
          <w:i w:val="0"/>
          <w:smallCaps w:val="0"/>
          <w:strike w:val="0"/>
          <w:color w:val="000000"/>
          <w:sz w:val="22"/>
          <w:u w:val="single"/>
        </w:rPr>
        <w:t>terrorists</w:t>
      </w:r>
      <w:r>
        <w:rPr>
          <w:b w:val="0"/>
          <w:i w:val="0"/>
          <w:smallCaps w:val="0"/>
          <w:strike w:val="0"/>
          <w:color w:val="000000"/>
          <w:sz w:val="16"/>
          <w:u w:val="none"/>
        </w:rPr>
        <w:t xml:space="preserve"> </w:t>
      </w:r>
      <w:r>
        <w:rPr>
          <w:b w:val="0"/>
          <w:i w:val="0"/>
          <w:smallCaps w:val="0"/>
          <w:strike w:val="0"/>
          <w:color w:val="000000"/>
          <w:sz w:val="22"/>
          <w:u w:val="single"/>
        </w:rPr>
        <w:t>might</w:t>
      </w:r>
      <w:r>
        <w:rPr>
          <w:b w:val="0"/>
          <w:i w:val="0"/>
          <w:smallCaps w:val="0"/>
          <w:strike w:val="0"/>
          <w:color w:val="000000"/>
          <w:sz w:val="16"/>
          <w:u w:val="none"/>
        </w:rPr>
        <w:t xml:space="preserve"> </w:t>
      </w:r>
      <w:r>
        <w:rPr>
          <w:b w:val="0"/>
          <w:i w:val="0"/>
          <w:smallCaps w:val="0"/>
          <w:strike w:val="0"/>
          <w:color w:val="000000"/>
          <w:sz w:val="22"/>
          <w:u w:val="single"/>
        </w:rPr>
        <w:t>carry out</w:t>
      </w:r>
      <w:r>
        <w:rPr>
          <w:b w:val="0"/>
          <w:i w:val="0"/>
          <w:smallCaps w:val="0"/>
          <w:strike w:val="0"/>
          <w:color w:val="000000"/>
          <w:sz w:val="16"/>
          <w:u w:val="none"/>
        </w:rPr>
        <w:t xml:space="preserve"> </w:t>
      </w:r>
      <w:r>
        <w:rPr>
          <w:b w:val="0"/>
          <w:i w:val="0"/>
          <w:smallCaps w:val="0"/>
          <w:strike w:val="0"/>
          <w:color w:val="000000"/>
          <w:sz w:val="22"/>
          <w:u w:val="single"/>
        </w:rPr>
        <w:t>a</w:t>
      </w:r>
      <w:r>
        <w:rPr>
          <w:b w:val="0"/>
          <w:i w:val="0"/>
          <w:smallCaps w:val="0"/>
          <w:strike w:val="0"/>
          <w:color w:val="000000"/>
          <w:sz w:val="16"/>
          <w:u w:val="none"/>
        </w:rPr>
        <w:t xml:space="preserve"> </w:t>
      </w:r>
      <w:r>
        <w:rPr>
          <w:b w:val="0"/>
          <w:i w:val="0"/>
          <w:smallCaps w:val="0"/>
          <w:strike w:val="0"/>
          <w:color w:val="000000"/>
          <w:sz w:val="22"/>
          <w:u w:val="single"/>
        </w:rPr>
        <w:t>spoiler attack to break through</w:t>
      </w:r>
      <w:r>
        <w:rPr>
          <w:b w:val="0"/>
          <w:i w:val="0"/>
          <w:smallCaps w:val="0"/>
          <w:strike w:val="0"/>
          <w:color w:val="000000"/>
          <w:sz w:val="16"/>
          <w:u w:val="none"/>
        </w:rPr>
        <w:t xml:space="preserve"> </w:t>
      </w:r>
      <w:r>
        <w:rPr>
          <w:b w:val="0"/>
          <w:i w:val="0"/>
          <w:smallCaps w:val="0"/>
          <w:strike w:val="0"/>
          <w:color w:val="000000"/>
          <w:sz w:val="22"/>
          <w:u w:val="single"/>
        </w:rPr>
        <w:t>the</w:t>
      </w:r>
      <w:r>
        <w:rPr>
          <w:b w:val="0"/>
          <w:i w:val="0"/>
          <w:smallCaps w:val="0"/>
          <w:strike w:val="0"/>
          <w:color w:val="000000"/>
          <w:sz w:val="16"/>
          <w:u w:val="none"/>
        </w:rPr>
        <w:t xml:space="preserve"> </w:t>
      </w:r>
      <w:r>
        <w:rPr>
          <w:b w:val="0"/>
          <w:i w:val="0"/>
          <w:smallCaps w:val="0"/>
          <w:strike w:val="0"/>
          <w:color w:val="000000"/>
          <w:sz w:val="22"/>
          <w:u w:val="single"/>
        </w:rPr>
        <w:t>safeguards preventing</w:t>
      </w:r>
      <w:r>
        <w:rPr>
          <w:b w:val="0"/>
          <w:i w:val="0"/>
          <w:smallCaps w:val="0"/>
          <w:strike w:val="0"/>
          <w:color w:val="000000"/>
          <w:sz w:val="16"/>
          <w:u w:val="none"/>
        </w:rPr>
        <w:t xml:space="preserve"> </w:t>
      </w:r>
      <w:r>
        <w:rPr>
          <w:b w:val="0"/>
          <w:i w:val="0"/>
          <w:smallCaps w:val="0"/>
          <w:strike w:val="0"/>
          <w:color w:val="000000"/>
          <w:sz w:val="22"/>
          <w:u w:val="single"/>
        </w:rPr>
        <w:t>an</w:t>
      </w:r>
      <w:r>
        <w:rPr>
          <w:b w:val="0"/>
          <w:i w:val="0"/>
          <w:smallCaps w:val="0"/>
          <w:strike w:val="0"/>
          <w:color w:val="000000"/>
          <w:sz w:val="16"/>
          <w:u w:val="none"/>
        </w:rPr>
        <w:t xml:space="preserve"> </w:t>
      </w:r>
      <w:r>
        <w:rPr>
          <w:b w:val="0"/>
          <w:i w:val="0"/>
          <w:smallCaps w:val="0"/>
          <w:strike w:val="0"/>
          <w:color w:val="000000"/>
          <w:sz w:val="22"/>
          <w:u w:val="single"/>
        </w:rPr>
        <w:t>AI from being developed</w:t>
      </w:r>
      <w:r>
        <w:rPr>
          <w:b w:val="0"/>
          <w:i w:val="0"/>
          <w:smallCaps w:val="0"/>
          <w:strike w:val="0"/>
          <w:color w:val="000000"/>
          <w:sz w:val="16"/>
          <w:u w:val="none"/>
        </w:rPr>
        <w:t xml:space="preserve"> </w:t>
      </w:r>
      <w:r>
        <w:rPr>
          <w:b w:val="0"/>
          <w:i w:val="0"/>
          <w:smallCaps w:val="0"/>
          <w:strike w:val="0"/>
          <w:color w:val="000000"/>
          <w:sz w:val="22"/>
          <w:u w:val="single"/>
        </w:rPr>
        <w:t>beyond a certain stage or released. This might be</w:t>
      </w:r>
      <w:r>
        <w:rPr>
          <w:b w:val="0"/>
          <w:i w:val="0"/>
          <w:smallCaps w:val="0"/>
          <w:strike w:val="0"/>
          <w:color w:val="000000"/>
          <w:sz w:val="16"/>
          <w:u w:val="none"/>
        </w:rPr>
        <w:t xml:space="preserve"> </w:t>
      </w:r>
      <w:r>
        <w:rPr>
          <w:b w:val="0"/>
          <w:i w:val="0"/>
          <w:smallCaps w:val="0"/>
          <w:strike w:val="0"/>
          <w:color w:val="000000"/>
          <w:sz w:val="22"/>
          <w:u w:val="single"/>
        </w:rPr>
        <w:t>carried out</w:t>
      </w:r>
      <w:r>
        <w:rPr>
          <w:b w:val="0"/>
          <w:i w:val="0"/>
          <w:smallCaps w:val="0"/>
          <w:strike w:val="0"/>
          <w:color w:val="000000"/>
          <w:sz w:val="16"/>
          <w:u w:val="none"/>
        </w:rPr>
        <w:t xml:space="preserve"> </w:t>
      </w:r>
      <w:r>
        <w:rPr>
          <w:b w:val="0"/>
          <w:i w:val="0"/>
          <w:smallCaps w:val="0"/>
          <w:strike w:val="0"/>
          <w:color w:val="000000"/>
          <w:sz w:val="22"/>
          <w:u w:val="single"/>
        </w:rPr>
        <w:t>remotely</w:t>
      </w:r>
      <w:r>
        <w:rPr>
          <w:b w:val="0"/>
          <w:i w:val="0"/>
          <w:smallCaps w:val="0"/>
          <w:strike w:val="0"/>
          <w:color w:val="000000"/>
          <w:sz w:val="16"/>
          <w:u w:val="none"/>
        </w:rPr>
        <w:t xml:space="preserve"> </w:t>
      </w:r>
      <w:r>
        <w:rPr>
          <w:b w:val="0"/>
          <w:i w:val="0"/>
          <w:smallCaps w:val="0"/>
          <w:strike w:val="0"/>
          <w:color w:val="000000"/>
          <w:sz w:val="22"/>
          <w:u w:val="single"/>
        </w:rPr>
        <w:t>via hacking</w:t>
      </w:r>
      <w:r>
        <w:rPr>
          <w:b w:val="0"/>
          <w:i w:val="0"/>
          <w:smallCaps w:val="0"/>
          <w:strike w:val="0"/>
          <w:color w:val="000000"/>
          <w:sz w:val="22"/>
          <w:u w:val="single"/>
        </w:rPr>
        <w:t>, on the spot by recruiting or</w:t>
      </w:r>
      <w:r>
        <w:rPr>
          <w:b w:val="0"/>
          <w:i w:val="0"/>
          <w:smallCaps w:val="0"/>
          <w:strike w:val="0"/>
          <w:color w:val="000000"/>
          <w:sz w:val="16"/>
          <w:u w:val="none"/>
        </w:rPr>
        <w:t xml:space="preserve"> </w:t>
      </w:r>
      <w:r>
        <w:rPr>
          <w:b w:val="0"/>
          <w:i w:val="0"/>
          <w:smallCaps w:val="0"/>
          <w:strike w:val="0"/>
          <w:color w:val="000000"/>
          <w:sz w:val="22"/>
          <w:u w:val="single"/>
        </w:rPr>
        <w:t>subverting researchers, or</w:t>
      </w:r>
      <w:r>
        <w:rPr>
          <w:b w:val="0"/>
          <w:i w:val="0"/>
          <w:smallCaps w:val="0"/>
          <w:strike w:val="0"/>
          <w:color w:val="000000"/>
          <w:sz w:val="16"/>
          <w:u w:val="none"/>
        </w:rPr>
        <w:t xml:space="preserve"> </w:t>
      </w:r>
      <w:r>
        <w:rPr>
          <w:b w:val="0"/>
          <w:i w:val="0"/>
          <w:smallCaps w:val="0"/>
          <w:strike w:val="0"/>
          <w:color w:val="000000"/>
          <w:sz w:val="22"/>
          <w:u w:val="single"/>
        </w:rPr>
        <w:t>by an armed</w:t>
      </w:r>
      <w:r>
        <w:rPr>
          <w:b w:val="0"/>
          <w:i w:val="0"/>
          <w:smallCaps w:val="0"/>
          <w:strike w:val="0"/>
          <w:color w:val="000000"/>
          <w:sz w:val="16"/>
          <w:u w:val="none"/>
        </w:rPr>
        <w:t xml:space="preserve"> </w:t>
      </w:r>
      <w:r>
        <w:rPr>
          <w:b w:val="0"/>
          <w:i w:val="0"/>
          <w:smallCaps w:val="0"/>
          <w:strike w:val="0"/>
          <w:color w:val="000000"/>
          <w:sz w:val="22"/>
          <w:u w:val="single"/>
        </w:rPr>
        <w:t>intrusion into</w:t>
      </w:r>
      <w:r>
        <w:rPr>
          <w:b w:val="0"/>
          <w:i w:val="0"/>
          <w:smallCaps w:val="0"/>
          <w:strike w:val="0"/>
          <w:color w:val="000000"/>
          <w:sz w:val="16"/>
          <w:u w:val="none"/>
        </w:rPr>
        <w:t xml:space="preserve"> </w:t>
      </w:r>
      <w:r>
        <w:rPr>
          <w:b w:val="0"/>
          <w:i w:val="0"/>
          <w:smallCaps w:val="0"/>
          <w:strike w:val="0"/>
          <w:color w:val="000000"/>
          <w:sz w:val="22"/>
          <w:u w:val="single"/>
        </w:rPr>
        <w:t>a</w:t>
      </w:r>
      <w:r>
        <w:rPr>
          <w:b w:val="0"/>
          <w:i w:val="0"/>
          <w:smallCaps w:val="0"/>
          <w:strike w:val="0"/>
          <w:color w:val="000000"/>
          <w:sz w:val="16"/>
          <w:u w:val="none"/>
        </w:rPr>
        <w:t xml:space="preserve"> </w:t>
      </w:r>
      <w:r>
        <w:rPr>
          <w:b w:val="0"/>
          <w:i w:val="0"/>
          <w:smallCaps w:val="0"/>
          <w:strike w:val="0"/>
          <w:color w:val="000000"/>
          <w:sz w:val="22"/>
          <w:u w:val="single"/>
        </w:rPr>
        <w:t>research facility.</w:t>
      </w:r>
    </w:p>
    <w:p>
      <w:pPr>
        <w:spacing w:after="60"/>
      </w:pPr>
      <w:r>
        <w:rPr>
          <w:b w:val="0"/>
          <w:i w:val="0"/>
          <w:smallCaps w:val="0"/>
          <w:strike w:val="0"/>
          <w:color w:val="000000"/>
          <w:sz w:val="22"/>
          <w:u w:val="single"/>
        </w:rPr>
        <w:t>Spoiler attacks</w:t>
      </w:r>
      <w:r>
        <w:rPr>
          <w:b w:val="0"/>
          <w:i w:val="0"/>
          <w:smallCaps w:val="0"/>
          <w:strike w:val="0"/>
          <w:color w:val="000000"/>
          <w:sz w:val="16"/>
          <w:u w:val="none"/>
        </w:rPr>
        <w:t xml:space="preserve"> </w:t>
      </w:r>
      <w:r>
        <w:rPr>
          <w:b w:val="0"/>
          <w:i w:val="0"/>
          <w:smallCaps w:val="0"/>
          <w:strike w:val="0"/>
          <w:color w:val="000000"/>
          <w:sz w:val="22"/>
          <w:u w:val="single"/>
        </w:rPr>
        <w:t>might also</w:t>
      </w:r>
      <w:r>
        <w:rPr>
          <w:b w:val="0"/>
          <w:i w:val="0"/>
          <w:smallCaps w:val="0"/>
          <w:strike w:val="0"/>
          <w:color w:val="000000"/>
          <w:sz w:val="16"/>
          <w:u w:val="none"/>
        </w:rPr>
        <w:t xml:space="preserve"> </w:t>
      </w:r>
      <w:r>
        <w:rPr>
          <w:b w:val="0"/>
          <w:i w:val="0"/>
          <w:smallCaps w:val="0"/>
          <w:strike w:val="0"/>
          <w:color w:val="000000"/>
          <w:sz w:val="22"/>
          <w:u w:val="single"/>
        </w:rPr>
        <w:t>target</w:t>
      </w:r>
      <w:r>
        <w:rPr>
          <w:b w:val="0"/>
          <w:i w:val="0"/>
          <w:smallCaps w:val="0"/>
          <w:strike w:val="0"/>
          <w:color w:val="000000"/>
          <w:sz w:val="16"/>
          <w:u w:val="none"/>
        </w:rPr>
        <w:t xml:space="preserve"> </w:t>
      </w:r>
      <w:r>
        <w:rPr>
          <w:b/>
          <w:i w:val="0"/>
          <w:smallCaps w:val="0"/>
          <w:strike w:val="0"/>
          <w:color w:val="000000"/>
          <w:sz w:val="22"/>
          <w:u w:val="single"/>
        </w:rPr>
        <w:t>biological research</w:t>
      </w:r>
      <w:r>
        <w:rPr>
          <w:b w:val="0"/>
          <w:i w:val="0"/>
          <w:smallCaps w:val="0"/>
          <w:strike w:val="0"/>
          <w:color w:val="000000"/>
          <w:sz w:val="16"/>
          <w:u w:val="none"/>
        </w:rPr>
        <w:t xml:space="preserve"> </w:t>
      </w:r>
      <w:r>
        <w:rPr>
          <w:b w:val="0"/>
          <w:i w:val="0"/>
          <w:smallCaps w:val="0"/>
          <w:strike w:val="0"/>
          <w:color w:val="000000"/>
          <w:sz w:val="22"/>
          <w:u w:val="single"/>
        </w:rPr>
        <w:t>or</w:t>
      </w:r>
      <w:r>
        <w:rPr>
          <w:b w:val="0"/>
          <w:i w:val="0"/>
          <w:smallCaps w:val="0"/>
          <w:strike w:val="0"/>
          <w:color w:val="000000"/>
          <w:sz w:val="16"/>
          <w:u w:val="none"/>
        </w:rPr>
        <w:t xml:space="preserve"> </w:t>
      </w:r>
      <w:r>
        <w:rPr>
          <w:b/>
          <w:i w:val="0"/>
          <w:smallCaps w:val="0"/>
          <w:strike w:val="0"/>
          <w:color w:val="000000"/>
          <w:sz w:val="22"/>
          <w:u w:val="single"/>
        </w:rPr>
        <w:t>nanotech</w:t>
      </w:r>
      <w:r>
        <w:rPr>
          <w:b w:val="0"/>
          <w:i w:val="0"/>
          <w:smallCaps w:val="0"/>
          <w:strike w:val="0"/>
          <w:color w:val="000000"/>
          <w:sz w:val="22"/>
          <w:u w:val="single"/>
        </w:rPr>
        <w:t>nology projects, both areas where high levels of safeguarding are required.</w:t>
      </w:r>
      <w:r>
        <w:rPr>
          <w:b w:val="0"/>
          <w:i w:val="0"/>
          <w:smallCaps w:val="0"/>
          <w:strike w:val="0"/>
          <w:color w:val="000000"/>
          <w:sz w:val="16"/>
          <w:u w:val="none"/>
        </w:rPr>
        <w:t xml:space="preserve"> </w:t>
      </w:r>
      <w:r>
        <w:rPr>
          <w:b w:val="0"/>
          <w:i w:val="0"/>
          <w:smallCaps w:val="0"/>
          <w:strike w:val="0"/>
          <w:color w:val="000000"/>
          <w:sz w:val="22"/>
          <w:u w:val="single"/>
        </w:rPr>
        <w:t>The authors note that new tools such as</w:t>
      </w:r>
      <w:r>
        <w:rPr>
          <w:b w:val="0"/>
          <w:i w:val="0"/>
          <w:smallCaps w:val="0"/>
          <w:strike w:val="0"/>
          <w:color w:val="000000"/>
          <w:sz w:val="16"/>
          <w:u w:val="none"/>
        </w:rPr>
        <w:t xml:space="preserve"> </w:t>
      </w:r>
      <w:r>
        <w:rPr>
          <w:b w:val="0"/>
          <w:i w:val="0"/>
          <w:smallCaps w:val="0"/>
          <w:strike w:val="0"/>
          <w:color w:val="000000"/>
          <w:sz w:val="22"/>
          <w:u w:val="single"/>
        </w:rPr>
        <w:t>CRISPR,</w:t>
      </w:r>
      <w:r>
        <w:rPr>
          <w:b w:val="0"/>
          <w:i w:val="0"/>
          <w:smallCaps w:val="0"/>
          <w:strike w:val="0"/>
          <w:color w:val="000000"/>
          <w:sz w:val="16"/>
          <w:u w:val="none"/>
        </w:rPr>
        <w:t xml:space="preserve"> </w:t>
      </w:r>
      <w:r>
        <w:rPr>
          <w:b w:val="0"/>
          <w:i w:val="0"/>
          <w:smallCaps w:val="0"/>
          <w:strike w:val="0"/>
          <w:color w:val="000000"/>
          <w:sz w:val="22"/>
          <w:u w:val="single"/>
        </w:rPr>
        <w:t>rapid DNA sequencing and DNA/RNA synthesis</w:t>
      </w:r>
      <w:r>
        <w:rPr>
          <w:b w:val="0"/>
          <w:i w:val="0"/>
          <w:smallCaps w:val="0"/>
          <w:strike w:val="0"/>
          <w:color w:val="000000"/>
          <w:sz w:val="16"/>
          <w:u w:val="none"/>
        </w:rPr>
        <w:t xml:space="preserve"> </w:t>
      </w:r>
      <w:r>
        <w:rPr>
          <w:b w:val="0"/>
          <w:i w:val="0"/>
          <w:smallCaps w:val="0"/>
          <w:strike w:val="0"/>
          <w:color w:val="000000"/>
          <w:sz w:val="22"/>
          <w:u w:val="single"/>
        </w:rPr>
        <w:t>mean that there</w:t>
      </w:r>
      <w:r>
        <w:rPr>
          <w:b w:val="0"/>
          <w:i w:val="0"/>
          <w:smallCaps w:val="0"/>
          <w:strike w:val="0"/>
          <w:color w:val="000000"/>
          <w:sz w:val="16"/>
          <w:u w:val="none"/>
        </w:rPr>
        <w:t xml:space="preserve"> </w:t>
      </w:r>
      <w:r>
        <w:rPr>
          <w:b w:val="0"/>
          <w:i w:val="0"/>
          <w:smallCaps w:val="0"/>
          <w:strike w:val="0"/>
          <w:color w:val="000000"/>
          <w:sz w:val="22"/>
          <w:u w:val="single"/>
        </w:rPr>
        <w:t>are now far</w:t>
      </w:r>
      <w:r>
        <w:rPr>
          <w:b w:val="0"/>
          <w:i w:val="0"/>
          <w:smallCaps w:val="0"/>
          <w:strike w:val="0"/>
          <w:color w:val="000000"/>
          <w:sz w:val="16"/>
          <w:u w:val="none"/>
        </w:rPr>
        <w:t xml:space="preserve"> </w:t>
      </w:r>
      <w:r>
        <w:rPr>
          <w:b/>
          <w:i w:val="0"/>
          <w:smallCaps w:val="0"/>
          <w:strike w:val="0"/>
          <w:color w:val="000000"/>
          <w:sz w:val="22"/>
          <w:u w:val="single"/>
        </w:rPr>
        <w:t>more groups</w:t>
      </w:r>
      <w:r>
        <w:rPr>
          <w:b w:val="0"/>
          <w:i w:val="0"/>
          <w:smallCaps w:val="0"/>
          <w:strike w:val="0"/>
          <w:color w:val="000000"/>
          <w:sz w:val="16"/>
          <w:u w:val="none"/>
        </w:rPr>
        <w:t xml:space="preserve"> </w:t>
      </w:r>
      <w:r>
        <w:rPr>
          <w:b w:val="0"/>
          <w:i w:val="0"/>
          <w:smallCaps w:val="0"/>
          <w:strike w:val="0"/>
          <w:color w:val="000000"/>
          <w:sz w:val="22"/>
          <w:u w:val="single"/>
        </w:rPr>
        <w:t>working on</w:t>
      </w:r>
      <w:r>
        <w:rPr>
          <w:b w:val="0"/>
          <w:i w:val="0"/>
          <w:smallCaps w:val="0"/>
          <w:strike w:val="0"/>
          <w:color w:val="000000"/>
          <w:sz w:val="16"/>
          <w:u w:val="none"/>
        </w:rPr>
        <w:t xml:space="preserve"> </w:t>
      </w:r>
      <w:r>
        <w:rPr>
          <w:b w:val="0"/>
          <w:i w:val="0"/>
          <w:smallCaps w:val="0"/>
          <w:strike w:val="0"/>
          <w:color w:val="000000"/>
          <w:sz w:val="22"/>
          <w:u w:val="single"/>
        </w:rPr>
        <w:t>potentially</w:t>
      </w:r>
      <w:r>
        <w:rPr>
          <w:b w:val="0"/>
          <w:i w:val="0"/>
          <w:smallCaps w:val="0"/>
          <w:strike w:val="0"/>
          <w:color w:val="000000"/>
          <w:sz w:val="16"/>
          <w:u w:val="none"/>
        </w:rPr>
        <w:t xml:space="preserve"> </w:t>
      </w:r>
      <w:r>
        <w:rPr>
          <w:b/>
          <w:i w:val="0"/>
          <w:smallCaps w:val="0"/>
          <w:strike w:val="0"/>
          <w:color w:val="000000"/>
          <w:sz w:val="22"/>
          <w:u w:val="single"/>
        </w:rPr>
        <w:t>hazardous biological projects</w:t>
      </w:r>
      <w:r>
        <w:rPr>
          <w:b w:val="0"/>
          <w:i w:val="0"/>
          <w:smallCaps w:val="0"/>
          <w:strike w:val="0"/>
          <w:color w:val="000000"/>
          <w:sz w:val="22"/>
          <w:u w:val="single"/>
        </w:rPr>
        <w:t>.</w:t>
      </w:r>
      <w:r>
        <w:rPr>
          <w:b w:val="0"/>
          <w:i w:val="0"/>
          <w:smallCaps w:val="0"/>
          <w:strike w:val="0"/>
          <w:color w:val="000000"/>
          <w:sz w:val="16"/>
          <w:u w:val="none"/>
        </w:rPr>
        <w:t xml:space="preserve"> The unproven lab leak theory that COVID-19 escaped from a Chinese research facility could be a blueprint for a spoiler attack.</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