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It’s the </w:t>
      </w:r>
      <w:r>
        <w:rPr>
          <w:b/>
          <w:i w:val="0"/>
          <w:smallCaps w:val="0"/>
          <w:strike w:val="0"/>
          <w:sz w:val="24"/>
          <w:u w:val="single"/>
        </w:rPr>
        <w:t>fastest</w:t>
      </w:r>
      <w:r>
        <w:rPr>
          <w:b/>
          <w:i w:val="0"/>
          <w:smallCaps w:val="0"/>
          <w:strike w:val="0"/>
          <w:sz w:val="24"/>
          <w:u w:val="none"/>
        </w:rPr>
        <w:t xml:space="preserve"> and </w:t>
      </w:r>
      <w:r>
        <w:rPr>
          <w:b/>
          <w:i w:val="0"/>
          <w:smallCaps w:val="0"/>
          <w:strike w:val="0"/>
          <w:sz w:val="24"/>
          <w:u w:val="single"/>
        </w:rPr>
        <w:t>most probable</w:t>
      </w:r>
      <w:r>
        <w:rPr>
          <w:b/>
          <w:i w:val="0"/>
          <w:smallCaps w:val="0"/>
          <w:strike w:val="0"/>
          <w:sz w:val="24"/>
          <w:u w:val="none"/>
        </w:rPr>
        <w:t xml:space="preserve"> existential threat.</w:t>
      </w:r>
    </w:p>
    <w:p>
      <w:pPr>
        <w:spacing w:after="80"/>
      </w:pPr>
      <w:r>
        <w:rPr>
          <w:b/>
          <w:i w:val="0"/>
          <w:smallCaps w:val="0"/>
          <w:strike w:val="0"/>
          <w:sz w:val="24"/>
          <w:u w:val="none"/>
        </w:rPr>
        <w:t xml:space="preserve">Such ’21 </w:t>
      </w:r>
      <w:r>
        <w:rPr>
          <w:b w:val="0"/>
          <w:i w:val="0"/>
          <w:smallCaps w:val="0"/>
          <w:strike w:val="0"/>
          <w:sz w:val="16"/>
          <w:u w:val="none"/>
        </w:rPr>
        <w:t>[Thomas; February 9; Writer for the Glasgow Guardian, published by the University of Glasgow; Glasgow Guardian, “How to Wipe Out Humanity,” https://glasgowguardian.co.uk/2021/02/09/how-to-wipe-out-humanity/]</w:t>
      </w:r>
    </w:p>
    <w:p>
      <w:pPr>
        <w:spacing w:after="60"/>
      </w:pPr>
      <w:r>
        <w:rPr>
          <w:b w:val="0"/>
          <w:i w:val="0"/>
          <w:smallCaps w:val="0"/>
          <w:strike w:val="0"/>
          <w:sz w:val="16"/>
          <w:u w:val="none"/>
        </w:rPr>
        <w:t xml:space="preserve">Not only is a virus the key to </w:t>
      </w:r>
      <w:r>
        <w:rPr>
          <w:b/>
          <w:i w:val="0"/>
          <w:smallCaps w:val="0"/>
          <w:strike w:val="0"/>
          <w:sz w:val="20"/>
          <w:highlight w:val="cyan"/>
          <w:u w:val="single"/>
        </w:rPr>
        <w:t>a</w:t>
      </w:r>
      <w:r>
        <w:rPr>
          <w:b w:val="0"/>
          <w:i w:val="0"/>
          <w:smallCaps w:val="0"/>
          <w:strike w:val="0"/>
          <w:sz w:val="20"/>
          <w:u w:val="single"/>
        </w:rPr>
        <w:t xml:space="preserve">n unpredictable </w:t>
      </w:r>
      <w:r>
        <w:rPr>
          <w:b w:val="0"/>
          <w:i w:val="0"/>
          <w:smallCaps w:val="0"/>
          <w:strike w:val="0"/>
          <w:sz w:val="20"/>
          <w:highlight w:val="cyan"/>
          <w:u w:val="single"/>
        </w:rPr>
        <w:t>disease</w:t>
      </w:r>
      <w:r>
        <w:rPr>
          <w:b w:val="0"/>
          <w:i w:val="0"/>
          <w:smallCaps w:val="0"/>
          <w:strike w:val="0"/>
          <w:sz w:val="16"/>
          <w:u w:val="none"/>
        </w:rPr>
        <w:t xml:space="preserve"> which </w:t>
      </w:r>
      <w:r>
        <w:rPr>
          <w:b w:val="0"/>
          <w:i w:val="0"/>
          <w:smallCaps w:val="0"/>
          <w:strike w:val="0"/>
          <w:sz w:val="20"/>
          <w:highlight w:val="cyan"/>
          <w:u w:val="single"/>
        </w:rPr>
        <w:t>may</w:t>
      </w:r>
      <w:r>
        <w:rPr>
          <w:b w:val="0"/>
          <w:i w:val="0"/>
          <w:smallCaps w:val="0"/>
          <w:strike w:val="0"/>
          <w:sz w:val="20"/>
          <w:u w:val="single"/>
        </w:rPr>
        <w:t xml:space="preserve"> one day </w:t>
      </w:r>
      <w:r>
        <w:rPr>
          <w:b/>
          <w:i w:val="0"/>
          <w:smallCaps w:val="0"/>
          <w:strike w:val="0"/>
          <w:sz w:val="20"/>
          <w:highlight w:val="cyan"/>
          <w:u w:val="single"/>
        </w:rPr>
        <w:t>wipe out humanity</w:t>
      </w:r>
      <w:r>
        <w:rPr>
          <w:b w:val="0"/>
          <w:i w:val="0"/>
          <w:smallCaps w:val="0"/>
          <w:strike w:val="0"/>
          <w:sz w:val="16"/>
          <w:u w:val="none"/>
        </w:rPr>
        <w:t xml:space="preserve">, but the origins of said virus are key. My “research” concluded that the most efficient way of killing humanity is to have the disease spread in a semi-developed country such as China; it is far easier for viruses and other diseases to spread in less developed countries - but in order to successfully achieve global transmission, a host country must have the substantial international infrastructure to spread a pandemic worldwide. Using this strategy in my “research”, I was able to play a game of Plague Inc. wherein the spread and threat of Covid-19 seemed minimal by using China as a perfect starting point to wipe out humanity. The key, as it turns out, is the </w:t>
      </w:r>
      <w:r>
        <w:rPr>
          <w:b w:val="0"/>
          <w:i w:val="0"/>
          <w:smallCaps w:val="0"/>
          <w:strike w:val="0"/>
          <w:sz w:val="20"/>
          <w:highlight w:val="cyan"/>
          <w:u w:val="single"/>
        </w:rPr>
        <w:t>spreading</w:t>
      </w:r>
      <w:r>
        <w:rPr>
          <w:b w:val="0"/>
          <w:i w:val="0"/>
          <w:smallCaps w:val="0"/>
          <w:strike w:val="0"/>
          <w:sz w:val="20"/>
          <w:u w:val="single"/>
        </w:rPr>
        <w:t xml:space="preserve"> of the virus</w:t>
      </w:r>
      <w:r>
        <w:rPr>
          <w:b w:val="0"/>
          <w:i w:val="0"/>
          <w:smallCaps w:val="0"/>
          <w:strike w:val="0"/>
          <w:sz w:val="16"/>
          <w:u w:val="none"/>
        </w:rPr>
        <w:t xml:space="preserve"> - something that Covid-19 has proved </w:t>
      </w:r>
      <w:r>
        <w:rPr>
          <w:b w:val="0"/>
          <w:i w:val="0"/>
          <w:smallCaps w:val="0"/>
          <w:strike w:val="0"/>
          <w:sz w:val="20"/>
          <w:highlight w:val="cyan"/>
          <w:u w:val="single"/>
        </w:rPr>
        <w:t>can be done</w:t>
      </w:r>
      <w:r>
        <w:rPr>
          <w:b w:val="0"/>
          <w:i w:val="0"/>
          <w:smallCaps w:val="0"/>
          <w:strike w:val="0"/>
          <w:sz w:val="20"/>
          <w:u w:val="single"/>
        </w:rPr>
        <w:t xml:space="preserve"> </w:t>
      </w:r>
      <w:r>
        <w:rPr>
          <w:b/>
          <w:i w:val="0"/>
          <w:smallCaps w:val="0"/>
          <w:strike w:val="0"/>
          <w:sz w:val="20"/>
          <w:u w:val="single"/>
        </w:rPr>
        <w:t xml:space="preserve">very </w:t>
      </w:r>
      <w:r>
        <w:rPr>
          <w:b/>
          <w:i w:val="0"/>
          <w:smallCaps w:val="0"/>
          <w:strike w:val="0"/>
          <w:sz w:val="20"/>
          <w:highlight w:val="cyan"/>
          <w:u w:val="single"/>
        </w:rPr>
        <w:t>easily</w:t>
      </w:r>
      <w:r>
        <w:rPr>
          <w:b w:val="0"/>
          <w:i w:val="0"/>
          <w:smallCaps w:val="0"/>
          <w:strike w:val="0"/>
          <w:sz w:val="20"/>
          <w:highlight w:val="cyan"/>
          <w:u w:val="single"/>
        </w:rPr>
        <w:t xml:space="preserve"> in</w:t>
      </w:r>
      <w:r>
        <w:rPr>
          <w:b w:val="0"/>
          <w:i w:val="0"/>
          <w:smallCaps w:val="0"/>
          <w:strike w:val="0"/>
          <w:sz w:val="20"/>
          <w:u w:val="single"/>
        </w:rPr>
        <w:t xml:space="preserve"> our modern </w:t>
      </w:r>
      <w:r>
        <w:rPr>
          <w:b/>
          <w:i w:val="0"/>
          <w:smallCaps w:val="0"/>
          <w:strike w:val="0"/>
          <w:sz w:val="20"/>
          <w:highlight w:val="cyan"/>
          <w:u w:val="single"/>
        </w:rPr>
        <w:t>globalised society</w:t>
      </w:r>
      <w:r>
        <w:rPr>
          <w:b w:val="0"/>
          <w:i w:val="0"/>
          <w:smallCaps w:val="0"/>
          <w:strike w:val="0"/>
          <w:sz w:val="16"/>
          <w:u w:val="none"/>
        </w:rPr>
        <w:t xml:space="preserve">. The journey from China to Italy spreading the plague across Europe took almost 40 years back in the middle ages: in 2020, </w:t>
      </w:r>
      <w:r>
        <w:rPr>
          <w:b w:val="0"/>
          <w:i w:val="0"/>
          <w:smallCaps w:val="0"/>
          <w:strike w:val="0"/>
          <w:sz w:val="20"/>
          <w:u w:val="single"/>
        </w:rPr>
        <w:t xml:space="preserve">it took </w:t>
      </w:r>
      <w:r>
        <w:rPr>
          <w:b w:val="0"/>
          <w:i w:val="0"/>
          <w:smallCaps w:val="0"/>
          <w:strike w:val="0"/>
          <w:sz w:val="20"/>
          <w:highlight w:val="cyan"/>
          <w:u w:val="single"/>
        </w:rPr>
        <w:t xml:space="preserve">a mere </w:t>
      </w:r>
      <w:r>
        <w:rPr>
          <w:b/>
          <w:i w:val="0"/>
          <w:smallCaps w:val="0"/>
          <w:strike w:val="0"/>
          <w:sz w:val="20"/>
          <w:highlight w:val="cyan"/>
          <w:u w:val="single"/>
        </w:rPr>
        <w:t>40 days</w:t>
      </w:r>
      <w:r>
        <w:rPr>
          <w:b w:val="0"/>
          <w:i w:val="0"/>
          <w:smallCaps w:val="0"/>
          <w:strike w:val="0"/>
          <w:sz w:val="20"/>
          <w:u w:val="single"/>
        </w:rPr>
        <w:t xml:space="preserve"> for widespread outbreaks to begin</w:t>
      </w:r>
      <w:r>
        <w:rPr>
          <w:b w:val="0"/>
          <w:i w:val="0"/>
          <w:smallCaps w:val="0"/>
          <w:strike w:val="0"/>
          <w:sz w:val="16"/>
          <w:u w:val="none"/>
        </w:rPr>
        <w:t xml:space="preserve"> in Italy spreading across much of Europe.</w:t>
      </w:r>
    </w:p>
    <w:p>
      <w:pPr>
        <w:spacing w:after="60"/>
      </w:pPr>
      <w:r>
        <w:rPr>
          <w:b w:val="0"/>
          <w:i w:val="0"/>
          <w:smallCaps w:val="0"/>
          <w:strike w:val="0"/>
          <w:sz w:val="16"/>
          <w:u w:val="none"/>
        </w:rPr>
        <w:t xml:space="preserve">My research into the historical spread of pandemics and my attempts to create my destroyer of humanity illustrates a significant disparity between what happens in the real world and the measures one may find in a simulator. Political realities and measures many may consider “draconian” or simply unrealistic heavily impact how a pandemic may spread and the eventual impact it will have on humanity. Using Plague Inc., I was able to effectively kill off humanity in around a year using a fast transmission of </w:t>
      </w:r>
      <w:r>
        <w:rPr>
          <w:b w:val="0"/>
          <w:i w:val="0"/>
          <w:smallCaps w:val="0"/>
          <w:strike w:val="0"/>
          <w:sz w:val="20"/>
          <w:highlight w:val="cyan"/>
          <w:u w:val="single"/>
        </w:rPr>
        <w:t>virus</w:t>
      </w:r>
      <w:r>
        <w:rPr>
          <w:b w:val="0"/>
          <w:i w:val="0"/>
          <w:smallCaps w:val="0"/>
          <w:strike w:val="0"/>
          <w:sz w:val="16"/>
          <w:u w:val="none"/>
        </w:rPr>
        <w:t xml:space="preserve">, which also </w:t>
      </w:r>
      <w:r>
        <w:rPr>
          <w:b w:val="0"/>
          <w:i w:val="0"/>
          <w:smallCaps w:val="0"/>
          <w:strike w:val="0"/>
          <w:sz w:val="20"/>
          <w:highlight w:val="cyan"/>
          <w:u w:val="single"/>
        </w:rPr>
        <w:t>became</w:t>
      </w:r>
      <w:r>
        <w:rPr>
          <w:b w:val="0"/>
          <w:i w:val="0"/>
          <w:smallCaps w:val="0"/>
          <w:strike w:val="0"/>
          <w:sz w:val="20"/>
          <w:u w:val="single"/>
        </w:rPr>
        <w:t xml:space="preserve"> gradually </w:t>
      </w:r>
      <w:r>
        <w:rPr>
          <w:b/>
          <w:i w:val="0"/>
          <w:smallCaps w:val="0"/>
          <w:strike w:val="0"/>
          <w:sz w:val="20"/>
          <w:highlight w:val="cyan"/>
          <w:u w:val="single"/>
        </w:rPr>
        <w:t>more lethal</w:t>
      </w:r>
      <w:r>
        <w:rPr>
          <w:b w:val="0"/>
          <w:i w:val="0"/>
          <w:smallCaps w:val="0"/>
          <w:strike w:val="0"/>
          <w:sz w:val="16"/>
          <w:u w:val="none"/>
        </w:rPr>
        <w:t xml:space="preserve">. This is essential to ensure the near-universal transmission of the virus, and to penetrate measures such as increased border security and isolated regions once the knowledge of the pandemic spreads. Whilst it is unlikely that humanity will be wiped out any time soon, it became clear to me that </w:t>
      </w:r>
      <w:r>
        <w:rPr>
          <w:b w:val="0"/>
          <w:i w:val="0"/>
          <w:smallCaps w:val="0"/>
          <w:strike w:val="0"/>
          <w:sz w:val="20"/>
          <w:highlight w:val="cyan"/>
          <w:u w:val="single"/>
        </w:rPr>
        <w:t xml:space="preserve">instead of </w:t>
      </w:r>
      <w:r>
        <w:rPr>
          <w:b/>
          <w:i w:val="0"/>
          <w:smallCaps w:val="0"/>
          <w:strike w:val="0"/>
          <w:sz w:val="20"/>
          <w:highlight w:val="cyan"/>
          <w:u w:val="single"/>
        </w:rPr>
        <w:t>nuclear war</w:t>
      </w:r>
      <w:r>
        <w:rPr>
          <w:b w:val="0"/>
          <w:i w:val="0"/>
          <w:smallCaps w:val="0"/>
          <w:strike w:val="0"/>
          <w:sz w:val="16"/>
          <w:u w:val="none"/>
        </w:rPr>
        <w:t xml:space="preserve">, alien invasion </w:t>
      </w:r>
      <w:r>
        <w:rPr>
          <w:b w:val="0"/>
          <w:i w:val="0"/>
          <w:smallCaps w:val="0"/>
          <w:strike w:val="0"/>
          <w:sz w:val="20"/>
          <w:highlight w:val="cyan"/>
          <w:u w:val="single"/>
        </w:rPr>
        <w:t>or</w:t>
      </w:r>
      <w:r>
        <w:rPr>
          <w:b w:val="0"/>
          <w:i w:val="0"/>
          <w:smallCaps w:val="0"/>
          <w:strike w:val="0"/>
          <w:sz w:val="16"/>
          <w:u w:val="none"/>
        </w:rPr>
        <w:t xml:space="preserve"> the looming threat of </w:t>
      </w:r>
      <w:r>
        <w:rPr>
          <w:b/>
          <w:i w:val="0"/>
          <w:smallCaps w:val="0"/>
          <w:strike w:val="0"/>
          <w:sz w:val="20"/>
          <w:u w:val="single"/>
        </w:rPr>
        <w:t xml:space="preserve">global </w:t>
      </w:r>
      <w:r>
        <w:rPr>
          <w:b/>
          <w:i w:val="0"/>
          <w:smallCaps w:val="0"/>
          <w:strike w:val="0"/>
          <w:sz w:val="20"/>
          <w:highlight w:val="cyan"/>
          <w:u w:val="single"/>
        </w:rPr>
        <w:t>warming</w:t>
      </w:r>
      <w:r>
        <w:rPr>
          <w:b w:val="0"/>
          <w:i w:val="0"/>
          <w:smallCaps w:val="0"/>
          <w:strike w:val="0"/>
          <w:sz w:val="20"/>
          <w:highlight w:val="cyan"/>
          <w:u w:val="single"/>
        </w:rPr>
        <w:t xml:space="preserve">; the </w:t>
      </w:r>
      <w:r>
        <w:rPr>
          <w:b/>
          <w:i w:val="0"/>
          <w:smallCaps w:val="0"/>
          <w:strike w:val="0"/>
          <w:sz w:val="20"/>
          <w:highlight w:val="cyan"/>
          <w:u w:val="single"/>
        </w:rPr>
        <w:t>real threat</w:t>
      </w:r>
      <w:r>
        <w:rPr>
          <w:b w:val="0"/>
          <w:i w:val="0"/>
          <w:smallCaps w:val="0"/>
          <w:strike w:val="0"/>
          <w:sz w:val="20"/>
          <w:highlight w:val="cyan"/>
          <w:u w:val="single"/>
        </w:rPr>
        <w:t xml:space="preserve"> </w:t>
      </w:r>
      <w:r>
        <w:rPr>
          <w:b w:val="0"/>
          <w:i w:val="0"/>
          <w:smallCaps w:val="0"/>
          <w:strike w:val="0"/>
          <w:sz w:val="20"/>
          <w:highlight w:val="cyan"/>
          <w:u w:val="single"/>
        </w:rPr>
        <w:t>to</w:t>
      </w:r>
      <w:r>
        <w:rPr>
          <w:b w:val="0"/>
          <w:i w:val="0"/>
          <w:smallCaps w:val="0"/>
          <w:strike w:val="0"/>
          <w:sz w:val="20"/>
          <w:u w:val="single"/>
        </w:rPr>
        <w:t xml:space="preserve"> humanity and the eventual </w:t>
      </w:r>
      <w:r>
        <w:rPr>
          <w:b/>
          <w:i w:val="0"/>
          <w:smallCaps w:val="0"/>
          <w:strike w:val="0"/>
          <w:sz w:val="20"/>
          <w:highlight w:val="cyan"/>
          <w:u w:val="single"/>
        </w:rPr>
        <w:t>destruction of our species</w:t>
      </w:r>
      <w:r>
        <w:rPr>
          <w:b w:val="0"/>
          <w:i w:val="0"/>
          <w:smallCaps w:val="0"/>
          <w:strike w:val="0"/>
          <w:sz w:val="20"/>
          <w:u w:val="single"/>
        </w:rPr>
        <w:t xml:space="preserve"> may</w:t>
      </w:r>
      <w:r>
        <w:rPr>
          <w:b w:val="0"/>
          <w:i w:val="0"/>
          <w:smallCaps w:val="0"/>
          <w:strike w:val="0"/>
          <w:sz w:val="20"/>
          <w:u w:val="single"/>
        </w:rPr>
        <w:t xml:space="preserve"> </w:t>
      </w:r>
      <w:r>
        <w:rPr>
          <w:b w:val="0"/>
          <w:i w:val="0"/>
          <w:smallCaps w:val="0"/>
          <w:strike w:val="0"/>
          <w:sz w:val="20"/>
          <w:highlight w:val="cyan"/>
          <w:u w:val="single"/>
        </w:rPr>
        <w:t>come from</w:t>
      </w:r>
      <w:r>
        <w:rPr>
          <w:b w:val="0"/>
          <w:i w:val="0"/>
          <w:smallCaps w:val="0"/>
          <w:strike w:val="0"/>
          <w:sz w:val="20"/>
          <w:u w:val="single"/>
        </w:rPr>
        <w:t xml:space="preserve"> something as simple as </w:t>
      </w:r>
      <w:r>
        <w:rPr>
          <w:b/>
          <w:i w:val="0"/>
          <w:smallCaps w:val="0"/>
          <w:strike w:val="0"/>
          <w:sz w:val="20"/>
          <w:highlight w:val="cyan"/>
          <w:u w:val="single"/>
        </w:rPr>
        <w:t>bacteria</w:t>
      </w:r>
      <w:r>
        <w:rPr>
          <w:b w:val="0"/>
          <w:i w:val="0"/>
          <w:smallCaps w:val="0"/>
          <w:strike w:val="0"/>
          <w:sz w:val="16"/>
          <w:u w:val="none"/>
        </w:rPr>
        <w:t xml:space="preserve">. While we like to revel in our scientific advancements of the modern era and the ascension of humans as Earth’s alpha species, it becomes clear that, when we adapt, our environment and the threats it poses adapt with us. </w:t>
      </w:r>
      <w:r>
        <w:rPr>
          <w:b w:val="0"/>
          <w:i w:val="0"/>
          <w:smallCaps w:val="0"/>
          <w:strike w:val="0"/>
          <w:sz w:val="20"/>
          <w:u w:val="single"/>
        </w:rPr>
        <w:t xml:space="preserve">Plague Inc. showed a </w:t>
      </w:r>
      <w:r>
        <w:rPr>
          <w:b/>
          <w:i w:val="0"/>
          <w:smallCaps w:val="0"/>
          <w:strike w:val="0"/>
          <w:sz w:val="20"/>
          <w:u w:val="single"/>
        </w:rPr>
        <w:t>clear pathway</w:t>
      </w:r>
      <w:r>
        <w:rPr>
          <w:b w:val="0"/>
          <w:i w:val="0"/>
          <w:smallCaps w:val="0"/>
          <w:strike w:val="0"/>
          <w:sz w:val="20"/>
          <w:u w:val="single"/>
        </w:rPr>
        <w:t xml:space="preserve"> to killing off humanity</w:t>
      </w:r>
      <w:r>
        <w:rPr>
          <w:b w:val="0"/>
          <w:i w:val="0"/>
          <w:smallCaps w:val="0"/>
          <w:strike w:val="0"/>
          <w:sz w:val="16"/>
          <w:u w:val="none"/>
        </w:rPr>
        <w:t xml:space="preserve"> - though, luckily, the Covid-19 threat in the program was combated due to immense political pressure, restrictions and record-making vaccine paces. The real threat, however, remains clear: if humanity becomes increasingly lax with preventive and managerial measures, it is obvious what the future may hold for us.</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