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Innovation </w:t>
      </w:r>
      <w:r>
        <w:rPr>
          <w:b/>
          <w:i w:val="0"/>
          <w:smallCaps w:val="0"/>
          <w:strike w:val="0"/>
          <w:sz w:val="24"/>
          <w:u w:val="single"/>
        </w:rPr>
        <w:t>can’t</w:t>
      </w:r>
      <w:r>
        <w:rPr>
          <w:b/>
          <w:i w:val="0"/>
          <w:smallCaps w:val="0"/>
          <w:strike w:val="0"/>
          <w:sz w:val="24"/>
          <w:u w:val="none"/>
        </w:rPr>
        <w:t xml:space="preserve"> solve cybersecurity. It’s an issue that is </w:t>
      </w:r>
      <w:r>
        <w:rPr>
          <w:b/>
          <w:i w:val="0"/>
          <w:smallCaps w:val="0"/>
          <w:strike w:val="0"/>
          <w:sz w:val="24"/>
          <w:u w:val="single"/>
        </w:rPr>
        <w:t>inherent</w:t>
      </w:r>
      <w:r>
        <w:rPr>
          <w:b/>
          <w:i w:val="0"/>
          <w:smallCaps w:val="0"/>
          <w:strike w:val="0"/>
          <w:sz w:val="24"/>
          <w:u w:val="none"/>
        </w:rPr>
        <w:t xml:space="preserve"> to AI systems that can’t be </w:t>
      </w:r>
      <w:r>
        <w:rPr>
          <w:b/>
          <w:i w:val="0"/>
          <w:smallCaps w:val="0"/>
          <w:strike w:val="0"/>
          <w:sz w:val="24"/>
          <w:u w:val="single"/>
        </w:rPr>
        <w:t>fixed</w:t>
      </w:r>
      <w:r>
        <w:rPr>
          <w:b/>
          <w:i w:val="0"/>
          <w:smallCaps w:val="0"/>
          <w:strike w:val="0"/>
          <w:sz w:val="24"/>
          <w:u w:val="none"/>
        </w:rPr>
        <w:t xml:space="preserve">. </w:t>
      </w:r>
    </w:p>
    <w:p>
      <w:pPr>
        <w:spacing w:after="80"/>
      </w:pPr>
      <w:r>
        <w:rPr>
          <w:b/>
          <w:i w:val="0"/>
          <w:smallCaps w:val="0"/>
          <w:strike w:val="0"/>
          <w:sz w:val="26"/>
          <w:u w:val="none"/>
        </w:rPr>
        <w:t>Comiter 19</w:t>
      </w:r>
      <w:r>
        <w:rPr>
          <w:b w:val="0"/>
          <w:i w:val="0"/>
          <w:smallCaps w:val="0"/>
          <w:strike w:val="0"/>
          <w:sz w:val="16"/>
          <w:u w:val="none"/>
        </w:rPr>
        <w:t xml:space="preserve"> [</w:t>
      </w:r>
      <w:r>
        <w:rPr>
          <w:b w:val="0"/>
          <w:i w:val="0"/>
          <w:smallCaps w:val="0"/>
          <w:strike w:val="0"/>
          <w:sz w:val="16"/>
          <w:u w:val="none"/>
        </w:rPr>
        <w:t>Marcus Comiter,</w:t>
      </w:r>
      <w:r>
        <w:rPr>
          <w:b w:val="0"/>
          <w:i w:val="0"/>
          <w:smallCaps w:val="0"/>
          <w:strike w:val="0"/>
          <w:sz w:val="16"/>
          <w:u w:val="none"/>
        </w:rPr>
        <w:t xml:space="preserve"> </w:t>
      </w:r>
      <w:r>
        <w:rPr>
          <w:b w:val="0"/>
          <w:i w:val="0"/>
          <w:smallCaps w:val="0"/>
          <w:strike w:val="0"/>
          <w:sz w:val="16"/>
          <w:u w:val="none"/>
        </w:rPr>
        <w:t>Marcus Comiter is a Ph.D. Candidate in Computer Science at Harvard University. He leverages knowledge of the latest computer science research to study the public policy implications of new technologies, such as machine learning/artificial intelligence and big data, on cybersecurity and privacy. Comiter’s computer science research focuses on machine learning, computer and wireless networking (including 5G wireless networks), and security. His research has been published in both top computer science and public policy venues, and awarded a best paper award.</w:t>
      </w:r>
      <w:r>
        <w:rPr>
          <w:b w:val="0"/>
          <w:i w:val="0"/>
          <w:smallCaps w:val="0"/>
          <w:strike w:val="0"/>
          <w:sz w:val="16"/>
          <w:u w:val="none"/>
        </w:rPr>
        <w:t>, August 2019</w:t>
      </w:r>
      <w:r>
        <w:rPr>
          <w:b w:val="0"/>
          <w:i w:val="0"/>
          <w:smallCaps w:val="0"/>
          <w:strike w:val="0"/>
          <w:sz w:val="16"/>
          <w:u w:val="none"/>
        </w:rPr>
        <w:t xml:space="preserve">, "Attacking Artificial Intelligence: AI’s Security Vulnerability and What Policymakers Can Do About It", Belfer Center for Science and International Affairs, </w:t>
      </w:r>
      <w:r>
        <w:rPr>
          <w:b w:val="0"/>
          <w:i w:val="0"/>
          <w:smallCaps w:val="0"/>
          <w:strike w:val="0"/>
          <w:sz w:val="16"/>
          <w:u w:val="none"/>
        </w:rPr>
        <w:t xml:space="preserve"> A</w:t>
      </w:r>
      <w:r>
        <w:rPr>
          <w:b w:val="0"/>
          <w:i w:val="0"/>
          <w:smallCaps w:val="0"/>
          <w:strike w:val="0"/>
          <w:sz w:val="16"/>
          <w:u w:val="none"/>
        </w:rPr>
        <w:t>Kwon]</w:t>
      </w:r>
    </w:p>
    <w:p>
      <w:pPr>
        <w:spacing w:after="60"/>
      </w:pPr>
      <w:r>
        <w:rPr>
          <w:b w:val="0"/>
          <w:i w:val="0"/>
          <w:smallCaps w:val="0"/>
          <w:strike w:val="0"/>
          <w:sz w:val="16"/>
          <w:u w:val="none"/>
        </w:rPr>
        <w:t xml:space="preserve">The methods underpinning the </w:t>
      </w:r>
      <w:r>
        <w:rPr>
          <w:b w:val="0"/>
          <w:i w:val="0"/>
          <w:smallCaps w:val="0"/>
          <w:strike w:val="0"/>
          <w:sz w:val="20"/>
          <w:highlight w:val="yellow"/>
          <w:u w:val="single"/>
        </w:rPr>
        <w:t>state-of-the-art</w:t>
      </w:r>
      <w:r>
        <w:rPr>
          <w:b w:val="0"/>
          <w:i w:val="0"/>
          <w:smallCaps w:val="0"/>
          <w:strike w:val="0"/>
          <w:sz w:val="20"/>
          <w:u w:val="single"/>
        </w:rPr>
        <w:t xml:space="preserve"> </w:t>
      </w:r>
      <w:r>
        <w:rPr>
          <w:b w:val="0"/>
          <w:i w:val="0"/>
          <w:smallCaps w:val="0"/>
          <w:strike w:val="0"/>
          <w:sz w:val="20"/>
          <w:highlight w:val="yellow"/>
          <w:u w:val="single"/>
        </w:rPr>
        <w:t>a</w:t>
      </w:r>
      <w:r>
        <w:rPr>
          <w:b w:val="0"/>
          <w:i w:val="0"/>
          <w:smallCaps w:val="0"/>
          <w:strike w:val="0"/>
          <w:sz w:val="20"/>
          <w:u w:val="single"/>
        </w:rPr>
        <w:t xml:space="preserve">rtificial </w:t>
      </w:r>
      <w:r>
        <w:rPr>
          <w:b w:val="0"/>
          <w:i w:val="0"/>
          <w:smallCaps w:val="0"/>
          <w:strike w:val="0"/>
          <w:sz w:val="20"/>
          <w:highlight w:val="yellow"/>
          <w:u w:val="single"/>
        </w:rPr>
        <w:t>i</w:t>
      </w:r>
      <w:r>
        <w:rPr>
          <w:b w:val="0"/>
          <w:i w:val="0"/>
          <w:smallCaps w:val="0"/>
          <w:strike w:val="0"/>
          <w:sz w:val="20"/>
          <w:u w:val="single"/>
        </w:rPr>
        <w:t>ntelligence</w:t>
      </w:r>
      <w:r>
        <w:rPr>
          <w:b w:val="0"/>
          <w:i w:val="0"/>
          <w:smallCaps w:val="0"/>
          <w:strike w:val="0"/>
          <w:sz w:val="16"/>
          <w:u w:val="none"/>
        </w:rPr>
        <w:t xml:space="preserve"> systems are </w:t>
      </w:r>
      <w:r>
        <w:rPr>
          <w:b/>
          <w:i w:val="0"/>
          <w:smallCaps w:val="0"/>
          <w:strike w:val="0"/>
          <w:sz w:val="20"/>
          <w:u w:val="single"/>
        </w:rPr>
        <w:t xml:space="preserve">systematically </w:t>
      </w:r>
      <w:r>
        <w:rPr>
          <w:b/>
          <w:i w:val="0"/>
          <w:smallCaps w:val="0"/>
          <w:strike w:val="0"/>
          <w:sz w:val="20"/>
          <w:highlight w:val="yellow"/>
          <w:u w:val="single"/>
        </w:rPr>
        <w:t>vulnerable</w:t>
      </w:r>
      <w:r>
        <w:rPr>
          <w:b w:val="0"/>
          <w:i w:val="0"/>
          <w:smallCaps w:val="0"/>
          <w:strike w:val="0"/>
          <w:sz w:val="20"/>
          <w:highlight w:val="yellow"/>
          <w:u w:val="single"/>
        </w:rPr>
        <w:t xml:space="preserve"> to</w:t>
      </w:r>
      <w:r>
        <w:rPr>
          <w:b w:val="0"/>
          <w:i w:val="0"/>
          <w:smallCaps w:val="0"/>
          <w:strike w:val="0"/>
          <w:sz w:val="16"/>
          <w:u w:val="none"/>
        </w:rPr>
        <w:t xml:space="preserve"> a new type of </w:t>
      </w:r>
      <w:r>
        <w:rPr>
          <w:b w:val="0"/>
          <w:i w:val="0"/>
          <w:smallCaps w:val="0"/>
          <w:strike w:val="0"/>
          <w:sz w:val="16"/>
          <w:u w:val="none"/>
        </w:rPr>
        <w:t xml:space="preserve"> </w:t>
      </w:r>
      <w:r>
        <w:rPr>
          <w:b w:val="0"/>
          <w:i w:val="0"/>
          <w:smallCaps w:val="0"/>
          <w:strike w:val="0"/>
          <w:sz w:val="20"/>
          <w:highlight w:val="yellow"/>
          <w:u w:val="single"/>
        </w:rPr>
        <w:t>cyber</w:t>
      </w:r>
      <w:r>
        <w:rPr>
          <w:b w:val="0"/>
          <w:i w:val="0"/>
          <w:smallCaps w:val="0"/>
          <w:strike w:val="0"/>
          <w:sz w:val="20"/>
          <w:u w:val="single"/>
        </w:rPr>
        <w:t xml:space="preserve">security </w:t>
      </w:r>
      <w:r>
        <w:rPr>
          <w:b w:val="0"/>
          <w:i w:val="0"/>
          <w:smallCaps w:val="0"/>
          <w:strike w:val="0"/>
          <w:sz w:val="20"/>
          <w:highlight w:val="yellow"/>
          <w:u w:val="single"/>
        </w:rPr>
        <w:t>attack</w:t>
      </w:r>
      <w:r>
        <w:rPr>
          <w:b w:val="0"/>
          <w:i w:val="0"/>
          <w:smallCaps w:val="0"/>
          <w:strike w:val="0"/>
          <w:sz w:val="16"/>
          <w:u w:val="none"/>
        </w:rPr>
        <w:t xml:space="preserve"> called an “</w:t>
      </w:r>
      <w:r>
        <w:rPr>
          <w:b w:val="0"/>
          <w:i w:val="0"/>
          <w:smallCaps w:val="0"/>
          <w:strike w:val="0"/>
          <w:sz w:val="20"/>
          <w:highlight w:val="yellow"/>
          <w:u w:val="single"/>
        </w:rPr>
        <w:t>a</w:t>
      </w:r>
      <w:r>
        <w:rPr>
          <w:b w:val="0"/>
          <w:i w:val="0"/>
          <w:smallCaps w:val="0"/>
          <w:strike w:val="0"/>
          <w:sz w:val="20"/>
          <w:u w:val="single"/>
        </w:rPr>
        <w:t xml:space="preserve">rtificial </w:t>
      </w:r>
      <w:r>
        <w:rPr>
          <w:b w:val="0"/>
          <w:i w:val="0"/>
          <w:smallCaps w:val="0"/>
          <w:strike w:val="0"/>
          <w:sz w:val="20"/>
          <w:highlight w:val="yellow"/>
          <w:u w:val="single"/>
        </w:rPr>
        <w:t>i</w:t>
      </w:r>
      <w:r>
        <w:rPr>
          <w:b w:val="0"/>
          <w:i w:val="0"/>
          <w:smallCaps w:val="0"/>
          <w:strike w:val="0"/>
          <w:sz w:val="20"/>
          <w:u w:val="single"/>
        </w:rPr>
        <w:t xml:space="preserve">ntelligence </w:t>
      </w:r>
      <w:r>
        <w:rPr>
          <w:b w:val="0"/>
          <w:i w:val="0"/>
          <w:smallCaps w:val="0"/>
          <w:strike w:val="0"/>
          <w:sz w:val="20"/>
          <w:highlight w:val="yellow"/>
          <w:u w:val="single"/>
        </w:rPr>
        <w:t>attack</w:t>
      </w:r>
      <w:r>
        <w:rPr>
          <w:b w:val="0"/>
          <w:i w:val="0"/>
          <w:smallCaps w:val="0"/>
          <w:strike w:val="0"/>
          <w:sz w:val="16"/>
          <w:u w:val="none"/>
        </w:rPr>
        <w:t xml:space="preserve">.” Using this attack, </w:t>
      </w:r>
      <w:r>
        <w:rPr>
          <w:b w:val="0"/>
          <w:i w:val="0"/>
          <w:smallCaps w:val="0"/>
          <w:strike w:val="0"/>
          <w:sz w:val="20"/>
          <w:u w:val="single"/>
        </w:rPr>
        <w:t>adversaries can manipulate these systems</w:t>
      </w:r>
      <w:r>
        <w:rPr>
          <w:b w:val="0"/>
          <w:i w:val="0"/>
          <w:smallCaps w:val="0"/>
          <w:strike w:val="0"/>
          <w:sz w:val="16"/>
          <w:u w:val="none"/>
        </w:rPr>
        <w:t xml:space="preserve"> in order to alter their behavior to serve a malicious end goal. </w:t>
      </w:r>
      <w:r>
        <w:rPr>
          <w:b w:val="0"/>
          <w:i w:val="0"/>
          <w:smallCaps w:val="0"/>
          <w:strike w:val="0"/>
          <w:sz w:val="20"/>
          <w:highlight w:val="yellow"/>
          <w:u w:val="single"/>
        </w:rPr>
        <w:t>As</w:t>
      </w:r>
      <w:r>
        <w:rPr>
          <w:b w:val="0"/>
          <w:i w:val="0"/>
          <w:smallCaps w:val="0"/>
          <w:strike w:val="0"/>
          <w:sz w:val="16"/>
          <w:u w:val="none"/>
        </w:rPr>
        <w:t xml:space="preserve"> </w:t>
      </w:r>
      <w:r>
        <w:rPr>
          <w:b w:val="0"/>
          <w:i w:val="0"/>
          <w:smallCaps w:val="0"/>
          <w:strike w:val="0"/>
          <w:sz w:val="20"/>
          <w:highlight w:val="yellow"/>
          <w:u w:val="single"/>
        </w:rPr>
        <w:t>a</w:t>
      </w:r>
      <w:r>
        <w:rPr>
          <w:b w:val="0"/>
          <w:i w:val="0"/>
          <w:smallCaps w:val="0"/>
          <w:strike w:val="0"/>
          <w:sz w:val="20"/>
          <w:u w:val="single"/>
        </w:rPr>
        <w:t xml:space="preserve">rtificial </w:t>
      </w:r>
      <w:r>
        <w:rPr>
          <w:b w:val="0"/>
          <w:i w:val="0"/>
          <w:smallCaps w:val="0"/>
          <w:strike w:val="0"/>
          <w:sz w:val="20"/>
          <w:highlight w:val="yellow"/>
          <w:u w:val="single"/>
        </w:rPr>
        <w:t>i</w:t>
      </w:r>
      <w:r>
        <w:rPr>
          <w:b w:val="0"/>
          <w:i w:val="0"/>
          <w:smallCaps w:val="0"/>
          <w:strike w:val="0"/>
          <w:sz w:val="20"/>
          <w:u w:val="single"/>
        </w:rPr>
        <w:t>ntelligence</w:t>
      </w:r>
      <w:r>
        <w:rPr>
          <w:b w:val="0"/>
          <w:i w:val="0"/>
          <w:smallCaps w:val="0"/>
          <w:strike w:val="0"/>
          <w:sz w:val="16"/>
          <w:u w:val="none"/>
        </w:rPr>
        <w:t xml:space="preserve"> systems are </w:t>
      </w:r>
      <w:r>
        <w:rPr>
          <w:b w:val="0"/>
          <w:i w:val="0"/>
          <w:smallCaps w:val="0"/>
          <w:strike w:val="0"/>
          <w:sz w:val="20"/>
          <w:highlight w:val="yellow"/>
          <w:u w:val="single"/>
        </w:rPr>
        <w:t>further integrated</w:t>
      </w:r>
      <w:r>
        <w:rPr>
          <w:b w:val="0"/>
          <w:i w:val="0"/>
          <w:smallCaps w:val="0"/>
          <w:strike w:val="0"/>
          <w:sz w:val="16"/>
          <w:u w:val="none"/>
        </w:rPr>
        <w:t xml:space="preserve"> into critical components of society, these artificial intelligence </w:t>
      </w:r>
      <w:r>
        <w:rPr>
          <w:b w:val="0"/>
          <w:i w:val="0"/>
          <w:smallCaps w:val="0"/>
          <w:strike w:val="0"/>
          <w:sz w:val="20"/>
          <w:highlight w:val="yellow"/>
          <w:u w:val="single"/>
        </w:rPr>
        <w:t>attacks represent</w:t>
      </w:r>
      <w:r>
        <w:rPr>
          <w:b w:val="0"/>
          <w:i w:val="0"/>
          <w:smallCaps w:val="0"/>
          <w:strike w:val="0"/>
          <w:sz w:val="16"/>
          <w:u w:val="none"/>
        </w:rPr>
        <w:t xml:space="preserve"> an emerging and </w:t>
      </w:r>
      <w:r>
        <w:rPr>
          <w:b w:val="0"/>
          <w:i w:val="0"/>
          <w:smallCaps w:val="0"/>
          <w:strike w:val="0"/>
          <w:sz w:val="20"/>
          <w:highlight w:val="yellow"/>
          <w:u w:val="single"/>
        </w:rPr>
        <w:t>systematic vulnerability</w:t>
      </w:r>
      <w:r>
        <w:rPr>
          <w:b w:val="0"/>
          <w:i w:val="0"/>
          <w:smallCaps w:val="0"/>
          <w:strike w:val="0"/>
          <w:sz w:val="16"/>
          <w:u w:val="none"/>
        </w:rPr>
        <w:t xml:space="preserve"> with the potential to have significant effects on the security of the country.</w:t>
      </w:r>
    </w:p>
    <w:p>
      <w:pPr>
        <w:spacing w:after="60"/>
      </w:pPr>
      <w:r>
        <w:rPr>
          <w:b w:val="0"/>
          <w:i w:val="0"/>
          <w:smallCaps w:val="0"/>
          <w:strike w:val="0"/>
          <w:sz w:val="16"/>
          <w:u w:val="none"/>
        </w:rPr>
        <w:t>These “</w:t>
      </w:r>
      <w:r>
        <w:rPr>
          <w:b w:val="0"/>
          <w:i w:val="0"/>
          <w:smallCaps w:val="0"/>
          <w:strike w:val="0"/>
          <w:sz w:val="20"/>
          <w:highlight w:val="yellow"/>
          <w:u w:val="single"/>
        </w:rPr>
        <w:t>AI attacks</w:t>
      </w:r>
      <w:r>
        <w:rPr>
          <w:b w:val="0"/>
          <w:i w:val="0"/>
          <w:smallCaps w:val="0"/>
          <w:strike w:val="0"/>
          <w:sz w:val="16"/>
          <w:u w:val="none"/>
        </w:rPr>
        <w:t xml:space="preserve">” are fundamentally </w:t>
      </w:r>
      <w:r>
        <w:rPr>
          <w:b w:val="0"/>
          <w:i w:val="0"/>
          <w:smallCaps w:val="0"/>
          <w:strike w:val="0"/>
          <w:sz w:val="20"/>
          <w:highlight w:val="yellow"/>
          <w:u w:val="single"/>
        </w:rPr>
        <w:t>different from</w:t>
      </w:r>
      <w:r>
        <w:rPr>
          <w:b w:val="0"/>
          <w:i w:val="0"/>
          <w:smallCaps w:val="0"/>
          <w:strike w:val="0"/>
          <w:sz w:val="20"/>
          <w:u w:val="single"/>
        </w:rPr>
        <w:t xml:space="preserve"> </w:t>
      </w:r>
      <w:r>
        <w:rPr>
          <w:b w:val="0"/>
          <w:i w:val="0"/>
          <w:smallCaps w:val="0"/>
          <w:strike w:val="0"/>
          <w:sz w:val="20"/>
          <w:highlight w:val="yellow"/>
          <w:u w:val="single"/>
        </w:rPr>
        <w:t>traditional</w:t>
      </w:r>
      <w:r>
        <w:rPr>
          <w:b w:val="0"/>
          <w:i w:val="0"/>
          <w:smallCaps w:val="0"/>
          <w:strike w:val="0"/>
          <w:sz w:val="20"/>
          <w:u w:val="single"/>
        </w:rPr>
        <w:t xml:space="preserve"> </w:t>
      </w:r>
      <w:r>
        <w:rPr>
          <w:b w:val="0"/>
          <w:i w:val="0"/>
          <w:smallCaps w:val="0"/>
          <w:strike w:val="0"/>
          <w:sz w:val="20"/>
          <w:highlight w:val="yellow"/>
          <w:u w:val="single"/>
        </w:rPr>
        <w:t>cyberattacks</w:t>
      </w:r>
      <w:r>
        <w:rPr>
          <w:b w:val="0"/>
          <w:i w:val="0"/>
          <w:smallCaps w:val="0"/>
          <w:strike w:val="0"/>
          <w:sz w:val="16"/>
          <w:u w:val="none"/>
        </w:rPr>
        <w:t>.</w:t>
      </w:r>
    </w:p>
    <w:p>
      <w:pPr>
        <w:spacing w:after="60"/>
      </w:pPr>
      <w:r>
        <w:rPr>
          <w:b w:val="0"/>
          <w:i w:val="0"/>
          <w:smallCaps w:val="0"/>
          <w:strike w:val="0"/>
          <w:sz w:val="20"/>
          <w:u w:val="single"/>
        </w:rPr>
        <w:t>Unlike traditional cyberattacks</w:t>
      </w:r>
      <w:r>
        <w:rPr>
          <w:b w:val="0"/>
          <w:i w:val="0"/>
          <w:smallCaps w:val="0"/>
          <w:strike w:val="0"/>
          <w:sz w:val="16"/>
          <w:u w:val="none"/>
        </w:rPr>
        <w:t xml:space="preserve"> that are caused by “bugs” or human mistakes in code, </w:t>
      </w:r>
      <w:r>
        <w:rPr>
          <w:b w:val="0"/>
          <w:i w:val="0"/>
          <w:smallCaps w:val="0"/>
          <w:strike w:val="0"/>
          <w:sz w:val="30"/>
          <w:highlight w:val="yellow"/>
          <w:u w:val="single"/>
        </w:rPr>
        <w:t>AI attacks</w:t>
      </w:r>
      <w:r>
        <w:rPr>
          <w:b w:val="0"/>
          <w:i w:val="0"/>
          <w:smallCaps w:val="0"/>
          <w:strike w:val="0"/>
          <w:sz w:val="30"/>
          <w:u w:val="single"/>
        </w:rPr>
        <w:t xml:space="preserve"> are </w:t>
      </w:r>
      <w:r>
        <w:rPr>
          <w:b w:val="0"/>
          <w:i w:val="0"/>
          <w:smallCaps w:val="0"/>
          <w:strike w:val="0"/>
          <w:sz w:val="30"/>
          <w:highlight w:val="yellow"/>
          <w:u w:val="single"/>
        </w:rPr>
        <w:t xml:space="preserve">enabled by </w:t>
      </w:r>
      <w:r>
        <w:rPr>
          <w:b/>
          <w:i w:val="0"/>
          <w:smallCaps w:val="0"/>
          <w:strike w:val="0"/>
          <w:sz w:val="30"/>
          <w:highlight w:val="yellow"/>
          <w:u w:val="single"/>
        </w:rPr>
        <w:t>inherent limitations</w:t>
      </w:r>
      <w:r>
        <w:rPr>
          <w:b w:val="0"/>
          <w:i w:val="0"/>
          <w:smallCaps w:val="0"/>
          <w:strike w:val="0"/>
          <w:sz w:val="30"/>
          <w:highlight w:val="yellow"/>
          <w:u w:val="single"/>
        </w:rPr>
        <w:t xml:space="preserve"> in</w:t>
      </w:r>
      <w:r>
        <w:rPr>
          <w:b w:val="0"/>
          <w:i w:val="0"/>
          <w:smallCaps w:val="0"/>
          <w:strike w:val="0"/>
          <w:sz w:val="30"/>
          <w:u w:val="none"/>
        </w:rPr>
        <w:t xml:space="preserve"> the </w:t>
      </w:r>
      <w:r>
        <w:rPr>
          <w:b w:val="0"/>
          <w:i w:val="0"/>
          <w:smallCaps w:val="0"/>
          <w:strike w:val="0"/>
          <w:sz w:val="30"/>
          <w:highlight w:val="yellow"/>
          <w:u w:val="single"/>
        </w:rPr>
        <w:t>underlying AI algorithms</w:t>
      </w:r>
      <w:r>
        <w:rPr>
          <w:b w:val="0"/>
          <w:i w:val="0"/>
          <w:smallCaps w:val="0"/>
          <w:strike w:val="0"/>
          <w:sz w:val="30"/>
          <w:u w:val="none"/>
        </w:rPr>
        <w:t xml:space="preserve"> that </w:t>
      </w:r>
      <w:r>
        <w:rPr>
          <w:b w:val="0"/>
          <w:i w:val="0"/>
          <w:smallCaps w:val="0"/>
          <w:strike w:val="0"/>
          <w:sz w:val="30"/>
          <w:u w:val="single"/>
        </w:rPr>
        <w:t xml:space="preserve">currently </w:t>
      </w:r>
      <w:r>
        <w:rPr>
          <w:b/>
          <w:i w:val="0"/>
          <w:smallCaps w:val="0"/>
          <w:strike w:val="0"/>
          <w:sz w:val="30"/>
          <w:highlight w:val="yellow"/>
          <w:u w:val="single"/>
        </w:rPr>
        <w:t>cannot be fixed</w:t>
      </w:r>
      <w:r>
        <w:rPr>
          <w:b w:val="0"/>
          <w:i w:val="0"/>
          <w:smallCaps w:val="0"/>
          <w:strike w:val="0"/>
          <w:sz w:val="30"/>
          <w:u w:val="single"/>
        </w:rPr>
        <w:t>.</w:t>
      </w:r>
      <w:r>
        <w:rPr>
          <w:b w:val="0"/>
          <w:i w:val="0"/>
          <w:smallCaps w:val="0"/>
          <w:strike w:val="0"/>
          <w:sz w:val="16"/>
          <w:u w:val="none"/>
        </w:rPr>
        <w:t xml:space="preserve"> Further, </w:t>
      </w:r>
      <w:r>
        <w:rPr>
          <w:b w:val="0"/>
          <w:i w:val="0"/>
          <w:smallCaps w:val="0"/>
          <w:strike w:val="0"/>
          <w:sz w:val="20"/>
          <w:highlight w:val="yellow"/>
          <w:u w:val="single"/>
        </w:rPr>
        <w:t>AI</w:t>
      </w:r>
      <w:r>
        <w:rPr>
          <w:b w:val="0"/>
          <w:i w:val="0"/>
          <w:smallCaps w:val="0"/>
          <w:strike w:val="0"/>
          <w:sz w:val="20"/>
          <w:u w:val="single"/>
        </w:rPr>
        <w:t xml:space="preserve"> </w:t>
      </w:r>
      <w:r>
        <w:rPr>
          <w:b w:val="0"/>
          <w:i w:val="0"/>
          <w:smallCaps w:val="0"/>
          <w:strike w:val="0"/>
          <w:sz w:val="20"/>
          <w:highlight w:val="yellow"/>
          <w:u w:val="single"/>
        </w:rPr>
        <w:t>attacks</w:t>
      </w:r>
      <w:r>
        <w:rPr>
          <w:b w:val="0"/>
          <w:i w:val="0"/>
          <w:smallCaps w:val="0"/>
          <w:strike w:val="0"/>
          <w:sz w:val="20"/>
          <w:u w:val="single"/>
        </w:rPr>
        <w:t xml:space="preserve"> fundamentally </w:t>
      </w:r>
      <w:r>
        <w:rPr>
          <w:b w:val="0"/>
          <w:i w:val="0"/>
          <w:smallCaps w:val="0"/>
          <w:strike w:val="0"/>
          <w:sz w:val="20"/>
          <w:highlight w:val="yellow"/>
          <w:u w:val="single"/>
        </w:rPr>
        <w:t>expand</w:t>
      </w:r>
      <w:r>
        <w:rPr>
          <w:b w:val="0"/>
          <w:i w:val="0"/>
          <w:smallCaps w:val="0"/>
          <w:strike w:val="0"/>
          <w:sz w:val="16"/>
          <w:u w:val="none"/>
        </w:rPr>
        <w:t xml:space="preserve"> the set of </w:t>
      </w:r>
      <w:r>
        <w:rPr>
          <w:b w:val="0"/>
          <w:i w:val="0"/>
          <w:smallCaps w:val="0"/>
          <w:strike w:val="0"/>
          <w:sz w:val="20"/>
          <w:highlight w:val="yellow"/>
          <w:u w:val="single"/>
        </w:rPr>
        <w:t>entities</w:t>
      </w:r>
      <w:r>
        <w:rPr>
          <w:b w:val="0"/>
          <w:i w:val="0"/>
          <w:smallCaps w:val="0"/>
          <w:strike w:val="0"/>
          <w:sz w:val="16"/>
          <w:u w:val="none"/>
        </w:rPr>
        <w:t xml:space="preserve"> that </w:t>
      </w:r>
      <w:r>
        <w:rPr>
          <w:b w:val="0"/>
          <w:i w:val="0"/>
          <w:smallCaps w:val="0"/>
          <w:strike w:val="0"/>
          <w:sz w:val="20"/>
          <w:highlight w:val="yellow"/>
          <w:u w:val="single"/>
        </w:rPr>
        <w:t>can be used to execute</w:t>
      </w:r>
      <w:r>
        <w:rPr>
          <w:b w:val="0"/>
          <w:i w:val="0"/>
          <w:smallCaps w:val="0"/>
          <w:strike w:val="0"/>
          <w:sz w:val="20"/>
          <w:u w:val="single"/>
        </w:rPr>
        <w:t xml:space="preserve"> cyber</w:t>
      </w:r>
      <w:r>
        <w:rPr>
          <w:b w:val="0"/>
          <w:i w:val="0"/>
          <w:smallCaps w:val="0"/>
          <w:strike w:val="0"/>
          <w:sz w:val="20"/>
          <w:highlight w:val="yellow"/>
          <w:u w:val="single"/>
        </w:rPr>
        <w:t>attacks</w:t>
      </w:r>
      <w:r>
        <w:rPr>
          <w:b w:val="0"/>
          <w:i w:val="0"/>
          <w:smallCaps w:val="0"/>
          <w:strike w:val="0"/>
          <w:sz w:val="16"/>
          <w:u w:val="none"/>
        </w:rPr>
        <w:t xml:space="preserve">. For the first time, physical objects can be now used for cyberattacks (e.g., an </w:t>
      </w:r>
      <w:r>
        <w:rPr>
          <w:b w:val="0"/>
          <w:i w:val="0"/>
          <w:smallCaps w:val="0"/>
          <w:strike w:val="0"/>
          <w:sz w:val="20"/>
          <w:u w:val="single"/>
        </w:rPr>
        <w:t>AI attack can transform</w:t>
      </w:r>
      <w:r>
        <w:rPr>
          <w:b w:val="0"/>
          <w:i w:val="0"/>
          <w:smallCaps w:val="0"/>
          <w:strike w:val="0"/>
          <w:sz w:val="16"/>
          <w:u w:val="none"/>
        </w:rPr>
        <w:t xml:space="preserve"> a </w:t>
      </w:r>
      <w:r>
        <w:rPr>
          <w:b w:val="0"/>
          <w:i w:val="0"/>
          <w:smallCaps w:val="0"/>
          <w:strike w:val="0"/>
          <w:sz w:val="20"/>
          <w:u w:val="single"/>
        </w:rPr>
        <w:t>stop sign into a green light</w:t>
      </w:r>
      <w:r>
        <w:rPr>
          <w:b w:val="0"/>
          <w:i w:val="0"/>
          <w:smallCaps w:val="0"/>
          <w:strike w:val="0"/>
          <w:sz w:val="16"/>
          <w:u w:val="none"/>
        </w:rPr>
        <w:t xml:space="preserve"> in the eyes of a self-driving car by simply placing a few pieces of tape on the stop sign itself). </w:t>
      </w:r>
      <w:r>
        <w:rPr>
          <w:b w:val="0"/>
          <w:i w:val="0"/>
          <w:smallCaps w:val="0"/>
          <w:strike w:val="0"/>
          <w:sz w:val="20"/>
          <w:highlight w:val="yellow"/>
          <w:u w:val="single"/>
        </w:rPr>
        <w:t>Data</w:t>
      </w:r>
      <w:r>
        <w:rPr>
          <w:b w:val="0"/>
          <w:i w:val="0"/>
          <w:smallCaps w:val="0"/>
          <w:strike w:val="0"/>
          <w:sz w:val="20"/>
          <w:u w:val="single"/>
        </w:rPr>
        <w:t xml:space="preserve"> can also be </w:t>
      </w:r>
      <w:r>
        <w:rPr>
          <w:b w:val="0"/>
          <w:i w:val="0"/>
          <w:smallCaps w:val="0"/>
          <w:strike w:val="0"/>
          <w:sz w:val="20"/>
          <w:highlight w:val="yellow"/>
          <w:u w:val="single"/>
        </w:rPr>
        <w:t>weaponized</w:t>
      </w:r>
      <w:r>
        <w:rPr>
          <w:b w:val="0"/>
          <w:i w:val="0"/>
          <w:smallCaps w:val="0"/>
          <w:strike w:val="0"/>
          <w:sz w:val="16"/>
          <w:u w:val="none"/>
        </w:rPr>
        <w:t xml:space="preserve"> in new ways using these attacks, requiring changes in the way data is collected, stored, and used.</w:t>
      </w:r>
    </w:p>
    <w:p>
      <w:pPr>
        <w:spacing w:after="60"/>
      </w:pPr>
      <w:r>
        <w:rPr>
          <w:b w:val="0"/>
          <w:i w:val="0"/>
          <w:smallCaps w:val="0"/>
          <w:strike w:val="0"/>
          <w:sz w:val="20"/>
          <w:highlight w:val="yellow"/>
          <w:u w:val="single"/>
        </w:rPr>
        <w:t>Critical parts of society</w:t>
      </w:r>
      <w:r>
        <w:rPr>
          <w:b w:val="0"/>
          <w:i w:val="0"/>
          <w:smallCaps w:val="0"/>
          <w:strike w:val="0"/>
          <w:sz w:val="20"/>
          <w:u w:val="single"/>
        </w:rPr>
        <w:t xml:space="preserve"> are </w:t>
      </w:r>
      <w:r>
        <w:rPr>
          <w:b w:val="0"/>
          <w:i w:val="0"/>
          <w:smallCaps w:val="0"/>
          <w:strike w:val="0"/>
          <w:sz w:val="20"/>
          <w:u w:val="single"/>
        </w:rPr>
        <w:t>already</w:t>
      </w:r>
      <w:r>
        <w:rPr>
          <w:b w:val="0"/>
          <w:i w:val="0"/>
          <w:smallCaps w:val="0"/>
          <w:strike w:val="0"/>
          <w:sz w:val="20"/>
          <w:u w:val="single"/>
        </w:rPr>
        <w:t xml:space="preserve"> </w:t>
      </w:r>
      <w:r>
        <w:rPr>
          <w:b w:val="0"/>
          <w:i w:val="0"/>
          <w:smallCaps w:val="0"/>
          <w:strike w:val="0"/>
          <w:sz w:val="20"/>
          <w:highlight w:val="yellow"/>
          <w:u w:val="single"/>
        </w:rPr>
        <w:t>vulnerable</w:t>
      </w:r>
      <w:r>
        <w:rPr>
          <w:b w:val="0"/>
          <w:i w:val="0"/>
          <w:smallCaps w:val="0"/>
          <w:strike w:val="0"/>
          <w:sz w:val="16"/>
          <w:u w:val="none"/>
        </w:rPr>
        <w:t>.</w:t>
      </w:r>
    </w:p>
    <w:p>
      <w:pPr>
        <w:spacing w:after="60"/>
      </w:pPr>
      <w:r>
        <w:rPr>
          <w:b w:val="0"/>
          <w:i w:val="0"/>
          <w:smallCaps w:val="0"/>
          <w:strike w:val="0"/>
          <w:sz w:val="16"/>
          <w:u w:val="none"/>
        </w:rPr>
        <w:t xml:space="preserve">There are five </w:t>
      </w:r>
      <w:r>
        <w:rPr>
          <w:b w:val="0"/>
          <w:i w:val="0"/>
          <w:smallCaps w:val="0"/>
          <w:strike w:val="0"/>
          <w:sz w:val="20"/>
          <w:highlight w:val="yellow"/>
          <w:u w:val="single"/>
        </w:rPr>
        <w:t>areas</w:t>
      </w:r>
      <w:r>
        <w:rPr>
          <w:b w:val="0"/>
          <w:i w:val="0"/>
          <w:smallCaps w:val="0"/>
          <w:strike w:val="0"/>
          <w:sz w:val="16"/>
          <w:u w:val="none"/>
        </w:rPr>
        <w:t xml:space="preserve"> most </w:t>
      </w:r>
      <w:r>
        <w:rPr>
          <w:b w:val="0"/>
          <w:i w:val="0"/>
          <w:smallCaps w:val="0"/>
          <w:strike w:val="0"/>
          <w:sz w:val="20"/>
          <w:u w:val="single"/>
        </w:rPr>
        <w:t xml:space="preserve">immediately </w:t>
      </w:r>
      <w:r>
        <w:rPr>
          <w:b w:val="0"/>
          <w:i w:val="0"/>
          <w:smallCaps w:val="0"/>
          <w:strike w:val="0"/>
          <w:sz w:val="20"/>
          <w:highlight w:val="yellow"/>
          <w:u w:val="single"/>
        </w:rPr>
        <w:t>affected by</w:t>
      </w:r>
      <w:r>
        <w:rPr>
          <w:b w:val="0"/>
          <w:i w:val="0"/>
          <w:smallCaps w:val="0"/>
          <w:strike w:val="0"/>
          <w:sz w:val="20"/>
          <w:u w:val="single"/>
        </w:rPr>
        <w:t xml:space="preserve"> </w:t>
      </w:r>
      <w:r>
        <w:rPr>
          <w:b w:val="0"/>
          <w:i w:val="0"/>
          <w:smallCaps w:val="0"/>
          <w:strike w:val="0"/>
          <w:sz w:val="20"/>
          <w:highlight w:val="yellow"/>
          <w:u w:val="single"/>
        </w:rPr>
        <w:t>a</w:t>
      </w:r>
      <w:r>
        <w:rPr>
          <w:b w:val="0"/>
          <w:i w:val="0"/>
          <w:smallCaps w:val="0"/>
          <w:strike w:val="0"/>
          <w:sz w:val="20"/>
          <w:u w:val="single"/>
        </w:rPr>
        <w:t xml:space="preserve">rtificial </w:t>
      </w:r>
      <w:r>
        <w:rPr>
          <w:b w:val="0"/>
          <w:i w:val="0"/>
          <w:smallCaps w:val="0"/>
          <w:strike w:val="0"/>
          <w:sz w:val="20"/>
          <w:highlight w:val="yellow"/>
          <w:u w:val="single"/>
        </w:rPr>
        <w:t>i</w:t>
      </w:r>
      <w:r>
        <w:rPr>
          <w:b w:val="0"/>
          <w:i w:val="0"/>
          <w:smallCaps w:val="0"/>
          <w:strike w:val="0"/>
          <w:sz w:val="20"/>
          <w:u w:val="single"/>
        </w:rPr>
        <w:t>ntelligence</w:t>
      </w:r>
      <w:r>
        <w:rPr>
          <w:b w:val="0"/>
          <w:i w:val="0"/>
          <w:smallCaps w:val="0"/>
          <w:strike w:val="0"/>
          <w:sz w:val="16"/>
          <w:u w:val="none"/>
        </w:rPr>
        <w:t xml:space="preserve"> attacks: content filters, the military, law enforcement, traditionally </w:t>
      </w:r>
      <w:r>
        <w:rPr>
          <w:b w:val="0"/>
          <w:i w:val="0"/>
          <w:smallCaps w:val="0"/>
          <w:strike w:val="0"/>
          <w:sz w:val="20"/>
          <w:highlight w:val="yellow"/>
          <w:u w:val="single"/>
        </w:rPr>
        <w:t>human-based tasks</w:t>
      </w:r>
      <w:r>
        <w:rPr>
          <w:b w:val="0"/>
          <w:i w:val="0"/>
          <w:smallCaps w:val="0"/>
          <w:strike w:val="0"/>
          <w:sz w:val="20"/>
          <w:u w:val="single"/>
        </w:rPr>
        <w:t xml:space="preserve"> being </w:t>
      </w:r>
      <w:r>
        <w:rPr>
          <w:b w:val="0"/>
          <w:i w:val="0"/>
          <w:smallCaps w:val="0"/>
          <w:strike w:val="0"/>
          <w:sz w:val="20"/>
          <w:highlight w:val="yellow"/>
          <w:u w:val="single"/>
        </w:rPr>
        <w:t>replaced by AI</w:t>
      </w:r>
      <w:r>
        <w:rPr>
          <w:b w:val="0"/>
          <w:i w:val="0"/>
          <w:smallCaps w:val="0"/>
          <w:strike w:val="0"/>
          <w:sz w:val="16"/>
          <w:highlight w:val="yellow"/>
          <w:u w:val="none"/>
        </w:rPr>
        <w:t>,</w:t>
      </w:r>
      <w:r>
        <w:rPr>
          <w:b w:val="0"/>
          <w:i w:val="0"/>
          <w:smallCaps w:val="0"/>
          <w:strike w:val="0"/>
          <w:sz w:val="16"/>
          <w:u w:val="none"/>
        </w:rPr>
        <w:t xml:space="preserve"> and civil society. </w:t>
      </w:r>
      <w:r>
        <w:rPr>
          <w:b w:val="0"/>
          <w:i w:val="0"/>
          <w:smallCaps w:val="0"/>
          <w:strike w:val="0"/>
          <w:sz w:val="20"/>
          <w:u w:val="single"/>
        </w:rPr>
        <w:t xml:space="preserve">These areas </w:t>
      </w:r>
      <w:r>
        <w:rPr>
          <w:b w:val="0"/>
          <w:i w:val="0"/>
          <w:smallCaps w:val="0"/>
          <w:strike w:val="0"/>
          <w:sz w:val="20"/>
          <w:highlight w:val="yellow"/>
          <w:u w:val="single"/>
        </w:rPr>
        <w:t>are attractive targets</w:t>
      </w:r>
      <w:r>
        <w:rPr>
          <w:b w:val="0"/>
          <w:i w:val="0"/>
          <w:smallCaps w:val="0"/>
          <w:strike w:val="0"/>
          <w:sz w:val="16"/>
          <w:u w:val="none"/>
        </w:rPr>
        <w:t xml:space="preserve"> for attack, and are </w:t>
      </w:r>
      <w:r>
        <w:rPr>
          <w:b w:val="0"/>
          <w:i w:val="0"/>
          <w:smallCaps w:val="0"/>
          <w:strike w:val="0"/>
          <w:sz w:val="20"/>
          <w:highlight w:val="yellow"/>
          <w:u w:val="single"/>
        </w:rPr>
        <w:t xml:space="preserve">growing more </w:t>
      </w:r>
      <w:r>
        <w:rPr>
          <w:b/>
          <w:i w:val="0"/>
          <w:smallCaps w:val="0"/>
          <w:strike w:val="0"/>
          <w:sz w:val="20"/>
          <w:highlight w:val="yellow"/>
          <w:u w:val="single"/>
        </w:rPr>
        <w:t>vulnerable</w:t>
      </w:r>
      <w:r>
        <w:rPr>
          <w:b w:val="0"/>
          <w:i w:val="0"/>
          <w:smallCaps w:val="0"/>
          <w:strike w:val="0"/>
          <w:sz w:val="20"/>
          <w:highlight w:val="yellow"/>
          <w:u w:val="single"/>
        </w:rPr>
        <w:t xml:space="preserve"> due to</w:t>
      </w:r>
      <w:r>
        <w:rPr>
          <w:b w:val="0"/>
          <w:i w:val="0"/>
          <w:smallCaps w:val="0"/>
          <w:strike w:val="0"/>
          <w:sz w:val="20"/>
          <w:u w:val="single"/>
        </w:rPr>
        <w:t xml:space="preserve"> their </w:t>
      </w:r>
      <w:r>
        <w:rPr>
          <w:b/>
          <w:i w:val="0"/>
          <w:smallCaps w:val="0"/>
          <w:strike w:val="0"/>
          <w:sz w:val="20"/>
          <w:u w:val="single"/>
        </w:rPr>
        <w:t xml:space="preserve">increasing </w:t>
      </w:r>
      <w:r>
        <w:rPr>
          <w:b/>
          <w:i w:val="0"/>
          <w:smallCaps w:val="0"/>
          <w:strike w:val="0"/>
          <w:sz w:val="20"/>
          <w:highlight w:val="yellow"/>
          <w:u w:val="single"/>
        </w:rPr>
        <w:t>adoption</w:t>
      </w:r>
      <w:r>
        <w:rPr>
          <w:b w:val="0"/>
          <w:i w:val="0"/>
          <w:smallCaps w:val="0"/>
          <w:strike w:val="0"/>
          <w:sz w:val="20"/>
          <w:highlight w:val="yellow"/>
          <w:u w:val="single"/>
        </w:rPr>
        <w:t xml:space="preserve"> of a</w:t>
      </w:r>
      <w:r>
        <w:rPr>
          <w:b w:val="0"/>
          <w:i w:val="0"/>
          <w:smallCaps w:val="0"/>
          <w:strike w:val="0"/>
          <w:sz w:val="16"/>
          <w:u w:val="none"/>
        </w:rPr>
        <w:t xml:space="preserve">rtificial </w:t>
      </w:r>
      <w:r>
        <w:rPr>
          <w:b w:val="0"/>
          <w:i w:val="0"/>
          <w:smallCaps w:val="0"/>
          <w:strike w:val="0"/>
          <w:sz w:val="20"/>
          <w:highlight w:val="yellow"/>
          <w:u w:val="single"/>
        </w:rPr>
        <w:t>i</w:t>
      </w:r>
      <w:r>
        <w:rPr>
          <w:b w:val="0"/>
          <w:i w:val="0"/>
          <w:smallCaps w:val="0"/>
          <w:strike w:val="0"/>
          <w:sz w:val="16"/>
          <w:u w:val="none"/>
        </w:rPr>
        <w:t>ntelligence for critical tasks.</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