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Integration </w:t>
      </w:r>
      <w:r>
        <w:rPr>
          <w:b/>
          <w:i w:val="0"/>
          <w:smallCaps w:val="0"/>
          <w:strike w:val="0"/>
          <w:sz w:val="24"/>
          <w:u w:val="single"/>
        </w:rPr>
        <w:t>now</w:t>
      </w:r>
      <w:r>
        <w:rPr>
          <w:b/>
          <w:i w:val="0"/>
          <w:smallCaps w:val="0"/>
          <w:strike w:val="0"/>
          <w:sz w:val="24"/>
          <w:u w:val="none"/>
        </w:rPr>
        <w:t>.</w:t>
      </w:r>
    </w:p>
    <w:p>
      <w:pPr>
        <w:spacing w:after="80"/>
      </w:pPr>
      <w:r>
        <w:rPr>
          <w:b/>
          <w:i w:val="0"/>
          <w:smallCaps w:val="0"/>
          <w:strike w:val="0"/>
          <w:sz w:val="24"/>
          <w:u w:val="none"/>
        </w:rPr>
        <w:t>Enterprise AI 24</w:t>
      </w:r>
      <w:r>
        <w:rPr>
          <w:b w:val="0"/>
          <w:i w:val="0"/>
          <w:smallCaps w:val="0"/>
          <w:strike w:val="0"/>
          <w:sz w:val="16"/>
          <w:u w:val="none"/>
        </w:rPr>
        <w:t xml:space="preserve"> (Staff Writer, Software company based in Austin, Texas, 5/14/24, “</w:t>
      </w:r>
      <w:r>
        <w:rPr>
          <w:b w:val="0"/>
          <w:i w:val="0"/>
          <w:smallCaps w:val="0"/>
          <w:strike w:val="0"/>
          <w:sz w:val="16"/>
          <w:u w:val="none"/>
        </w:rPr>
        <w:t>Feeding a Growing Population: AI in Agriculture Cultivating the Food of Tomorrow</w:t>
      </w:r>
      <w:r>
        <w:rPr>
          <w:b w:val="0"/>
          <w:i w:val="0"/>
          <w:smallCaps w:val="0"/>
          <w:strike w:val="0"/>
          <w:sz w:val="16"/>
          <w:u w:val="none"/>
        </w:rPr>
        <w:t xml:space="preserve">,” </w:t>
      </w:r>
      <w:r>
        <w:rPr>
          <w:b w:val="0"/>
          <w:i w:val="0"/>
          <w:smallCaps w:val="0"/>
          <w:strike w:val="0"/>
          <w:sz w:val="16"/>
          <w:u w:val="none"/>
        </w:rPr>
        <w:t>https://www.virtasant.com/ai-today/feeding-a-growing-population-ai-in-agriculture-cultivating-the-food-of-tomorrow</w:t>
      </w:r>
      <w:r>
        <w:rPr>
          <w:b w:val="0"/>
          <w:i w:val="0"/>
          <w:smallCaps w:val="0"/>
          <w:strike w:val="0"/>
          <w:sz w:val="16"/>
          <w:u w:val="none"/>
        </w:rPr>
        <w:t>, dhiya)</w:t>
      </w:r>
    </w:p>
    <w:p>
      <w:pPr>
        <w:spacing w:after="60"/>
      </w:pPr>
      <w:r>
        <w:rPr>
          <w:b w:val="0"/>
          <w:i w:val="0"/>
          <w:smallCaps w:val="0"/>
          <w:strike w:val="0"/>
          <w:sz w:val="16"/>
          <w:u w:val="none"/>
        </w:rPr>
        <w:t>The AI Advantage: How Artificial Intelligence is Transforming Agriculture</w:t>
      </w:r>
    </w:p>
    <w:p>
      <w:pPr>
        <w:spacing w:after="60"/>
      </w:pPr>
      <w:r>
        <w:rPr>
          <w:b w:val="0"/>
          <w:i w:val="0"/>
          <w:smallCaps w:val="0"/>
          <w:strike w:val="0"/>
          <w:sz w:val="20"/>
          <w:highlight w:val="cyan"/>
          <w:u w:val="single"/>
        </w:rPr>
        <w:t xml:space="preserve">Businesses are </w:t>
      </w:r>
      <w:r>
        <w:rPr>
          <w:b/>
          <w:i w:val="0"/>
          <w:smallCaps w:val="0"/>
          <w:strike w:val="0"/>
          <w:sz w:val="20"/>
          <w:highlight w:val="cyan"/>
          <w:u w:val="single"/>
        </w:rPr>
        <w:t>turning</w:t>
      </w:r>
      <w:r>
        <w:rPr>
          <w:b w:val="0"/>
          <w:i w:val="0"/>
          <w:smallCaps w:val="0"/>
          <w:strike w:val="0"/>
          <w:sz w:val="20"/>
          <w:highlight w:val="cyan"/>
          <w:u w:val="single"/>
        </w:rPr>
        <w:t xml:space="preserve"> to</w:t>
      </w:r>
      <w:r>
        <w:rPr>
          <w:b w:val="0"/>
          <w:i w:val="0"/>
          <w:smallCaps w:val="0"/>
          <w:strike w:val="0"/>
          <w:sz w:val="20"/>
          <w:u w:val="single"/>
        </w:rPr>
        <w:t xml:space="preserve"> </w:t>
      </w:r>
      <w:r>
        <w:rPr>
          <w:b/>
          <w:i w:val="0"/>
          <w:smallCaps w:val="0"/>
          <w:strike w:val="0"/>
          <w:sz w:val="20"/>
          <w:highlight w:val="cyan"/>
          <w:u w:val="single"/>
        </w:rPr>
        <w:t>a</w:t>
      </w:r>
      <w:r>
        <w:rPr>
          <w:b w:val="0"/>
          <w:i w:val="0"/>
          <w:smallCaps w:val="0"/>
          <w:strike w:val="0"/>
          <w:sz w:val="16"/>
          <w:u w:val="none"/>
        </w:rPr>
        <w:t>rt</w:t>
      </w:r>
      <w:r>
        <w:rPr>
          <w:b w:val="0"/>
          <w:i w:val="0"/>
          <w:smallCaps w:val="0"/>
          <w:strike w:val="0"/>
          <w:sz w:val="16"/>
          <w:u w:val="none"/>
        </w:rPr>
        <w:t xml:space="preserve">ificial </w:t>
      </w:r>
      <w:r>
        <w:rPr>
          <w:b/>
          <w:i w:val="0"/>
          <w:smallCaps w:val="0"/>
          <w:strike w:val="0"/>
          <w:sz w:val="20"/>
          <w:highlight w:val="cyan"/>
          <w:u w:val="single"/>
        </w:rPr>
        <w:t>i</w:t>
      </w:r>
      <w:r>
        <w:rPr>
          <w:b w:val="0"/>
          <w:i w:val="0"/>
          <w:smallCaps w:val="0"/>
          <w:strike w:val="0"/>
          <w:sz w:val="16"/>
          <w:u w:val="none"/>
        </w:rPr>
        <w:t xml:space="preserve">ntelligence </w:t>
      </w:r>
      <w:r>
        <w:rPr>
          <w:b w:val="0"/>
          <w:i w:val="0"/>
          <w:smallCaps w:val="0"/>
          <w:strike w:val="0"/>
          <w:sz w:val="20"/>
          <w:highlight w:val="cyan"/>
          <w:u w:val="single"/>
        </w:rPr>
        <w:t>in</w:t>
      </w:r>
      <w:r>
        <w:rPr>
          <w:b w:val="0"/>
          <w:i w:val="0"/>
          <w:smallCaps w:val="0"/>
          <w:strike w:val="0"/>
          <w:sz w:val="20"/>
          <w:u w:val="single"/>
        </w:rPr>
        <w:t xml:space="preserve"> </w:t>
      </w:r>
      <w:r>
        <w:rPr>
          <w:b w:val="0"/>
          <w:i w:val="0"/>
          <w:smallCaps w:val="0"/>
          <w:strike w:val="0"/>
          <w:sz w:val="20"/>
          <w:highlight w:val="cyan"/>
          <w:u w:val="single"/>
        </w:rPr>
        <w:t>the context of a</w:t>
      </w:r>
      <w:r>
        <w:rPr>
          <w:b w:val="0"/>
          <w:i w:val="0"/>
          <w:smallCaps w:val="0"/>
          <w:strike w:val="0"/>
          <w:sz w:val="20"/>
          <w:u w:val="single"/>
        </w:rPr>
        <w:t xml:space="preserve"> </w:t>
      </w:r>
      <w:r>
        <w:rPr>
          <w:b w:val="0"/>
          <w:i w:val="0"/>
          <w:smallCaps w:val="0"/>
          <w:strike w:val="0"/>
          <w:sz w:val="20"/>
          <w:highlight w:val="cyan"/>
          <w:u w:val="single"/>
        </w:rPr>
        <w:t>rising</w:t>
      </w:r>
      <w:r>
        <w:rPr>
          <w:b w:val="0"/>
          <w:i w:val="0"/>
          <w:smallCaps w:val="0"/>
          <w:strike w:val="0"/>
          <w:sz w:val="20"/>
          <w:u w:val="single"/>
        </w:rPr>
        <w:t xml:space="preserve"> global </w:t>
      </w:r>
      <w:r>
        <w:rPr>
          <w:b w:val="0"/>
          <w:i w:val="0"/>
          <w:smallCaps w:val="0"/>
          <w:strike w:val="0"/>
          <w:sz w:val="20"/>
          <w:highlight w:val="cyan"/>
          <w:u w:val="single"/>
        </w:rPr>
        <w:t>population</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increasing </w:t>
      </w:r>
      <w:r>
        <w:rPr>
          <w:b w:val="0"/>
          <w:i w:val="0"/>
          <w:smallCaps w:val="0"/>
          <w:strike w:val="0"/>
          <w:sz w:val="20"/>
          <w:u w:val="single"/>
        </w:rPr>
        <w:t>pressure on international</w:t>
      </w:r>
      <w:r>
        <w:rPr>
          <w:b w:val="0"/>
          <w:i w:val="0"/>
          <w:smallCaps w:val="0"/>
          <w:strike w:val="0"/>
          <w:sz w:val="16"/>
          <w:u w:val="none"/>
        </w:rPr>
        <w:t xml:space="preserve"> agricultural </w:t>
      </w:r>
      <w:r>
        <w:rPr>
          <w:b w:val="0"/>
          <w:i w:val="0"/>
          <w:smallCaps w:val="0"/>
          <w:strike w:val="0"/>
          <w:sz w:val="20"/>
          <w:u w:val="single"/>
        </w:rPr>
        <w:t>infrastructure</w:t>
      </w:r>
      <w:r>
        <w:rPr>
          <w:b w:val="0"/>
          <w:i w:val="0"/>
          <w:smallCaps w:val="0"/>
          <w:strike w:val="0"/>
          <w:sz w:val="16"/>
          <w:u w:val="none"/>
        </w:rPr>
        <w:t>.</w:t>
      </w:r>
    </w:p>
    <w:p>
      <w:pPr>
        <w:spacing w:after="60"/>
      </w:pPr>
      <w:r>
        <w:rPr>
          <w:b w:val="0"/>
          <w:i w:val="0"/>
          <w:smallCaps w:val="0"/>
          <w:strike w:val="0"/>
          <w:sz w:val="20"/>
          <w:highlight w:val="cyan"/>
          <w:u w:val="single"/>
        </w:rPr>
        <w:t>AI</w:t>
      </w:r>
      <w:r>
        <w:rPr>
          <w:b w:val="0"/>
          <w:i w:val="0"/>
          <w:smallCaps w:val="0"/>
          <w:strike w:val="0"/>
          <w:sz w:val="16"/>
          <w:u w:val="none"/>
        </w:rPr>
        <w:t xml:space="preserve"> in agriculture </w:t>
      </w:r>
      <w:r>
        <w:rPr>
          <w:b/>
          <w:i w:val="0"/>
          <w:smallCaps w:val="0"/>
          <w:strike w:val="0"/>
          <w:sz w:val="20"/>
          <w:highlight w:val="cyan"/>
          <w:u w:val="single"/>
        </w:rPr>
        <w:t>drives</w:t>
      </w:r>
      <w:r>
        <w:rPr>
          <w:b w:val="0"/>
          <w:i w:val="0"/>
          <w:smallCaps w:val="0"/>
          <w:strike w:val="0"/>
          <w:sz w:val="20"/>
          <w:highlight w:val="cyan"/>
          <w:u w:val="single"/>
        </w:rPr>
        <w:t xml:space="preserve"> farmer </w:t>
      </w:r>
      <w:r>
        <w:rPr>
          <w:b/>
          <w:i w:val="0"/>
          <w:smallCaps w:val="0"/>
          <w:strike w:val="0"/>
          <w:sz w:val="20"/>
          <w:highlight w:val="cyan"/>
          <w:u w:val="single"/>
        </w:rPr>
        <w:t>productivity</w:t>
      </w:r>
      <w:r>
        <w:rPr>
          <w:b w:val="0"/>
          <w:i w:val="0"/>
          <w:smallCaps w:val="0"/>
          <w:strike w:val="0"/>
          <w:sz w:val="20"/>
          <w:highlight w:val="cyan"/>
          <w:u w:val="single"/>
        </w:rPr>
        <w:t xml:space="preserve"> through </w:t>
      </w:r>
      <w:r>
        <w:rPr>
          <w:b/>
          <w:i w:val="0"/>
          <w:smallCaps w:val="0"/>
          <w:strike w:val="0"/>
          <w:sz w:val="20"/>
          <w:highlight w:val="cyan"/>
          <w:u w:val="single"/>
        </w:rPr>
        <w:t>automation</w:t>
      </w:r>
      <w:r>
        <w:rPr>
          <w:b w:val="0"/>
          <w:i w:val="0"/>
          <w:smallCaps w:val="0"/>
          <w:strike w:val="0"/>
          <w:sz w:val="16"/>
          <w:u w:val="none"/>
        </w:rPr>
        <w:t xml:space="preserve">, </w:t>
      </w:r>
      <w:r>
        <w:rPr>
          <w:b w:val="0"/>
          <w:i w:val="0"/>
          <w:smallCaps w:val="0"/>
          <w:strike w:val="0"/>
          <w:sz w:val="20"/>
          <w:u w:val="single"/>
        </w:rPr>
        <w:t>enhancing yields through</w:t>
      </w:r>
      <w:r>
        <w:rPr>
          <w:b w:val="0"/>
          <w:i w:val="0"/>
          <w:smallCaps w:val="0"/>
          <w:strike w:val="0"/>
          <w:sz w:val="16"/>
          <w:u w:val="none"/>
        </w:rPr>
        <w:t xml:space="preserve"> precision crop </w:t>
      </w:r>
      <w:r>
        <w:rPr>
          <w:b w:val="0"/>
          <w:i w:val="0"/>
          <w:smallCaps w:val="0"/>
          <w:strike w:val="0"/>
          <w:sz w:val="20"/>
          <w:u w:val="single"/>
        </w:rPr>
        <w:t>protection</w:t>
      </w:r>
      <w:r>
        <w:rPr>
          <w:b w:val="0"/>
          <w:i w:val="0"/>
          <w:smallCaps w:val="0"/>
          <w:strike w:val="0"/>
          <w:sz w:val="16"/>
          <w:u w:val="none"/>
        </w:rPr>
        <w:t xml:space="preserve">, </w:t>
      </w:r>
      <w:r>
        <w:rPr>
          <w:b w:val="0"/>
          <w:i w:val="0"/>
          <w:smallCaps w:val="0"/>
          <w:strike w:val="0"/>
          <w:sz w:val="20"/>
          <w:u w:val="single"/>
        </w:rPr>
        <w:t>and boosting profitability</w:t>
      </w:r>
      <w:r>
        <w:rPr>
          <w:b w:val="0"/>
          <w:i w:val="0"/>
          <w:smallCaps w:val="0"/>
          <w:strike w:val="0"/>
          <w:sz w:val="16"/>
          <w:u w:val="none"/>
        </w:rPr>
        <w:t xml:space="preserve"> by enabling larger harvests. There are three central categories where AI in agriculture is actively shaping the industry for the better:</w:t>
      </w:r>
    </w:p>
    <w:p>
      <w:pPr>
        <w:spacing w:after="60"/>
      </w:pPr>
      <w:r>
        <w:rPr>
          <w:b w:val="0"/>
          <w:i w:val="0"/>
          <w:smallCaps w:val="0"/>
          <w:strike w:val="0"/>
          <w:sz w:val="16"/>
          <w:u w:val="none"/>
        </w:rPr>
        <w:t xml:space="preserve">Precision Agriculture: </w:t>
      </w:r>
      <w:r>
        <w:rPr>
          <w:b w:val="0"/>
          <w:i w:val="0"/>
          <w:smallCaps w:val="0"/>
          <w:strike w:val="0"/>
          <w:sz w:val="20"/>
          <w:highlight w:val="cyan"/>
          <w:u w:val="single"/>
        </w:rPr>
        <w:t>A</w:t>
      </w:r>
      <w:r>
        <w:rPr>
          <w:b w:val="0"/>
          <w:i w:val="0"/>
          <w:smallCaps w:val="0"/>
          <w:strike w:val="0"/>
          <w:sz w:val="16"/>
          <w:u w:val="none"/>
        </w:rPr>
        <w:t>rtificial</w:t>
      </w:r>
      <w:r>
        <w:rPr>
          <w:b w:val="0"/>
          <w:i w:val="0"/>
          <w:smallCaps w:val="0"/>
          <w:strike w:val="0"/>
          <w:sz w:val="16"/>
          <w:u w:val="none"/>
        </w:rPr>
        <w:t xml:space="preserve"> </w:t>
      </w:r>
      <w:r>
        <w:rPr>
          <w:b w:val="0"/>
          <w:i w:val="0"/>
          <w:smallCaps w:val="0"/>
          <w:strike w:val="0"/>
          <w:sz w:val="20"/>
          <w:highlight w:val="cyan"/>
          <w:u w:val="single"/>
        </w:rPr>
        <w:t>i</w:t>
      </w:r>
      <w:r>
        <w:rPr>
          <w:b w:val="0"/>
          <w:i w:val="0"/>
          <w:smallCaps w:val="0"/>
          <w:strike w:val="0"/>
          <w:sz w:val="16"/>
          <w:u w:val="none"/>
        </w:rPr>
        <w:t xml:space="preserve">ntelligence </w:t>
      </w:r>
      <w:r>
        <w:rPr>
          <w:b w:val="0"/>
          <w:i w:val="0"/>
          <w:smallCaps w:val="0"/>
          <w:strike w:val="0"/>
          <w:sz w:val="20"/>
          <w:highlight w:val="cyan"/>
          <w:u w:val="single"/>
        </w:rPr>
        <w:t>can</w:t>
      </w:r>
      <w:r>
        <w:rPr>
          <w:b w:val="0"/>
          <w:i w:val="0"/>
          <w:smallCaps w:val="0"/>
          <w:strike w:val="0"/>
          <w:sz w:val="16"/>
          <w:u w:val="none"/>
        </w:rPr>
        <w:t xml:space="preserve"> precisely </w:t>
      </w:r>
      <w:r>
        <w:rPr>
          <w:b/>
          <w:i w:val="0"/>
          <w:smallCaps w:val="0"/>
          <w:strike w:val="0"/>
          <w:sz w:val="20"/>
          <w:highlight w:val="cyan"/>
          <w:u w:val="single"/>
        </w:rPr>
        <w:t>monitor</w:t>
      </w:r>
      <w:r>
        <w:rPr>
          <w:b w:val="0"/>
          <w:i w:val="0"/>
          <w:smallCaps w:val="0"/>
          <w:strike w:val="0"/>
          <w:sz w:val="20"/>
          <w:highlight w:val="cyan"/>
          <w:u w:val="single"/>
        </w:rPr>
        <w:t xml:space="preserve"> </w:t>
      </w:r>
      <w:r>
        <w:rPr>
          <w:b/>
          <w:i w:val="0"/>
          <w:smallCaps w:val="0"/>
          <w:strike w:val="0"/>
          <w:sz w:val="20"/>
          <w:highlight w:val="cyan"/>
          <w:u w:val="single"/>
        </w:rPr>
        <w:t>fields</w:t>
      </w:r>
      <w:r>
        <w:rPr>
          <w:b w:val="0"/>
          <w:i w:val="0"/>
          <w:smallCaps w:val="0"/>
          <w:strike w:val="0"/>
          <w:sz w:val="16"/>
          <w:highlight w:val="cyan"/>
          <w:u w:val="none"/>
        </w:rPr>
        <w:t xml:space="preserve"> </w:t>
      </w:r>
      <w:r>
        <w:rPr>
          <w:b w:val="0"/>
          <w:i w:val="0"/>
          <w:smallCaps w:val="0"/>
          <w:strike w:val="0"/>
          <w:sz w:val="20"/>
          <w:highlight w:val="cyan"/>
          <w:u w:val="single"/>
        </w:rPr>
        <w:t>to enable</w:t>
      </w:r>
      <w:r>
        <w:rPr>
          <w:b w:val="0"/>
          <w:i w:val="0"/>
          <w:smallCaps w:val="0"/>
          <w:strike w:val="0"/>
          <w:sz w:val="20"/>
          <w:u w:val="single"/>
        </w:rPr>
        <w:t xml:space="preserve"> enhanced </w:t>
      </w:r>
      <w:r>
        <w:rPr>
          <w:b/>
          <w:i w:val="0"/>
          <w:smallCaps w:val="0"/>
          <w:strike w:val="0"/>
          <w:sz w:val="20"/>
          <w:highlight w:val="cyan"/>
          <w:u w:val="single"/>
        </w:rPr>
        <w:t>resource allocation</w:t>
      </w:r>
      <w:r>
        <w:rPr>
          <w:b w:val="0"/>
          <w:i w:val="0"/>
          <w:smallCaps w:val="0"/>
          <w:strike w:val="0"/>
          <w:sz w:val="16"/>
          <w:u w:val="none"/>
        </w:rPr>
        <w:t>. From measured irrigation to single-plant-specific distribution of fertilizer and pesticides, precision agriculture improves crop care and increases yields.</w:t>
      </w:r>
    </w:p>
    <w:p>
      <w:pPr>
        <w:spacing w:after="60"/>
      </w:pPr>
      <w:r>
        <w:rPr>
          <w:b w:val="0"/>
          <w:i w:val="0"/>
          <w:smallCaps w:val="0"/>
          <w:strike w:val="0"/>
          <w:sz w:val="16"/>
          <w:u w:val="none"/>
        </w:rPr>
        <w:t xml:space="preserve">Predictive Analytics: </w:t>
      </w:r>
      <w:r>
        <w:rPr>
          <w:b w:val="0"/>
          <w:i w:val="0"/>
          <w:smallCaps w:val="0"/>
          <w:strike w:val="0"/>
          <w:sz w:val="20"/>
          <w:highlight w:val="cyan"/>
          <w:u w:val="single"/>
        </w:rPr>
        <w:t>AI</w:t>
      </w:r>
      <w:r>
        <w:rPr>
          <w:b w:val="0"/>
          <w:i w:val="0"/>
          <w:smallCaps w:val="0"/>
          <w:strike w:val="0"/>
          <w:sz w:val="16"/>
          <w:highlight w:val="cyan"/>
          <w:u w:val="none"/>
        </w:rPr>
        <w:t xml:space="preserve"> </w:t>
      </w:r>
      <w:r>
        <w:rPr>
          <w:b w:val="0"/>
          <w:i w:val="0"/>
          <w:smallCaps w:val="0"/>
          <w:strike w:val="0"/>
          <w:sz w:val="20"/>
          <w:highlight w:val="cyan"/>
          <w:u w:val="single"/>
        </w:rPr>
        <w:t xml:space="preserve">can </w:t>
      </w:r>
      <w:r>
        <w:rPr>
          <w:b/>
          <w:i w:val="0"/>
          <w:smallCaps w:val="0"/>
          <w:strike w:val="0"/>
          <w:sz w:val="20"/>
          <w:highlight w:val="cyan"/>
          <w:u w:val="single"/>
        </w:rPr>
        <w:t>pull</w:t>
      </w:r>
      <w:r>
        <w:rPr>
          <w:b w:val="0"/>
          <w:i w:val="0"/>
          <w:smallCaps w:val="0"/>
          <w:strike w:val="0"/>
          <w:sz w:val="20"/>
          <w:highlight w:val="cyan"/>
          <w:u w:val="single"/>
        </w:rPr>
        <w:t xml:space="preserve"> from</w:t>
      </w:r>
      <w:r>
        <w:rPr>
          <w:b w:val="0"/>
          <w:i w:val="0"/>
          <w:smallCaps w:val="0"/>
          <w:strike w:val="0"/>
          <w:sz w:val="20"/>
          <w:u w:val="single"/>
        </w:rPr>
        <w:t xml:space="preserve"> vast </w:t>
      </w:r>
      <w:r>
        <w:rPr>
          <w:b/>
          <w:i w:val="0"/>
          <w:smallCaps w:val="0"/>
          <w:strike w:val="0"/>
          <w:sz w:val="20"/>
          <w:highlight w:val="cyan"/>
          <w:u w:val="single"/>
        </w:rPr>
        <w:t>datasets</w:t>
      </w:r>
      <w:r>
        <w:rPr>
          <w:b w:val="0"/>
          <w:i w:val="0"/>
          <w:smallCaps w:val="0"/>
          <w:strike w:val="0"/>
          <w:sz w:val="16"/>
          <w:u w:val="none"/>
        </w:rPr>
        <w:t xml:space="preserve">, spanning historical crop yields, soil condition data over time, and weather patterns </w:t>
      </w:r>
      <w:r>
        <w:rPr>
          <w:b w:val="0"/>
          <w:i w:val="0"/>
          <w:smallCaps w:val="0"/>
          <w:strike w:val="0"/>
          <w:sz w:val="20"/>
          <w:highlight w:val="cyan"/>
          <w:u w:val="single"/>
        </w:rPr>
        <w:t>to</w:t>
      </w:r>
      <w:r>
        <w:rPr>
          <w:b w:val="0"/>
          <w:i w:val="0"/>
          <w:smallCaps w:val="0"/>
          <w:strike w:val="0"/>
          <w:sz w:val="16"/>
          <w:highlight w:val="cyan"/>
          <w:u w:val="none"/>
        </w:rPr>
        <w:t xml:space="preserve"> </w:t>
      </w:r>
      <w:r>
        <w:rPr>
          <w:b w:val="0"/>
          <w:i w:val="0"/>
          <w:smallCaps w:val="0"/>
          <w:strike w:val="0"/>
          <w:sz w:val="20"/>
          <w:highlight w:val="cyan"/>
          <w:u w:val="single"/>
        </w:rPr>
        <w:t>generate</w:t>
      </w:r>
      <w:r>
        <w:rPr>
          <w:b w:val="0"/>
          <w:i w:val="0"/>
          <w:smallCaps w:val="0"/>
          <w:strike w:val="0"/>
          <w:sz w:val="16"/>
          <w:u w:val="none"/>
        </w:rPr>
        <w:t xml:space="preserve"> highly </w:t>
      </w:r>
      <w:r>
        <w:rPr>
          <w:b/>
          <w:i w:val="0"/>
          <w:smallCaps w:val="0"/>
          <w:strike w:val="0"/>
          <w:sz w:val="20"/>
          <w:highlight w:val="cyan"/>
          <w:u w:val="single"/>
        </w:rPr>
        <w:t>accurate</w:t>
      </w:r>
      <w:r>
        <w:rPr>
          <w:b w:val="0"/>
          <w:i w:val="0"/>
          <w:smallCaps w:val="0"/>
          <w:strike w:val="0"/>
          <w:sz w:val="20"/>
          <w:u w:val="single"/>
        </w:rPr>
        <w:t xml:space="preserve"> predictive </w:t>
      </w:r>
      <w:r>
        <w:rPr>
          <w:b/>
          <w:i w:val="0"/>
          <w:smallCaps w:val="0"/>
          <w:strike w:val="0"/>
          <w:sz w:val="20"/>
          <w:highlight w:val="cyan"/>
          <w:u w:val="single"/>
        </w:rPr>
        <w:t>reports</w:t>
      </w:r>
      <w:r>
        <w:rPr>
          <w:b w:val="0"/>
          <w:i w:val="0"/>
          <w:smallCaps w:val="0"/>
          <w:strike w:val="0"/>
          <w:sz w:val="16"/>
          <w:u w:val="none"/>
        </w:rPr>
        <w:t xml:space="preserve">. Farmers can use these reports </w:t>
      </w:r>
      <w:r>
        <w:rPr>
          <w:b w:val="0"/>
          <w:i w:val="0"/>
          <w:smallCaps w:val="0"/>
          <w:strike w:val="0"/>
          <w:sz w:val="20"/>
          <w:highlight w:val="cyan"/>
          <w:u w:val="single"/>
        </w:rPr>
        <w:t>to</w:t>
      </w:r>
      <w:r>
        <w:rPr>
          <w:b w:val="0"/>
          <w:i w:val="0"/>
          <w:smallCaps w:val="0"/>
          <w:strike w:val="0"/>
          <w:sz w:val="16"/>
          <w:highlight w:val="cyan"/>
          <w:u w:val="none"/>
        </w:rPr>
        <w:t xml:space="preserve"> </w:t>
      </w:r>
      <w:r>
        <w:rPr>
          <w:b w:val="0"/>
          <w:i w:val="0"/>
          <w:smallCaps w:val="0"/>
          <w:strike w:val="0"/>
          <w:sz w:val="20"/>
          <w:highlight w:val="cyan"/>
          <w:u w:val="single"/>
        </w:rPr>
        <w:t>predict</w:t>
      </w:r>
      <w:r>
        <w:rPr>
          <w:b w:val="0"/>
          <w:i w:val="0"/>
          <w:smallCaps w:val="0"/>
          <w:strike w:val="0"/>
          <w:sz w:val="20"/>
          <w:u w:val="single"/>
        </w:rPr>
        <w:t xml:space="preserve"> future crop </w:t>
      </w:r>
      <w:r>
        <w:rPr>
          <w:b w:val="0"/>
          <w:i w:val="0"/>
          <w:smallCaps w:val="0"/>
          <w:strike w:val="0"/>
          <w:sz w:val="20"/>
          <w:highlight w:val="cyan"/>
          <w:u w:val="single"/>
        </w:rPr>
        <w:t>yields</w:t>
      </w:r>
      <w:r>
        <w:rPr>
          <w:b w:val="0"/>
          <w:i w:val="0"/>
          <w:smallCaps w:val="0"/>
          <w:strike w:val="0"/>
          <w:sz w:val="16"/>
          <w:u w:val="none"/>
        </w:rPr>
        <w:t xml:space="preserve">, </w:t>
      </w:r>
      <w:r>
        <w:rPr>
          <w:b w:val="0"/>
          <w:i w:val="0"/>
          <w:smallCaps w:val="0"/>
          <w:strike w:val="0"/>
          <w:sz w:val="20"/>
          <w:u w:val="single"/>
        </w:rPr>
        <w:t>identify issues</w:t>
      </w:r>
      <w:r>
        <w:rPr>
          <w:b w:val="0"/>
          <w:i w:val="0"/>
          <w:smallCaps w:val="0"/>
          <w:strike w:val="0"/>
          <w:sz w:val="16"/>
          <w:u w:val="none"/>
        </w:rPr>
        <w:t xml:space="preserve"> in farmland, </w:t>
      </w:r>
      <w:r>
        <w:rPr>
          <w:b w:val="0"/>
          <w:i w:val="0"/>
          <w:smallCaps w:val="0"/>
          <w:strike w:val="0"/>
          <w:sz w:val="20"/>
          <w:u w:val="single"/>
        </w:rPr>
        <w:t>and optimize their</w:t>
      </w:r>
      <w:r>
        <w:rPr>
          <w:b w:val="0"/>
          <w:i w:val="0"/>
          <w:smallCaps w:val="0"/>
          <w:strike w:val="0"/>
          <w:sz w:val="16"/>
          <w:u w:val="none"/>
        </w:rPr>
        <w:t xml:space="preserve"> yearly </w:t>
      </w:r>
      <w:r>
        <w:rPr>
          <w:b w:val="0"/>
          <w:i w:val="0"/>
          <w:smallCaps w:val="0"/>
          <w:strike w:val="0"/>
          <w:sz w:val="20"/>
          <w:u w:val="single"/>
        </w:rPr>
        <w:t>planting schedules</w:t>
      </w:r>
      <w:r>
        <w:rPr>
          <w:b w:val="0"/>
          <w:i w:val="0"/>
          <w:smallCaps w:val="0"/>
          <w:strike w:val="0"/>
          <w:sz w:val="16"/>
          <w:u w:val="none"/>
        </w:rPr>
        <w:t xml:space="preserve">. Agricultural vendors can better understand their crops with AI-enabled predictive analytics, taking proactive measures to minimize crop loss and maximize yearly yields. </w:t>
      </w:r>
    </w:p>
    <w:p>
      <w:pPr>
        <w:spacing w:after="60"/>
      </w:pPr>
      <w:r>
        <w:rPr>
          <w:b w:val="0"/>
          <w:i w:val="0"/>
          <w:smallCaps w:val="0"/>
          <w:strike w:val="0"/>
          <w:sz w:val="16"/>
          <w:u w:val="none"/>
        </w:rPr>
        <w:t xml:space="preserve">Automation: </w:t>
      </w:r>
      <w:r>
        <w:rPr>
          <w:b w:val="0"/>
          <w:i w:val="0"/>
          <w:smallCaps w:val="0"/>
          <w:strike w:val="0"/>
          <w:sz w:val="20"/>
          <w:highlight w:val="cyan"/>
          <w:u w:val="single"/>
        </w:rPr>
        <w:t>The</w:t>
      </w:r>
      <w:r>
        <w:rPr>
          <w:b w:val="0"/>
          <w:i w:val="0"/>
          <w:smallCaps w:val="0"/>
          <w:strike w:val="0"/>
          <w:sz w:val="16"/>
          <w:u w:val="none"/>
        </w:rPr>
        <w:t xml:space="preserve"> agricultural </w:t>
      </w:r>
      <w:r>
        <w:rPr>
          <w:b w:val="0"/>
          <w:i w:val="0"/>
          <w:smallCaps w:val="0"/>
          <w:strike w:val="0"/>
          <w:sz w:val="20"/>
          <w:highlight w:val="cyan"/>
          <w:u w:val="single"/>
        </w:rPr>
        <w:t>industry</w:t>
      </w:r>
      <w:r>
        <w:rPr>
          <w:b w:val="0"/>
          <w:i w:val="0"/>
          <w:smallCaps w:val="0"/>
          <w:strike w:val="0"/>
          <w:sz w:val="16"/>
          <w:u w:val="none"/>
        </w:rPr>
        <w:t xml:space="preserve"> continually </w:t>
      </w:r>
      <w:r>
        <w:rPr>
          <w:b w:val="0"/>
          <w:i w:val="0"/>
          <w:smallCaps w:val="0"/>
          <w:strike w:val="0"/>
          <w:sz w:val="20"/>
          <w:highlight w:val="cyan"/>
          <w:u w:val="single"/>
        </w:rPr>
        <w:t>has</w:t>
      </w:r>
      <w:r>
        <w:rPr>
          <w:b w:val="0"/>
          <w:i w:val="0"/>
          <w:smallCaps w:val="0"/>
          <w:strike w:val="0"/>
          <w:sz w:val="20"/>
          <w:u w:val="single"/>
        </w:rPr>
        <w:t xml:space="preserve"> many </w:t>
      </w:r>
      <w:r>
        <w:rPr>
          <w:b/>
          <w:i w:val="0"/>
          <w:smallCaps w:val="0"/>
          <w:strike w:val="0"/>
          <w:sz w:val="20"/>
          <w:highlight w:val="cyan"/>
          <w:u w:val="single"/>
        </w:rPr>
        <w:t>time-consuming</w:t>
      </w:r>
      <w:r>
        <w:rPr>
          <w:b w:val="0"/>
          <w:i w:val="0"/>
          <w:smallCaps w:val="0"/>
          <w:strike w:val="0"/>
          <w:sz w:val="16"/>
          <w:u w:val="none"/>
        </w:rPr>
        <w:t xml:space="preserve"> and labor-intensive </w:t>
      </w:r>
      <w:r>
        <w:rPr>
          <w:b w:val="0"/>
          <w:i w:val="0"/>
          <w:smallCaps w:val="0"/>
          <w:strike w:val="0"/>
          <w:sz w:val="20"/>
          <w:u w:val="single"/>
        </w:rPr>
        <w:t>farming</w:t>
      </w:r>
      <w:r>
        <w:rPr>
          <w:b w:val="0"/>
          <w:i w:val="0"/>
          <w:smallCaps w:val="0"/>
          <w:strike w:val="0"/>
          <w:sz w:val="16"/>
          <w:u w:val="none"/>
        </w:rPr>
        <w:t xml:space="preserve"> </w:t>
      </w:r>
      <w:r>
        <w:rPr>
          <w:b/>
          <w:i w:val="0"/>
          <w:smallCaps w:val="0"/>
          <w:strike w:val="0"/>
          <w:sz w:val="20"/>
          <w:highlight w:val="cyan"/>
          <w:u w:val="single"/>
        </w:rPr>
        <w:t>tasks</w:t>
      </w:r>
      <w:r>
        <w:rPr>
          <w:b w:val="0"/>
          <w:i w:val="0"/>
          <w:smallCaps w:val="0"/>
          <w:strike w:val="0"/>
          <w:sz w:val="16"/>
          <w:u w:val="none"/>
        </w:rPr>
        <w:t xml:space="preserve">. From weeding and harvesting to livestock monitoring, farmers across the globe spend their valuable time on vital but monotonous tasks. Farmers can use </w:t>
      </w:r>
      <w:r>
        <w:rPr>
          <w:b w:val="0"/>
          <w:i w:val="0"/>
          <w:smallCaps w:val="0"/>
          <w:strike w:val="0"/>
          <w:sz w:val="20"/>
          <w:highlight w:val="cyan"/>
          <w:u w:val="single"/>
        </w:rPr>
        <w:t>AI</w:t>
      </w:r>
      <w:r>
        <w:rPr>
          <w:b w:val="0"/>
          <w:i w:val="0"/>
          <w:smallCaps w:val="0"/>
          <w:strike w:val="0"/>
          <w:sz w:val="20"/>
          <w:u w:val="single"/>
        </w:rPr>
        <w:t>-powered robot systems</w:t>
      </w:r>
      <w:r>
        <w:rPr>
          <w:b w:val="0"/>
          <w:i w:val="0"/>
          <w:smallCaps w:val="0"/>
          <w:strike w:val="0"/>
          <w:sz w:val="16"/>
          <w:u w:val="none"/>
        </w:rPr>
        <w:t xml:space="preserve"> like self-driving tractors to </w:t>
      </w:r>
      <w:r>
        <w:rPr>
          <w:b/>
          <w:i w:val="0"/>
          <w:smallCaps w:val="0"/>
          <w:strike w:val="0"/>
          <w:sz w:val="20"/>
          <w:highlight w:val="cyan"/>
          <w:u w:val="single"/>
        </w:rPr>
        <w:t>reduce</w:t>
      </w:r>
      <w:r>
        <w:rPr>
          <w:b w:val="0"/>
          <w:i w:val="0"/>
          <w:smallCaps w:val="0"/>
          <w:strike w:val="0"/>
          <w:sz w:val="20"/>
          <w:u w:val="single"/>
        </w:rPr>
        <w:t xml:space="preserve"> the </w:t>
      </w:r>
      <w:r>
        <w:rPr>
          <w:b/>
          <w:i w:val="0"/>
          <w:smallCaps w:val="0"/>
          <w:strike w:val="0"/>
          <w:sz w:val="20"/>
          <w:highlight w:val="cyan"/>
          <w:u w:val="single"/>
        </w:rPr>
        <w:t>time</w:t>
      </w:r>
      <w:r>
        <w:rPr>
          <w:b w:val="0"/>
          <w:i w:val="0"/>
          <w:smallCaps w:val="0"/>
          <w:strike w:val="0"/>
          <w:sz w:val="20"/>
          <w:u w:val="single"/>
        </w:rPr>
        <w:t xml:space="preserve"> taken </w:t>
      </w:r>
      <w:r>
        <w:rPr>
          <w:b w:val="0"/>
          <w:i w:val="0"/>
          <w:smallCaps w:val="0"/>
          <w:strike w:val="0"/>
          <w:sz w:val="20"/>
          <w:highlight w:val="cyan"/>
          <w:u w:val="single"/>
        </w:rPr>
        <w:t>to complete</w:t>
      </w:r>
      <w:r>
        <w:rPr>
          <w:b w:val="0"/>
          <w:i w:val="0"/>
          <w:smallCaps w:val="0"/>
          <w:strike w:val="0"/>
          <w:sz w:val="20"/>
          <w:u w:val="single"/>
        </w:rPr>
        <w:t xml:space="preserve"> these </w:t>
      </w:r>
      <w:r>
        <w:rPr>
          <w:b w:val="0"/>
          <w:i w:val="0"/>
          <w:smallCaps w:val="0"/>
          <w:strike w:val="0"/>
          <w:sz w:val="20"/>
          <w:highlight w:val="cyan"/>
          <w:u w:val="single"/>
        </w:rPr>
        <w:t>tasks</w:t>
      </w:r>
      <w:r>
        <w:rPr>
          <w:b w:val="0"/>
          <w:i w:val="0"/>
          <w:smallCaps w:val="0"/>
          <w:strike w:val="0"/>
          <w:sz w:val="16"/>
          <w:u w:val="none"/>
        </w:rPr>
        <w:t xml:space="preserve"> by leveraging AI tools. In doing so, farmers using AI tools enhance productivity while creating more time for other activities. </w:t>
      </w:r>
    </w:p>
    <w:p>
      <w:pPr>
        <w:spacing w:after="60"/>
      </w:pPr>
      <w:r>
        <w:rPr>
          <w:b w:val="0"/>
          <w:i w:val="0"/>
          <w:smallCaps w:val="0"/>
          <w:strike w:val="0"/>
          <w:sz w:val="16"/>
          <w:u w:val="none"/>
        </w:rPr>
        <w:t>Let’s bring these benefits of AI in agriculture to life with examples of how multinational corporations are already using AI to enhance farming, crop protection, and transportation.</w:t>
      </w:r>
    </w:p>
    <w:p>
      <w:pPr>
        <w:spacing w:after="60"/>
      </w:pPr>
      <w:r>
        <w:rPr>
          <w:b w:val="0"/>
          <w:i w:val="0"/>
          <w:smallCaps w:val="0"/>
          <w:strike w:val="0"/>
          <w:sz w:val="16"/>
          <w:u w:val="none"/>
        </w:rPr>
        <w:t>The Algorithmic Orchard: How Bayer is Using AI for Precision Crop Care</w:t>
      </w:r>
    </w:p>
    <w:p>
      <w:pPr>
        <w:spacing w:after="60"/>
      </w:pPr>
      <w:r>
        <w:rPr>
          <w:b w:val="0"/>
          <w:i w:val="0"/>
          <w:smallCaps w:val="0"/>
          <w:strike w:val="0"/>
          <w:sz w:val="20"/>
          <w:u w:val="single"/>
        </w:rPr>
        <w:t>Bayer</w:t>
      </w:r>
      <w:r>
        <w:rPr>
          <w:b w:val="0"/>
          <w:i w:val="0"/>
          <w:smallCaps w:val="0"/>
          <w:strike w:val="0"/>
          <w:sz w:val="16"/>
          <w:u w:val="none"/>
        </w:rPr>
        <w:t xml:space="preserve">, an international powerhouse in the agricultural industry, </w:t>
      </w:r>
      <w:r>
        <w:rPr>
          <w:b w:val="0"/>
          <w:i w:val="0"/>
          <w:smallCaps w:val="0"/>
          <w:strike w:val="0"/>
          <w:sz w:val="20"/>
          <w:u w:val="single"/>
        </w:rPr>
        <w:t>has over 150 years of experience using</w:t>
      </w:r>
      <w:r>
        <w:rPr>
          <w:b w:val="0"/>
          <w:i w:val="0"/>
          <w:smallCaps w:val="0"/>
          <w:strike w:val="0"/>
          <w:sz w:val="16"/>
          <w:u w:val="none"/>
        </w:rPr>
        <w:t xml:space="preserve"> </w:t>
      </w:r>
      <w:r>
        <w:rPr>
          <w:b w:val="0"/>
          <w:i w:val="0"/>
          <w:smallCaps w:val="0"/>
          <w:strike w:val="0"/>
          <w:sz w:val="20"/>
          <w:u w:val="single"/>
        </w:rPr>
        <w:t>science</w:t>
      </w:r>
      <w:r>
        <w:rPr>
          <w:b w:val="0"/>
          <w:i w:val="0"/>
          <w:smallCaps w:val="0"/>
          <w:strike w:val="0"/>
          <w:sz w:val="16"/>
          <w:u w:val="none"/>
        </w:rPr>
        <w:t xml:space="preserve"> to enhance crop yields. </w:t>
      </w:r>
    </w:p>
    <w:p>
      <w:pPr>
        <w:spacing w:after="60"/>
      </w:pPr>
      <w:r>
        <w:rPr>
          <w:b w:val="0"/>
          <w:i w:val="0"/>
          <w:smallCaps w:val="0"/>
          <w:strike w:val="0"/>
          <w:sz w:val="16"/>
          <w:u w:val="none"/>
        </w:rPr>
        <w:t xml:space="preserve">Since the early 1990s, the worldwide agricultural use of pesticides has steadily increased. While pesticides protect food and ensure a more bountiful yield, they also contaminate soil, water, and air. Pesticides are one of the leading causes of biodiversity loss and are linked to human chronic illness. </w:t>
      </w:r>
    </w:p>
    <w:p>
      <w:pPr>
        <w:spacing w:after="60"/>
      </w:pPr>
      <w:r>
        <w:rPr>
          <w:b/>
          <w:i w:val="0"/>
          <w:smallCaps w:val="0"/>
          <w:strike w:val="0"/>
          <w:sz w:val="20"/>
          <w:highlight w:val="cyan"/>
          <w:u w:val="single"/>
        </w:rPr>
        <w:t>Bayer</w:t>
      </w:r>
      <w:r>
        <w:rPr>
          <w:b w:val="0"/>
          <w:i w:val="0"/>
          <w:smallCaps w:val="0"/>
          <w:strike w:val="0"/>
          <w:sz w:val="16"/>
          <w:u w:val="none"/>
        </w:rPr>
        <w:t xml:space="preserve"> </w:t>
      </w:r>
      <w:r>
        <w:rPr>
          <w:b/>
          <w:i w:val="0"/>
          <w:smallCaps w:val="0"/>
          <w:strike w:val="0"/>
          <w:sz w:val="20"/>
          <w:highlight w:val="cyan"/>
          <w:u w:val="single"/>
        </w:rPr>
        <w:t>identifies</w:t>
      </w:r>
      <w:r>
        <w:rPr>
          <w:b w:val="0"/>
          <w:i w:val="0"/>
          <w:smallCaps w:val="0"/>
          <w:strike w:val="0"/>
          <w:sz w:val="16"/>
          <w:u w:val="none"/>
        </w:rPr>
        <w:t xml:space="preserve"> the use of </w:t>
      </w:r>
      <w:r>
        <w:rPr>
          <w:b/>
          <w:i w:val="0"/>
          <w:smallCaps w:val="0"/>
          <w:strike w:val="0"/>
          <w:sz w:val="20"/>
          <w:highlight w:val="cyan"/>
          <w:u w:val="single"/>
        </w:rPr>
        <w:t>pesticides</w:t>
      </w:r>
      <w:r>
        <w:rPr>
          <w:b w:val="0"/>
          <w:i w:val="0"/>
          <w:smallCaps w:val="0"/>
          <w:strike w:val="0"/>
          <w:sz w:val="16"/>
          <w:u w:val="none"/>
        </w:rPr>
        <w:t xml:space="preserve"> </w:t>
      </w:r>
      <w:r>
        <w:rPr>
          <w:b w:val="0"/>
          <w:i w:val="0"/>
          <w:smallCaps w:val="0"/>
          <w:strike w:val="0"/>
          <w:sz w:val="20"/>
          <w:highlight w:val="cyan"/>
          <w:u w:val="single"/>
        </w:rPr>
        <w:t>as</w:t>
      </w:r>
      <w:r>
        <w:rPr>
          <w:b w:val="0"/>
          <w:i w:val="0"/>
          <w:smallCaps w:val="0"/>
          <w:strike w:val="0"/>
          <w:sz w:val="16"/>
          <w:u w:val="none"/>
        </w:rPr>
        <w:t xml:space="preserve"> both </w:t>
      </w:r>
      <w:r>
        <w:rPr>
          <w:b w:val="0"/>
          <w:i w:val="0"/>
          <w:smallCaps w:val="0"/>
          <w:strike w:val="0"/>
          <w:sz w:val="20"/>
          <w:highlight w:val="cyan"/>
          <w:u w:val="single"/>
        </w:rPr>
        <w:t>a</w:t>
      </w:r>
      <w:r>
        <w:rPr>
          <w:b w:val="0"/>
          <w:i w:val="0"/>
          <w:smallCaps w:val="0"/>
          <w:strike w:val="0"/>
          <w:sz w:val="16"/>
          <w:u w:val="none"/>
        </w:rPr>
        <w:t xml:space="preserve"> </w:t>
      </w:r>
      <w:r>
        <w:rPr>
          <w:b w:val="0"/>
          <w:i w:val="0"/>
          <w:smallCaps w:val="0"/>
          <w:strike w:val="0"/>
          <w:sz w:val="20"/>
          <w:highlight w:val="cyan"/>
          <w:u w:val="single"/>
        </w:rPr>
        <w:t>human and environmental concern</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is </w:t>
      </w:r>
      <w:r>
        <w:rPr>
          <w:b w:val="0"/>
          <w:i w:val="0"/>
          <w:smallCaps w:val="0"/>
          <w:strike w:val="0"/>
          <w:sz w:val="20"/>
          <w:u w:val="single"/>
        </w:rPr>
        <w:t>leveraging</w:t>
      </w:r>
      <w:r>
        <w:rPr>
          <w:b w:val="0"/>
          <w:i w:val="0"/>
          <w:smallCaps w:val="0"/>
          <w:strike w:val="0"/>
          <w:sz w:val="16"/>
          <w:u w:val="none"/>
        </w:rPr>
        <w:t xml:space="preserve"> </w:t>
      </w:r>
      <w:r>
        <w:rPr>
          <w:b w:val="0"/>
          <w:i w:val="0"/>
          <w:smallCaps w:val="0"/>
          <w:strike w:val="0"/>
          <w:sz w:val="20"/>
          <w:u w:val="single"/>
        </w:rPr>
        <w:t>technology</w:t>
      </w:r>
      <w:r>
        <w:rPr>
          <w:b w:val="0"/>
          <w:i w:val="0"/>
          <w:smallCaps w:val="0"/>
          <w:strike w:val="0"/>
          <w:sz w:val="16"/>
          <w:u w:val="none"/>
        </w:rPr>
        <w:t xml:space="preserve"> to reduce its usage. Using artificial intelligence and drones, Bayer sends fleets of airborne drones into its fields. </w:t>
      </w:r>
      <w:r>
        <w:rPr>
          <w:b w:val="0"/>
          <w:i w:val="0"/>
          <w:smallCaps w:val="0"/>
          <w:strike w:val="0"/>
          <w:sz w:val="20"/>
          <w:u w:val="single"/>
        </w:rPr>
        <w:t>Monitoring</w:t>
      </w:r>
      <w:r>
        <w:rPr>
          <w:b w:val="0"/>
          <w:i w:val="0"/>
          <w:smallCaps w:val="0"/>
          <w:strike w:val="0"/>
          <w:sz w:val="16"/>
          <w:u w:val="none"/>
        </w:rPr>
        <w:t xml:space="preserve"> crop </w:t>
      </w:r>
      <w:r>
        <w:rPr>
          <w:b w:val="0"/>
          <w:i w:val="0"/>
          <w:smallCaps w:val="0"/>
          <w:strike w:val="0"/>
          <w:sz w:val="20"/>
          <w:u w:val="single"/>
        </w:rPr>
        <w:t>health</w:t>
      </w:r>
      <w:r>
        <w:rPr>
          <w:b w:val="0"/>
          <w:i w:val="0"/>
          <w:smallCaps w:val="0"/>
          <w:strike w:val="0"/>
          <w:sz w:val="16"/>
          <w:u w:val="none"/>
        </w:rPr>
        <w:t xml:space="preserve"> </w:t>
      </w:r>
      <w:r>
        <w:rPr>
          <w:b w:val="0"/>
          <w:i w:val="0"/>
          <w:smallCaps w:val="0"/>
          <w:strike w:val="0"/>
          <w:sz w:val="20"/>
          <w:u w:val="single"/>
        </w:rPr>
        <w:t>with</w:t>
      </w:r>
      <w:r>
        <w:rPr>
          <w:b w:val="0"/>
          <w:i w:val="0"/>
          <w:smallCaps w:val="0"/>
          <w:strike w:val="0"/>
          <w:sz w:val="16"/>
          <w:u w:val="none"/>
        </w:rPr>
        <w:t xml:space="preserve"> </w:t>
      </w:r>
      <w:r>
        <w:rPr>
          <w:b w:val="0"/>
          <w:i w:val="0"/>
          <w:smallCaps w:val="0"/>
          <w:strike w:val="0"/>
          <w:sz w:val="20"/>
          <w:u w:val="single"/>
        </w:rPr>
        <w:t>cameras</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val="0"/>
          <w:i w:val="0"/>
          <w:smallCaps w:val="0"/>
          <w:strike w:val="0"/>
          <w:sz w:val="20"/>
          <w:highlight w:val="cyan"/>
          <w:u w:val="single"/>
        </w:rPr>
        <w:t>AI</w:t>
      </w:r>
      <w:r>
        <w:rPr>
          <w:b w:val="0"/>
          <w:i w:val="0"/>
          <w:smallCaps w:val="0"/>
          <w:strike w:val="0"/>
          <w:sz w:val="16"/>
          <w:u w:val="none"/>
        </w:rPr>
        <w:t xml:space="preserve">-enabled identification </w:t>
      </w:r>
      <w:r>
        <w:rPr>
          <w:b w:val="0"/>
          <w:i w:val="0"/>
          <w:smallCaps w:val="0"/>
          <w:strike w:val="0"/>
          <w:sz w:val="20"/>
          <w:highlight w:val="cyan"/>
          <w:u w:val="single"/>
        </w:rPr>
        <w:t>can</w:t>
      </w:r>
      <w:r>
        <w:rPr>
          <w:b w:val="0"/>
          <w:i w:val="0"/>
          <w:smallCaps w:val="0"/>
          <w:strike w:val="0"/>
          <w:sz w:val="20"/>
          <w:u w:val="single"/>
        </w:rPr>
        <w:t xml:space="preserve"> </w:t>
      </w:r>
      <w:r>
        <w:rPr>
          <w:b/>
          <w:i w:val="0"/>
          <w:smallCaps w:val="0"/>
          <w:strike w:val="0"/>
          <w:sz w:val="20"/>
          <w:highlight w:val="cyan"/>
          <w:u w:val="single"/>
        </w:rPr>
        <w:t>rapidly</w:t>
      </w:r>
      <w:r>
        <w:rPr>
          <w:b w:val="0"/>
          <w:i w:val="0"/>
          <w:smallCaps w:val="0"/>
          <w:strike w:val="0"/>
          <w:sz w:val="20"/>
          <w:u w:val="single"/>
        </w:rPr>
        <w:t xml:space="preserve"> </w:t>
      </w:r>
      <w:r>
        <w:rPr>
          <w:b/>
          <w:i w:val="0"/>
          <w:smallCaps w:val="0"/>
          <w:strike w:val="0"/>
          <w:sz w:val="20"/>
          <w:highlight w:val="cyan"/>
          <w:u w:val="single"/>
        </w:rPr>
        <w:t>assess</w:t>
      </w:r>
      <w:r>
        <w:rPr>
          <w:b w:val="0"/>
          <w:i w:val="0"/>
          <w:smallCaps w:val="0"/>
          <w:strike w:val="0"/>
          <w:sz w:val="20"/>
          <w:u w:val="single"/>
        </w:rPr>
        <w:t xml:space="preserve"> </w:t>
      </w:r>
      <w:r>
        <w:rPr>
          <w:b/>
          <w:i w:val="0"/>
          <w:smallCaps w:val="0"/>
          <w:strike w:val="0"/>
          <w:sz w:val="20"/>
          <w:highlight w:val="cyan"/>
          <w:u w:val="single"/>
        </w:rPr>
        <w:t>diseases</w:t>
      </w:r>
      <w:r>
        <w:rPr>
          <w:b w:val="0"/>
          <w:i w:val="0"/>
          <w:smallCaps w:val="0"/>
          <w:strike w:val="0"/>
          <w:sz w:val="16"/>
          <w:u w:val="none"/>
        </w:rPr>
        <w:t xml:space="preserve"> </w:t>
      </w:r>
      <w:r>
        <w:rPr>
          <w:b w:val="0"/>
          <w:i w:val="0"/>
          <w:smallCaps w:val="0"/>
          <w:strike w:val="0"/>
          <w:sz w:val="20"/>
          <w:highlight w:val="cyan"/>
          <w:u w:val="single"/>
        </w:rPr>
        <w:t>and</w:t>
      </w:r>
      <w:r>
        <w:rPr>
          <w:b w:val="0"/>
          <w:i w:val="0"/>
          <w:smallCaps w:val="0"/>
          <w:strike w:val="0"/>
          <w:sz w:val="20"/>
          <w:u w:val="single"/>
        </w:rPr>
        <w:t xml:space="preserve"> </w:t>
      </w:r>
      <w:r>
        <w:rPr>
          <w:b/>
          <w:i w:val="0"/>
          <w:smallCaps w:val="0"/>
          <w:strike w:val="0"/>
          <w:sz w:val="20"/>
          <w:highlight w:val="cyan"/>
          <w:u w:val="single"/>
        </w:rPr>
        <w:t>insects</w:t>
      </w:r>
      <w:r>
        <w:rPr>
          <w:b w:val="0"/>
          <w:i w:val="0"/>
          <w:smallCaps w:val="0"/>
          <w:strike w:val="0"/>
          <w:sz w:val="16"/>
          <w:u w:val="none"/>
        </w:rPr>
        <w:t>.</w:t>
      </w:r>
    </w:p>
    <w:p>
      <w:pPr>
        <w:spacing w:after="60"/>
      </w:pPr>
      <w:r>
        <w:rPr>
          <w:b w:val="0"/>
          <w:i w:val="0"/>
          <w:smallCaps w:val="0"/>
          <w:strike w:val="0"/>
          <w:sz w:val="16"/>
          <w:u w:val="none"/>
        </w:rPr>
        <w:t xml:space="preserve">In seconds, Bayer’s </w:t>
      </w:r>
      <w:r>
        <w:rPr>
          <w:b w:val="0"/>
          <w:i w:val="0"/>
          <w:smallCaps w:val="0"/>
          <w:strike w:val="0"/>
          <w:sz w:val="20"/>
          <w:u w:val="single"/>
        </w:rPr>
        <w:t xml:space="preserve">AI </w:t>
      </w:r>
      <w:r>
        <w:rPr>
          <w:b w:val="0"/>
          <w:i w:val="0"/>
          <w:smallCaps w:val="0"/>
          <w:strike w:val="0"/>
          <w:sz w:val="20"/>
          <w:u w:val="single"/>
        </w:rPr>
        <w:t>software</w:t>
      </w:r>
      <w:r>
        <w:rPr>
          <w:b w:val="0"/>
          <w:i w:val="0"/>
          <w:smallCaps w:val="0"/>
          <w:strike w:val="0"/>
          <w:sz w:val="16"/>
          <w:u w:val="none"/>
        </w:rPr>
        <w:t xml:space="preserve"> </w:t>
      </w:r>
      <w:r>
        <w:rPr>
          <w:b w:val="0"/>
          <w:i w:val="0"/>
          <w:smallCaps w:val="0"/>
          <w:strike w:val="0"/>
          <w:sz w:val="20"/>
          <w:u w:val="single"/>
        </w:rPr>
        <w:t>can</w:t>
      </w:r>
      <w:r>
        <w:rPr>
          <w:b w:val="0"/>
          <w:i w:val="0"/>
          <w:smallCaps w:val="0"/>
          <w:strike w:val="0"/>
          <w:sz w:val="16"/>
          <w:u w:val="none"/>
        </w:rPr>
        <w:t xml:space="preserve"> </w:t>
      </w:r>
      <w:r>
        <w:rPr>
          <w:b w:val="0"/>
          <w:i w:val="0"/>
          <w:smallCaps w:val="0"/>
          <w:strike w:val="0"/>
          <w:sz w:val="20"/>
          <w:u w:val="single"/>
        </w:rPr>
        <w:t>identify</w:t>
      </w:r>
      <w:r>
        <w:rPr>
          <w:b w:val="0"/>
          <w:i w:val="0"/>
          <w:smallCaps w:val="0"/>
          <w:strike w:val="0"/>
          <w:sz w:val="16"/>
          <w:u w:val="none"/>
        </w:rPr>
        <w:t xml:space="preserve"> over </w:t>
      </w:r>
      <w:r>
        <w:rPr>
          <w:b w:val="0"/>
          <w:i w:val="0"/>
          <w:smallCaps w:val="0"/>
          <w:strike w:val="0"/>
          <w:sz w:val="20"/>
          <w:u w:val="single"/>
        </w:rPr>
        <w:t>140 weed types</w:t>
      </w:r>
      <w:r>
        <w:rPr>
          <w:b w:val="0"/>
          <w:i w:val="0"/>
          <w:smallCaps w:val="0"/>
          <w:strike w:val="0"/>
          <w:sz w:val="16"/>
          <w:u w:val="none"/>
        </w:rPr>
        <w:t xml:space="preserve"> and numerous insect types from over 20 countries. Armed with this information, </w:t>
      </w:r>
      <w:r>
        <w:rPr>
          <w:b w:val="0"/>
          <w:i w:val="0"/>
          <w:smallCaps w:val="0"/>
          <w:strike w:val="0"/>
          <w:sz w:val="20"/>
          <w:u w:val="single"/>
        </w:rPr>
        <w:t xml:space="preserve">they can </w:t>
      </w:r>
      <w:r>
        <w:rPr>
          <w:b/>
          <w:i w:val="0"/>
          <w:smallCaps w:val="0"/>
          <w:strike w:val="0"/>
          <w:sz w:val="20"/>
          <w:highlight w:val="cyan"/>
          <w:u w:val="single"/>
        </w:rPr>
        <w:t>mobilize</w:t>
      </w:r>
      <w:r>
        <w:rPr>
          <w:b w:val="0"/>
          <w:i w:val="0"/>
          <w:smallCaps w:val="0"/>
          <w:strike w:val="0"/>
          <w:sz w:val="20"/>
          <w:u w:val="single"/>
        </w:rPr>
        <w:t xml:space="preserve"> </w:t>
      </w:r>
      <w:r>
        <w:rPr>
          <w:b/>
          <w:i w:val="0"/>
          <w:smallCaps w:val="0"/>
          <w:strike w:val="0"/>
          <w:sz w:val="20"/>
          <w:highlight w:val="cyan"/>
          <w:u w:val="single"/>
        </w:rPr>
        <w:t>drones</w:t>
      </w:r>
      <w:r>
        <w:rPr>
          <w:b w:val="0"/>
          <w:i w:val="0"/>
          <w:smallCaps w:val="0"/>
          <w:strike w:val="0"/>
          <w:sz w:val="16"/>
          <w:u w:val="none"/>
        </w:rPr>
        <w:t xml:space="preserve"> only </w:t>
      </w:r>
      <w:r>
        <w:rPr>
          <w:b w:val="0"/>
          <w:i w:val="0"/>
          <w:smallCaps w:val="0"/>
          <w:strike w:val="0"/>
          <w:sz w:val="20"/>
          <w:highlight w:val="cyan"/>
          <w:u w:val="single"/>
        </w:rPr>
        <w:t>to</w:t>
      </w:r>
      <w:r>
        <w:rPr>
          <w:b w:val="0"/>
          <w:i w:val="0"/>
          <w:smallCaps w:val="0"/>
          <w:strike w:val="0"/>
          <w:sz w:val="16"/>
          <w:u w:val="none"/>
        </w:rPr>
        <w:t xml:space="preserve"> </w:t>
      </w:r>
      <w:r>
        <w:rPr>
          <w:b w:val="0"/>
          <w:i w:val="0"/>
          <w:smallCaps w:val="0"/>
          <w:strike w:val="0"/>
          <w:sz w:val="20"/>
          <w:highlight w:val="cyan"/>
          <w:u w:val="single"/>
        </w:rPr>
        <w:t>spray</w:t>
      </w:r>
      <w:r>
        <w:rPr>
          <w:b w:val="0"/>
          <w:i w:val="0"/>
          <w:smallCaps w:val="0"/>
          <w:strike w:val="0"/>
          <w:sz w:val="20"/>
          <w:u w:val="single"/>
        </w:rPr>
        <w:t xml:space="preserve"> </w:t>
      </w:r>
      <w:r>
        <w:rPr>
          <w:b w:val="0"/>
          <w:i w:val="0"/>
          <w:smallCaps w:val="0"/>
          <w:strike w:val="0"/>
          <w:sz w:val="20"/>
          <w:highlight w:val="cyan"/>
          <w:u w:val="single"/>
        </w:rPr>
        <w:t>pesticides</w:t>
      </w:r>
      <w:r>
        <w:rPr>
          <w:b w:val="0"/>
          <w:i w:val="0"/>
          <w:smallCaps w:val="0"/>
          <w:strike w:val="0"/>
          <w:sz w:val="16"/>
          <w:u w:val="none"/>
        </w:rPr>
        <w:t xml:space="preserve"> </w:t>
      </w:r>
      <w:r>
        <w:rPr>
          <w:b w:val="0"/>
          <w:i w:val="0"/>
          <w:smallCaps w:val="0"/>
          <w:strike w:val="0"/>
          <w:sz w:val="20"/>
          <w:u w:val="single"/>
        </w:rPr>
        <w:t>on an individual</w:t>
      </w:r>
      <w:r>
        <w:rPr>
          <w:b w:val="0"/>
          <w:i w:val="0"/>
          <w:smallCaps w:val="0"/>
          <w:strike w:val="0"/>
          <w:sz w:val="16"/>
          <w:u w:val="none"/>
        </w:rPr>
        <w:t xml:space="preserve"> </w:t>
      </w:r>
      <w:r>
        <w:rPr>
          <w:b w:val="0"/>
          <w:i w:val="0"/>
          <w:smallCaps w:val="0"/>
          <w:strike w:val="0"/>
          <w:sz w:val="20"/>
          <w:u w:val="single"/>
        </w:rPr>
        <w:t>plant</w:t>
      </w:r>
      <w:r>
        <w:rPr>
          <w:b w:val="0"/>
          <w:i w:val="0"/>
          <w:smallCaps w:val="0"/>
          <w:strike w:val="0"/>
          <w:sz w:val="16"/>
          <w:u w:val="none"/>
        </w:rPr>
        <w:t xml:space="preserve"> level. Instead of spraying whole fields, this ensures that only plans that need additional protection receive pesticides.</w:t>
      </w:r>
    </w:p>
    <w:p>
      <w:pPr>
        <w:spacing w:after="60"/>
      </w:pPr>
      <w:r>
        <w:rPr>
          <w:b w:val="0"/>
          <w:i w:val="0"/>
          <w:smallCaps w:val="0"/>
          <w:strike w:val="0"/>
          <w:sz w:val="16"/>
          <w:u w:val="none"/>
        </w:rPr>
        <w:t xml:space="preserve">By 2030, </w:t>
      </w:r>
      <w:r>
        <w:rPr>
          <w:b w:val="0"/>
          <w:i w:val="0"/>
          <w:smallCaps w:val="0"/>
          <w:strike w:val="0"/>
          <w:sz w:val="20"/>
          <w:highlight w:val="cyan"/>
          <w:u w:val="single"/>
        </w:rPr>
        <w:t>this</w:t>
      </w:r>
      <w:r>
        <w:rPr>
          <w:b w:val="0"/>
          <w:i w:val="0"/>
          <w:smallCaps w:val="0"/>
          <w:strike w:val="0"/>
          <w:sz w:val="16"/>
          <w:u w:val="none"/>
        </w:rPr>
        <w:t xml:space="preserve"> </w:t>
      </w:r>
      <w:r>
        <w:rPr>
          <w:b w:val="0"/>
          <w:i w:val="0"/>
          <w:smallCaps w:val="0"/>
          <w:strike w:val="0"/>
          <w:sz w:val="20"/>
          <w:u w:val="single"/>
        </w:rPr>
        <w:t>solution</w:t>
      </w:r>
      <w:r>
        <w:rPr>
          <w:b w:val="0"/>
          <w:i w:val="0"/>
          <w:smallCaps w:val="0"/>
          <w:strike w:val="0"/>
          <w:sz w:val="16"/>
          <w:u w:val="none"/>
        </w:rPr>
        <w:t xml:space="preserve"> provided by AI in agriculture </w:t>
      </w:r>
      <w:r>
        <w:rPr>
          <w:b w:val="0"/>
          <w:i w:val="0"/>
          <w:smallCaps w:val="0"/>
          <w:strike w:val="0"/>
          <w:sz w:val="20"/>
          <w:highlight w:val="cyan"/>
          <w:u w:val="single"/>
        </w:rPr>
        <w:t>will</w:t>
      </w:r>
      <w:r>
        <w:rPr>
          <w:b w:val="0"/>
          <w:i w:val="0"/>
          <w:smallCaps w:val="0"/>
          <w:strike w:val="0"/>
          <w:sz w:val="16"/>
          <w:u w:val="none"/>
        </w:rPr>
        <w:t xml:space="preserve"> help </w:t>
      </w:r>
      <w:r>
        <w:rPr>
          <w:b/>
          <w:i w:val="0"/>
          <w:smallCaps w:val="0"/>
          <w:strike w:val="0"/>
          <w:sz w:val="20"/>
          <w:highlight w:val="cyan"/>
          <w:u w:val="single"/>
        </w:rPr>
        <w:t>reduce</w:t>
      </w:r>
      <w:r>
        <w:rPr>
          <w:b w:val="0"/>
          <w:i w:val="0"/>
          <w:smallCaps w:val="0"/>
          <w:strike w:val="0"/>
          <w:sz w:val="20"/>
          <w:highlight w:val="cyan"/>
          <w:u w:val="single"/>
        </w:rPr>
        <w:t xml:space="preserve"> the </w:t>
      </w:r>
      <w:r>
        <w:rPr>
          <w:b/>
          <w:i w:val="0"/>
          <w:smallCaps w:val="0"/>
          <w:strike w:val="0"/>
          <w:sz w:val="20"/>
          <w:highlight w:val="cyan"/>
          <w:u w:val="single"/>
        </w:rPr>
        <w:t>environmental</w:t>
      </w:r>
      <w:r>
        <w:rPr>
          <w:b w:val="0"/>
          <w:i w:val="0"/>
          <w:smallCaps w:val="0"/>
          <w:strike w:val="0"/>
          <w:sz w:val="20"/>
          <w:highlight w:val="cyan"/>
          <w:u w:val="single"/>
        </w:rPr>
        <w:t xml:space="preserve"> impact</w:t>
      </w:r>
      <w:r>
        <w:rPr>
          <w:b w:val="0"/>
          <w:i w:val="0"/>
          <w:smallCaps w:val="0"/>
          <w:strike w:val="0"/>
          <w:sz w:val="16"/>
          <w:u w:val="none"/>
        </w:rPr>
        <w:t xml:space="preserve"> of crop production </w:t>
      </w:r>
      <w:r>
        <w:rPr>
          <w:b w:val="0"/>
          <w:i w:val="0"/>
          <w:smallCaps w:val="0"/>
          <w:strike w:val="0"/>
          <w:sz w:val="20"/>
          <w:highlight w:val="cyan"/>
          <w:u w:val="single"/>
        </w:rPr>
        <w:t>by</w:t>
      </w:r>
      <w:r>
        <w:rPr>
          <w:b w:val="0"/>
          <w:i w:val="0"/>
          <w:smallCaps w:val="0"/>
          <w:strike w:val="0"/>
          <w:sz w:val="20"/>
          <w:u w:val="single"/>
        </w:rPr>
        <w:t xml:space="preserve"> </w:t>
      </w:r>
      <w:r>
        <w:rPr>
          <w:b w:val="0"/>
          <w:i w:val="0"/>
          <w:smallCaps w:val="0"/>
          <w:strike w:val="0"/>
          <w:sz w:val="20"/>
          <w:highlight w:val="cyan"/>
          <w:u w:val="single"/>
        </w:rPr>
        <w:t>30%</w:t>
      </w:r>
      <w:r>
        <w:rPr>
          <w:b w:val="0"/>
          <w:i w:val="0"/>
          <w:smallCaps w:val="0"/>
          <w:strike w:val="0"/>
          <w:sz w:val="16"/>
          <w:highlight w:val="cyan"/>
          <w:u w:val="none"/>
        </w:rPr>
        <w:t>.</w:t>
      </w:r>
      <w:r>
        <w:rPr>
          <w:b w:val="0"/>
          <w:i w:val="0"/>
          <w:smallCaps w:val="0"/>
          <w:strike w:val="0"/>
          <w:sz w:val="16"/>
          <w:u w:val="none"/>
        </w:rPr>
        <w:t xml:space="preserve"> AI enables Bayer to enhance agricultural practices, reduce crop risk, and boost successful yield volumes. </w:t>
      </w:r>
    </w:p>
    <w:p>
      <w:pPr>
        <w:spacing w:after="60"/>
      </w:pPr>
      <w:r>
        <w:rPr>
          <w:b w:val="0"/>
          <w:i w:val="0"/>
          <w:smallCaps w:val="0"/>
          <w:strike w:val="0"/>
          <w:sz w:val="16"/>
          <w:u w:val="none"/>
        </w:rPr>
        <w:t>John Deere and the Rise of the Robot Farmer</w:t>
      </w:r>
    </w:p>
    <w:p>
      <w:pPr>
        <w:spacing w:after="60"/>
      </w:pPr>
      <w:r>
        <w:rPr>
          <w:b w:val="0"/>
          <w:i w:val="0"/>
          <w:smallCaps w:val="0"/>
          <w:strike w:val="0"/>
          <w:sz w:val="16"/>
          <w:u w:val="none"/>
        </w:rPr>
        <w:t xml:space="preserve">As the global population rises, businesses are turning to AI in agriculture to provide the infrastructure for more effective harvesting. John Deere is at the forefront of this trend, having pioneered </w:t>
      </w:r>
      <w:r>
        <w:rPr>
          <w:b w:val="0"/>
          <w:i w:val="0"/>
          <w:smallCaps w:val="0"/>
          <w:strike w:val="0"/>
          <w:sz w:val="20"/>
          <w:highlight w:val="cyan"/>
          <w:u w:val="single"/>
        </w:rPr>
        <w:t>AI-controlled</w:t>
      </w:r>
      <w:r>
        <w:rPr>
          <w:b w:val="0"/>
          <w:i w:val="0"/>
          <w:smallCaps w:val="0"/>
          <w:strike w:val="0"/>
          <w:sz w:val="16"/>
          <w:highlight w:val="cyan"/>
          <w:u w:val="none"/>
        </w:rPr>
        <w:t xml:space="preserve"> </w:t>
      </w:r>
      <w:r>
        <w:rPr>
          <w:b w:val="0"/>
          <w:i w:val="0"/>
          <w:smallCaps w:val="0"/>
          <w:strike w:val="0"/>
          <w:sz w:val="20"/>
          <w:highlight w:val="cyan"/>
          <w:u w:val="single"/>
        </w:rPr>
        <w:t>tractors</w:t>
      </w:r>
      <w:r>
        <w:rPr>
          <w:b w:val="0"/>
          <w:i w:val="0"/>
          <w:smallCaps w:val="0"/>
          <w:strike w:val="0"/>
          <w:sz w:val="16"/>
          <w:u w:val="none"/>
        </w:rPr>
        <w:t xml:space="preserve">. </w:t>
      </w:r>
    </w:p>
    <w:p>
      <w:pPr>
        <w:spacing w:after="60"/>
      </w:pPr>
      <w:r>
        <w:rPr>
          <w:b w:val="0"/>
          <w:i w:val="0"/>
          <w:smallCaps w:val="0"/>
          <w:strike w:val="0"/>
          <w:sz w:val="16"/>
          <w:u w:val="none"/>
        </w:rPr>
        <w:t xml:space="preserve">Armed with computer vision, these tractors </w:t>
      </w:r>
      <w:r>
        <w:rPr>
          <w:b w:val="0"/>
          <w:i w:val="0"/>
          <w:smallCaps w:val="0"/>
          <w:strike w:val="0"/>
          <w:sz w:val="20"/>
          <w:highlight w:val="cyan"/>
          <w:u w:val="single"/>
        </w:rPr>
        <w:t xml:space="preserve">can </w:t>
      </w:r>
      <w:r>
        <w:rPr>
          <w:b/>
          <w:i w:val="0"/>
          <w:smallCaps w:val="0"/>
          <w:strike w:val="0"/>
          <w:sz w:val="20"/>
          <w:highlight w:val="cyan"/>
          <w:u w:val="single"/>
        </w:rPr>
        <w:t>navigate</w:t>
      </w:r>
      <w:r>
        <w:rPr>
          <w:b w:val="0"/>
          <w:i w:val="0"/>
          <w:smallCaps w:val="0"/>
          <w:strike w:val="0"/>
          <w:sz w:val="20"/>
          <w:highlight w:val="cyan"/>
          <w:u w:val="single"/>
        </w:rPr>
        <w:t xml:space="preserve"> </w:t>
      </w:r>
      <w:r>
        <w:rPr>
          <w:b/>
          <w:i w:val="0"/>
          <w:smallCaps w:val="0"/>
          <w:strike w:val="0"/>
          <w:sz w:val="20"/>
          <w:highlight w:val="cyan"/>
          <w:u w:val="single"/>
        </w:rPr>
        <w:t>fields</w:t>
      </w:r>
      <w:r>
        <w:rPr>
          <w:b w:val="0"/>
          <w:i w:val="0"/>
          <w:smallCaps w:val="0"/>
          <w:strike w:val="0"/>
          <w:sz w:val="20"/>
          <w:highlight w:val="cyan"/>
          <w:u w:val="single"/>
        </w:rPr>
        <w:t xml:space="preserve"> and work </w:t>
      </w:r>
      <w:r>
        <w:rPr>
          <w:b/>
          <w:i w:val="0"/>
          <w:smallCaps w:val="0"/>
          <w:strike w:val="0"/>
          <w:sz w:val="20"/>
          <w:highlight w:val="cyan"/>
          <w:u w:val="single"/>
        </w:rPr>
        <w:t>independently</w:t>
      </w:r>
      <w:r>
        <w:rPr>
          <w:b w:val="0"/>
          <w:i w:val="0"/>
          <w:smallCaps w:val="0"/>
          <w:strike w:val="0"/>
          <w:sz w:val="16"/>
          <w:u w:val="none"/>
        </w:rPr>
        <w:t xml:space="preserve">—day or night. Without the need for farmers to operate tractors, </w:t>
      </w:r>
      <w:r>
        <w:rPr>
          <w:b w:val="0"/>
          <w:i w:val="0"/>
          <w:smallCaps w:val="0"/>
          <w:strike w:val="0"/>
          <w:sz w:val="20"/>
          <w:highlight w:val="cyan"/>
          <w:u w:val="single"/>
        </w:rPr>
        <w:t>this</w:t>
      </w:r>
      <w:r>
        <w:rPr>
          <w:b w:val="0"/>
          <w:i w:val="0"/>
          <w:smallCaps w:val="0"/>
          <w:strike w:val="0"/>
          <w:sz w:val="16"/>
          <w:u w:val="none"/>
        </w:rPr>
        <w:t xml:space="preserve"> technology </w:t>
      </w:r>
      <w:r>
        <w:rPr>
          <w:b/>
          <w:i w:val="0"/>
          <w:smallCaps w:val="0"/>
          <w:strike w:val="0"/>
          <w:sz w:val="20"/>
          <w:highlight w:val="cyan"/>
          <w:u w:val="single"/>
        </w:rPr>
        <w:t>frees</w:t>
      </w:r>
      <w:r>
        <w:rPr>
          <w:b w:val="0"/>
          <w:i w:val="0"/>
          <w:smallCaps w:val="0"/>
          <w:strike w:val="0"/>
          <w:sz w:val="20"/>
          <w:highlight w:val="cyan"/>
          <w:u w:val="single"/>
        </w:rPr>
        <w:t xml:space="preserve"> up time</w:t>
      </w:r>
      <w:r>
        <w:rPr>
          <w:b w:val="0"/>
          <w:i w:val="0"/>
          <w:smallCaps w:val="0"/>
          <w:strike w:val="0"/>
          <w:sz w:val="20"/>
          <w:u w:val="single"/>
        </w:rPr>
        <w:t xml:space="preserve"> for farmers</w:t>
      </w:r>
      <w:r>
        <w:rPr>
          <w:b w:val="0"/>
          <w:i w:val="0"/>
          <w:smallCaps w:val="0"/>
          <w:strike w:val="0"/>
          <w:sz w:val="16"/>
          <w:u w:val="none"/>
        </w:rPr>
        <w:t xml:space="preserve"> </w:t>
      </w:r>
      <w:r>
        <w:rPr>
          <w:b w:val="0"/>
          <w:i w:val="0"/>
          <w:smallCaps w:val="0"/>
          <w:strike w:val="0"/>
          <w:sz w:val="20"/>
          <w:highlight w:val="cyan"/>
          <w:u w:val="single"/>
        </w:rPr>
        <w:t>while enhancing</w:t>
      </w:r>
      <w:r>
        <w:rPr>
          <w:b w:val="0"/>
          <w:i w:val="0"/>
          <w:smallCaps w:val="0"/>
          <w:strike w:val="0"/>
          <w:sz w:val="16"/>
          <w:u w:val="none"/>
        </w:rPr>
        <w:t xml:space="preserve"> the </w:t>
      </w:r>
      <w:r>
        <w:rPr>
          <w:b/>
          <w:i w:val="0"/>
          <w:smallCaps w:val="0"/>
          <w:strike w:val="0"/>
          <w:sz w:val="20"/>
          <w:highlight w:val="cyan"/>
          <w:u w:val="single"/>
        </w:rPr>
        <w:t>productivity</w:t>
      </w:r>
      <w:r>
        <w:rPr>
          <w:b w:val="0"/>
          <w:i w:val="0"/>
          <w:smallCaps w:val="0"/>
          <w:strike w:val="0"/>
          <w:sz w:val="16"/>
          <w:u w:val="none"/>
        </w:rPr>
        <w:t xml:space="preserve"> of crop harvesting.</w:t>
      </w:r>
    </w:p>
    <w:p>
      <w:pPr>
        <w:spacing w:after="60"/>
      </w:pPr>
      <w:r>
        <w:rPr>
          <w:b w:val="0"/>
          <w:i w:val="0"/>
          <w:smallCaps w:val="0"/>
          <w:strike w:val="0"/>
          <w:sz w:val="20"/>
          <w:u w:val="single"/>
        </w:rPr>
        <w:t>Deere’s</w:t>
      </w:r>
      <w:r>
        <w:rPr>
          <w:b w:val="0"/>
          <w:i w:val="0"/>
          <w:smallCaps w:val="0"/>
          <w:strike w:val="0"/>
          <w:sz w:val="16"/>
          <w:u w:val="none"/>
        </w:rPr>
        <w:t xml:space="preserve"> AI </w:t>
      </w:r>
      <w:r>
        <w:rPr>
          <w:b w:val="0"/>
          <w:i w:val="0"/>
          <w:smallCaps w:val="0"/>
          <w:strike w:val="0"/>
          <w:sz w:val="20"/>
          <w:u w:val="single"/>
        </w:rPr>
        <w:t>tractors</w:t>
      </w:r>
      <w:r>
        <w:rPr>
          <w:b w:val="0"/>
          <w:i w:val="0"/>
          <w:smallCaps w:val="0"/>
          <w:strike w:val="0"/>
          <w:sz w:val="16"/>
          <w:u w:val="none"/>
        </w:rPr>
        <w:t xml:space="preserve"> can </w:t>
      </w:r>
      <w:r>
        <w:rPr>
          <w:b w:val="0"/>
          <w:i w:val="0"/>
          <w:smallCaps w:val="0"/>
          <w:strike w:val="0"/>
          <w:sz w:val="20"/>
          <w:u w:val="single"/>
        </w:rPr>
        <w:t>cover 325 acres</w:t>
      </w:r>
      <w:r>
        <w:rPr>
          <w:b w:val="0"/>
          <w:i w:val="0"/>
          <w:smallCaps w:val="0"/>
          <w:strike w:val="0"/>
          <w:sz w:val="16"/>
          <w:u w:val="none"/>
        </w:rPr>
        <w:t xml:space="preserve"> of land </w:t>
      </w:r>
      <w:r>
        <w:rPr>
          <w:b w:val="0"/>
          <w:i w:val="0"/>
          <w:smallCaps w:val="0"/>
          <w:strike w:val="0"/>
          <w:sz w:val="20"/>
          <w:u w:val="single"/>
        </w:rPr>
        <w:t>in 24 hours</w:t>
      </w:r>
      <w:r>
        <w:rPr>
          <w:b w:val="0"/>
          <w:i w:val="0"/>
          <w:smallCaps w:val="0"/>
          <w:strike w:val="0"/>
          <w:sz w:val="16"/>
          <w:u w:val="none"/>
        </w:rPr>
        <w:t>, radically enhancing farming productivity while decreasing the possibility of human harvesting errors. Working throughout the day and night, with only 100 milliseconds needed to make a decision, AI tractors are precise technology that completely automates time-consuming harvesting practices.</w:t>
      </w:r>
    </w:p>
    <w:p>
      <w:pPr>
        <w:spacing w:after="60"/>
      </w:pPr>
      <w:r>
        <w:rPr>
          <w:b w:val="0"/>
          <w:i w:val="0"/>
          <w:smallCaps w:val="0"/>
          <w:strike w:val="0"/>
          <w:sz w:val="16"/>
          <w:u w:val="none"/>
        </w:rPr>
        <w:t>Deanna Kovar, President of Worldwide Agriculture for Europe, Asia, and Africa at Deere &amp; Company, demonstrates just how easy AI tractors make farming:</w:t>
      </w:r>
    </w:p>
    <w:p>
      <w:pPr>
        <w:spacing w:after="60"/>
      </w:pPr>
      <w:r>
        <w:rPr>
          <w:b w:val="0"/>
          <w:i w:val="0"/>
          <w:smallCaps w:val="0"/>
          <w:strike w:val="0"/>
          <w:sz w:val="16"/>
          <w:u w:val="none"/>
        </w:rPr>
        <w:t>“All farmers need to do is transport their tractor to the field, get it set, get out the cab, and use their mobile phone to ‘swipe to farm.”</w:t>
      </w:r>
    </w:p>
    <w:p>
      <w:pPr>
        <w:spacing w:after="60"/>
      </w:pPr>
      <w:r>
        <w:rPr>
          <w:b w:val="0"/>
          <w:i w:val="0"/>
          <w:smallCaps w:val="0"/>
          <w:strike w:val="0"/>
          <w:sz w:val="16"/>
          <w:u w:val="none"/>
        </w:rPr>
        <w:t xml:space="preserve">Instead of spending long days driving around fields, </w:t>
      </w:r>
      <w:r>
        <w:rPr>
          <w:b w:val="0"/>
          <w:i w:val="0"/>
          <w:smallCaps w:val="0"/>
          <w:strike w:val="0"/>
          <w:sz w:val="20"/>
          <w:highlight w:val="cyan"/>
          <w:u w:val="single"/>
        </w:rPr>
        <w:t xml:space="preserve">farmers can </w:t>
      </w:r>
      <w:r>
        <w:rPr>
          <w:b/>
          <w:i w:val="0"/>
          <w:smallCaps w:val="0"/>
          <w:strike w:val="0"/>
          <w:sz w:val="20"/>
          <w:highlight w:val="cyan"/>
          <w:u w:val="single"/>
        </w:rPr>
        <w:t>concentrate</w:t>
      </w:r>
      <w:r>
        <w:rPr>
          <w:b w:val="0"/>
          <w:i w:val="0"/>
          <w:smallCaps w:val="0"/>
          <w:strike w:val="0"/>
          <w:sz w:val="20"/>
          <w:highlight w:val="cyan"/>
          <w:u w:val="single"/>
        </w:rPr>
        <w:t xml:space="preserve"> on</w:t>
      </w:r>
      <w:r>
        <w:rPr>
          <w:b w:val="0"/>
          <w:i w:val="0"/>
          <w:smallCaps w:val="0"/>
          <w:strike w:val="0"/>
          <w:sz w:val="20"/>
          <w:u w:val="single"/>
        </w:rPr>
        <w:t xml:space="preserve"> other </w:t>
      </w:r>
      <w:r>
        <w:rPr>
          <w:b/>
          <w:i w:val="0"/>
          <w:smallCaps w:val="0"/>
          <w:strike w:val="0"/>
          <w:sz w:val="20"/>
          <w:u w:val="single"/>
        </w:rPr>
        <w:t>tasks</w:t>
      </w:r>
      <w:r>
        <w:rPr>
          <w:b w:val="0"/>
          <w:i w:val="0"/>
          <w:smallCaps w:val="0"/>
          <w:strike w:val="0"/>
          <w:sz w:val="16"/>
          <w:u w:val="none"/>
        </w:rPr>
        <w:t xml:space="preserve">, </w:t>
      </w:r>
      <w:r>
        <w:rPr>
          <w:b w:val="0"/>
          <w:i w:val="0"/>
          <w:smallCaps w:val="0"/>
          <w:strike w:val="0"/>
          <w:sz w:val="20"/>
          <w:u w:val="single"/>
        </w:rPr>
        <w:t>freeing up their</w:t>
      </w:r>
      <w:r>
        <w:rPr>
          <w:b w:val="0"/>
          <w:i w:val="0"/>
          <w:smallCaps w:val="0"/>
          <w:strike w:val="0"/>
          <w:sz w:val="16"/>
          <w:u w:val="none"/>
        </w:rPr>
        <w:t xml:space="preserve"> </w:t>
      </w:r>
      <w:r>
        <w:rPr>
          <w:b w:val="0"/>
          <w:i w:val="0"/>
          <w:smallCaps w:val="0"/>
          <w:strike w:val="0"/>
          <w:sz w:val="20"/>
          <w:u w:val="single"/>
        </w:rPr>
        <w:t xml:space="preserve">schedules </w:t>
      </w:r>
      <w:r>
        <w:rPr>
          <w:b w:val="0"/>
          <w:i w:val="0"/>
          <w:smallCaps w:val="0"/>
          <w:strike w:val="0"/>
          <w:sz w:val="20"/>
          <w:u w:val="single"/>
        </w:rPr>
        <w:t xml:space="preserve">for </w:t>
      </w:r>
      <w:r>
        <w:rPr>
          <w:b/>
          <w:i w:val="0"/>
          <w:smallCaps w:val="0"/>
          <w:strike w:val="0"/>
          <w:sz w:val="20"/>
          <w:highlight w:val="cyan"/>
          <w:u w:val="single"/>
        </w:rPr>
        <w:t>higher-value</w:t>
      </w:r>
      <w:r>
        <w:rPr>
          <w:b w:val="0"/>
          <w:i w:val="0"/>
          <w:smallCaps w:val="0"/>
          <w:strike w:val="0"/>
          <w:sz w:val="20"/>
          <w:highlight w:val="cyan"/>
          <w:u w:val="single"/>
        </w:rPr>
        <w:t xml:space="preserve"> activities</w:t>
      </w:r>
      <w:r>
        <w:rPr>
          <w:b w:val="0"/>
          <w:i w:val="0"/>
          <w:smallCaps w:val="0"/>
          <w:strike w:val="0"/>
          <w:sz w:val="16"/>
          <w:u w:val="none"/>
        </w:rPr>
        <w:t>. Moreover, autonomous tractors help actively solve the labor shortage that US farms face.</w:t>
      </w:r>
    </w:p>
    <w:p>
      <w:pPr>
        <w:spacing w:after="60"/>
      </w:pPr>
      <w:r>
        <w:rPr>
          <w:b w:val="0"/>
          <w:i w:val="0"/>
          <w:smallCaps w:val="0"/>
          <w:strike w:val="0"/>
          <w:sz w:val="16"/>
          <w:u w:val="none"/>
        </w:rPr>
        <w:t>From Farm to Table: AI in the Food Supply Chain</w:t>
      </w:r>
    </w:p>
    <w:p>
      <w:pPr>
        <w:spacing w:after="60"/>
      </w:pPr>
      <w:r>
        <w:rPr>
          <w:b w:val="0"/>
          <w:i w:val="0"/>
          <w:smallCaps w:val="0"/>
          <w:strike w:val="0"/>
          <w:sz w:val="16"/>
          <w:u w:val="none"/>
        </w:rPr>
        <w:t xml:space="preserve">Walmart is one of the world’s largest brands and a leading US supermarket, having pulled in total revenue of nearly $650 billion in 2024. As one of the primary sellers of agricultural produce in the US, </w:t>
      </w:r>
      <w:r>
        <w:rPr>
          <w:b/>
          <w:i w:val="0"/>
          <w:smallCaps w:val="0"/>
          <w:strike w:val="0"/>
          <w:sz w:val="20"/>
          <w:highlight w:val="cyan"/>
          <w:u w:val="single"/>
        </w:rPr>
        <w:t>Walmart</w:t>
      </w:r>
      <w:r>
        <w:rPr>
          <w:b w:val="0"/>
          <w:i w:val="0"/>
          <w:smallCaps w:val="0"/>
          <w:strike w:val="0"/>
          <w:sz w:val="16"/>
          <w:u w:val="none"/>
        </w:rPr>
        <w:t xml:space="preserve"> </w:t>
      </w:r>
      <w:r>
        <w:rPr>
          <w:b w:val="0"/>
          <w:i w:val="0"/>
          <w:smallCaps w:val="0"/>
          <w:strike w:val="0"/>
          <w:sz w:val="20"/>
          <w:highlight w:val="cyan"/>
          <w:u w:val="single"/>
        </w:rPr>
        <w:t>is</w:t>
      </w:r>
      <w:r>
        <w:rPr>
          <w:b w:val="0"/>
          <w:i w:val="0"/>
          <w:smallCaps w:val="0"/>
          <w:strike w:val="0"/>
          <w:sz w:val="16"/>
          <w:u w:val="none"/>
        </w:rPr>
        <w:t xml:space="preserve"> another company </w:t>
      </w:r>
      <w:r>
        <w:rPr>
          <w:b w:val="0"/>
          <w:i w:val="0"/>
          <w:smallCaps w:val="0"/>
          <w:strike w:val="0"/>
          <w:sz w:val="20"/>
          <w:highlight w:val="cyan"/>
          <w:u w:val="single"/>
        </w:rPr>
        <w:t>using a</w:t>
      </w:r>
      <w:r>
        <w:rPr>
          <w:b w:val="0"/>
          <w:i w:val="0"/>
          <w:smallCaps w:val="0"/>
          <w:strike w:val="0"/>
          <w:sz w:val="16"/>
          <w:u w:val="none"/>
        </w:rPr>
        <w:t xml:space="preserve">rtificial </w:t>
      </w:r>
      <w:r>
        <w:rPr>
          <w:b w:val="0"/>
          <w:i w:val="0"/>
          <w:smallCaps w:val="0"/>
          <w:strike w:val="0"/>
          <w:sz w:val="20"/>
          <w:highlight w:val="cyan"/>
          <w:u w:val="single"/>
        </w:rPr>
        <w:t>i</w:t>
      </w:r>
      <w:r>
        <w:rPr>
          <w:b w:val="0"/>
          <w:i w:val="0"/>
          <w:smallCaps w:val="0"/>
          <w:strike w:val="0"/>
          <w:sz w:val="16"/>
          <w:u w:val="none"/>
        </w:rPr>
        <w:t xml:space="preserve">ntelligence </w:t>
      </w:r>
      <w:r>
        <w:rPr>
          <w:b w:val="0"/>
          <w:i w:val="0"/>
          <w:smallCaps w:val="0"/>
          <w:strike w:val="0"/>
          <w:sz w:val="20"/>
          <w:highlight w:val="cyan"/>
          <w:u w:val="single"/>
        </w:rPr>
        <w:t>to</w:t>
      </w:r>
      <w:r>
        <w:rPr>
          <w:b w:val="0"/>
          <w:i w:val="0"/>
          <w:smallCaps w:val="0"/>
          <w:strike w:val="0"/>
          <w:sz w:val="16"/>
          <w:u w:val="none"/>
        </w:rPr>
        <w:t xml:space="preserve"> </w:t>
      </w:r>
      <w:r>
        <w:rPr>
          <w:b w:val="0"/>
          <w:i w:val="0"/>
          <w:smallCaps w:val="0"/>
          <w:strike w:val="0"/>
          <w:sz w:val="20"/>
          <w:highlight w:val="cyan"/>
          <w:u w:val="single"/>
        </w:rPr>
        <w:t>spearhead</w:t>
      </w:r>
      <w:r>
        <w:rPr>
          <w:b w:val="0"/>
          <w:i w:val="0"/>
          <w:smallCaps w:val="0"/>
          <w:strike w:val="0"/>
          <w:sz w:val="16"/>
          <w:u w:val="none"/>
        </w:rPr>
        <w:t xml:space="preserve"> the development of more sustainable </w:t>
      </w:r>
      <w:r>
        <w:rPr>
          <w:b/>
          <w:i w:val="0"/>
          <w:smallCaps w:val="0"/>
          <w:strike w:val="0"/>
          <w:sz w:val="20"/>
          <w:highlight w:val="cyan"/>
          <w:u w:val="single"/>
        </w:rPr>
        <w:t>food practices</w:t>
      </w:r>
      <w:r>
        <w:rPr>
          <w:b w:val="0"/>
          <w:i w:val="0"/>
          <w:smallCaps w:val="0"/>
          <w:strike w:val="0"/>
          <w:sz w:val="16"/>
          <w:u w:val="none"/>
        </w:rPr>
        <w:t>.</w:t>
      </w:r>
    </w:p>
    <w:p>
      <w:pPr>
        <w:spacing w:after="60"/>
      </w:pPr>
      <w:r>
        <w:rPr>
          <w:b w:val="0"/>
          <w:i w:val="0"/>
          <w:smallCaps w:val="0"/>
          <w:strike w:val="0"/>
          <w:sz w:val="16"/>
          <w:u w:val="none"/>
        </w:rPr>
        <w:t xml:space="preserve">Over the past few years, </w:t>
      </w:r>
      <w:r>
        <w:rPr>
          <w:b w:val="0"/>
          <w:i w:val="0"/>
          <w:smallCaps w:val="0"/>
          <w:strike w:val="0"/>
          <w:sz w:val="20"/>
          <w:u w:val="single"/>
        </w:rPr>
        <w:t>Walmart</w:t>
      </w:r>
      <w:r>
        <w:rPr>
          <w:b w:val="0"/>
          <w:i w:val="0"/>
          <w:smallCaps w:val="0"/>
          <w:strike w:val="0"/>
          <w:sz w:val="16"/>
          <w:u w:val="none"/>
        </w:rPr>
        <w:t xml:space="preserve"> has </w:t>
      </w:r>
      <w:r>
        <w:rPr>
          <w:b w:val="0"/>
          <w:i w:val="0"/>
          <w:smallCaps w:val="0"/>
          <w:strike w:val="0"/>
          <w:sz w:val="20"/>
          <w:u w:val="single"/>
        </w:rPr>
        <w:t>introduced</w:t>
      </w:r>
      <w:r>
        <w:rPr>
          <w:b w:val="0"/>
          <w:i w:val="0"/>
          <w:smallCaps w:val="0"/>
          <w:strike w:val="0"/>
          <w:sz w:val="16"/>
          <w:u w:val="none"/>
        </w:rPr>
        <w:t xml:space="preserve"> </w:t>
      </w:r>
      <w:r>
        <w:rPr>
          <w:b w:val="0"/>
          <w:i w:val="0"/>
          <w:smallCaps w:val="0"/>
          <w:strike w:val="0"/>
          <w:sz w:val="20"/>
          <w:u w:val="single"/>
        </w:rPr>
        <w:t>a</w:t>
      </w:r>
      <w:r>
        <w:rPr>
          <w:b w:val="0"/>
          <w:i w:val="0"/>
          <w:smallCaps w:val="0"/>
          <w:strike w:val="0"/>
          <w:sz w:val="16"/>
          <w:u w:val="none"/>
        </w:rPr>
        <w:t xml:space="preserve">rtificial </w:t>
      </w:r>
      <w:r>
        <w:rPr>
          <w:b w:val="0"/>
          <w:i w:val="0"/>
          <w:smallCaps w:val="0"/>
          <w:strike w:val="0"/>
          <w:sz w:val="20"/>
          <w:u w:val="single"/>
        </w:rPr>
        <w:t>i</w:t>
      </w:r>
      <w:r>
        <w:rPr>
          <w:b w:val="0"/>
          <w:i w:val="0"/>
          <w:smallCaps w:val="0"/>
          <w:strike w:val="0"/>
          <w:sz w:val="16"/>
          <w:u w:val="none"/>
        </w:rPr>
        <w:t xml:space="preserve">ntelligence into its supply chain, using it </w:t>
      </w:r>
      <w:r>
        <w:rPr>
          <w:b w:val="0"/>
          <w:i w:val="0"/>
          <w:smallCaps w:val="0"/>
          <w:strike w:val="0"/>
          <w:sz w:val="20"/>
          <w:u w:val="single"/>
        </w:rPr>
        <w:t>to monitor</w:t>
      </w:r>
      <w:r>
        <w:rPr>
          <w:b w:val="0"/>
          <w:i w:val="0"/>
          <w:smallCaps w:val="0"/>
          <w:strike w:val="0"/>
          <w:sz w:val="16"/>
          <w:u w:val="none"/>
        </w:rPr>
        <w:t xml:space="preserve"> </w:t>
      </w:r>
      <w:r>
        <w:rPr>
          <w:b w:val="0"/>
          <w:i w:val="0"/>
          <w:smallCaps w:val="0"/>
          <w:strike w:val="0"/>
          <w:sz w:val="20"/>
          <w:u w:val="single"/>
        </w:rPr>
        <w:t>production</w:t>
      </w:r>
      <w:r>
        <w:rPr>
          <w:b w:val="0"/>
          <w:i w:val="0"/>
          <w:smallCaps w:val="0"/>
          <w:strike w:val="0"/>
          <w:sz w:val="16"/>
          <w:u w:val="none"/>
        </w:rPr>
        <w:t xml:space="preserve"> during the journey, </w:t>
      </w:r>
      <w:r>
        <w:rPr>
          <w:b w:val="0"/>
          <w:i w:val="0"/>
          <w:smallCaps w:val="0"/>
          <w:strike w:val="0"/>
          <w:sz w:val="20"/>
          <w:highlight w:val="cyan"/>
          <w:u w:val="single"/>
        </w:rPr>
        <w:t>optimize travel</w:t>
      </w:r>
      <w:r>
        <w:rPr>
          <w:b w:val="0"/>
          <w:i w:val="0"/>
          <w:smallCaps w:val="0"/>
          <w:strike w:val="0"/>
          <w:sz w:val="16"/>
          <w:highlight w:val="cyan"/>
          <w:u w:val="none"/>
        </w:rPr>
        <w:t xml:space="preserve"> </w:t>
      </w:r>
      <w:r>
        <w:rPr>
          <w:b w:val="0"/>
          <w:i w:val="0"/>
          <w:smallCaps w:val="0"/>
          <w:strike w:val="0"/>
          <w:sz w:val="20"/>
          <w:highlight w:val="cyan"/>
          <w:u w:val="single"/>
        </w:rPr>
        <w:t>routes</w:t>
      </w:r>
      <w:r>
        <w:rPr>
          <w:b w:val="0"/>
          <w:i w:val="0"/>
          <w:smallCaps w:val="0"/>
          <w:strike w:val="0"/>
          <w:sz w:val="16"/>
          <w:u w:val="none"/>
        </w:rPr>
        <w:t xml:space="preserve">, </w:t>
      </w:r>
      <w:r>
        <w:rPr>
          <w:b w:val="0"/>
          <w:i w:val="0"/>
          <w:smallCaps w:val="0"/>
          <w:strike w:val="0"/>
          <w:sz w:val="20"/>
          <w:highlight w:val="cyan"/>
          <w:u w:val="single"/>
        </w:rPr>
        <w:t>and</w:t>
      </w:r>
      <w:r>
        <w:rPr>
          <w:b w:val="0"/>
          <w:i w:val="0"/>
          <w:smallCaps w:val="0"/>
          <w:strike w:val="0"/>
          <w:sz w:val="16"/>
          <w:highlight w:val="cyan"/>
          <w:u w:val="none"/>
        </w:rPr>
        <w:t xml:space="preserve"> </w:t>
      </w:r>
      <w:r>
        <w:rPr>
          <w:b/>
          <w:i w:val="0"/>
          <w:smallCaps w:val="0"/>
          <w:strike w:val="0"/>
          <w:sz w:val="20"/>
          <w:highlight w:val="cyan"/>
          <w:u w:val="single"/>
        </w:rPr>
        <w:t>control</w:t>
      </w:r>
      <w:r>
        <w:rPr>
          <w:b w:val="0"/>
          <w:i w:val="0"/>
          <w:smallCaps w:val="0"/>
          <w:strike w:val="0"/>
          <w:sz w:val="16"/>
          <w:u w:val="none"/>
        </w:rPr>
        <w:t xml:space="preserve"> the </w:t>
      </w:r>
      <w:r>
        <w:rPr>
          <w:b/>
          <w:i w:val="0"/>
          <w:smallCaps w:val="0"/>
          <w:strike w:val="0"/>
          <w:sz w:val="20"/>
          <w:highlight w:val="cyan"/>
          <w:u w:val="single"/>
        </w:rPr>
        <w:t>temperature</w:t>
      </w:r>
      <w:r>
        <w:rPr>
          <w:b w:val="0"/>
          <w:i w:val="0"/>
          <w:smallCaps w:val="0"/>
          <w:strike w:val="0"/>
          <w:sz w:val="16"/>
          <w:u w:val="none"/>
        </w:rPr>
        <w:t xml:space="preserve"> of transport vehicles. </w:t>
      </w:r>
    </w:p>
    <w:p>
      <w:pPr>
        <w:spacing w:after="60"/>
      </w:pPr>
      <w:r>
        <w:rPr>
          <w:b w:val="0"/>
          <w:i w:val="0"/>
          <w:smallCaps w:val="0"/>
          <w:strike w:val="0"/>
          <w:sz w:val="16"/>
          <w:u w:val="none"/>
        </w:rPr>
        <w:t xml:space="preserve">Walmart’s AI transport route </w:t>
      </w:r>
      <w:r>
        <w:rPr>
          <w:b w:val="0"/>
          <w:i w:val="0"/>
          <w:smallCaps w:val="0"/>
          <w:strike w:val="0"/>
          <w:sz w:val="20"/>
          <w:highlight w:val="cyan"/>
          <w:u w:val="single"/>
        </w:rPr>
        <w:t>optimization</w:t>
      </w:r>
      <w:r>
        <w:rPr>
          <w:b w:val="0"/>
          <w:i w:val="0"/>
          <w:smallCaps w:val="0"/>
          <w:strike w:val="0"/>
          <w:sz w:val="16"/>
          <w:u w:val="none"/>
        </w:rPr>
        <w:t xml:space="preserve"> has </w:t>
      </w:r>
      <w:r>
        <w:rPr>
          <w:b/>
          <w:i w:val="0"/>
          <w:smallCaps w:val="0"/>
          <w:strike w:val="0"/>
          <w:sz w:val="20"/>
          <w:highlight w:val="cyan"/>
          <w:u w:val="single"/>
        </w:rPr>
        <w:t>avoided 94 million</w:t>
      </w:r>
      <w:r>
        <w:rPr>
          <w:b w:val="0"/>
          <w:i w:val="0"/>
          <w:smallCaps w:val="0"/>
          <w:strike w:val="0"/>
          <w:sz w:val="20"/>
          <w:highlight w:val="cyan"/>
          <w:u w:val="single"/>
        </w:rPr>
        <w:t xml:space="preserve"> pounds</w:t>
      </w:r>
      <w:r>
        <w:rPr>
          <w:b w:val="0"/>
          <w:i w:val="0"/>
          <w:smallCaps w:val="0"/>
          <w:strike w:val="0"/>
          <w:sz w:val="16"/>
          <w:highlight w:val="cyan"/>
          <w:u w:val="none"/>
        </w:rPr>
        <w:t xml:space="preserve"> </w:t>
      </w:r>
      <w:r>
        <w:rPr>
          <w:b w:val="0"/>
          <w:i w:val="0"/>
          <w:smallCaps w:val="0"/>
          <w:strike w:val="0"/>
          <w:sz w:val="20"/>
          <w:highlight w:val="cyan"/>
          <w:u w:val="single"/>
        </w:rPr>
        <w:t>of CO2</w:t>
      </w:r>
      <w:r>
        <w:rPr>
          <w:b w:val="0"/>
          <w:i w:val="0"/>
          <w:smallCaps w:val="0"/>
          <w:strike w:val="0"/>
          <w:sz w:val="16"/>
          <w:u w:val="none"/>
        </w:rPr>
        <w:t xml:space="preserve"> emissions by mitigating over 30 million unnecessary miles of driving. In addition to direct environmental benefits, Walmart designs AI-enhanced transport vehicles to control the conditions in which food is stored. </w:t>
      </w:r>
    </w:p>
    <w:p>
      <w:pPr>
        <w:spacing w:after="60"/>
      </w:pPr>
      <w:r>
        <w:rPr>
          <w:b w:val="0"/>
          <w:i w:val="0"/>
          <w:smallCaps w:val="0"/>
          <w:strike w:val="0"/>
          <w:sz w:val="16"/>
          <w:u w:val="none"/>
        </w:rPr>
        <w:t xml:space="preserve">Fresh from a farm, Walmart uses AI to carefully monitor travel conditions, altering temperatures to ensure food remains fresh throughout the journey. </w:t>
      </w:r>
    </w:p>
    <w:p>
      <w:pPr>
        <w:spacing w:after="60"/>
      </w:pPr>
      <w:r>
        <w:rPr>
          <w:b w:val="0"/>
          <w:i w:val="0"/>
          <w:smallCaps w:val="0"/>
          <w:strike w:val="0"/>
          <w:sz w:val="16"/>
          <w:u w:val="none"/>
        </w:rPr>
        <w:t>Walmart also employs AI’s advanced predictive analytics capabilities to identify potential future disruptions in the supply chain and develop mitigative strategies. Walmart can take preemptive steps to overcome potential disruptions and ensure food arrives at stores promptly and with a 0% spoil rate.</w:t>
      </w:r>
    </w:p>
    <w:p>
      <w:pPr>
        <w:spacing w:after="60"/>
      </w:pPr>
      <w:r>
        <w:rPr>
          <w:b w:val="0"/>
          <w:i w:val="0"/>
          <w:smallCaps w:val="0"/>
          <w:strike w:val="0"/>
          <w:sz w:val="16"/>
          <w:u w:val="none"/>
        </w:rPr>
        <w:t xml:space="preserve">Even after produce arrives in stores, </w:t>
      </w:r>
      <w:r>
        <w:rPr>
          <w:b w:val="0"/>
          <w:i w:val="0"/>
          <w:smallCaps w:val="0"/>
          <w:strike w:val="0"/>
          <w:sz w:val="20"/>
          <w:highlight w:val="cyan"/>
          <w:u w:val="single"/>
        </w:rPr>
        <w:t>Walmart</w:t>
      </w:r>
      <w:r>
        <w:rPr>
          <w:b w:val="0"/>
          <w:i w:val="0"/>
          <w:smallCaps w:val="0"/>
          <w:strike w:val="0"/>
          <w:sz w:val="20"/>
          <w:u w:val="single"/>
        </w:rPr>
        <w:t xml:space="preserve"> continues to </w:t>
      </w:r>
      <w:r>
        <w:rPr>
          <w:b w:val="0"/>
          <w:i w:val="0"/>
          <w:smallCaps w:val="0"/>
          <w:strike w:val="0"/>
          <w:sz w:val="20"/>
          <w:highlight w:val="cyan"/>
          <w:u w:val="single"/>
        </w:rPr>
        <w:t>use AI</w:t>
      </w:r>
      <w:r>
        <w:rPr>
          <w:b w:val="0"/>
          <w:i w:val="0"/>
          <w:smallCaps w:val="0"/>
          <w:strike w:val="0"/>
          <w:sz w:val="20"/>
          <w:u w:val="single"/>
        </w:rPr>
        <w:t xml:space="preserve"> technology</w:t>
      </w:r>
      <w:r>
        <w:rPr>
          <w:b w:val="0"/>
          <w:i w:val="0"/>
          <w:smallCaps w:val="0"/>
          <w:strike w:val="0"/>
          <w:sz w:val="16"/>
          <w:u w:val="none"/>
        </w:rPr>
        <w:t xml:space="preserve"> </w:t>
      </w:r>
      <w:r>
        <w:rPr>
          <w:b w:val="0"/>
          <w:i w:val="0"/>
          <w:smallCaps w:val="0"/>
          <w:strike w:val="0"/>
          <w:sz w:val="20"/>
          <w:highlight w:val="cyan"/>
          <w:u w:val="single"/>
        </w:rPr>
        <w:t>to</w:t>
      </w:r>
      <w:r>
        <w:rPr>
          <w:b w:val="0"/>
          <w:i w:val="0"/>
          <w:smallCaps w:val="0"/>
          <w:strike w:val="0"/>
          <w:sz w:val="20"/>
          <w:u w:val="single"/>
        </w:rPr>
        <w:t xml:space="preserve"> </w:t>
      </w:r>
      <w:r>
        <w:rPr>
          <w:b/>
          <w:i w:val="0"/>
          <w:smallCaps w:val="0"/>
          <w:strike w:val="0"/>
          <w:sz w:val="20"/>
          <w:u w:val="single"/>
        </w:rPr>
        <w:t>actively</w:t>
      </w:r>
      <w:r>
        <w:rPr>
          <w:b w:val="0"/>
          <w:i w:val="0"/>
          <w:smallCaps w:val="0"/>
          <w:strike w:val="0"/>
          <w:sz w:val="20"/>
          <w:u w:val="single"/>
        </w:rPr>
        <w:t xml:space="preserve"> </w:t>
      </w:r>
      <w:r>
        <w:rPr>
          <w:b/>
          <w:i w:val="0"/>
          <w:smallCaps w:val="0"/>
          <w:strike w:val="0"/>
          <w:sz w:val="20"/>
          <w:highlight w:val="cyan"/>
          <w:u w:val="single"/>
        </w:rPr>
        <w:t>monitor</w:t>
      </w:r>
      <w:r>
        <w:rPr>
          <w:b w:val="0"/>
          <w:i w:val="0"/>
          <w:smallCaps w:val="0"/>
          <w:strike w:val="0"/>
          <w:sz w:val="20"/>
          <w:u w:val="single"/>
        </w:rPr>
        <w:t xml:space="preserve"> the </w:t>
      </w:r>
      <w:r>
        <w:rPr>
          <w:b/>
          <w:i w:val="0"/>
          <w:smallCaps w:val="0"/>
          <w:strike w:val="0"/>
          <w:sz w:val="20"/>
          <w:highlight w:val="cyan"/>
          <w:u w:val="single"/>
        </w:rPr>
        <w:t>quality</w:t>
      </w:r>
      <w:r>
        <w:rPr>
          <w:b w:val="0"/>
          <w:i w:val="0"/>
          <w:smallCaps w:val="0"/>
          <w:strike w:val="0"/>
          <w:sz w:val="16"/>
          <w:u w:val="none"/>
        </w:rPr>
        <w:t xml:space="preserve"> </w:t>
      </w:r>
      <w:r>
        <w:rPr>
          <w:b w:val="0"/>
          <w:i w:val="0"/>
          <w:smallCaps w:val="0"/>
          <w:strike w:val="0"/>
          <w:sz w:val="20"/>
          <w:u w:val="single"/>
        </w:rPr>
        <w:t>of produce</w:t>
      </w:r>
      <w:r>
        <w:rPr>
          <w:b w:val="0"/>
          <w:i w:val="0"/>
          <w:smallCaps w:val="0"/>
          <w:strike w:val="0"/>
          <w:sz w:val="16"/>
          <w:u w:val="none"/>
        </w:rPr>
        <w:t xml:space="preserve"> and alert salespeople if they need to sell a product before it goes bad. Considering that the US generates 66.22 million tons of food waste yearly, these AI-first strategies will help lower that figure and ensure no food goes wasted in store. </w:t>
      </w:r>
    </w:p>
    <w:p>
      <w:pPr>
        <w:spacing w:after="60"/>
      </w:pPr>
      <w:r>
        <w:rPr>
          <w:b w:val="0"/>
          <w:i w:val="0"/>
          <w:smallCaps w:val="0"/>
          <w:strike w:val="0"/>
          <w:sz w:val="20"/>
          <w:u w:val="single"/>
        </w:rPr>
        <w:t>Walmart</w:t>
      </w:r>
      <w:r>
        <w:rPr>
          <w:b w:val="0"/>
          <w:i w:val="0"/>
          <w:smallCaps w:val="0"/>
          <w:strike w:val="0"/>
          <w:sz w:val="16"/>
          <w:u w:val="none"/>
        </w:rPr>
        <w:t xml:space="preserve"> has </w:t>
      </w:r>
      <w:r>
        <w:rPr>
          <w:b w:val="0"/>
          <w:i w:val="0"/>
          <w:smallCaps w:val="0"/>
          <w:strike w:val="0"/>
          <w:sz w:val="20"/>
          <w:u w:val="single"/>
        </w:rPr>
        <w:t>integrated AI into agriculture supply chain links</w:t>
      </w:r>
      <w:r>
        <w:rPr>
          <w:b w:val="0"/>
          <w:i w:val="0"/>
          <w:smallCaps w:val="0"/>
          <w:strike w:val="0"/>
          <w:sz w:val="16"/>
          <w:u w:val="none"/>
        </w:rPr>
        <w:t xml:space="preserve">, </w:t>
      </w:r>
      <w:r>
        <w:rPr>
          <w:b w:val="0"/>
          <w:i w:val="0"/>
          <w:smallCaps w:val="0"/>
          <w:strike w:val="0"/>
          <w:sz w:val="20"/>
          <w:highlight w:val="cyan"/>
          <w:u w:val="single"/>
        </w:rPr>
        <w:t>creating</w:t>
      </w:r>
      <w:r>
        <w:rPr>
          <w:b w:val="0"/>
          <w:i w:val="0"/>
          <w:smallCaps w:val="0"/>
          <w:strike w:val="0"/>
          <w:sz w:val="16"/>
          <w:u w:val="none"/>
        </w:rPr>
        <w:t xml:space="preserve"> a more </w:t>
      </w:r>
      <w:r>
        <w:rPr>
          <w:b/>
          <w:i w:val="0"/>
          <w:smallCaps w:val="0"/>
          <w:strike w:val="0"/>
          <w:sz w:val="20"/>
          <w:highlight w:val="cyan"/>
          <w:u w:val="single"/>
        </w:rPr>
        <w:t>sustainable</w:t>
      </w:r>
      <w:r>
        <w:rPr>
          <w:b w:val="0"/>
          <w:i w:val="0"/>
          <w:smallCaps w:val="0"/>
          <w:strike w:val="0"/>
          <w:sz w:val="20"/>
          <w:highlight w:val="cyan"/>
          <w:u w:val="single"/>
        </w:rPr>
        <w:t xml:space="preserve"> system</w:t>
      </w:r>
      <w:r>
        <w:rPr>
          <w:b w:val="0"/>
          <w:i w:val="0"/>
          <w:smallCaps w:val="0"/>
          <w:strike w:val="0"/>
          <w:sz w:val="16"/>
          <w:u w:val="none"/>
        </w:rPr>
        <w:t xml:space="preserve"> that ensures food stays as fresh as possible. </w:t>
      </w:r>
    </w:p>
    <w:p>
      <w:pPr>
        <w:spacing w:after="60"/>
      </w:pPr>
      <w:r>
        <w:rPr>
          <w:b w:val="0"/>
          <w:i w:val="0"/>
          <w:smallCaps w:val="0"/>
          <w:strike w:val="0"/>
          <w:sz w:val="16"/>
          <w:u w:val="none"/>
        </w:rPr>
        <w:t xml:space="preserve">The Future of AI in Agriculture: A Look Ahead </w:t>
      </w:r>
    </w:p>
    <w:p>
      <w:pPr>
        <w:spacing w:after="60"/>
      </w:pPr>
      <w:r>
        <w:rPr>
          <w:b w:val="0"/>
          <w:i w:val="0"/>
          <w:smallCaps w:val="0"/>
          <w:strike w:val="0"/>
          <w:sz w:val="16"/>
          <w:u w:val="none"/>
        </w:rPr>
        <w:t xml:space="preserve">Artificial intelligence is already having a dramatic impact on the overall productivity and efficiency of the agricultural industry. </w:t>
      </w:r>
      <w:r>
        <w:rPr>
          <w:b w:val="0"/>
          <w:i w:val="0"/>
          <w:smallCaps w:val="0"/>
          <w:strike w:val="0"/>
          <w:sz w:val="20"/>
          <w:highlight w:val="cyan"/>
          <w:u w:val="single"/>
        </w:rPr>
        <w:t>Businesses</w:t>
      </w:r>
      <w:r>
        <w:rPr>
          <w:b w:val="0"/>
          <w:i w:val="0"/>
          <w:smallCaps w:val="0"/>
          <w:strike w:val="0"/>
          <w:sz w:val="16"/>
          <w:u w:val="none"/>
        </w:rPr>
        <w:t xml:space="preserve"> like Walmart, John Deere, and Bayer </w:t>
      </w:r>
      <w:r>
        <w:rPr>
          <w:b w:val="0"/>
          <w:i w:val="0"/>
          <w:smallCaps w:val="0"/>
          <w:strike w:val="0"/>
          <w:sz w:val="20"/>
          <w:highlight w:val="cyan"/>
          <w:u w:val="single"/>
        </w:rPr>
        <w:t xml:space="preserve">demonstrate an </w:t>
      </w:r>
      <w:r>
        <w:rPr>
          <w:b/>
          <w:i w:val="0"/>
          <w:smallCaps w:val="0"/>
          <w:strike w:val="0"/>
          <w:sz w:val="20"/>
          <w:highlight w:val="cyan"/>
          <w:u w:val="single"/>
        </w:rPr>
        <w:t>excellent</w:t>
      </w:r>
      <w:r>
        <w:rPr>
          <w:b w:val="0"/>
          <w:i w:val="0"/>
          <w:smallCaps w:val="0"/>
          <w:strike w:val="0"/>
          <w:sz w:val="20"/>
          <w:highlight w:val="cyan"/>
          <w:u w:val="single"/>
        </w:rPr>
        <w:t xml:space="preserve"> </w:t>
      </w:r>
      <w:r>
        <w:rPr>
          <w:b/>
          <w:i w:val="0"/>
          <w:smallCaps w:val="0"/>
          <w:strike w:val="0"/>
          <w:sz w:val="20"/>
          <w:highlight w:val="cyan"/>
          <w:u w:val="single"/>
        </w:rPr>
        <w:t>use</w:t>
      </w:r>
      <w:r>
        <w:rPr>
          <w:b w:val="0"/>
          <w:i w:val="0"/>
          <w:smallCaps w:val="0"/>
          <w:strike w:val="0"/>
          <w:sz w:val="20"/>
          <w:highlight w:val="cyan"/>
          <w:u w:val="single"/>
        </w:rPr>
        <w:t xml:space="preserve"> of </w:t>
      </w:r>
      <w:r>
        <w:rPr>
          <w:b/>
          <w:i w:val="0"/>
          <w:smallCaps w:val="0"/>
          <w:strike w:val="0"/>
          <w:sz w:val="20"/>
          <w:highlight w:val="cyan"/>
          <w:u w:val="single"/>
        </w:rPr>
        <w:t>AI</w:t>
      </w:r>
      <w:r>
        <w:rPr>
          <w:b w:val="0"/>
          <w:i w:val="0"/>
          <w:smallCaps w:val="0"/>
          <w:strike w:val="0"/>
          <w:sz w:val="16"/>
          <w:u w:val="none"/>
        </w:rPr>
        <w:t xml:space="preserve"> in agriculture, automating processes, enhancing farming infrastructure, and creating resilient agricultural supply chains. </w:t>
      </w:r>
    </w:p>
    <w:p>
      <w:pPr>
        <w:spacing w:after="60"/>
      </w:pPr>
      <w:r>
        <w:rPr>
          <w:b w:val="0"/>
          <w:i w:val="0"/>
          <w:smallCaps w:val="0"/>
          <w:strike w:val="0"/>
          <w:sz w:val="16"/>
          <w:u w:val="none"/>
        </w:rPr>
        <w:t xml:space="preserve">Yet, alongside the current active deployments of AI in this field, academics and industry experts publish more research that promises to further AI’s utility in agriculture. </w:t>
      </w:r>
      <w:r>
        <w:rPr>
          <w:b w:val="0"/>
          <w:i w:val="0"/>
          <w:smallCaps w:val="0"/>
          <w:strike w:val="0"/>
          <w:sz w:val="20"/>
          <w:highlight w:val="cyan"/>
          <w:u w:val="single"/>
        </w:rPr>
        <w:t xml:space="preserve">On the </w:t>
      </w:r>
      <w:r>
        <w:rPr>
          <w:b/>
          <w:i w:val="0"/>
          <w:smallCaps w:val="0"/>
          <w:strike w:val="0"/>
          <w:sz w:val="20"/>
          <w:highlight w:val="cyan"/>
          <w:u w:val="single"/>
        </w:rPr>
        <w:t>horizon</w:t>
      </w:r>
      <w:r>
        <w:rPr>
          <w:b w:val="0"/>
          <w:i w:val="0"/>
          <w:smallCaps w:val="0"/>
          <w:strike w:val="0"/>
          <w:sz w:val="20"/>
          <w:highlight w:val="cyan"/>
          <w:u w:val="single"/>
        </w:rPr>
        <w:t xml:space="preserve"> are </w:t>
      </w:r>
      <w:r>
        <w:rPr>
          <w:b/>
          <w:i w:val="0"/>
          <w:smallCaps w:val="0"/>
          <w:strike w:val="0"/>
          <w:sz w:val="20"/>
          <w:highlight w:val="cyan"/>
          <w:u w:val="single"/>
        </w:rPr>
        <w:t>expansions</w:t>
      </w:r>
      <w:r>
        <w:rPr>
          <w:b w:val="0"/>
          <w:i w:val="0"/>
          <w:smallCaps w:val="0"/>
          <w:strike w:val="0"/>
          <w:sz w:val="16"/>
          <w:highlight w:val="cyan"/>
          <w:u w:val="none"/>
        </w:rPr>
        <w:t xml:space="preserve"> </w:t>
      </w:r>
      <w:r>
        <w:rPr>
          <w:b w:val="0"/>
          <w:i w:val="0"/>
          <w:smallCaps w:val="0"/>
          <w:strike w:val="0"/>
          <w:sz w:val="20"/>
          <w:highlight w:val="cyan"/>
          <w:u w:val="single"/>
        </w:rPr>
        <w:t>like</w:t>
      </w:r>
      <w:r>
        <w:rPr>
          <w:b w:val="0"/>
          <w:i w:val="0"/>
          <w:smallCaps w:val="0"/>
          <w:strike w:val="0"/>
          <w:sz w:val="16"/>
          <w:u w:val="none"/>
        </w:rPr>
        <w:t xml:space="preserve"> AI-powered </w:t>
      </w:r>
      <w:r>
        <w:rPr>
          <w:b w:val="0"/>
          <w:i w:val="0"/>
          <w:smallCaps w:val="0"/>
          <w:strike w:val="0"/>
          <w:sz w:val="20"/>
          <w:highlight w:val="cyan"/>
          <w:u w:val="single"/>
        </w:rPr>
        <w:t>crop breeding</w:t>
      </w:r>
      <w:r>
        <w:rPr>
          <w:b w:val="0"/>
          <w:i w:val="0"/>
          <w:smallCaps w:val="0"/>
          <w:strike w:val="0"/>
          <w:sz w:val="16"/>
          <w:u w:val="none"/>
        </w:rPr>
        <w:t xml:space="preserve">, indoor </w:t>
      </w:r>
      <w:r>
        <w:rPr>
          <w:b w:val="0"/>
          <w:i w:val="0"/>
          <w:smallCaps w:val="0"/>
          <w:strike w:val="0"/>
          <w:sz w:val="20"/>
          <w:highlight w:val="cyan"/>
          <w:u w:val="single"/>
        </w:rPr>
        <w:t>automated</w:t>
      </w:r>
      <w:r>
        <w:rPr>
          <w:b w:val="0"/>
          <w:i w:val="0"/>
          <w:smallCaps w:val="0"/>
          <w:strike w:val="0"/>
          <w:sz w:val="16"/>
          <w:u w:val="none"/>
        </w:rPr>
        <w:t xml:space="preserve"> </w:t>
      </w:r>
      <w:r>
        <w:rPr>
          <w:b w:val="0"/>
          <w:i w:val="0"/>
          <w:smallCaps w:val="0"/>
          <w:strike w:val="0"/>
          <w:sz w:val="20"/>
          <w:u w:val="single"/>
        </w:rPr>
        <w:t xml:space="preserve">vertical </w:t>
      </w:r>
      <w:r>
        <w:rPr>
          <w:b w:val="0"/>
          <w:i w:val="0"/>
          <w:smallCaps w:val="0"/>
          <w:strike w:val="0"/>
          <w:sz w:val="20"/>
          <w:highlight w:val="cyan"/>
          <w:u w:val="single"/>
        </w:rPr>
        <w:t>farming</w:t>
      </w:r>
      <w:r>
        <w:rPr>
          <w:b w:val="0"/>
          <w:i w:val="0"/>
          <w:smallCaps w:val="0"/>
          <w:strike w:val="0"/>
          <w:sz w:val="16"/>
          <w:highlight w:val="cyan"/>
          <w:u w:val="none"/>
        </w:rPr>
        <w:t xml:space="preserve">, </w:t>
      </w:r>
      <w:r>
        <w:rPr>
          <w:b w:val="0"/>
          <w:i w:val="0"/>
          <w:smallCaps w:val="0"/>
          <w:strike w:val="0"/>
          <w:sz w:val="20"/>
          <w:u w:val="single"/>
        </w:rPr>
        <w:t>and</w:t>
      </w:r>
      <w:r>
        <w:rPr>
          <w:b w:val="0"/>
          <w:i w:val="0"/>
          <w:smallCaps w:val="0"/>
          <w:strike w:val="0"/>
          <w:sz w:val="16"/>
          <w:u w:val="none"/>
        </w:rPr>
        <w:t xml:space="preserve"> fleets of </w:t>
      </w:r>
      <w:r>
        <w:rPr>
          <w:b w:val="0"/>
          <w:i w:val="0"/>
          <w:smallCaps w:val="0"/>
          <w:strike w:val="0"/>
          <w:sz w:val="20"/>
          <w:u w:val="single"/>
        </w:rPr>
        <w:t>autonomous farming vehicles</w:t>
      </w:r>
      <w:r>
        <w:rPr>
          <w:b w:val="0"/>
          <w:i w:val="0"/>
          <w:smallCaps w:val="0"/>
          <w:strike w:val="0"/>
          <w:sz w:val="16"/>
          <w:u w:val="none"/>
        </w:rPr>
        <w:t xml:space="preserve"> for planting.</w:t>
      </w:r>
    </w:p>
    <w:p>
      <w:pPr>
        <w:spacing w:after="60"/>
      </w:pPr>
      <w:r>
        <w:rPr>
          <w:b w:val="0"/>
          <w:i w:val="0"/>
          <w:smallCaps w:val="0"/>
          <w:strike w:val="0"/>
          <w:sz w:val="16"/>
          <w:u w:val="none"/>
        </w:rPr>
        <w:t>As an industry that will become more pressured over the next few years, artificial intelligence is a powerful solution that ensures food security for future generations.</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