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Food insecurity goes </w:t>
      </w:r>
      <w:r>
        <w:rPr>
          <w:b/>
          <w:i w:val="0"/>
          <w:smallCaps w:val="0"/>
          <w:strike w:val="0"/>
          <w:sz w:val="24"/>
          <w:u w:val="single"/>
        </w:rPr>
        <w:t>nuclear</w:t>
      </w:r>
      <w:r>
        <w:rPr>
          <w:b/>
          <w:i w:val="0"/>
          <w:smallCaps w:val="0"/>
          <w:strike w:val="0"/>
          <w:sz w:val="24"/>
          <w:u w:val="none"/>
        </w:rPr>
        <w:t>.</w:t>
      </w:r>
    </w:p>
    <w:p>
      <w:pPr>
        <w:spacing w:after="80"/>
      </w:pPr>
      <w:r>
        <w:rPr>
          <w:b/>
          <w:i w:val="0"/>
          <w:smallCaps w:val="0"/>
          <w:strike w:val="0"/>
          <w:sz w:val="24"/>
          <w:u w:val="none"/>
        </w:rPr>
        <w:t>Karagül ’22</w:t>
      </w:r>
      <w:r>
        <w:rPr>
          <w:b w:val="0"/>
          <w:i w:val="0"/>
          <w:smallCaps w:val="0"/>
          <w:strike w:val="0"/>
          <w:sz w:val="16"/>
          <w:u w:val="none"/>
        </w:rPr>
        <w:t xml:space="preserve"> [Ibrahim; January 1; Turkish journalist and a former editor in chief of the newspaper Yeni Safak, J.D. from Dokuz Eylül University, “The food wars have begun! This constitutes both an external and internal threat! Food prices are an issue of national security. A state of emergency must be declared in agriculture,” https://www.yenisafak.com/en/columns/ibrahim-karagul/the-food-wars-have-begun-this-constitutes-both-an-external-and-internal-threat-food-prices-are-an-issue-of-national-security-a-state-of-emergency-must-be-declared-in-agriculture-3587611]</w:t>
      </w:r>
    </w:p>
    <w:p>
      <w:pPr>
        <w:spacing w:after="60"/>
      </w:pPr>
      <w:r>
        <w:rPr>
          <w:b w:val="0"/>
          <w:i w:val="0"/>
          <w:smallCaps w:val="0"/>
          <w:strike w:val="0"/>
          <w:sz w:val="16"/>
          <w:u w:val="none"/>
        </w:rPr>
        <w:t xml:space="preserve">China has bought almost half the world’s food reserves in the last 12 months. This will cause worldwide inflation, we well as famine in some countries. This report provides us with clear information on what we should prepare for </w:t>
      </w:r>
      <w:r>
        <w:rPr>
          <w:b w:val="0"/>
          <w:i w:val="0"/>
          <w:smallCaps w:val="0"/>
          <w:strike w:val="0"/>
          <w:sz w:val="20"/>
          <w:u w:val="single"/>
        </w:rPr>
        <w:t>in the 21st century</w:t>
      </w:r>
      <w:r>
        <w:rPr>
          <w:b w:val="0"/>
          <w:i w:val="0"/>
          <w:smallCaps w:val="0"/>
          <w:strike w:val="0"/>
          <w:sz w:val="16"/>
          <w:u w:val="none"/>
        </w:rPr>
        <w:t xml:space="preserve">. </w:t>
      </w:r>
    </w:p>
    <w:p>
      <w:pPr>
        <w:spacing w:after="60"/>
      </w:pPr>
      <w:r>
        <w:rPr>
          <w:b w:val="0"/>
          <w:i w:val="0"/>
          <w:smallCaps w:val="0"/>
          <w:strike w:val="0"/>
          <w:sz w:val="20"/>
          <w:highlight w:val="cyan"/>
          <w:u w:val="single"/>
        </w:rPr>
        <w:t xml:space="preserve">Prices </w:t>
      </w:r>
      <w:r>
        <w:rPr>
          <w:b w:val="0"/>
          <w:i w:val="0"/>
          <w:smallCaps w:val="0"/>
          <w:strike w:val="0"/>
          <w:sz w:val="20"/>
          <w:u w:val="single"/>
        </w:rPr>
        <w:t>will</w:t>
      </w:r>
      <w:r>
        <w:rPr>
          <w:b w:val="0"/>
          <w:i w:val="0"/>
          <w:smallCaps w:val="0"/>
          <w:strike w:val="0"/>
          <w:sz w:val="16"/>
          <w:u w:val="none"/>
        </w:rPr>
        <w:t xml:space="preserve"> </w:t>
      </w:r>
      <w:r>
        <w:rPr>
          <w:b/>
          <w:i w:val="0"/>
          <w:smallCaps w:val="0"/>
          <w:strike w:val="0"/>
          <w:sz w:val="20"/>
          <w:highlight w:val="cyan"/>
          <w:u w:val="single"/>
        </w:rPr>
        <w:t>rise globally</w:t>
      </w:r>
      <w:r>
        <w:rPr>
          <w:b w:val="0"/>
          <w:i w:val="0"/>
          <w:smallCaps w:val="0"/>
          <w:strike w:val="0"/>
          <w:sz w:val="16"/>
          <w:u w:val="none"/>
        </w:rPr>
        <w:t xml:space="preserve">, including in the U.S. and Europe; a significant portion of </w:t>
      </w:r>
      <w:r>
        <w:rPr>
          <w:b w:val="0"/>
          <w:i w:val="0"/>
          <w:smallCaps w:val="0"/>
          <w:strike w:val="0"/>
          <w:sz w:val="20"/>
          <w:u w:val="single"/>
        </w:rPr>
        <w:t>lower-income states will be</w:t>
      </w:r>
      <w:r>
        <w:rPr>
          <w:b w:val="0"/>
          <w:i w:val="0"/>
          <w:smallCaps w:val="0"/>
          <w:strike w:val="0"/>
          <w:sz w:val="16"/>
          <w:u w:val="none"/>
        </w:rPr>
        <w:t xml:space="preserve"> </w:t>
      </w:r>
      <w:r>
        <w:rPr>
          <w:b/>
          <w:i w:val="0"/>
          <w:smallCaps w:val="0"/>
          <w:strike w:val="0"/>
          <w:sz w:val="20"/>
          <w:u w:val="single"/>
        </w:rPr>
        <w:t>doomed</w:t>
      </w:r>
      <w:r>
        <w:rPr>
          <w:b w:val="0"/>
          <w:i w:val="0"/>
          <w:smallCaps w:val="0"/>
          <w:strike w:val="0"/>
          <w:sz w:val="16"/>
          <w:u w:val="none"/>
        </w:rPr>
        <w:t xml:space="preserve"> </w:t>
      </w:r>
      <w:r>
        <w:rPr>
          <w:b w:val="0"/>
          <w:i w:val="0"/>
          <w:smallCaps w:val="0"/>
          <w:strike w:val="0"/>
          <w:sz w:val="20"/>
          <w:u w:val="single"/>
        </w:rPr>
        <w:t>to</w:t>
      </w:r>
      <w:r>
        <w:rPr>
          <w:b w:val="0"/>
          <w:i w:val="0"/>
          <w:smallCaps w:val="0"/>
          <w:strike w:val="0"/>
          <w:sz w:val="16"/>
          <w:u w:val="none"/>
        </w:rPr>
        <w:t xml:space="preserve"> </w:t>
      </w:r>
      <w:r>
        <w:rPr>
          <w:b/>
          <w:i w:val="0"/>
          <w:smallCaps w:val="0"/>
          <w:strike w:val="0"/>
          <w:sz w:val="20"/>
          <w:u w:val="single"/>
        </w:rPr>
        <w:t>famine</w:t>
      </w:r>
      <w:r>
        <w:rPr>
          <w:b w:val="0"/>
          <w:i w:val="0"/>
          <w:smallCaps w:val="0"/>
          <w:strike w:val="0"/>
          <w:sz w:val="16"/>
          <w:u w:val="none"/>
        </w:rPr>
        <w:t xml:space="preserve">. The fact that the U.S. and Europe are gravely </w:t>
      </w:r>
      <w:r>
        <w:rPr>
          <w:b/>
          <w:i w:val="0"/>
          <w:smallCaps w:val="0"/>
          <w:strike w:val="0"/>
          <w:sz w:val="20"/>
          <w:u w:val="single"/>
        </w:rPr>
        <w:t>concern</w:t>
      </w:r>
      <w:r>
        <w:rPr>
          <w:b w:val="0"/>
          <w:i w:val="0"/>
          <w:smallCaps w:val="0"/>
          <w:strike w:val="0"/>
          <w:sz w:val="16"/>
          <w:u w:val="none"/>
        </w:rPr>
        <w:t xml:space="preserve">ed </w:t>
      </w:r>
      <w:r>
        <w:rPr>
          <w:b w:val="0"/>
          <w:i w:val="0"/>
          <w:smallCaps w:val="0"/>
          <w:strike w:val="0"/>
          <w:sz w:val="20"/>
          <w:u w:val="single"/>
        </w:rPr>
        <w:t>about</w:t>
      </w:r>
      <w:r>
        <w:rPr>
          <w:b w:val="0"/>
          <w:i w:val="0"/>
          <w:smallCaps w:val="0"/>
          <w:strike w:val="0"/>
          <w:sz w:val="16"/>
          <w:u w:val="none"/>
        </w:rPr>
        <w:t xml:space="preserve"> </w:t>
      </w:r>
      <w:r>
        <w:rPr>
          <w:b/>
          <w:i w:val="0"/>
          <w:smallCaps w:val="0"/>
          <w:strike w:val="0"/>
          <w:sz w:val="20"/>
          <w:u w:val="single"/>
        </w:rPr>
        <w:t>inflation</w:t>
      </w:r>
      <w:r>
        <w:rPr>
          <w:b w:val="0"/>
          <w:i w:val="0"/>
          <w:smallCaps w:val="0"/>
          <w:strike w:val="0"/>
          <w:sz w:val="16"/>
          <w:u w:val="none"/>
        </w:rPr>
        <w:t xml:space="preserve"> for the first time </w:t>
      </w:r>
      <w:r>
        <w:rPr>
          <w:b w:val="0"/>
          <w:i w:val="0"/>
          <w:smallCaps w:val="0"/>
          <w:strike w:val="0"/>
          <w:sz w:val="20"/>
          <w:u w:val="single"/>
        </w:rPr>
        <w:t>is an indication that this process has</w:t>
      </w:r>
      <w:r>
        <w:rPr>
          <w:b w:val="0"/>
          <w:i w:val="0"/>
          <w:smallCaps w:val="0"/>
          <w:strike w:val="0"/>
          <w:sz w:val="16"/>
          <w:u w:val="none"/>
        </w:rPr>
        <w:t xml:space="preserve"> </w:t>
      </w:r>
      <w:r>
        <w:rPr>
          <w:b/>
          <w:i w:val="0"/>
          <w:smallCaps w:val="0"/>
          <w:strike w:val="0"/>
          <w:sz w:val="20"/>
          <w:u w:val="single"/>
        </w:rPr>
        <w:t>already started</w:t>
      </w:r>
      <w:r>
        <w:rPr>
          <w:b w:val="0"/>
          <w:i w:val="0"/>
          <w:smallCaps w:val="0"/>
          <w:strike w:val="0"/>
          <w:sz w:val="16"/>
          <w:u w:val="none"/>
        </w:rPr>
        <w:t xml:space="preserve">. </w:t>
      </w:r>
    </w:p>
    <w:p>
      <w:pPr>
        <w:spacing w:after="60"/>
      </w:pPr>
      <w:r>
        <w:rPr>
          <w:b w:val="0"/>
          <w:i w:val="0"/>
          <w:smallCaps w:val="0"/>
          <w:strike w:val="0"/>
          <w:sz w:val="16"/>
          <w:u w:val="none"/>
        </w:rPr>
        <w:t xml:space="preserve">A horrific power struggle </w:t>
      </w:r>
    </w:p>
    <w:p>
      <w:pPr>
        <w:spacing w:after="60"/>
      </w:pPr>
      <w:r>
        <w:rPr>
          <w:b w:val="0"/>
          <w:i w:val="0"/>
          <w:smallCaps w:val="0"/>
          <w:strike w:val="0"/>
          <w:sz w:val="16"/>
          <w:u w:val="none"/>
        </w:rPr>
        <w:t xml:space="preserve">The </w:t>
      </w:r>
      <w:r>
        <w:rPr>
          <w:b/>
          <w:i w:val="0"/>
          <w:smallCaps w:val="0"/>
          <w:strike w:val="0"/>
          <w:sz w:val="20"/>
          <w:u w:val="single"/>
        </w:rPr>
        <w:t>Covid</w:t>
      </w:r>
      <w:r>
        <w:rPr>
          <w:b w:val="0"/>
          <w:i w:val="0"/>
          <w:smallCaps w:val="0"/>
          <w:strike w:val="0"/>
          <w:sz w:val="16"/>
          <w:u w:val="none"/>
        </w:rPr>
        <w:t xml:space="preserve">-19 pandemic </w:t>
      </w:r>
      <w:r>
        <w:rPr>
          <w:b w:val="0"/>
          <w:i w:val="0"/>
          <w:smallCaps w:val="0"/>
          <w:strike w:val="0"/>
          <w:sz w:val="20"/>
          <w:u w:val="single"/>
        </w:rPr>
        <w:t>drove global</w:t>
      </w:r>
      <w:r>
        <w:rPr>
          <w:b w:val="0"/>
          <w:i w:val="0"/>
          <w:smallCaps w:val="0"/>
          <w:strike w:val="0"/>
          <w:sz w:val="16"/>
          <w:u w:val="none"/>
        </w:rPr>
        <w:t xml:space="preserve"> </w:t>
      </w:r>
      <w:r>
        <w:rPr>
          <w:b/>
          <w:i w:val="0"/>
          <w:smallCaps w:val="0"/>
          <w:strike w:val="0"/>
          <w:sz w:val="20"/>
          <w:u w:val="single"/>
        </w:rPr>
        <w:t>production</w:t>
      </w:r>
      <w:r>
        <w:rPr>
          <w:b w:val="0"/>
          <w:i w:val="0"/>
          <w:smallCaps w:val="0"/>
          <w:strike w:val="0"/>
          <w:sz w:val="16"/>
          <w:u w:val="none"/>
        </w:rPr>
        <w:t xml:space="preserve"> </w:t>
      </w:r>
      <w:r>
        <w:rPr>
          <w:b w:val="0"/>
          <w:i w:val="0"/>
          <w:smallCaps w:val="0"/>
          <w:strike w:val="0"/>
          <w:sz w:val="20"/>
          <w:u w:val="single"/>
        </w:rPr>
        <w:t>to a halt, cutting</w:t>
      </w:r>
      <w:r>
        <w:rPr>
          <w:b w:val="0"/>
          <w:i w:val="0"/>
          <w:smallCaps w:val="0"/>
          <w:strike w:val="0"/>
          <w:sz w:val="16"/>
          <w:u w:val="none"/>
        </w:rPr>
        <w:t xml:space="preserve"> </w:t>
      </w:r>
      <w:r>
        <w:rPr>
          <w:b/>
          <w:i w:val="0"/>
          <w:smallCaps w:val="0"/>
          <w:strike w:val="0"/>
          <w:sz w:val="20"/>
          <w:u w:val="single"/>
        </w:rPr>
        <w:t>supply lines</w:t>
      </w:r>
      <w:r>
        <w:rPr>
          <w:b w:val="0"/>
          <w:i w:val="0"/>
          <w:smallCaps w:val="0"/>
          <w:strike w:val="0"/>
          <w:sz w:val="16"/>
          <w:u w:val="none"/>
        </w:rPr>
        <w:t xml:space="preserve">. The world stood still for two years. Surely this would lead to grave consequences. However, this is not what we are discussing here. It goes much beyond that. </w:t>
      </w:r>
    </w:p>
    <w:p>
      <w:pPr>
        <w:spacing w:after="60"/>
      </w:pPr>
      <w:r>
        <w:rPr>
          <w:b w:val="0"/>
          <w:i w:val="0"/>
          <w:smallCaps w:val="0"/>
          <w:strike w:val="0"/>
          <w:sz w:val="16"/>
          <w:u w:val="none"/>
        </w:rPr>
        <w:t xml:space="preserve">Within the global economy, conflicts and battles arise more so than production and supply crises. This </w:t>
      </w:r>
      <w:r>
        <w:rPr>
          <w:b w:val="0"/>
          <w:i w:val="0"/>
          <w:smallCaps w:val="0"/>
          <w:strike w:val="0"/>
          <w:sz w:val="20"/>
          <w:highlight w:val="cyan"/>
          <w:u w:val="single"/>
        </w:rPr>
        <w:t xml:space="preserve">conflict </w:t>
      </w:r>
      <w:r>
        <w:rPr>
          <w:b w:val="0"/>
          <w:i w:val="0"/>
          <w:smallCaps w:val="0"/>
          <w:strike w:val="0"/>
          <w:sz w:val="20"/>
          <w:u w:val="single"/>
        </w:rPr>
        <w:t>will be</w:t>
      </w:r>
      <w:r>
        <w:rPr>
          <w:b w:val="0"/>
          <w:i w:val="0"/>
          <w:smallCaps w:val="0"/>
          <w:strike w:val="0"/>
          <w:sz w:val="16"/>
          <w:u w:val="none"/>
        </w:rPr>
        <w:t xml:space="preserve"> </w:t>
      </w:r>
      <w:r>
        <w:rPr>
          <w:b/>
          <w:i w:val="0"/>
          <w:smallCaps w:val="0"/>
          <w:strike w:val="0"/>
          <w:sz w:val="20"/>
          <w:highlight w:val="cyan"/>
          <w:u w:val="single"/>
        </w:rPr>
        <w:t>prolonged</w:t>
      </w:r>
      <w:r>
        <w:rPr>
          <w:b w:val="0"/>
          <w:i w:val="0"/>
          <w:smallCaps w:val="0"/>
          <w:strike w:val="0"/>
          <w:sz w:val="16"/>
          <w:u w:val="none"/>
        </w:rPr>
        <w:t xml:space="preserve"> </w:t>
      </w:r>
      <w:r>
        <w:rPr>
          <w:b w:val="0"/>
          <w:i w:val="0"/>
          <w:smallCaps w:val="0"/>
          <w:strike w:val="0"/>
          <w:sz w:val="20"/>
          <w:u w:val="single"/>
        </w:rPr>
        <w:t>through</w:t>
      </w:r>
      <w:r>
        <w:rPr>
          <w:b w:val="0"/>
          <w:i w:val="0"/>
          <w:smallCaps w:val="0"/>
          <w:strike w:val="0"/>
          <w:sz w:val="16"/>
          <w:u w:val="none"/>
        </w:rPr>
        <w:t xml:space="preserve"> </w:t>
      </w:r>
      <w:r>
        <w:rPr>
          <w:b/>
          <w:i w:val="0"/>
          <w:smallCaps w:val="0"/>
          <w:strike w:val="0"/>
          <w:sz w:val="20"/>
          <w:u w:val="single"/>
        </w:rPr>
        <w:t>resources</w:t>
      </w:r>
      <w:r>
        <w:rPr>
          <w:b w:val="0"/>
          <w:i w:val="0"/>
          <w:smallCaps w:val="0"/>
          <w:strike w:val="0"/>
          <w:sz w:val="16"/>
          <w:u w:val="none"/>
        </w:rPr>
        <w:t xml:space="preserve">, markets, and trade corridors. </w:t>
      </w:r>
    </w:p>
    <w:p>
      <w:pPr>
        <w:spacing w:after="60"/>
      </w:pPr>
      <w:r>
        <w:rPr>
          <w:b w:val="0"/>
          <w:i w:val="0"/>
          <w:smallCaps w:val="0"/>
          <w:strike w:val="0"/>
          <w:sz w:val="16"/>
          <w:u w:val="none"/>
        </w:rPr>
        <w:t xml:space="preserve">This new situation will be </w:t>
      </w:r>
      <w:r>
        <w:rPr>
          <w:b w:val="0"/>
          <w:i w:val="0"/>
          <w:smallCaps w:val="0"/>
          <w:strike w:val="0"/>
          <w:sz w:val="20"/>
          <w:u w:val="single"/>
        </w:rPr>
        <w:t>a</w:t>
      </w:r>
      <w:r>
        <w:rPr>
          <w:b w:val="0"/>
          <w:i w:val="0"/>
          <w:smallCaps w:val="0"/>
          <w:strike w:val="0"/>
          <w:sz w:val="16"/>
          <w:u w:val="none"/>
        </w:rPr>
        <w:t xml:space="preserve"> </w:t>
      </w:r>
      <w:r>
        <w:rPr>
          <w:b/>
          <w:i w:val="0"/>
          <w:smallCaps w:val="0"/>
          <w:strike w:val="0"/>
          <w:sz w:val="20"/>
          <w:highlight w:val="cyan"/>
          <w:u w:val="single"/>
        </w:rPr>
        <w:t>geopolitical</w:t>
      </w:r>
      <w:r>
        <w:rPr>
          <w:b/>
          <w:i w:val="0"/>
          <w:smallCaps w:val="0"/>
          <w:strike w:val="0"/>
          <w:sz w:val="20"/>
          <w:u w:val="single"/>
        </w:rPr>
        <w:t xml:space="preserve"> showdown</w:t>
      </w:r>
      <w:r>
        <w:rPr>
          <w:b w:val="0"/>
          <w:i w:val="0"/>
          <w:smallCaps w:val="0"/>
          <w:strike w:val="0"/>
          <w:sz w:val="20"/>
          <w:u w:val="single"/>
        </w:rPr>
        <w:t>, a</w:t>
      </w:r>
      <w:r>
        <w:rPr>
          <w:b w:val="0"/>
          <w:i w:val="0"/>
          <w:smallCaps w:val="0"/>
          <w:strike w:val="0"/>
          <w:sz w:val="16"/>
          <w:u w:val="none"/>
        </w:rPr>
        <w:t xml:space="preserve"> </w:t>
      </w:r>
      <w:r>
        <w:rPr>
          <w:b/>
          <w:i w:val="0"/>
          <w:smallCaps w:val="0"/>
          <w:strike w:val="0"/>
          <w:sz w:val="20"/>
          <w:highlight w:val="cyan"/>
          <w:u w:val="single"/>
        </w:rPr>
        <w:t>horrific</w:t>
      </w:r>
      <w:r>
        <w:rPr>
          <w:b w:val="0"/>
          <w:i w:val="0"/>
          <w:smallCaps w:val="0"/>
          <w:strike w:val="0"/>
          <w:sz w:val="16"/>
          <w:u w:val="none"/>
        </w:rPr>
        <w:t xml:space="preserve"> power </w:t>
      </w:r>
      <w:r>
        <w:rPr>
          <w:b/>
          <w:i w:val="0"/>
          <w:smallCaps w:val="0"/>
          <w:strike w:val="0"/>
          <w:sz w:val="20"/>
          <w:highlight w:val="cyan"/>
          <w:u w:val="single"/>
        </w:rPr>
        <w:t>battle</w:t>
      </w:r>
      <w:r>
        <w:rPr>
          <w:b w:val="0"/>
          <w:i w:val="0"/>
          <w:smallCaps w:val="0"/>
          <w:strike w:val="0"/>
          <w:sz w:val="16"/>
          <w:u w:val="none"/>
        </w:rPr>
        <w:t xml:space="preserve"> sustained </w:t>
      </w:r>
      <w:r>
        <w:rPr>
          <w:b/>
          <w:i w:val="0"/>
          <w:smallCaps w:val="0"/>
          <w:strike w:val="0"/>
          <w:sz w:val="20"/>
          <w:u w:val="single"/>
        </w:rPr>
        <w:t>through</w:t>
      </w:r>
      <w:r>
        <w:rPr>
          <w:b w:val="0"/>
          <w:i w:val="0"/>
          <w:smallCaps w:val="0"/>
          <w:strike w:val="0"/>
          <w:sz w:val="16"/>
          <w:u w:val="none"/>
        </w:rPr>
        <w:t xml:space="preserve"> </w:t>
      </w:r>
      <w:r>
        <w:rPr>
          <w:b w:val="0"/>
          <w:i w:val="0"/>
          <w:smallCaps w:val="0"/>
          <w:strike w:val="0"/>
          <w:sz w:val="20"/>
          <w:u w:val="single"/>
        </w:rPr>
        <w:t>the economy</w:t>
      </w:r>
      <w:r>
        <w:rPr>
          <w:b w:val="0"/>
          <w:i w:val="0"/>
          <w:smallCaps w:val="0"/>
          <w:strike w:val="0"/>
          <w:sz w:val="16"/>
          <w:u w:val="none"/>
        </w:rPr>
        <w:t xml:space="preserve">. </w:t>
      </w:r>
    </w:p>
    <w:p>
      <w:pPr>
        <w:spacing w:after="60"/>
      </w:pPr>
      <w:r>
        <w:rPr>
          <w:b w:val="0"/>
          <w:i w:val="0"/>
          <w:smallCaps w:val="0"/>
          <w:strike w:val="0"/>
          <w:sz w:val="16"/>
          <w:u w:val="none"/>
        </w:rPr>
        <w:t xml:space="preserve">Reliable basins of solidarity </w:t>
      </w:r>
    </w:p>
    <w:p>
      <w:pPr>
        <w:spacing w:after="60"/>
      </w:pPr>
      <w:r>
        <w:rPr>
          <w:b w:val="0"/>
          <w:i w:val="0"/>
          <w:smallCaps w:val="0"/>
          <w:strike w:val="0"/>
          <w:sz w:val="20"/>
          <w:u w:val="single"/>
        </w:rPr>
        <w:t>Great pressure will form</w:t>
      </w:r>
      <w:r>
        <w:rPr>
          <w:b w:val="0"/>
          <w:i w:val="0"/>
          <w:smallCaps w:val="0"/>
          <w:strike w:val="0"/>
          <w:sz w:val="16"/>
          <w:u w:val="none"/>
        </w:rPr>
        <w:t xml:space="preserve"> over countries. </w:t>
      </w:r>
      <w:r>
        <w:rPr>
          <w:b w:val="0"/>
          <w:i w:val="0"/>
          <w:smallCaps w:val="0"/>
          <w:strike w:val="0"/>
          <w:sz w:val="20"/>
          <w:u w:val="single"/>
        </w:rPr>
        <w:t xml:space="preserve">No state will have the strength to resist on its own. They will be driven to seek </w:t>
      </w:r>
      <w:r>
        <w:rPr>
          <w:b/>
          <w:i w:val="0"/>
          <w:smallCaps w:val="0"/>
          <w:strike w:val="0"/>
          <w:sz w:val="20"/>
          <w:u w:val="single"/>
        </w:rPr>
        <w:t>asylum</w:t>
      </w:r>
      <w:r>
        <w:rPr>
          <w:b w:val="0"/>
          <w:i w:val="0"/>
          <w:smallCaps w:val="0"/>
          <w:strike w:val="0"/>
          <w:sz w:val="16"/>
          <w:u w:val="none"/>
        </w:rPr>
        <w:t xml:space="preserve"> </w:t>
      </w:r>
      <w:r>
        <w:rPr>
          <w:b w:val="0"/>
          <w:i w:val="0"/>
          <w:smallCaps w:val="0"/>
          <w:strike w:val="0"/>
          <w:sz w:val="20"/>
          <w:u w:val="single"/>
        </w:rPr>
        <w:t>in</w:t>
      </w:r>
      <w:r>
        <w:rPr>
          <w:b w:val="0"/>
          <w:i w:val="0"/>
          <w:smallCaps w:val="0"/>
          <w:strike w:val="0"/>
          <w:sz w:val="16"/>
          <w:u w:val="none"/>
        </w:rPr>
        <w:t xml:space="preserve"> </w:t>
      </w:r>
      <w:r>
        <w:rPr>
          <w:b/>
          <w:i w:val="0"/>
          <w:smallCaps w:val="0"/>
          <w:strike w:val="0"/>
          <w:sz w:val="20"/>
          <w:u w:val="single"/>
        </w:rPr>
        <w:t>regional solidarity</w:t>
      </w:r>
      <w:r>
        <w:rPr>
          <w:b w:val="0"/>
          <w:i w:val="0"/>
          <w:smallCaps w:val="0"/>
          <w:strike w:val="0"/>
          <w:sz w:val="16"/>
          <w:u w:val="none"/>
        </w:rPr>
        <w:t xml:space="preserve"> basins. Every country will seek new and reliable refuges. </w:t>
      </w:r>
    </w:p>
    <w:p>
      <w:pPr>
        <w:spacing w:after="60"/>
      </w:pPr>
      <w:r>
        <w:rPr>
          <w:b w:val="0"/>
          <w:i w:val="0"/>
          <w:smallCaps w:val="0"/>
          <w:strike w:val="0"/>
          <w:sz w:val="20"/>
          <w:u w:val="single"/>
        </w:rPr>
        <w:t>This is the reason</w:t>
      </w:r>
      <w:r>
        <w:rPr>
          <w:b w:val="0"/>
          <w:i w:val="0"/>
          <w:smallCaps w:val="0"/>
          <w:strike w:val="0"/>
          <w:sz w:val="16"/>
          <w:u w:val="none"/>
        </w:rPr>
        <w:t xml:space="preserve"> </w:t>
      </w:r>
      <w:r>
        <w:rPr>
          <w:b/>
          <w:i w:val="0"/>
          <w:smallCaps w:val="0"/>
          <w:strike w:val="0"/>
          <w:sz w:val="20"/>
          <w:u w:val="single"/>
        </w:rPr>
        <w:t>underlying</w:t>
      </w:r>
      <w:r>
        <w:rPr>
          <w:b w:val="0"/>
          <w:i w:val="0"/>
          <w:smallCaps w:val="0"/>
          <w:strike w:val="0"/>
          <w:sz w:val="16"/>
          <w:u w:val="none"/>
        </w:rPr>
        <w:t xml:space="preserve"> </w:t>
      </w:r>
      <w:r>
        <w:rPr>
          <w:b w:val="0"/>
          <w:i w:val="0"/>
          <w:smallCaps w:val="0"/>
          <w:strike w:val="0"/>
          <w:sz w:val="20"/>
          <w:u w:val="single"/>
        </w:rPr>
        <w:t xml:space="preserve">Europe’s withdrawal, the U.S.’s contraction, African countries’ search for new asylums, and rapid convergence with Turkey. </w:t>
      </w:r>
    </w:p>
    <w:p>
      <w:pPr>
        <w:spacing w:after="60"/>
      </w:pPr>
      <w:r>
        <w:rPr>
          <w:b w:val="0"/>
          <w:i w:val="0"/>
          <w:smallCaps w:val="0"/>
          <w:strike w:val="0"/>
          <w:sz w:val="20"/>
          <w:u w:val="single"/>
        </w:rPr>
        <w:t>This is why Middle Eastern countries have suddenly</w:t>
      </w:r>
      <w:r>
        <w:rPr>
          <w:b w:val="0"/>
          <w:i w:val="0"/>
          <w:smallCaps w:val="0"/>
          <w:strike w:val="0"/>
          <w:sz w:val="16"/>
          <w:u w:val="none"/>
        </w:rPr>
        <w:t xml:space="preserve"> </w:t>
      </w:r>
      <w:r>
        <w:rPr>
          <w:b/>
          <w:i w:val="0"/>
          <w:smallCaps w:val="0"/>
          <w:strike w:val="0"/>
          <w:sz w:val="20"/>
          <w:u w:val="single"/>
        </w:rPr>
        <w:t>shifted their axis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Russia</w:t>
      </w:r>
      <w:r>
        <w:rPr>
          <w:b w:val="0"/>
          <w:i w:val="0"/>
          <w:smallCaps w:val="0"/>
          <w:strike w:val="0"/>
          <w:sz w:val="16"/>
          <w:u w:val="none"/>
        </w:rPr>
        <w:t xml:space="preserve"> </w:t>
      </w:r>
      <w:r>
        <w:rPr>
          <w:b w:val="0"/>
          <w:i w:val="0"/>
          <w:smallCaps w:val="0"/>
          <w:strike w:val="0"/>
          <w:sz w:val="20"/>
          <w:u w:val="single"/>
        </w:rPr>
        <w:t>took</w:t>
      </w:r>
      <w:r>
        <w:rPr>
          <w:b w:val="0"/>
          <w:i w:val="0"/>
          <w:smallCaps w:val="0"/>
          <w:strike w:val="0"/>
          <w:sz w:val="16"/>
          <w:u w:val="none"/>
        </w:rPr>
        <w:t xml:space="preserve"> </w:t>
      </w:r>
      <w:r>
        <w:rPr>
          <w:b/>
          <w:i w:val="0"/>
          <w:smallCaps w:val="0"/>
          <w:strike w:val="0"/>
          <w:sz w:val="20"/>
          <w:u w:val="single"/>
        </w:rPr>
        <w:t>advantage</w:t>
      </w:r>
      <w:r>
        <w:rPr>
          <w:b w:val="0"/>
          <w:i w:val="0"/>
          <w:smallCaps w:val="0"/>
          <w:strike w:val="0"/>
          <w:sz w:val="16"/>
          <w:u w:val="none"/>
        </w:rPr>
        <w:t xml:space="preserve"> of the opportunity </w:t>
      </w:r>
      <w:r>
        <w:rPr>
          <w:b w:val="0"/>
          <w:i w:val="0"/>
          <w:smallCaps w:val="0"/>
          <w:strike w:val="0"/>
          <w:sz w:val="20"/>
          <w:u w:val="single"/>
        </w:rPr>
        <w:t>and returned to its</w:t>
      </w:r>
      <w:r>
        <w:rPr>
          <w:b w:val="0"/>
          <w:i w:val="0"/>
          <w:smallCaps w:val="0"/>
          <w:strike w:val="0"/>
          <w:sz w:val="16"/>
          <w:u w:val="none"/>
        </w:rPr>
        <w:t xml:space="preserve"> </w:t>
      </w:r>
      <w:r>
        <w:rPr>
          <w:b/>
          <w:i w:val="0"/>
          <w:smallCaps w:val="0"/>
          <w:strike w:val="0"/>
          <w:sz w:val="20"/>
          <w:u w:val="single"/>
        </w:rPr>
        <w:t>former imperial region</w:t>
      </w:r>
      <w:r>
        <w:rPr>
          <w:b w:val="0"/>
          <w:i w:val="0"/>
          <w:smallCaps w:val="0"/>
          <w:strike w:val="0"/>
          <w:sz w:val="16"/>
          <w:u w:val="none"/>
        </w:rPr>
        <w:t xml:space="preserve">. </w:t>
      </w:r>
    </w:p>
    <w:p>
      <w:pPr>
        <w:spacing w:after="60"/>
      </w:pPr>
      <w:r>
        <w:rPr>
          <w:b w:val="0"/>
          <w:i w:val="0"/>
          <w:smallCaps w:val="0"/>
          <w:strike w:val="0"/>
          <w:sz w:val="16"/>
          <w:u w:val="none"/>
        </w:rPr>
        <w:t xml:space="preserve">Food wars: Both an internal and foreign threat </w:t>
      </w:r>
    </w:p>
    <w:p>
      <w:pPr>
        <w:spacing w:after="60"/>
      </w:pPr>
      <w:r>
        <w:rPr>
          <w:b w:val="0"/>
          <w:i w:val="0"/>
          <w:smallCaps w:val="0"/>
          <w:strike w:val="0"/>
          <w:sz w:val="20"/>
          <w:u w:val="single"/>
        </w:rPr>
        <w:t>We now have a</w:t>
      </w:r>
      <w:r>
        <w:rPr>
          <w:b w:val="0"/>
          <w:i w:val="0"/>
          <w:smallCaps w:val="0"/>
          <w:strike w:val="0"/>
          <w:sz w:val="16"/>
          <w:u w:val="none"/>
        </w:rPr>
        <w:t xml:space="preserve"> </w:t>
      </w:r>
      <w:r>
        <w:rPr>
          <w:b/>
          <w:i w:val="0"/>
          <w:smallCaps w:val="0"/>
          <w:strike w:val="0"/>
          <w:sz w:val="20"/>
          <w:highlight w:val="cyan"/>
          <w:u w:val="single"/>
        </w:rPr>
        <w:t>new</w:t>
      </w:r>
      <w:r>
        <w:rPr>
          <w:b w:val="0"/>
          <w:i w:val="0"/>
          <w:smallCaps w:val="0"/>
          <w:strike w:val="0"/>
          <w:sz w:val="16"/>
          <w:u w:val="none"/>
        </w:rPr>
        <w:t xml:space="preserve"> sort of </w:t>
      </w:r>
      <w:r>
        <w:rPr>
          <w:b/>
          <w:i w:val="0"/>
          <w:smallCaps w:val="0"/>
          <w:strike w:val="0"/>
          <w:sz w:val="20"/>
          <w:highlight w:val="cyan"/>
          <w:u w:val="single"/>
        </w:rPr>
        <w:t>security threat</w:t>
      </w:r>
      <w:r>
        <w:rPr>
          <w:b w:val="0"/>
          <w:i w:val="0"/>
          <w:smallCaps w:val="0"/>
          <w:strike w:val="0"/>
          <w:sz w:val="16"/>
          <w:u w:val="none"/>
        </w:rPr>
        <w:t xml:space="preserve"> </w:t>
      </w:r>
      <w:r>
        <w:rPr>
          <w:b w:val="0"/>
          <w:i w:val="0"/>
          <w:smallCaps w:val="0"/>
          <w:strike w:val="0"/>
          <w:sz w:val="20"/>
          <w:u w:val="single"/>
        </w:rPr>
        <w:t xml:space="preserve">that </w:t>
      </w:r>
      <w:r>
        <w:rPr>
          <w:b w:val="0"/>
          <w:i w:val="0"/>
          <w:smallCaps w:val="0"/>
          <w:strike w:val="0"/>
          <w:sz w:val="20"/>
          <w:highlight w:val="cyan"/>
          <w:u w:val="single"/>
        </w:rPr>
        <w:t>spells</w:t>
      </w:r>
      <w:r>
        <w:rPr>
          <w:b w:val="0"/>
          <w:i w:val="0"/>
          <w:smallCaps w:val="0"/>
          <w:strike w:val="0"/>
          <w:sz w:val="16"/>
          <w:highlight w:val="cyan"/>
          <w:u w:val="none"/>
        </w:rPr>
        <w:t xml:space="preserve"> </w:t>
      </w:r>
      <w:r>
        <w:rPr>
          <w:b/>
          <w:i w:val="0"/>
          <w:smallCaps w:val="0"/>
          <w:strike w:val="0"/>
          <w:sz w:val="20"/>
          <w:highlight w:val="cyan"/>
          <w:u w:val="single"/>
        </w:rPr>
        <w:t>doom</w:t>
      </w:r>
      <w:r>
        <w:rPr>
          <w:b w:val="0"/>
          <w:i w:val="0"/>
          <w:smallCaps w:val="0"/>
          <w:strike w:val="0"/>
          <w:sz w:val="16"/>
          <w:highlight w:val="cyan"/>
          <w:u w:val="none"/>
        </w:rPr>
        <w:t xml:space="preserve"> </w:t>
      </w:r>
      <w:r>
        <w:rPr>
          <w:b w:val="0"/>
          <w:i w:val="0"/>
          <w:smallCaps w:val="0"/>
          <w:strike w:val="0"/>
          <w:sz w:val="20"/>
          <w:highlight w:val="cyan"/>
          <w:u w:val="single"/>
        </w:rPr>
        <w:t>for countries experiencing</w:t>
      </w:r>
      <w:r>
        <w:rPr>
          <w:b w:val="0"/>
          <w:i w:val="0"/>
          <w:smallCaps w:val="0"/>
          <w:strike w:val="0"/>
          <w:sz w:val="16"/>
          <w:highlight w:val="cyan"/>
          <w:u w:val="none"/>
        </w:rPr>
        <w:t xml:space="preserve"> </w:t>
      </w:r>
      <w:r>
        <w:rPr>
          <w:b/>
          <w:i w:val="0"/>
          <w:smallCaps w:val="0"/>
          <w:strike w:val="0"/>
          <w:sz w:val="20"/>
          <w:highlight w:val="cyan"/>
          <w:u w:val="single"/>
        </w:rPr>
        <w:t>production</w:t>
      </w:r>
      <w:r>
        <w:rPr>
          <w:b w:val="0"/>
          <w:i w:val="0"/>
          <w:smallCaps w:val="0"/>
          <w:strike w:val="0"/>
          <w:sz w:val="16"/>
          <w:u w:val="none"/>
        </w:rPr>
        <w:t xml:space="preserve"> and resource </w:t>
      </w:r>
      <w:r>
        <w:rPr>
          <w:b/>
          <w:i w:val="0"/>
          <w:smallCaps w:val="0"/>
          <w:strike w:val="0"/>
          <w:sz w:val="20"/>
          <w:highlight w:val="cyan"/>
          <w:u w:val="single"/>
        </w:rPr>
        <w:t>issues</w:t>
      </w:r>
      <w:r>
        <w:rPr>
          <w:b w:val="0"/>
          <w:i w:val="0"/>
          <w:smallCaps w:val="0"/>
          <w:strike w:val="0"/>
          <w:sz w:val="16"/>
          <w:u w:val="none"/>
        </w:rPr>
        <w:t xml:space="preserve">. This will pose both an internal and external threat. </w:t>
      </w:r>
    </w:p>
    <w:p>
      <w:pPr>
        <w:spacing w:after="60"/>
      </w:pPr>
      <w:r>
        <w:rPr>
          <w:b w:val="0"/>
          <w:i w:val="0"/>
          <w:smallCaps w:val="0"/>
          <w:strike w:val="0"/>
          <w:sz w:val="20"/>
          <w:u w:val="single"/>
        </w:rPr>
        <w:t>As</w:t>
      </w:r>
      <w:r>
        <w:rPr>
          <w:b w:val="0"/>
          <w:i w:val="0"/>
          <w:smallCaps w:val="0"/>
          <w:strike w:val="0"/>
          <w:sz w:val="16"/>
          <w:u w:val="none"/>
        </w:rPr>
        <w:t xml:space="preserve"> </w:t>
      </w:r>
      <w:r>
        <w:rPr>
          <w:b/>
          <w:i w:val="0"/>
          <w:smallCaps w:val="0"/>
          <w:strike w:val="0"/>
          <w:sz w:val="20"/>
          <w:u w:val="single"/>
        </w:rPr>
        <w:t>price hikes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highlight w:val="cyan"/>
          <w:u w:val="single"/>
        </w:rPr>
        <w:t>food crises</w:t>
      </w:r>
      <w:r>
        <w:rPr>
          <w:b w:val="0"/>
          <w:i w:val="0"/>
          <w:smallCaps w:val="0"/>
          <w:strike w:val="0"/>
          <w:sz w:val="16"/>
          <w:u w:val="none"/>
        </w:rPr>
        <w:t xml:space="preserve"> within </w:t>
      </w:r>
      <w:r>
        <w:rPr>
          <w:b w:val="0"/>
          <w:i w:val="0"/>
          <w:smallCaps w:val="0"/>
          <w:strike w:val="0"/>
          <w:sz w:val="20"/>
          <w:highlight w:val="cyan"/>
          <w:u w:val="single"/>
        </w:rPr>
        <w:t>lead to</w:t>
      </w:r>
      <w:r>
        <w:rPr>
          <w:b w:val="0"/>
          <w:i w:val="0"/>
          <w:smallCaps w:val="0"/>
          <w:strike w:val="0"/>
          <w:sz w:val="16"/>
          <w:highlight w:val="cyan"/>
          <w:u w:val="none"/>
        </w:rPr>
        <w:t xml:space="preserve"> </w:t>
      </w:r>
      <w:r>
        <w:rPr>
          <w:b/>
          <w:i w:val="0"/>
          <w:smallCaps w:val="0"/>
          <w:strike w:val="0"/>
          <w:sz w:val="20"/>
          <w:highlight w:val="cyan"/>
          <w:u w:val="single"/>
        </w:rPr>
        <w:t>mass eruptions</w:t>
      </w:r>
      <w:r>
        <w:rPr>
          <w:b w:val="0"/>
          <w:i w:val="0"/>
          <w:smallCaps w:val="0"/>
          <w:strike w:val="0"/>
          <w:sz w:val="20"/>
          <w:highlight w:val="cyan"/>
          <w:u w:val="single"/>
        </w:rPr>
        <w:t>, those</w:t>
      </w:r>
      <w:r>
        <w:rPr>
          <w:b w:val="0"/>
          <w:i w:val="0"/>
          <w:smallCaps w:val="0"/>
          <w:strike w:val="0"/>
          <w:sz w:val="16"/>
          <w:highlight w:val="cyan"/>
          <w:u w:val="none"/>
        </w:rPr>
        <w:t xml:space="preserve"> </w:t>
      </w:r>
      <w:r>
        <w:rPr>
          <w:b/>
          <w:i w:val="0"/>
          <w:smallCaps w:val="0"/>
          <w:strike w:val="0"/>
          <w:sz w:val="20"/>
          <w:highlight w:val="cyan"/>
          <w:u w:val="single"/>
        </w:rPr>
        <w:t>abroad</w:t>
      </w:r>
      <w:r>
        <w:rPr>
          <w:b w:val="0"/>
          <w:i w:val="0"/>
          <w:smallCaps w:val="0"/>
          <w:strike w:val="0"/>
          <w:sz w:val="16"/>
          <w:highlight w:val="cyan"/>
          <w:u w:val="none"/>
        </w:rPr>
        <w:t xml:space="preserve"> </w:t>
      </w:r>
      <w:r>
        <w:rPr>
          <w:b w:val="0"/>
          <w:i w:val="0"/>
          <w:smallCaps w:val="0"/>
          <w:strike w:val="0"/>
          <w:sz w:val="20"/>
          <w:highlight w:val="cyan"/>
          <w:u w:val="single"/>
        </w:rPr>
        <w:t>will take</w:t>
      </w:r>
      <w:r>
        <w:rPr>
          <w:b w:val="0"/>
          <w:i w:val="0"/>
          <w:smallCaps w:val="0"/>
          <w:strike w:val="0"/>
          <w:sz w:val="16"/>
          <w:highlight w:val="cyan"/>
          <w:u w:val="none"/>
        </w:rPr>
        <w:t xml:space="preserve"> </w:t>
      </w:r>
      <w:r>
        <w:rPr>
          <w:b/>
          <w:i w:val="0"/>
          <w:smallCaps w:val="0"/>
          <w:strike w:val="0"/>
          <w:sz w:val="20"/>
          <w:highlight w:val="cyan"/>
          <w:u w:val="single"/>
        </w:rPr>
        <w:t>advantage</w:t>
      </w:r>
      <w:r>
        <w:rPr>
          <w:b w:val="0"/>
          <w:i w:val="0"/>
          <w:smallCaps w:val="0"/>
          <w:strike w:val="0"/>
          <w:sz w:val="16"/>
          <w:u w:val="none"/>
        </w:rPr>
        <w:t xml:space="preserve"> of this situation. </w:t>
      </w:r>
      <w:r>
        <w:rPr>
          <w:b/>
          <w:i w:val="0"/>
          <w:smallCaps w:val="0"/>
          <w:strike w:val="0"/>
          <w:sz w:val="20"/>
          <w:u w:val="single"/>
        </w:rPr>
        <w:t>Foreign threats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attacks</w:t>
      </w:r>
      <w:r>
        <w:rPr>
          <w:b w:val="0"/>
          <w:i w:val="0"/>
          <w:smallCaps w:val="0"/>
          <w:strike w:val="0"/>
          <w:sz w:val="16"/>
          <w:u w:val="none"/>
        </w:rPr>
        <w:t xml:space="preserve"> </w:t>
      </w:r>
      <w:r>
        <w:rPr>
          <w:b w:val="0"/>
          <w:i w:val="0"/>
          <w:smallCaps w:val="0"/>
          <w:strike w:val="0"/>
          <w:sz w:val="20"/>
          <w:u w:val="single"/>
        </w:rPr>
        <w:t xml:space="preserve">will be plotted through these social explosions. Weak </w:t>
      </w:r>
      <w:r>
        <w:rPr>
          <w:b w:val="0"/>
          <w:i w:val="0"/>
          <w:smallCaps w:val="0"/>
          <w:strike w:val="0"/>
          <w:sz w:val="20"/>
          <w:highlight w:val="cyan"/>
          <w:u w:val="single"/>
        </w:rPr>
        <w:t>countries</w:t>
      </w:r>
      <w:r>
        <w:rPr>
          <w:b w:val="0"/>
          <w:i w:val="0"/>
          <w:smallCaps w:val="0"/>
          <w:strike w:val="0"/>
          <w:sz w:val="20"/>
          <w:u w:val="single"/>
        </w:rPr>
        <w:t xml:space="preserve"> may </w:t>
      </w:r>
      <w:r>
        <w:rPr>
          <w:b w:val="0"/>
          <w:i w:val="0"/>
          <w:smallCaps w:val="0"/>
          <w:strike w:val="0"/>
          <w:sz w:val="20"/>
          <w:highlight w:val="cyan"/>
          <w:u w:val="single"/>
        </w:rPr>
        <w:t>experience</w:t>
      </w:r>
      <w:r>
        <w:rPr>
          <w:b w:val="0"/>
          <w:i w:val="0"/>
          <w:smallCaps w:val="0"/>
          <w:strike w:val="0"/>
          <w:sz w:val="20"/>
          <w:u w:val="single"/>
        </w:rPr>
        <w:t xml:space="preserve"> major </w:t>
      </w:r>
      <w:r>
        <w:rPr>
          <w:b/>
          <w:i w:val="0"/>
          <w:smallCaps w:val="0"/>
          <w:strike w:val="0"/>
          <w:sz w:val="20"/>
          <w:highlight w:val="cyan"/>
          <w:u w:val="single"/>
        </w:rPr>
        <w:t>plundering</w:t>
      </w:r>
      <w:r>
        <w:rPr>
          <w:b w:val="0"/>
          <w:i w:val="0"/>
          <w:smallCaps w:val="0"/>
          <w:strike w:val="0"/>
          <w:sz w:val="16"/>
          <w:u w:val="none"/>
        </w:rPr>
        <w:t xml:space="preserve">. </w:t>
      </w:r>
    </w:p>
    <w:p>
      <w:pPr>
        <w:spacing w:after="60"/>
      </w:pPr>
      <w:r>
        <w:rPr>
          <w:b w:val="0"/>
          <w:i w:val="0"/>
          <w:smallCaps w:val="0"/>
          <w:strike w:val="0"/>
          <w:sz w:val="20"/>
          <w:u w:val="single"/>
        </w:rPr>
        <w:t>We will witness</w:t>
      </w:r>
      <w:r>
        <w:rPr>
          <w:b w:val="0"/>
          <w:i w:val="0"/>
          <w:smallCaps w:val="0"/>
          <w:strike w:val="0"/>
          <w:sz w:val="16"/>
          <w:u w:val="none"/>
        </w:rPr>
        <w:t xml:space="preserve"> </w:t>
      </w:r>
      <w:r>
        <w:rPr>
          <w:b/>
          <w:i w:val="0"/>
          <w:smallCaps w:val="0"/>
          <w:strike w:val="0"/>
          <w:sz w:val="20"/>
          <w:u w:val="single"/>
        </w:rPr>
        <w:t>appalling</w:t>
      </w:r>
      <w:r>
        <w:rPr>
          <w:b w:val="0"/>
          <w:i w:val="0"/>
          <w:smallCaps w:val="0"/>
          <w:strike w:val="0"/>
          <w:sz w:val="16"/>
          <w:u w:val="none"/>
        </w:rPr>
        <w:t xml:space="preserve"> state </w:t>
      </w:r>
      <w:r>
        <w:rPr>
          <w:b/>
          <w:i w:val="0"/>
          <w:smallCaps w:val="0"/>
          <w:strike w:val="0"/>
          <w:sz w:val="20"/>
          <w:u w:val="single"/>
        </w:rPr>
        <w:t>brutality</w:t>
      </w:r>
      <w:r>
        <w:rPr>
          <w:b w:val="0"/>
          <w:i w:val="0"/>
          <w:smallCaps w:val="0"/>
          <w:strike w:val="0"/>
          <w:sz w:val="16"/>
          <w:u w:val="none"/>
        </w:rPr>
        <w:t xml:space="preserve">. This signifies </w:t>
      </w:r>
      <w:r>
        <w:rPr>
          <w:b/>
          <w:i w:val="0"/>
          <w:smallCaps w:val="0"/>
          <w:strike w:val="0"/>
          <w:sz w:val="20"/>
          <w:highlight w:val="cyan"/>
          <w:u w:val="single"/>
        </w:rPr>
        <w:t>war</w:t>
      </w:r>
      <w:r>
        <w:rPr>
          <w:b w:val="0"/>
          <w:i w:val="0"/>
          <w:smallCaps w:val="0"/>
          <w:strike w:val="0"/>
          <w:sz w:val="16"/>
          <w:highlight w:val="cyan"/>
          <w:u w:val="none"/>
        </w:rPr>
        <w:t xml:space="preserve"> </w:t>
      </w:r>
      <w:r>
        <w:rPr>
          <w:b w:val="0"/>
          <w:i w:val="0"/>
          <w:smallCaps w:val="0"/>
          <w:strike w:val="0"/>
          <w:sz w:val="20"/>
          <w:highlight w:val="cyan"/>
          <w:u w:val="single"/>
        </w:rPr>
        <w:t>between</w:t>
      </w:r>
      <w:r>
        <w:rPr>
          <w:b w:val="0"/>
          <w:i w:val="0"/>
          <w:smallCaps w:val="0"/>
          <w:strike w:val="0"/>
          <w:sz w:val="16"/>
          <w:u w:val="none"/>
        </w:rPr>
        <w:t xml:space="preserve"> </w:t>
      </w:r>
      <w:r>
        <w:rPr>
          <w:b/>
          <w:i w:val="0"/>
          <w:smallCaps w:val="0"/>
          <w:strike w:val="0"/>
          <w:sz w:val="20"/>
          <w:u w:val="single"/>
        </w:rPr>
        <w:t>countries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i w:val="0"/>
          <w:smallCaps w:val="0"/>
          <w:strike w:val="0"/>
          <w:sz w:val="20"/>
          <w:u w:val="single"/>
        </w:rPr>
        <w:t>regions</w:t>
      </w:r>
      <w:r>
        <w:rPr>
          <w:b w:val="0"/>
          <w:i w:val="0"/>
          <w:smallCaps w:val="0"/>
          <w:strike w:val="0"/>
          <w:sz w:val="16"/>
          <w:u w:val="none"/>
        </w:rPr>
        <w:t xml:space="preserve"> – and it has already begun. </w:t>
      </w:r>
      <w:r>
        <w:rPr>
          <w:b w:val="0"/>
          <w:i w:val="0"/>
          <w:smallCaps w:val="0"/>
          <w:strike w:val="0"/>
          <w:sz w:val="20"/>
          <w:u w:val="single"/>
        </w:rPr>
        <w:t>Countries will</w:t>
      </w:r>
      <w:r>
        <w:rPr>
          <w:b w:val="0"/>
          <w:i w:val="0"/>
          <w:smallCaps w:val="0"/>
          <w:strike w:val="0"/>
          <w:sz w:val="16"/>
          <w:u w:val="none"/>
        </w:rPr>
        <w:t xml:space="preserve"> </w:t>
      </w:r>
      <w:r>
        <w:rPr>
          <w:b/>
          <w:i w:val="0"/>
          <w:smallCaps w:val="0"/>
          <w:strike w:val="0"/>
          <w:sz w:val="20"/>
          <w:u w:val="single"/>
        </w:rPr>
        <w:t>disperse</w:t>
      </w:r>
      <w:r>
        <w:rPr>
          <w:b w:val="0"/>
          <w:i w:val="0"/>
          <w:smallCaps w:val="0"/>
          <w:strike w:val="0"/>
          <w:sz w:val="16"/>
          <w:u w:val="none"/>
        </w:rPr>
        <w:t xml:space="preserve">; new partnerships will be established; the human race’s greed will peak. </w:t>
      </w:r>
    </w:p>
    <w:p>
      <w:pPr>
        <w:spacing w:after="60"/>
      </w:pPr>
      <w:r>
        <w:rPr>
          <w:b w:val="0"/>
          <w:i w:val="0"/>
          <w:smallCaps w:val="0"/>
          <w:strike w:val="0"/>
          <w:sz w:val="16"/>
          <w:u w:val="none"/>
        </w:rPr>
        <w:t xml:space="preserve">Kazakhstan is the first global example. Countries may be divided. </w:t>
      </w:r>
    </w:p>
    <w:p>
      <w:pPr>
        <w:spacing w:after="60"/>
      </w:pPr>
      <w:r>
        <w:rPr>
          <w:b w:val="0"/>
          <w:i w:val="0"/>
          <w:smallCaps w:val="0"/>
          <w:strike w:val="0"/>
          <w:sz w:val="16"/>
          <w:u w:val="none"/>
        </w:rPr>
        <w:t xml:space="preserve">The unrest in Kazakhstan is an internal conflict scenario in which price hikes and income inequality will be utilized as weapons, leading to that country’s division and border changes. </w:t>
      </w:r>
    </w:p>
    <w:p>
      <w:pPr>
        <w:spacing w:after="60"/>
      </w:pPr>
      <w:r>
        <w:rPr>
          <w:b w:val="0"/>
          <w:i w:val="0"/>
          <w:smallCaps w:val="0"/>
          <w:strike w:val="0"/>
          <w:sz w:val="16"/>
          <w:u w:val="none"/>
        </w:rPr>
        <w:t xml:space="preserve">Kazakhstan is currently under attack, both internally and externally. If it fails to overcome this, the central government will atrophy, leading to the country’s collapse. The threat truly is this great, and tells the world a great deal. </w:t>
      </w:r>
    </w:p>
    <w:p>
      <w:pPr>
        <w:spacing w:after="60"/>
      </w:pPr>
      <w:r>
        <w:rPr>
          <w:b w:val="0"/>
          <w:i w:val="0"/>
          <w:smallCaps w:val="0"/>
          <w:strike w:val="0"/>
          <w:sz w:val="16"/>
          <w:u w:val="none"/>
        </w:rPr>
        <w:t xml:space="preserve">Kazakhstan is the first such example, and many countries face the same threat. This is the primary concern for all Central Asian countries. </w:t>
      </w:r>
      <w:r>
        <w:rPr>
          <w:b/>
          <w:i w:val="0"/>
          <w:smallCaps w:val="0"/>
          <w:strike w:val="0"/>
          <w:sz w:val="20"/>
          <w:highlight w:val="cyan"/>
          <w:u w:val="single"/>
        </w:rPr>
        <w:t>Russia</w:t>
      </w:r>
      <w:r>
        <w:rPr>
          <w:b w:val="0"/>
          <w:i w:val="0"/>
          <w:smallCaps w:val="0"/>
          <w:strike w:val="0"/>
          <w:sz w:val="20"/>
          <w:u w:val="single"/>
        </w:rPr>
        <w:t xml:space="preserve"> and </w:t>
      </w:r>
      <w:r>
        <w:rPr>
          <w:b/>
          <w:i w:val="0"/>
          <w:smallCaps w:val="0"/>
          <w:strike w:val="0"/>
          <w:sz w:val="20"/>
          <w:highlight w:val="cyan"/>
          <w:u w:val="single"/>
        </w:rPr>
        <w:t>China</w:t>
      </w:r>
      <w:r>
        <w:rPr>
          <w:b w:val="0"/>
          <w:i w:val="0"/>
          <w:smallCaps w:val="0"/>
          <w:strike w:val="0"/>
          <w:sz w:val="20"/>
          <w:u w:val="single"/>
        </w:rPr>
        <w:t xml:space="preserve"> will not let this opportunity</w:t>
      </w:r>
      <w:r>
        <w:rPr>
          <w:b w:val="0"/>
          <w:i w:val="0"/>
          <w:smallCaps w:val="0"/>
          <w:strike w:val="0"/>
          <w:sz w:val="16"/>
          <w:u w:val="none"/>
        </w:rPr>
        <w:t xml:space="preserve"> </w:t>
      </w:r>
      <w:r>
        <w:rPr>
          <w:b/>
          <w:i w:val="0"/>
          <w:smallCaps w:val="0"/>
          <w:strike w:val="0"/>
          <w:sz w:val="20"/>
          <w:u w:val="single"/>
        </w:rPr>
        <w:t>pass</w:t>
      </w:r>
      <w:r>
        <w:rPr>
          <w:b w:val="0"/>
          <w:i w:val="0"/>
          <w:smallCaps w:val="0"/>
          <w:strike w:val="0"/>
          <w:sz w:val="16"/>
          <w:u w:val="none"/>
        </w:rPr>
        <w:t xml:space="preserve"> them </w:t>
      </w:r>
      <w:r>
        <w:rPr>
          <w:b/>
          <w:i w:val="0"/>
          <w:smallCaps w:val="0"/>
          <w:strike w:val="0"/>
          <w:sz w:val="20"/>
          <w:u w:val="single"/>
        </w:rPr>
        <w:t>by</w:t>
      </w:r>
      <w:r>
        <w:rPr>
          <w:b w:val="0"/>
          <w:i w:val="0"/>
          <w:smallCaps w:val="0"/>
          <w:strike w:val="0"/>
          <w:sz w:val="16"/>
          <w:u w:val="none"/>
        </w:rPr>
        <w:t xml:space="preserve">. Furthermore, </w:t>
      </w:r>
      <w:r>
        <w:rPr>
          <w:b w:val="0"/>
          <w:i w:val="0"/>
          <w:smallCaps w:val="0"/>
          <w:strike w:val="0"/>
          <w:sz w:val="20"/>
          <w:highlight w:val="cyan"/>
          <w:u w:val="single"/>
        </w:rPr>
        <w:t xml:space="preserve">the </w:t>
      </w:r>
      <w:r>
        <w:rPr>
          <w:b/>
          <w:i w:val="0"/>
          <w:smallCaps w:val="0"/>
          <w:strike w:val="0"/>
          <w:sz w:val="20"/>
          <w:highlight w:val="cyan"/>
          <w:u w:val="single"/>
        </w:rPr>
        <w:t>U.S.</w:t>
      </w:r>
      <w:r>
        <w:rPr>
          <w:b w:val="0"/>
          <w:i w:val="0"/>
          <w:smallCaps w:val="0"/>
          <w:strike w:val="0"/>
          <w:sz w:val="20"/>
          <w:highlight w:val="cyan"/>
          <w:u w:val="single"/>
        </w:rPr>
        <w:t xml:space="preserve"> and </w:t>
      </w:r>
      <w:r>
        <w:rPr>
          <w:b/>
          <w:i w:val="0"/>
          <w:smallCaps w:val="0"/>
          <w:strike w:val="0"/>
          <w:sz w:val="20"/>
          <w:highlight w:val="cyan"/>
          <w:u w:val="single"/>
        </w:rPr>
        <w:t>Europe</w:t>
      </w:r>
      <w:r>
        <w:rPr>
          <w:b w:val="0"/>
          <w:i w:val="0"/>
          <w:smallCaps w:val="0"/>
          <w:strike w:val="0"/>
          <w:sz w:val="16"/>
          <w:u w:val="none"/>
        </w:rPr>
        <w:t xml:space="preserve"> will fully exploit this weakness. </w:t>
      </w:r>
    </w:p>
    <w:p>
      <w:pPr>
        <w:spacing w:after="60"/>
      </w:pPr>
      <w:r>
        <w:rPr>
          <w:b w:val="0"/>
          <w:i w:val="0"/>
          <w:smallCaps w:val="0"/>
          <w:strike w:val="0"/>
          <w:sz w:val="16"/>
          <w:u w:val="none"/>
        </w:rPr>
        <w:t>Our opposition’s aim is the same, but it’s miscalculated</w:t>
      </w:r>
    </w:p>
    <w:p>
      <w:pPr>
        <w:spacing w:after="60"/>
      </w:pPr>
      <w:r>
        <w:rPr>
          <w:b w:val="0"/>
          <w:i w:val="0"/>
          <w:smallCaps w:val="0"/>
          <w:strike w:val="0"/>
          <w:sz w:val="16"/>
          <w:u w:val="none"/>
        </w:rPr>
        <w:t xml:space="preserve">Strangely, the political opposition in Turkey has also been reformatted within the scope of this plan and in accordance with this conflict. Their political theories, their discourse, their use of the country’s weaknesses as weapons are all within the scope of this project. </w:t>
      </w:r>
    </w:p>
    <w:p>
      <w:pPr>
        <w:spacing w:after="60"/>
      </w:pPr>
      <w:r>
        <w:rPr>
          <w:b w:val="0"/>
          <w:i w:val="0"/>
          <w:smallCaps w:val="0"/>
          <w:strike w:val="0"/>
          <w:sz w:val="16"/>
          <w:u w:val="none"/>
        </w:rPr>
        <w:t>This is the reason behind their heedless partnerships with the terrorist organizations fighting Turkey within, and their submission to those threatening Turkey from abroad. Turkey’s issue is certainly not internal politics, but the clash of global scenarios. But they have miscalculated.</w:t>
      </w:r>
    </w:p>
    <w:p>
      <w:pPr>
        <w:spacing w:after="60"/>
      </w:pPr>
      <w:r>
        <w:rPr>
          <w:b w:val="0"/>
          <w:i w:val="0"/>
          <w:smallCaps w:val="0"/>
          <w:strike w:val="0"/>
          <w:sz w:val="20"/>
          <w:u w:val="single"/>
        </w:rPr>
        <w:t xml:space="preserve">The number of </w:t>
      </w:r>
      <w:r>
        <w:rPr>
          <w:b/>
          <w:i w:val="0"/>
          <w:smallCaps w:val="0"/>
          <w:strike w:val="0"/>
          <w:sz w:val="20"/>
          <w:highlight w:val="cyan"/>
          <w:u w:val="single"/>
        </w:rPr>
        <w:t>global superpowers</w:t>
      </w:r>
      <w:r>
        <w:rPr>
          <w:b w:val="0"/>
          <w:i w:val="0"/>
          <w:smallCaps w:val="0"/>
          <w:strike w:val="0"/>
          <w:sz w:val="20"/>
          <w:u w:val="single"/>
        </w:rPr>
        <w:t xml:space="preserve"> has</w:t>
      </w:r>
      <w:r>
        <w:rPr>
          <w:b w:val="0"/>
          <w:i w:val="0"/>
          <w:smallCaps w:val="0"/>
          <w:strike w:val="0"/>
          <w:sz w:val="16"/>
          <w:u w:val="none"/>
        </w:rPr>
        <w:t xml:space="preserve"> </w:t>
      </w:r>
      <w:r>
        <w:rPr>
          <w:b/>
          <w:i w:val="0"/>
          <w:smallCaps w:val="0"/>
          <w:strike w:val="0"/>
          <w:sz w:val="20"/>
          <w:u w:val="single"/>
        </w:rPr>
        <w:t>grown</w:t>
      </w:r>
      <w:r>
        <w:rPr>
          <w:b w:val="0"/>
          <w:i w:val="0"/>
          <w:smallCaps w:val="0"/>
          <w:strike w:val="0"/>
          <w:sz w:val="16"/>
          <w:u w:val="none"/>
        </w:rPr>
        <w:t xml:space="preserve">. Turkey is a central country, as well as a hub of attraction. There will be clustering around Turkey as well. Hence, Turkey will not be affected by this formatting process. </w:t>
      </w:r>
    </w:p>
    <w:p>
      <w:pPr>
        <w:spacing w:after="60"/>
      </w:pPr>
      <w:r>
        <w:rPr>
          <w:b w:val="0"/>
          <w:i w:val="0"/>
          <w:smallCaps w:val="0"/>
          <w:strike w:val="0"/>
          <w:sz w:val="16"/>
          <w:u w:val="none"/>
        </w:rPr>
        <w:t>Food prices are a national security issue</w:t>
      </w:r>
    </w:p>
    <w:p>
      <w:pPr>
        <w:spacing w:after="60"/>
      </w:pPr>
      <w:r>
        <w:rPr>
          <w:b w:val="0"/>
          <w:i w:val="0"/>
          <w:smallCaps w:val="0"/>
          <w:strike w:val="0"/>
          <w:sz w:val="16"/>
          <w:u w:val="none"/>
        </w:rPr>
        <w:t xml:space="preserve">Let us get to more concrete matters. </w:t>
      </w:r>
    </w:p>
    <w:p>
      <w:pPr>
        <w:spacing w:after="60"/>
      </w:pPr>
      <w:r>
        <w:rPr>
          <w:b w:val="0"/>
          <w:i w:val="0"/>
          <w:smallCaps w:val="0"/>
          <w:strike w:val="0"/>
          <w:sz w:val="16"/>
          <w:u w:val="none"/>
        </w:rPr>
        <w:t xml:space="preserve">1. </w:t>
      </w:r>
      <w:r>
        <w:rPr>
          <w:b w:val="0"/>
          <w:i w:val="0"/>
          <w:smallCaps w:val="0"/>
          <w:strike w:val="0"/>
          <w:sz w:val="20"/>
          <w:highlight w:val="cyan"/>
          <w:u w:val="single"/>
        </w:rPr>
        <w:t xml:space="preserve">Food </w:t>
      </w:r>
      <w:r>
        <w:rPr>
          <w:b w:val="0"/>
          <w:i w:val="0"/>
          <w:smallCaps w:val="0"/>
          <w:strike w:val="0"/>
          <w:sz w:val="20"/>
          <w:u w:val="single"/>
        </w:rPr>
        <w:t>will be the</w:t>
      </w:r>
      <w:r>
        <w:rPr>
          <w:b w:val="0"/>
          <w:i w:val="0"/>
          <w:smallCaps w:val="0"/>
          <w:strike w:val="0"/>
          <w:sz w:val="16"/>
          <w:u w:val="none"/>
        </w:rPr>
        <w:t xml:space="preserve"> </w:t>
      </w:r>
      <w:r>
        <w:rPr>
          <w:b/>
          <w:i w:val="0"/>
          <w:smallCaps w:val="0"/>
          <w:strike w:val="0"/>
          <w:sz w:val="20"/>
          <w:u w:val="single"/>
        </w:rPr>
        <w:t xml:space="preserve">most </w:t>
      </w:r>
      <w:r>
        <w:rPr>
          <w:b/>
          <w:i w:val="0"/>
          <w:smallCaps w:val="0"/>
          <w:strike w:val="0"/>
          <w:sz w:val="20"/>
          <w:highlight w:val="cyan"/>
          <w:u w:val="single"/>
        </w:rPr>
        <w:t>critical</w:t>
      </w:r>
      <w:r>
        <w:rPr>
          <w:b/>
          <w:i w:val="0"/>
          <w:smallCaps w:val="0"/>
          <w:strike w:val="0"/>
          <w:sz w:val="20"/>
          <w:u w:val="single"/>
        </w:rPr>
        <w:t xml:space="preserve"> reason </w:t>
      </w:r>
      <w:r>
        <w:rPr>
          <w:b/>
          <w:i w:val="0"/>
          <w:smallCaps w:val="0"/>
          <w:strike w:val="0"/>
          <w:sz w:val="20"/>
          <w:highlight w:val="cyan"/>
          <w:u w:val="single"/>
        </w:rPr>
        <w:t>for</w:t>
      </w:r>
      <w:r>
        <w:rPr>
          <w:b w:val="0"/>
          <w:i w:val="0"/>
          <w:smallCaps w:val="0"/>
          <w:strike w:val="0"/>
          <w:sz w:val="16"/>
          <w:u w:val="none"/>
        </w:rPr>
        <w:t xml:space="preserve"> conflict – and in fact </w:t>
      </w:r>
      <w:r>
        <w:rPr>
          <w:b/>
          <w:i w:val="0"/>
          <w:smallCaps w:val="0"/>
          <w:strike w:val="0"/>
          <w:sz w:val="20"/>
          <w:highlight w:val="cyan"/>
          <w:u w:val="single"/>
        </w:rPr>
        <w:t>war</w:t>
      </w:r>
      <w:r>
        <w:rPr>
          <w:b w:val="0"/>
          <w:i w:val="0"/>
          <w:smallCaps w:val="0"/>
          <w:strike w:val="0"/>
          <w:sz w:val="16"/>
          <w:u w:val="none"/>
        </w:rPr>
        <w:t xml:space="preserve"> – </w:t>
      </w:r>
      <w:r>
        <w:rPr>
          <w:b w:val="0"/>
          <w:i w:val="0"/>
          <w:smallCaps w:val="0"/>
          <w:strike w:val="0"/>
          <w:sz w:val="20"/>
          <w:u w:val="single"/>
        </w:rPr>
        <w:t>in</w:t>
      </w:r>
      <w:r>
        <w:rPr>
          <w:b w:val="0"/>
          <w:i w:val="0"/>
          <w:smallCaps w:val="0"/>
          <w:strike w:val="0"/>
          <w:sz w:val="16"/>
          <w:u w:val="none"/>
        </w:rPr>
        <w:t xml:space="preserve"> </w:t>
      </w:r>
      <w:r>
        <w:rPr>
          <w:b/>
          <w:i w:val="0"/>
          <w:smallCaps w:val="0"/>
          <w:strike w:val="0"/>
          <w:sz w:val="20"/>
          <w:u w:val="single"/>
        </w:rPr>
        <w:t>2022</w:t>
      </w:r>
      <w:r>
        <w:rPr>
          <w:b w:val="0"/>
          <w:i w:val="0"/>
          <w:smallCaps w:val="0"/>
          <w:strike w:val="0"/>
          <w:sz w:val="16"/>
          <w:u w:val="none"/>
        </w:rPr>
        <w:t xml:space="preserve">. The greed of rich countries, their preparations for the future will drive some countries to famine and poverty. Thus, this will pose both an internal and foreign threat to some countries. </w:t>
      </w:r>
    </w:p>
    <w:p>
      <w:pPr>
        <w:spacing w:after="60"/>
      </w:pPr>
      <w:r>
        <w:rPr>
          <w:b w:val="0"/>
          <w:i w:val="0"/>
          <w:smallCaps w:val="0"/>
          <w:strike w:val="0"/>
          <w:sz w:val="16"/>
          <w:u w:val="none"/>
        </w:rPr>
        <w:t xml:space="preserve">2. Turkey must take very strict measures to protect its food resources. It must increase its reserves and prepare for the future. </w:t>
      </w:r>
    </w:p>
    <w:p>
      <w:pPr>
        <w:spacing w:after="60"/>
      </w:pPr>
      <w:r>
        <w:rPr>
          <w:b w:val="0"/>
          <w:i w:val="0"/>
          <w:smallCaps w:val="0"/>
          <w:strike w:val="0"/>
          <w:sz w:val="16"/>
          <w:u w:val="none"/>
        </w:rPr>
        <w:t xml:space="preserve">3. If necessary, it must determine very strict principles regarding food prices. Regulations regarding producers, suppliers, and grocery stores must be made a national security issue. </w:t>
      </w:r>
    </w:p>
    <w:p>
      <w:pPr>
        <w:spacing w:after="60"/>
      </w:pPr>
      <w:r>
        <w:rPr>
          <w:b w:val="0"/>
          <w:i w:val="0"/>
          <w:smallCaps w:val="0"/>
          <w:strike w:val="0"/>
          <w:sz w:val="16"/>
          <w:u w:val="none"/>
        </w:rPr>
        <w:t xml:space="preserve">The Ministry of Agriculture must take action like the defense industry </w:t>
      </w:r>
    </w:p>
    <w:p>
      <w:pPr>
        <w:spacing w:after="60"/>
      </w:pPr>
      <w:r>
        <w:rPr>
          <w:b w:val="0"/>
          <w:i w:val="0"/>
          <w:smallCaps w:val="0"/>
          <w:strike w:val="0"/>
          <w:sz w:val="16"/>
          <w:u w:val="none"/>
        </w:rPr>
        <w:t xml:space="preserve">An emergency process must be launched in terms of utilizing agricultural areas. Even the tiniest parcel of land must be put to use. It must become obligatory through tight control to process agricultural areas. </w:t>
      </w:r>
    </w:p>
    <w:p>
      <w:pPr>
        <w:spacing w:after="60"/>
      </w:pPr>
      <w:r>
        <w:rPr>
          <w:b w:val="0"/>
          <w:i w:val="0"/>
          <w:smallCaps w:val="0"/>
          <w:strike w:val="0"/>
          <w:sz w:val="16"/>
          <w:u w:val="none"/>
        </w:rPr>
        <w:t xml:space="preserve">4. Strong incentives, measures, and control must be introduced to individual and corporate production. Special regulations and facilitations should be introduced for countries involved in agricultural activities. </w:t>
      </w:r>
    </w:p>
    <w:p>
      <w:pPr>
        <w:spacing w:after="60"/>
      </w:pPr>
      <w:r>
        <w:rPr>
          <w:b w:val="0"/>
          <w:i w:val="0"/>
          <w:smallCaps w:val="0"/>
          <w:strike w:val="0"/>
          <w:sz w:val="16"/>
          <w:u w:val="none"/>
        </w:rPr>
        <w:t xml:space="preserve">5. The Agriculture Ministry should declare mobilization. Revolutionary regulations should be introduced to guarantee the next decades of our country. </w:t>
      </w:r>
    </w:p>
    <w:p>
      <w:pPr>
        <w:spacing w:after="60"/>
      </w:pPr>
      <w:r>
        <w:rPr>
          <w:b w:val="0"/>
          <w:i w:val="0"/>
          <w:smallCaps w:val="0"/>
          <w:strike w:val="0"/>
          <w:sz w:val="16"/>
          <w:u w:val="none"/>
        </w:rPr>
        <w:t xml:space="preserve">6. The great breakthroughs made in the defense industry are necessary in agriculture as well. The next new leap after defense and technology must take place in this field. </w:t>
      </w:r>
    </w:p>
    <w:p>
      <w:pPr>
        <w:spacing w:after="60"/>
      </w:pPr>
      <w:r>
        <w:rPr>
          <w:b w:val="0"/>
          <w:i w:val="0"/>
          <w:smallCaps w:val="0"/>
          <w:strike w:val="0"/>
          <w:sz w:val="16"/>
          <w:u w:val="none"/>
        </w:rPr>
        <w:t xml:space="preserve">7. The food issue should not be perceived as limited to trade and economy alone. It should be considered as the defense of a nation, its survival, as well as internal and external security. </w:t>
      </w:r>
    </w:p>
    <w:p>
      <w:pPr>
        <w:spacing w:after="60"/>
      </w:pPr>
      <w:r>
        <w:rPr>
          <w:b w:val="0"/>
          <w:i w:val="0"/>
          <w:smallCaps w:val="0"/>
          <w:strike w:val="0"/>
          <w:sz w:val="16"/>
          <w:u w:val="none"/>
        </w:rPr>
        <w:t xml:space="preserve">Food requires the same alarm as our fight against terrorism </w:t>
      </w:r>
    </w:p>
    <w:p>
      <w:pPr>
        <w:spacing w:after="60"/>
      </w:pPr>
      <w:r>
        <w:rPr>
          <w:b w:val="0"/>
          <w:i w:val="0"/>
          <w:smallCaps w:val="0"/>
          <w:strike w:val="0"/>
          <w:sz w:val="16"/>
          <w:u w:val="none"/>
        </w:rPr>
        <w:t xml:space="preserve">Food and agriculture require the same struggle we are putting up against terrorism. It requires the same determination, the same state of alarm. </w:t>
      </w:r>
    </w:p>
    <w:p>
      <w:pPr>
        <w:spacing w:after="60"/>
      </w:pPr>
      <w:r>
        <w:rPr>
          <w:b w:val="0"/>
          <w:i w:val="0"/>
          <w:smallCaps w:val="0"/>
          <w:strike w:val="0"/>
          <w:sz w:val="16"/>
          <w:u w:val="none"/>
        </w:rPr>
        <w:t xml:space="preserve">Just as we are fighting to keep the economy upright and protecting our borders and seas, we must make the same extraordinary preparations in agriculture and food. </w:t>
      </w:r>
    </w:p>
    <w:p>
      <w:pPr>
        <w:spacing w:after="60"/>
      </w:pPr>
      <w:r>
        <w:rPr>
          <w:b w:val="0"/>
          <w:i w:val="0"/>
          <w:smallCaps w:val="0"/>
          <w:strike w:val="0"/>
          <w:sz w:val="20"/>
          <w:u w:val="single"/>
        </w:rPr>
        <w:t>The world is being driven into</w:t>
      </w:r>
      <w:r>
        <w:rPr>
          <w:b w:val="0"/>
          <w:i w:val="0"/>
          <w:smallCaps w:val="0"/>
          <w:strike w:val="0"/>
          <w:sz w:val="16"/>
          <w:u w:val="none"/>
        </w:rPr>
        <w:t xml:space="preserve"> </w:t>
      </w:r>
      <w:r>
        <w:rPr>
          <w:b/>
          <w:i w:val="0"/>
          <w:smallCaps w:val="0"/>
          <w:strike w:val="0"/>
          <w:sz w:val="20"/>
          <w:u w:val="single"/>
        </w:rPr>
        <w:t>extremely critical</w:t>
      </w:r>
      <w:r>
        <w:rPr>
          <w:b w:val="0"/>
          <w:i w:val="0"/>
          <w:smallCaps w:val="0"/>
          <w:strike w:val="0"/>
          <w:sz w:val="16"/>
          <w:u w:val="none"/>
        </w:rPr>
        <w:t xml:space="preserve"> </w:t>
      </w:r>
      <w:r>
        <w:rPr>
          <w:b/>
          <w:i w:val="0"/>
          <w:smallCaps w:val="0"/>
          <w:strike w:val="0"/>
          <w:sz w:val="20"/>
          <w:u w:val="single"/>
        </w:rPr>
        <w:t>food</w:t>
      </w:r>
      <w:r>
        <w:rPr>
          <w:b w:val="0"/>
          <w:i w:val="0"/>
          <w:smallCaps w:val="0"/>
          <w:strike w:val="0"/>
          <w:sz w:val="16"/>
          <w:u w:val="none"/>
        </w:rPr>
        <w:t xml:space="preserve"> crises and conflicts, and in fact </w:t>
      </w:r>
      <w:r>
        <w:rPr>
          <w:b/>
          <w:i w:val="0"/>
          <w:smallCaps w:val="0"/>
          <w:strike w:val="0"/>
          <w:sz w:val="20"/>
          <w:highlight w:val="cyan"/>
          <w:u w:val="single"/>
        </w:rPr>
        <w:t>wars</w:t>
      </w:r>
      <w:r>
        <w:rPr>
          <w:b w:val="0"/>
          <w:i w:val="0"/>
          <w:smallCaps w:val="0"/>
          <w:strike w:val="0"/>
          <w:sz w:val="16"/>
          <w:u w:val="none"/>
        </w:rPr>
        <w:t xml:space="preserve">. This is not a trivial concern. Countries will be divided, regions will be driven into chaos, and maps will change. </w:t>
      </w:r>
    </w:p>
    <w:p>
      <w:pPr>
        <w:spacing w:after="60"/>
      </w:pPr>
      <w:r>
        <w:rPr>
          <w:b w:val="0"/>
          <w:i w:val="0"/>
          <w:smallCaps w:val="0"/>
          <w:strike w:val="0"/>
          <w:sz w:val="16"/>
          <w:u w:val="none"/>
        </w:rPr>
        <w:t xml:space="preserve">Nuclear powers of the future </w:t>
      </w:r>
    </w:p>
    <w:p>
      <w:pPr>
        <w:spacing w:after="60"/>
      </w:pPr>
      <w:r>
        <w:rPr>
          <w:b w:val="0"/>
          <w:i w:val="0"/>
          <w:smallCaps w:val="0"/>
          <w:strike w:val="0"/>
          <w:sz w:val="16"/>
          <w:u w:val="none"/>
        </w:rPr>
        <w:t xml:space="preserve">Countries that have their bases covered in the fields of agriculture and food </w:t>
      </w:r>
      <w:r>
        <w:rPr>
          <w:b w:val="0"/>
          <w:i w:val="0"/>
          <w:smallCaps w:val="0"/>
          <w:strike w:val="0"/>
          <w:sz w:val="20"/>
          <w:highlight w:val="cyan"/>
          <w:u w:val="single"/>
        </w:rPr>
        <w:t xml:space="preserve">will </w:t>
      </w:r>
      <w:r>
        <w:rPr>
          <w:b/>
          <w:i w:val="0"/>
          <w:smallCaps w:val="0"/>
          <w:strike w:val="0"/>
          <w:sz w:val="20"/>
          <w:highlight w:val="cyan"/>
          <w:u w:val="single"/>
        </w:rPr>
        <w:t>be</w:t>
      </w:r>
      <w:r>
        <w:rPr>
          <w:b/>
          <w:i w:val="0"/>
          <w:smallCaps w:val="0"/>
          <w:strike w:val="0"/>
          <w:sz w:val="20"/>
          <w:u w:val="single"/>
        </w:rPr>
        <w:t>come</w:t>
      </w:r>
      <w:r>
        <w:rPr>
          <w:b w:val="0"/>
          <w:i w:val="0"/>
          <w:smallCaps w:val="0"/>
          <w:strike w:val="0"/>
          <w:sz w:val="16"/>
          <w:u w:val="none"/>
        </w:rPr>
        <w:t xml:space="preserve"> the </w:t>
      </w:r>
      <w:r>
        <w:rPr>
          <w:b/>
          <w:i w:val="0"/>
          <w:smallCaps w:val="0"/>
          <w:strike w:val="0"/>
          <w:sz w:val="20"/>
          <w:highlight w:val="cyan"/>
          <w:u w:val="single"/>
        </w:rPr>
        <w:t>nuclear</w:t>
      </w:r>
      <w:r>
        <w:rPr>
          <w:b w:val="0"/>
          <w:i w:val="0"/>
          <w:smallCaps w:val="0"/>
          <w:strike w:val="0"/>
          <w:sz w:val="16"/>
          <w:u w:val="none"/>
        </w:rPr>
        <w:t xml:space="preserve"> powers of the future.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