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Precision agriculture solves </w:t>
      </w:r>
      <w:r>
        <w:rPr>
          <w:b/>
          <w:i w:val="0"/>
          <w:smallCaps w:val="0"/>
          <w:strike w:val="0"/>
          <w:sz w:val="24"/>
          <w:u w:val="single"/>
        </w:rPr>
        <w:t>water shortages</w:t>
      </w:r>
      <w:r>
        <w:rPr>
          <w:b/>
          <w:i w:val="0"/>
          <w:smallCaps w:val="0"/>
          <w:strike w:val="0"/>
          <w:sz w:val="24"/>
          <w:u w:val="none"/>
        </w:rPr>
        <w:t>.</w:t>
      </w:r>
    </w:p>
    <w:p>
      <w:pPr>
        <w:spacing w:after="80"/>
      </w:pPr>
      <w:r>
        <w:rPr>
          <w:b w:val="0"/>
          <w:i w:val="0"/>
          <w:smallCaps w:val="0"/>
          <w:strike w:val="0"/>
          <w:sz w:val="16"/>
          <w:u w:val="none"/>
        </w:rPr>
        <w:t xml:space="preserve">Michael </w:t>
      </w:r>
      <w:r>
        <w:rPr>
          <w:b/>
          <w:i w:val="0"/>
          <w:smallCaps w:val="0"/>
          <w:strike w:val="0"/>
          <w:sz w:val="24"/>
          <w:u w:val="none"/>
        </w:rPr>
        <w:t>Gilbert 22</w:t>
      </w:r>
      <w:r>
        <w:rPr>
          <w:b w:val="0"/>
          <w:i w:val="0"/>
          <w:smallCaps w:val="0"/>
          <w:strike w:val="0"/>
          <w:sz w:val="16"/>
          <w:u w:val="none"/>
        </w:rPr>
        <w:t xml:space="preserve"> (</w:t>
      </w:r>
      <w:r>
        <w:rPr>
          <w:b w:val="0"/>
          <w:i w:val="0"/>
          <w:smallCaps w:val="0"/>
          <w:strike w:val="0"/>
          <w:sz w:val="16"/>
          <w:u w:val="none"/>
        </w:rPr>
        <w:t>CEO of Semios, helping farmers use data to optimize every acre</w:t>
      </w:r>
      <w:r>
        <w:rPr>
          <w:b w:val="0"/>
          <w:i w:val="0"/>
          <w:smallCaps w:val="0"/>
          <w:strike w:val="0"/>
          <w:sz w:val="16"/>
          <w:u w:val="none"/>
        </w:rPr>
        <w:t>, 5/21/22, “</w:t>
      </w:r>
      <w:r>
        <w:rPr>
          <w:b w:val="0"/>
          <w:i w:val="0"/>
          <w:smallCaps w:val="0"/>
          <w:strike w:val="0"/>
          <w:sz w:val="16"/>
          <w:u w:val="none"/>
        </w:rPr>
        <w:t>Farmers Don't Have Enough Water. Can AI Help?</w:t>
      </w:r>
      <w:r>
        <w:rPr>
          <w:b w:val="0"/>
          <w:i w:val="0"/>
          <w:smallCaps w:val="0"/>
          <w:strike w:val="0"/>
          <w:sz w:val="16"/>
          <w:u w:val="none"/>
        </w:rPr>
        <w:t xml:space="preserve">” </w:t>
      </w:r>
      <w:r>
        <w:rPr>
          <w:b w:val="0"/>
          <w:i w:val="0"/>
          <w:smallCaps w:val="0"/>
          <w:strike w:val="0"/>
          <w:sz w:val="16"/>
          <w:u w:val="none"/>
        </w:rPr>
        <w:t>https://www.entrepreneur.com/science-technology/farmers-dont-have-enough-water-can-ai-help/426451, dhiya)</w:t>
      </w:r>
    </w:p>
    <w:p>
      <w:pPr>
        <w:spacing w:after="60"/>
      </w:pPr>
      <w:r>
        <w:rPr>
          <w:b w:val="0"/>
          <w:i w:val="0"/>
          <w:smallCaps w:val="0"/>
          <w:strike w:val="0"/>
          <w:sz w:val="16"/>
          <w:u w:val="none"/>
        </w:rPr>
        <w:t xml:space="preserve">For the fourth time in 10 years, </w:t>
      </w:r>
      <w:r>
        <w:rPr>
          <w:b w:val="0"/>
          <w:i w:val="0"/>
          <w:smallCaps w:val="0"/>
          <w:strike w:val="0"/>
          <w:sz w:val="20"/>
          <w:highlight w:val="cyan"/>
          <w:u w:val="single"/>
        </w:rPr>
        <w:t>farmers</w:t>
      </w:r>
      <w:r>
        <w:rPr>
          <w:b w:val="0"/>
          <w:i w:val="0"/>
          <w:smallCaps w:val="0"/>
          <w:strike w:val="0"/>
          <w:sz w:val="16"/>
          <w:u w:val="none"/>
        </w:rPr>
        <w:t xml:space="preserve"> I know in California </w:t>
      </w:r>
      <w:r>
        <w:rPr>
          <w:b w:val="0"/>
          <w:i w:val="0"/>
          <w:smallCaps w:val="0"/>
          <w:strike w:val="0"/>
          <w:sz w:val="20"/>
          <w:highlight w:val="cyan"/>
          <w:u w:val="single"/>
        </w:rPr>
        <w:t xml:space="preserve">are facing a </w:t>
      </w:r>
      <w:r>
        <w:rPr>
          <w:b/>
          <w:i w:val="0"/>
          <w:smallCaps w:val="0"/>
          <w:strike w:val="0"/>
          <w:sz w:val="20"/>
          <w:highlight w:val="cyan"/>
          <w:u w:val="single"/>
        </w:rPr>
        <w:t>harsh reality</w:t>
      </w:r>
      <w:r>
        <w:rPr>
          <w:b w:val="0"/>
          <w:i w:val="0"/>
          <w:smallCaps w:val="0"/>
          <w:strike w:val="0"/>
          <w:sz w:val="16"/>
          <w:u w:val="none"/>
        </w:rPr>
        <w:t xml:space="preserve"> — </w:t>
      </w:r>
      <w:r>
        <w:rPr>
          <w:b w:val="0"/>
          <w:i w:val="0"/>
          <w:smallCaps w:val="0"/>
          <w:strike w:val="0"/>
          <w:sz w:val="20"/>
          <w:u w:val="single"/>
        </w:rPr>
        <w:t xml:space="preserve">they won't see a </w:t>
      </w:r>
      <w:r>
        <w:rPr>
          <w:b/>
          <w:i w:val="0"/>
          <w:smallCaps w:val="0"/>
          <w:strike w:val="0"/>
          <w:sz w:val="20"/>
          <w:u w:val="single"/>
        </w:rPr>
        <w:t>drop</w:t>
      </w:r>
      <w:r>
        <w:rPr>
          <w:b w:val="0"/>
          <w:i w:val="0"/>
          <w:smallCaps w:val="0"/>
          <w:strike w:val="0"/>
          <w:sz w:val="16"/>
          <w:u w:val="none"/>
        </w:rPr>
        <w:t xml:space="preserve"> </w:t>
      </w:r>
      <w:r>
        <w:rPr>
          <w:b w:val="0"/>
          <w:i w:val="0"/>
          <w:smallCaps w:val="0"/>
          <w:strike w:val="0"/>
          <w:sz w:val="20"/>
          <w:u w:val="single"/>
        </w:rPr>
        <w:t xml:space="preserve">of </w:t>
      </w:r>
      <w:r>
        <w:rPr>
          <w:b/>
          <w:i w:val="0"/>
          <w:smallCaps w:val="0"/>
          <w:strike w:val="0"/>
          <w:sz w:val="20"/>
          <w:u w:val="single"/>
        </w:rPr>
        <w:t>water</w:t>
      </w:r>
      <w:r>
        <w:rPr>
          <w:b w:val="0"/>
          <w:i w:val="0"/>
          <w:smallCaps w:val="0"/>
          <w:strike w:val="0"/>
          <w:sz w:val="20"/>
          <w:u w:val="single"/>
        </w:rPr>
        <w:t xml:space="preserve"> from federal government</w:t>
      </w:r>
      <w:r>
        <w:rPr>
          <w:b w:val="0"/>
          <w:i w:val="0"/>
          <w:smallCaps w:val="0"/>
          <w:strike w:val="0"/>
          <w:sz w:val="16"/>
          <w:u w:val="none"/>
        </w:rPr>
        <w:t xml:space="preserve"> reserves to supplement the little bit they'll get from Mother Nature.</w:t>
      </w:r>
    </w:p>
    <w:p>
      <w:pPr>
        <w:spacing w:after="60"/>
      </w:pPr>
      <w:r>
        <w:rPr>
          <w:b w:val="0"/>
          <w:i w:val="0"/>
          <w:smallCaps w:val="0"/>
          <w:strike w:val="0"/>
          <w:sz w:val="20"/>
          <w:u w:val="single"/>
        </w:rPr>
        <w:t>Water allocations</w:t>
      </w:r>
      <w:r>
        <w:rPr>
          <w:b w:val="0"/>
          <w:i w:val="0"/>
          <w:smallCaps w:val="0"/>
          <w:strike w:val="0"/>
          <w:sz w:val="16"/>
          <w:u w:val="none"/>
        </w:rPr>
        <w:t xml:space="preserve"> </w:t>
      </w:r>
      <w:r>
        <w:rPr>
          <w:b w:val="0"/>
          <w:i w:val="0"/>
          <w:smallCaps w:val="0"/>
          <w:strike w:val="0"/>
          <w:sz w:val="20"/>
          <w:u w:val="single"/>
        </w:rPr>
        <w:t>have become a hot-button issue</w:t>
      </w:r>
      <w:r>
        <w:rPr>
          <w:b w:val="0"/>
          <w:i w:val="0"/>
          <w:smallCaps w:val="0"/>
          <w:strike w:val="0"/>
          <w:sz w:val="16"/>
          <w:u w:val="none"/>
        </w:rPr>
        <w:t xml:space="preserve"> throughout the state, as citizens, environmentalists and farmers fight for their fair share in a drought that's made it impossible to please everyone.</w:t>
      </w:r>
    </w:p>
    <w:p>
      <w:pPr>
        <w:spacing w:after="60"/>
      </w:pPr>
      <w:r>
        <w:rPr>
          <w:b w:val="0"/>
          <w:i w:val="0"/>
          <w:smallCaps w:val="0"/>
          <w:strike w:val="0"/>
          <w:sz w:val="16"/>
          <w:u w:val="none"/>
        </w:rPr>
        <w:t xml:space="preserve">With no help coming from reserves, </w:t>
      </w:r>
      <w:r>
        <w:rPr>
          <w:b w:val="0"/>
          <w:i w:val="0"/>
          <w:smallCaps w:val="0"/>
          <w:strike w:val="0"/>
          <w:sz w:val="20"/>
          <w:highlight w:val="cyan"/>
          <w:u w:val="single"/>
        </w:rPr>
        <w:t>farms</w:t>
      </w:r>
      <w:r>
        <w:rPr>
          <w:b w:val="0"/>
          <w:i w:val="0"/>
          <w:smallCaps w:val="0"/>
          <w:strike w:val="0"/>
          <w:sz w:val="16"/>
          <w:u w:val="none"/>
        </w:rPr>
        <w:t xml:space="preserve"> </w:t>
      </w:r>
      <w:r>
        <w:rPr>
          <w:b w:val="0"/>
          <w:i w:val="0"/>
          <w:smallCaps w:val="0"/>
          <w:strike w:val="0"/>
          <w:sz w:val="20"/>
          <w:highlight w:val="cyan"/>
          <w:u w:val="single"/>
        </w:rPr>
        <w:t>have been left</w:t>
      </w:r>
      <w:r>
        <w:rPr>
          <w:b w:val="0"/>
          <w:i w:val="0"/>
          <w:smallCaps w:val="0"/>
          <w:strike w:val="0"/>
          <w:sz w:val="20"/>
          <w:u w:val="single"/>
        </w:rPr>
        <w:t xml:space="preserve"> </w:t>
      </w:r>
      <w:r>
        <w:rPr>
          <w:b w:val="0"/>
          <w:i w:val="0"/>
          <w:smallCaps w:val="0"/>
          <w:strike w:val="0"/>
          <w:sz w:val="20"/>
          <w:highlight w:val="cyan"/>
          <w:u w:val="single"/>
        </w:rPr>
        <w:t xml:space="preserve">to draw </w:t>
      </w:r>
      <w:r>
        <w:rPr>
          <w:b/>
          <w:i w:val="0"/>
          <w:smallCaps w:val="0"/>
          <w:strike w:val="0"/>
          <w:sz w:val="20"/>
          <w:highlight w:val="cyan"/>
          <w:u w:val="single"/>
        </w:rPr>
        <w:t>water</w:t>
      </w:r>
      <w:r>
        <w:rPr>
          <w:b w:val="0"/>
          <w:i w:val="0"/>
          <w:smallCaps w:val="0"/>
          <w:strike w:val="0"/>
          <w:sz w:val="20"/>
          <w:u w:val="single"/>
        </w:rPr>
        <w:t xml:space="preserve"> from the </w:t>
      </w:r>
      <w:r>
        <w:rPr>
          <w:b/>
          <w:i w:val="0"/>
          <w:smallCaps w:val="0"/>
          <w:strike w:val="0"/>
          <w:sz w:val="20"/>
          <w:u w:val="single"/>
        </w:rPr>
        <w:t>ground</w:t>
      </w:r>
      <w:r>
        <w:rPr>
          <w:b w:val="0"/>
          <w:i w:val="0"/>
          <w:smallCaps w:val="0"/>
          <w:strike w:val="0"/>
          <w:sz w:val="20"/>
          <w:u w:val="single"/>
        </w:rPr>
        <w:t xml:space="preserve"> </w:t>
      </w:r>
      <w:r>
        <w:rPr>
          <w:b/>
          <w:i w:val="0"/>
          <w:smallCaps w:val="0"/>
          <w:strike w:val="0"/>
          <w:sz w:val="20"/>
          <w:u w:val="single"/>
        </w:rPr>
        <w:t>where they can</w:t>
      </w:r>
      <w:r>
        <w:rPr>
          <w:b w:val="0"/>
          <w:i w:val="0"/>
          <w:smallCaps w:val="0"/>
          <w:strike w:val="0"/>
          <w:sz w:val="16"/>
          <w:u w:val="none"/>
        </w:rPr>
        <w:t xml:space="preserve">. Working with a fraction of their usual supply, many farmers have no choice but to leave fields fallow, a devastating hit to their bottom line. </w:t>
      </w:r>
      <w:r>
        <w:rPr>
          <w:b w:val="0"/>
          <w:i w:val="0"/>
          <w:smallCaps w:val="0"/>
          <w:strike w:val="0"/>
          <w:sz w:val="20"/>
          <w:u w:val="single"/>
        </w:rPr>
        <w:t>For smaller farms, that can be the beginning of the end</w:t>
      </w:r>
      <w:r>
        <w:rPr>
          <w:b w:val="0"/>
          <w:i w:val="0"/>
          <w:smallCaps w:val="0"/>
          <w:strike w:val="0"/>
          <w:sz w:val="16"/>
          <w:u w:val="none"/>
        </w:rPr>
        <w:t>.</w:t>
      </w:r>
    </w:p>
    <w:p>
      <w:pPr>
        <w:spacing w:after="60"/>
      </w:pPr>
      <w:r>
        <w:rPr>
          <w:b w:val="0"/>
          <w:i w:val="0"/>
          <w:smallCaps w:val="0"/>
          <w:strike w:val="0"/>
          <w:sz w:val="16"/>
          <w:u w:val="none"/>
        </w:rPr>
        <w:t>But I've also seen a very different approach.</w:t>
      </w:r>
    </w:p>
    <w:p>
      <w:pPr>
        <w:spacing w:after="60"/>
      </w:pPr>
      <w:r>
        <w:rPr>
          <w:b w:val="0"/>
          <w:i w:val="0"/>
          <w:smallCaps w:val="0"/>
          <w:strike w:val="0"/>
          <w:sz w:val="20"/>
          <w:highlight w:val="cyan"/>
          <w:u w:val="single"/>
        </w:rPr>
        <w:t>Precision ag</w:t>
      </w:r>
      <w:r>
        <w:rPr>
          <w:b w:val="0"/>
          <w:i w:val="0"/>
          <w:smallCaps w:val="0"/>
          <w:strike w:val="0"/>
          <w:sz w:val="16"/>
          <w:u w:val="none"/>
        </w:rPr>
        <w:t>riculture</w:t>
      </w:r>
      <w:r>
        <w:rPr>
          <w:b w:val="0"/>
          <w:i w:val="0"/>
          <w:smallCaps w:val="0"/>
          <w:strike w:val="0"/>
          <w:sz w:val="16"/>
          <w:u w:val="none"/>
        </w:rPr>
        <w:t xml:space="preserve"> — the use of technology like networked sensors and artificial intelligence — </w:t>
      </w:r>
      <w:r>
        <w:rPr>
          <w:b w:val="0"/>
          <w:i w:val="0"/>
          <w:smallCaps w:val="0"/>
          <w:strike w:val="0"/>
          <w:sz w:val="20"/>
          <w:u w:val="single"/>
        </w:rPr>
        <w:t xml:space="preserve">is </w:t>
      </w:r>
      <w:r>
        <w:rPr>
          <w:b w:val="0"/>
          <w:i w:val="0"/>
          <w:smallCaps w:val="0"/>
          <w:strike w:val="0"/>
          <w:sz w:val="20"/>
          <w:highlight w:val="cyan"/>
          <w:u w:val="single"/>
        </w:rPr>
        <w:t>helping</w:t>
      </w:r>
      <w:r>
        <w:rPr>
          <w:b w:val="0"/>
          <w:i w:val="0"/>
          <w:smallCaps w:val="0"/>
          <w:strike w:val="0"/>
          <w:sz w:val="16"/>
          <w:u w:val="none"/>
        </w:rPr>
        <w:t xml:space="preserve"> </w:t>
      </w:r>
      <w:r>
        <w:rPr>
          <w:b w:val="0"/>
          <w:i w:val="0"/>
          <w:smallCaps w:val="0"/>
          <w:strike w:val="0"/>
          <w:sz w:val="20"/>
          <w:highlight w:val="cyan"/>
          <w:u w:val="single"/>
        </w:rPr>
        <w:t xml:space="preserve">farmers </w:t>
      </w:r>
      <w:r>
        <w:rPr>
          <w:b/>
          <w:i w:val="0"/>
          <w:smallCaps w:val="0"/>
          <w:strike w:val="0"/>
          <w:sz w:val="20"/>
          <w:highlight w:val="cyan"/>
          <w:u w:val="single"/>
        </w:rPr>
        <w:t>get by</w:t>
      </w:r>
      <w:r>
        <w:rPr>
          <w:b w:val="0"/>
          <w:i w:val="0"/>
          <w:smallCaps w:val="0"/>
          <w:strike w:val="0"/>
          <w:sz w:val="16"/>
          <w:u w:val="none"/>
        </w:rPr>
        <w:t xml:space="preserve"> without the water they once had. The </w:t>
      </w:r>
      <w:r>
        <w:rPr>
          <w:b w:val="0"/>
          <w:i w:val="0"/>
          <w:smallCaps w:val="0"/>
          <w:strike w:val="0"/>
          <w:sz w:val="20"/>
          <w:u w:val="single"/>
        </w:rPr>
        <w:t xml:space="preserve">efficiencies are </w:t>
      </w:r>
      <w:r>
        <w:rPr>
          <w:b/>
          <w:i w:val="0"/>
          <w:smallCaps w:val="0"/>
          <w:strike w:val="0"/>
          <w:sz w:val="20"/>
          <w:u w:val="single"/>
        </w:rPr>
        <w:t>real</w:t>
      </w:r>
      <w:r>
        <w:rPr>
          <w:b w:val="0"/>
          <w:i w:val="0"/>
          <w:smallCaps w:val="0"/>
          <w:strike w:val="0"/>
          <w:sz w:val="16"/>
          <w:u w:val="none"/>
        </w:rPr>
        <w:t xml:space="preserve">, </w:t>
      </w:r>
      <w:r>
        <w:rPr>
          <w:b w:val="0"/>
          <w:i w:val="0"/>
          <w:smallCaps w:val="0"/>
          <w:strike w:val="0"/>
          <w:sz w:val="20"/>
          <w:u w:val="single"/>
        </w:rPr>
        <w:t xml:space="preserve">and the impact is </w:t>
      </w:r>
      <w:r>
        <w:rPr>
          <w:b/>
          <w:i w:val="0"/>
          <w:smallCaps w:val="0"/>
          <w:strike w:val="0"/>
          <w:sz w:val="20"/>
          <w:u w:val="single"/>
        </w:rPr>
        <w:t>tangible</w:t>
      </w:r>
      <w:r>
        <w:rPr>
          <w:b w:val="0"/>
          <w:i w:val="0"/>
          <w:smallCaps w:val="0"/>
          <w:strike w:val="0"/>
          <w:sz w:val="16"/>
          <w:u w:val="none"/>
        </w:rPr>
        <w:t>. I've seen up close how precision agriculture is making a difference for farms facing extreme drought.</w:t>
      </w:r>
    </w:p>
    <w:p>
      <w:pPr>
        <w:spacing w:after="60"/>
      </w:pPr>
      <w:r>
        <w:rPr>
          <w:b w:val="0"/>
          <w:i w:val="0"/>
          <w:smallCaps w:val="0"/>
          <w:strike w:val="0"/>
          <w:sz w:val="16"/>
          <w:u w:val="none"/>
        </w:rPr>
        <w:t xml:space="preserve">But </w:t>
      </w:r>
      <w:r>
        <w:rPr>
          <w:b w:val="0"/>
          <w:i w:val="0"/>
          <w:smallCaps w:val="0"/>
          <w:strike w:val="0"/>
          <w:sz w:val="20"/>
          <w:highlight w:val="cyan"/>
          <w:u w:val="single"/>
        </w:rPr>
        <w:t>embracing</w:t>
      </w:r>
      <w:r>
        <w:rPr>
          <w:b w:val="0"/>
          <w:i w:val="0"/>
          <w:smallCaps w:val="0"/>
          <w:strike w:val="0"/>
          <w:sz w:val="16"/>
          <w:u w:val="none"/>
        </w:rPr>
        <w:t xml:space="preserve"> this technology isn't always easy. In fact, it </w:t>
      </w:r>
      <w:r>
        <w:rPr>
          <w:b w:val="0"/>
          <w:i w:val="0"/>
          <w:smallCaps w:val="0"/>
          <w:strike w:val="0"/>
          <w:sz w:val="20"/>
          <w:highlight w:val="cyan"/>
          <w:u w:val="single"/>
        </w:rPr>
        <w:t>requires</w:t>
      </w:r>
      <w:r>
        <w:rPr>
          <w:b w:val="0"/>
          <w:i w:val="0"/>
          <w:smallCaps w:val="0"/>
          <w:strike w:val="0"/>
          <w:sz w:val="20"/>
          <w:u w:val="single"/>
        </w:rPr>
        <w:t xml:space="preserve"> fundamentally </w:t>
      </w:r>
      <w:r>
        <w:rPr>
          <w:b/>
          <w:i w:val="0"/>
          <w:smallCaps w:val="0"/>
          <w:strike w:val="0"/>
          <w:sz w:val="20"/>
          <w:highlight w:val="cyan"/>
          <w:u w:val="single"/>
        </w:rPr>
        <w:t>revisiting our relationship</w:t>
      </w:r>
      <w:r>
        <w:rPr>
          <w:b w:val="0"/>
          <w:i w:val="0"/>
          <w:smallCaps w:val="0"/>
          <w:strike w:val="0"/>
          <w:sz w:val="16"/>
          <w:u w:val="none"/>
        </w:rPr>
        <w:t xml:space="preserve"> with water in agriculture.</w:t>
      </w:r>
    </w:p>
    <w:p>
      <w:pPr>
        <w:spacing w:after="60"/>
      </w:pPr>
      <w:r>
        <w:rPr>
          <w:b w:val="0"/>
          <w:i w:val="0"/>
          <w:smallCaps w:val="0"/>
          <w:strike w:val="0"/>
          <w:sz w:val="16"/>
          <w:u w:val="none"/>
        </w:rPr>
        <w:t>From data to delivery</w:t>
      </w:r>
    </w:p>
    <w:p>
      <w:pPr>
        <w:spacing w:after="60"/>
      </w:pPr>
      <w:r>
        <w:rPr>
          <w:b w:val="0"/>
          <w:i w:val="0"/>
          <w:smallCaps w:val="0"/>
          <w:strike w:val="0"/>
          <w:sz w:val="16"/>
          <w:u w:val="none"/>
        </w:rPr>
        <w:t xml:space="preserve">When it comes to irrigation, </w:t>
      </w:r>
      <w:r>
        <w:rPr>
          <w:b w:val="0"/>
          <w:i w:val="0"/>
          <w:smallCaps w:val="0"/>
          <w:strike w:val="0"/>
          <w:sz w:val="20"/>
          <w:u w:val="single"/>
        </w:rPr>
        <w:t xml:space="preserve">precision agriculture gives farmers a </w:t>
      </w:r>
      <w:r>
        <w:rPr>
          <w:b/>
          <w:i w:val="0"/>
          <w:smallCaps w:val="0"/>
          <w:strike w:val="0"/>
          <w:sz w:val="20"/>
          <w:u w:val="single"/>
        </w:rPr>
        <w:t>leg up</w:t>
      </w:r>
      <w:r>
        <w:rPr>
          <w:b w:val="0"/>
          <w:i w:val="0"/>
          <w:smallCaps w:val="0"/>
          <w:strike w:val="0"/>
          <w:sz w:val="20"/>
          <w:u w:val="single"/>
        </w:rPr>
        <w:t xml:space="preserve"> in two areas</w:t>
      </w:r>
      <w:r>
        <w:rPr>
          <w:b w:val="0"/>
          <w:i w:val="0"/>
          <w:smallCaps w:val="0"/>
          <w:strike w:val="0"/>
          <w:sz w:val="16"/>
          <w:u w:val="none"/>
        </w:rPr>
        <w:t xml:space="preserve"> — understanding how their water is being utilized, and maximizing delivery to stay alive.</w:t>
      </w:r>
    </w:p>
    <w:p>
      <w:pPr>
        <w:spacing w:after="60"/>
      </w:pPr>
      <w:r>
        <w:rPr>
          <w:b w:val="0"/>
          <w:i w:val="0"/>
          <w:smallCaps w:val="0"/>
          <w:strike w:val="0"/>
          <w:sz w:val="16"/>
          <w:u w:val="none"/>
        </w:rPr>
        <w:t xml:space="preserve">On the understanding front, data is supplementing — and in some cases rewriting — </w:t>
      </w:r>
      <w:r>
        <w:rPr>
          <w:b w:val="0"/>
          <w:i w:val="0"/>
          <w:smallCaps w:val="0"/>
          <w:strike w:val="0"/>
          <w:sz w:val="20"/>
          <w:highlight w:val="cyan"/>
          <w:u w:val="single"/>
        </w:rPr>
        <w:t>irrigation practices</w:t>
      </w:r>
      <w:r>
        <w:rPr>
          <w:b w:val="0"/>
          <w:i w:val="0"/>
          <w:smallCaps w:val="0"/>
          <w:strike w:val="0"/>
          <w:sz w:val="20"/>
          <w:u w:val="single"/>
        </w:rPr>
        <w:t xml:space="preserve"> that</w:t>
      </w:r>
      <w:r>
        <w:rPr>
          <w:b w:val="0"/>
          <w:i w:val="0"/>
          <w:smallCaps w:val="0"/>
          <w:strike w:val="0"/>
          <w:sz w:val="16"/>
          <w:u w:val="none"/>
        </w:rPr>
        <w:t xml:space="preserve"> </w:t>
      </w:r>
      <w:r>
        <w:rPr>
          <w:b w:val="0"/>
          <w:i w:val="0"/>
          <w:smallCaps w:val="0"/>
          <w:strike w:val="0"/>
          <w:sz w:val="20"/>
          <w:u w:val="single"/>
        </w:rPr>
        <w:t>were developed over generations</w:t>
      </w:r>
      <w:r>
        <w:rPr>
          <w:b w:val="0"/>
          <w:i w:val="0"/>
          <w:smallCaps w:val="0"/>
          <w:strike w:val="0"/>
          <w:sz w:val="16"/>
          <w:u w:val="none"/>
        </w:rPr>
        <w:t xml:space="preserve">. Irrigation was, and still is, viewed as an art form. Farmers have long relied on rules of thumb based on visual signs of water stress in crops, or insights gained from working the land for decades. </w:t>
      </w:r>
      <w:r>
        <w:rPr>
          <w:b w:val="0"/>
          <w:i w:val="0"/>
          <w:smallCaps w:val="0"/>
          <w:strike w:val="0"/>
          <w:sz w:val="20"/>
          <w:u w:val="single"/>
        </w:rPr>
        <w:t>This</w:t>
      </w:r>
      <w:r>
        <w:rPr>
          <w:b w:val="0"/>
          <w:i w:val="0"/>
          <w:smallCaps w:val="0"/>
          <w:strike w:val="0"/>
          <w:sz w:val="16"/>
          <w:u w:val="none"/>
        </w:rPr>
        <w:t xml:space="preserve"> ultimately </w:t>
      </w:r>
      <w:r>
        <w:rPr>
          <w:b w:val="0"/>
          <w:i w:val="0"/>
          <w:smallCaps w:val="0"/>
          <w:strike w:val="0"/>
          <w:sz w:val="20"/>
          <w:u w:val="single"/>
        </w:rPr>
        <w:t xml:space="preserve">led to irrigation </w:t>
      </w:r>
      <w:r>
        <w:rPr>
          <w:b w:val="0"/>
          <w:i w:val="0"/>
          <w:smallCaps w:val="0"/>
          <w:strike w:val="0"/>
          <w:sz w:val="20"/>
          <w:highlight w:val="cyan"/>
          <w:u w:val="single"/>
        </w:rPr>
        <w:t>being based on a</w:t>
      </w:r>
      <w:r>
        <w:rPr>
          <w:b w:val="0"/>
          <w:i w:val="0"/>
          <w:smallCaps w:val="0"/>
          <w:strike w:val="0"/>
          <w:sz w:val="20"/>
          <w:u w:val="single"/>
        </w:rPr>
        <w:t xml:space="preserve"> </w:t>
      </w:r>
      <w:r>
        <w:rPr>
          <w:b/>
          <w:i w:val="0"/>
          <w:smallCaps w:val="0"/>
          <w:strike w:val="0"/>
          <w:sz w:val="20"/>
          <w:highlight w:val="cyan"/>
          <w:u w:val="single"/>
        </w:rPr>
        <w:t>general feeling</w:t>
      </w:r>
      <w:r>
        <w:rPr>
          <w:b w:val="0"/>
          <w:i w:val="0"/>
          <w:smallCaps w:val="0"/>
          <w:strike w:val="0"/>
          <w:sz w:val="16"/>
          <w:u w:val="none"/>
        </w:rPr>
        <w:t>, and not much more.</w:t>
      </w:r>
    </w:p>
    <w:p>
      <w:pPr>
        <w:spacing w:after="60"/>
      </w:pPr>
      <w:r>
        <w:rPr>
          <w:b w:val="0"/>
          <w:i w:val="0"/>
          <w:smallCaps w:val="0"/>
          <w:strike w:val="0"/>
          <w:sz w:val="20"/>
          <w:u w:val="single"/>
        </w:rPr>
        <w:t xml:space="preserve">But that artform is changing into a </w:t>
      </w:r>
      <w:r>
        <w:rPr>
          <w:b/>
          <w:i w:val="0"/>
          <w:smallCaps w:val="0"/>
          <w:strike w:val="0"/>
          <w:sz w:val="20"/>
          <w:u w:val="single"/>
        </w:rPr>
        <w:t>science</w:t>
      </w:r>
      <w:r>
        <w:rPr>
          <w:b w:val="0"/>
          <w:i w:val="0"/>
          <w:smallCaps w:val="0"/>
          <w:strike w:val="0"/>
          <w:sz w:val="16"/>
          <w:u w:val="none"/>
        </w:rPr>
        <w:t xml:space="preserve"> as we gain access to concrete data, both at the level of individual plants and in the aggregate. </w:t>
      </w:r>
      <w:r>
        <w:rPr>
          <w:b w:val="0"/>
          <w:i w:val="0"/>
          <w:smallCaps w:val="0"/>
          <w:strike w:val="0"/>
          <w:sz w:val="20"/>
          <w:u w:val="single"/>
        </w:rPr>
        <w:t xml:space="preserve">This data is stronger than the </w:t>
      </w:r>
      <w:r>
        <w:rPr>
          <w:b/>
          <w:i w:val="0"/>
          <w:smallCaps w:val="0"/>
          <w:strike w:val="0"/>
          <w:sz w:val="20"/>
          <w:u w:val="single"/>
        </w:rPr>
        <w:t>circumstantial evidence</w:t>
      </w:r>
      <w:r>
        <w:rPr>
          <w:b w:val="0"/>
          <w:i w:val="0"/>
          <w:smallCaps w:val="0"/>
          <w:strike w:val="0"/>
          <w:sz w:val="16"/>
          <w:u w:val="none"/>
        </w:rPr>
        <w:t xml:space="preserve"> </w:t>
      </w:r>
      <w:r>
        <w:rPr>
          <w:b w:val="0"/>
          <w:i w:val="0"/>
          <w:smallCaps w:val="0"/>
          <w:strike w:val="0"/>
          <w:sz w:val="20"/>
          <w:u w:val="single"/>
        </w:rPr>
        <w:t>they used</w:t>
      </w:r>
      <w:r>
        <w:rPr>
          <w:b w:val="0"/>
          <w:i w:val="0"/>
          <w:smallCaps w:val="0"/>
          <w:strike w:val="0"/>
          <w:sz w:val="16"/>
          <w:u w:val="none"/>
        </w:rPr>
        <w:t xml:space="preserve"> to base decisions on, giving them the ability to see what used to be hidden. I'll share an example that's close to home.</w:t>
      </w:r>
    </w:p>
    <w:p>
      <w:pPr>
        <w:spacing w:after="60"/>
      </w:pPr>
      <w:r>
        <w:rPr>
          <w:b w:val="0"/>
          <w:i w:val="0"/>
          <w:smallCaps w:val="0"/>
          <w:strike w:val="0"/>
          <w:sz w:val="16"/>
          <w:u w:val="none"/>
        </w:rPr>
        <w:t>Related: Why Revolutionizing Farming Should Be the Next Space Race</w:t>
      </w:r>
    </w:p>
    <w:p>
      <w:pPr>
        <w:spacing w:after="60"/>
      </w:pPr>
      <w:r>
        <w:rPr>
          <w:b w:val="0"/>
          <w:i w:val="0"/>
          <w:smallCaps w:val="0"/>
          <w:strike w:val="0"/>
          <w:sz w:val="16"/>
          <w:u w:val="none"/>
        </w:rPr>
        <w:t>My organization now has more than a billion trees under observation in orchards around the world, with sensors reporting back data every 10 minutes on variables like soil moisture, water absorption, and trunk diameter. With that much information, key correlations emerge that were previously unnoticed. Most of these sensors and the data they collect isn't new — but they have always been presented separately and required a trained eye and purposeful time to draw out the meaning. That's precious time growers don't have.</w:t>
      </w:r>
    </w:p>
    <w:p>
      <w:pPr>
        <w:spacing w:after="60"/>
      </w:pPr>
      <w:r>
        <w:rPr>
          <w:b w:val="0"/>
          <w:i w:val="0"/>
          <w:smallCaps w:val="0"/>
          <w:strike w:val="0"/>
          <w:sz w:val="16"/>
          <w:u w:val="none"/>
        </w:rPr>
        <w:t xml:space="preserve">Now, </w:t>
      </w:r>
      <w:r>
        <w:rPr>
          <w:b w:val="0"/>
          <w:i w:val="0"/>
          <w:smallCaps w:val="0"/>
          <w:strike w:val="0"/>
          <w:sz w:val="20"/>
          <w:highlight w:val="cyan"/>
          <w:u w:val="single"/>
        </w:rPr>
        <w:t xml:space="preserve">with </w:t>
      </w:r>
      <w:r>
        <w:rPr>
          <w:b/>
          <w:i w:val="0"/>
          <w:smallCaps w:val="0"/>
          <w:strike w:val="0"/>
          <w:sz w:val="20"/>
          <w:highlight w:val="cyan"/>
          <w:u w:val="single"/>
        </w:rPr>
        <w:t>immense</w:t>
      </w:r>
      <w:r>
        <w:rPr>
          <w:b/>
          <w:i w:val="0"/>
          <w:smallCaps w:val="0"/>
          <w:strike w:val="0"/>
          <w:sz w:val="20"/>
          <w:u w:val="single"/>
        </w:rPr>
        <w:t xml:space="preserve"> </w:t>
      </w:r>
      <w:r>
        <w:rPr>
          <w:b/>
          <w:i w:val="0"/>
          <w:smallCaps w:val="0"/>
          <w:strike w:val="0"/>
          <w:sz w:val="20"/>
          <w:highlight w:val="cyan"/>
          <w:u w:val="single"/>
        </w:rPr>
        <w:t>information</w:t>
      </w:r>
      <w:r>
        <w:rPr>
          <w:b w:val="0"/>
          <w:i w:val="0"/>
          <w:smallCaps w:val="0"/>
          <w:strike w:val="0"/>
          <w:sz w:val="20"/>
          <w:u w:val="single"/>
        </w:rPr>
        <w:t xml:space="preserve"> </w:t>
      </w:r>
      <w:r>
        <w:rPr>
          <w:b w:val="0"/>
          <w:i w:val="0"/>
          <w:smallCaps w:val="0"/>
          <w:strike w:val="0"/>
          <w:sz w:val="20"/>
          <w:highlight w:val="cyan"/>
          <w:u w:val="single"/>
        </w:rPr>
        <w:t xml:space="preserve">available in </w:t>
      </w:r>
      <w:r>
        <w:rPr>
          <w:b/>
          <w:i w:val="0"/>
          <w:smallCaps w:val="0"/>
          <w:strike w:val="0"/>
          <w:sz w:val="20"/>
          <w:highlight w:val="cyan"/>
          <w:u w:val="single"/>
        </w:rPr>
        <w:t>one</w:t>
      </w:r>
      <w:r>
        <w:rPr>
          <w:b/>
          <w:i w:val="0"/>
          <w:smallCaps w:val="0"/>
          <w:strike w:val="0"/>
          <w:sz w:val="20"/>
          <w:u w:val="single"/>
        </w:rPr>
        <w:t xml:space="preserve"> </w:t>
      </w:r>
      <w:r>
        <w:rPr>
          <w:b/>
          <w:i w:val="0"/>
          <w:smallCaps w:val="0"/>
          <w:strike w:val="0"/>
          <w:sz w:val="20"/>
          <w:highlight w:val="cyan"/>
          <w:u w:val="single"/>
        </w:rPr>
        <w:t>place</w:t>
      </w:r>
      <w:r>
        <w:rPr>
          <w:b w:val="0"/>
          <w:i w:val="0"/>
          <w:smallCaps w:val="0"/>
          <w:strike w:val="0"/>
          <w:sz w:val="16"/>
          <w:u w:val="none"/>
        </w:rPr>
        <w:t xml:space="preserve">, these </w:t>
      </w:r>
      <w:r>
        <w:rPr>
          <w:b w:val="0"/>
          <w:i w:val="0"/>
          <w:smallCaps w:val="0"/>
          <w:strike w:val="0"/>
          <w:sz w:val="20"/>
          <w:highlight w:val="cyan"/>
          <w:u w:val="single"/>
        </w:rPr>
        <w:t>systems can anticipate</w:t>
      </w:r>
      <w:r>
        <w:rPr>
          <w:b w:val="0"/>
          <w:i w:val="0"/>
          <w:smallCaps w:val="0"/>
          <w:strike w:val="0"/>
          <w:sz w:val="20"/>
          <w:u w:val="single"/>
        </w:rPr>
        <w:t xml:space="preserve"> </w:t>
      </w:r>
      <w:r>
        <w:rPr>
          <w:b w:val="0"/>
          <w:i w:val="0"/>
          <w:smallCaps w:val="0"/>
          <w:strike w:val="0"/>
          <w:sz w:val="20"/>
          <w:highlight w:val="cyan"/>
          <w:u w:val="single"/>
        </w:rPr>
        <w:t>how</w:t>
      </w:r>
      <w:r>
        <w:rPr>
          <w:b w:val="0"/>
          <w:i w:val="0"/>
          <w:smallCaps w:val="0"/>
          <w:strike w:val="0"/>
          <w:sz w:val="20"/>
          <w:u w:val="single"/>
        </w:rPr>
        <w:t xml:space="preserve"> </w:t>
      </w:r>
      <w:r>
        <w:rPr>
          <w:b w:val="0"/>
          <w:i w:val="0"/>
          <w:smallCaps w:val="0"/>
          <w:strike w:val="0"/>
          <w:sz w:val="20"/>
          <w:highlight w:val="cyan"/>
          <w:u w:val="single"/>
        </w:rPr>
        <w:t>soil moisture</w:t>
      </w:r>
      <w:r>
        <w:rPr>
          <w:b w:val="0"/>
          <w:i w:val="0"/>
          <w:smallCaps w:val="0"/>
          <w:strike w:val="0"/>
          <w:sz w:val="20"/>
          <w:u w:val="single"/>
        </w:rPr>
        <w:t xml:space="preserve"> </w:t>
      </w:r>
      <w:r>
        <w:rPr>
          <w:b w:val="0"/>
          <w:i w:val="0"/>
          <w:smallCaps w:val="0"/>
          <w:strike w:val="0"/>
          <w:sz w:val="20"/>
          <w:highlight w:val="cyan"/>
          <w:u w:val="single"/>
        </w:rPr>
        <w:t>will</w:t>
      </w:r>
      <w:r>
        <w:rPr>
          <w:b w:val="0"/>
          <w:i w:val="0"/>
          <w:smallCaps w:val="0"/>
          <w:strike w:val="0"/>
          <w:sz w:val="16"/>
          <w:highlight w:val="cyan"/>
          <w:u w:val="none"/>
        </w:rPr>
        <w:t xml:space="preserve"> </w:t>
      </w:r>
      <w:r>
        <w:rPr>
          <w:b w:val="0"/>
          <w:i w:val="0"/>
          <w:smallCaps w:val="0"/>
          <w:strike w:val="0"/>
          <w:sz w:val="20"/>
          <w:highlight w:val="cyan"/>
          <w:u w:val="single"/>
        </w:rPr>
        <w:t>be</w:t>
      </w:r>
      <w:r>
        <w:rPr>
          <w:b w:val="0"/>
          <w:i w:val="0"/>
          <w:smallCaps w:val="0"/>
          <w:strike w:val="0"/>
          <w:sz w:val="16"/>
          <w:highlight w:val="cyan"/>
          <w:u w:val="none"/>
        </w:rPr>
        <w:t xml:space="preserve"> </w:t>
      </w:r>
      <w:r>
        <w:rPr>
          <w:b/>
          <w:i w:val="0"/>
          <w:smallCaps w:val="0"/>
          <w:strike w:val="0"/>
          <w:sz w:val="20"/>
          <w:highlight w:val="cyan"/>
          <w:u w:val="single"/>
        </w:rPr>
        <w:t>affected</w:t>
      </w:r>
      <w:r>
        <w:rPr>
          <w:b w:val="0"/>
          <w:i w:val="0"/>
          <w:smallCaps w:val="0"/>
          <w:strike w:val="0"/>
          <w:sz w:val="16"/>
          <w:u w:val="none"/>
        </w:rPr>
        <w:t xml:space="preserve"> </w:t>
      </w:r>
      <w:r>
        <w:rPr>
          <w:b w:val="0"/>
          <w:i w:val="0"/>
          <w:smallCaps w:val="0"/>
          <w:strike w:val="0"/>
          <w:sz w:val="20"/>
          <w:u w:val="single"/>
        </w:rPr>
        <w:t>by factors such as temperature</w:t>
      </w:r>
      <w:r>
        <w:rPr>
          <w:b w:val="0"/>
          <w:i w:val="0"/>
          <w:smallCaps w:val="0"/>
          <w:strike w:val="0"/>
          <w:sz w:val="16"/>
          <w:u w:val="none"/>
        </w:rPr>
        <w:t xml:space="preserve">, </w:t>
      </w:r>
      <w:r>
        <w:rPr>
          <w:b w:val="0"/>
          <w:i w:val="0"/>
          <w:smallCaps w:val="0"/>
          <w:strike w:val="0"/>
          <w:sz w:val="20"/>
          <w:u w:val="single"/>
        </w:rPr>
        <w:t>humidity and wind</w:t>
      </w:r>
      <w:r>
        <w:rPr>
          <w:b w:val="0"/>
          <w:i w:val="0"/>
          <w:smallCaps w:val="0"/>
          <w:strike w:val="0"/>
          <w:sz w:val="16"/>
          <w:u w:val="none"/>
        </w:rPr>
        <w:t xml:space="preserve">, </w:t>
      </w:r>
      <w:r>
        <w:rPr>
          <w:b w:val="0"/>
          <w:i w:val="0"/>
          <w:smallCaps w:val="0"/>
          <w:strike w:val="0"/>
          <w:sz w:val="20"/>
          <w:u w:val="single"/>
        </w:rPr>
        <w:t xml:space="preserve">and translate that into </w:t>
      </w:r>
      <w:r>
        <w:rPr>
          <w:b w:val="0"/>
          <w:i w:val="0"/>
          <w:smallCaps w:val="0"/>
          <w:strike w:val="0"/>
          <w:sz w:val="16"/>
          <w:u w:val="none"/>
        </w:rPr>
        <w:t xml:space="preserve">predictive algorithms. Herein lies the real potential of this technology: a prescription of exactly where to water and when. </w:t>
      </w:r>
      <w:r>
        <w:rPr>
          <w:b w:val="0"/>
          <w:i w:val="0"/>
          <w:smallCaps w:val="0"/>
          <w:strike w:val="0"/>
          <w:sz w:val="20"/>
          <w:highlight w:val="cyan"/>
          <w:u w:val="single"/>
        </w:rPr>
        <w:t>The result</w:t>
      </w:r>
      <w:r>
        <w:rPr>
          <w:b w:val="0"/>
          <w:i w:val="0"/>
          <w:smallCaps w:val="0"/>
          <w:strike w:val="0"/>
          <w:sz w:val="16"/>
          <w:u w:val="none"/>
        </w:rPr>
        <w:t xml:space="preserve"> </w:t>
      </w:r>
      <w:r>
        <w:rPr>
          <w:b w:val="0"/>
          <w:i w:val="0"/>
          <w:smallCaps w:val="0"/>
          <w:strike w:val="0"/>
          <w:sz w:val="20"/>
          <w:highlight w:val="cyan"/>
          <w:u w:val="single"/>
        </w:rPr>
        <w:t>is</w:t>
      </w:r>
      <w:r>
        <w:rPr>
          <w:b w:val="0"/>
          <w:i w:val="0"/>
          <w:smallCaps w:val="0"/>
          <w:strike w:val="0"/>
          <w:sz w:val="16"/>
          <w:u w:val="none"/>
        </w:rPr>
        <w:t xml:space="preserve"> an ability to maximize "</w:t>
      </w:r>
      <w:r>
        <w:rPr>
          <w:b/>
          <w:i w:val="0"/>
          <w:smallCaps w:val="0"/>
          <w:strike w:val="0"/>
          <w:sz w:val="20"/>
          <w:highlight w:val="cyan"/>
          <w:u w:val="single"/>
        </w:rPr>
        <w:t>crop</w:t>
      </w:r>
      <w:r>
        <w:rPr>
          <w:b w:val="0"/>
          <w:i w:val="0"/>
          <w:smallCaps w:val="0"/>
          <w:strike w:val="0"/>
          <w:sz w:val="20"/>
          <w:highlight w:val="cyan"/>
          <w:u w:val="single"/>
        </w:rPr>
        <w:t>-per-</w:t>
      </w:r>
      <w:r>
        <w:rPr>
          <w:b/>
          <w:i w:val="0"/>
          <w:smallCaps w:val="0"/>
          <w:strike w:val="0"/>
          <w:sz w:val="20"/>
          <w:highlight w:val="cyan"/>
          <w:u w:val="single"/>
        </w:rPr>
        <w:t>drop</w:t>
      </w:r>
      <w:r>
        <w:rPr>
          <w:b w:val="0"/>
          <w:i w:val="0"/>
          <w:smallCaps w:val="0"/>
          <w:strike w:val="0"/>
          <w:sz w:val="16"/>
          <w:u w:val="none"/>
        </w:rPr>
        <w:t>" at a level unthinkable even a few years ago.</w:t>
      </w:r>
    </w:p>
    <w:p>
      <w:pPr>
        <w:spacing w:after="60"/>
      </w:pPr>
      <w:r>
        <w:rPr>
          <w:b w:val="0"/>
          <w:i w:val="0"/>
          <w:smallCaps w:val="0"/>
          <w:strike w:val="0"/>
          <w:sz w:val="16"/>
          <w:u w:val="none"/>
        </w:rPr>
        <w:t>But knowing that a particular row of trees needs water means very little unless you have the technology to get the water there.</w:t>
      </w:r>
    </w:p>
    <w:p>
      <w:pPr>
        <w:spacing w:after="60"/>
      </w:pPr>
      <w:r>
        <w:rPr>
          <w:b w:val="0"/>
          <w:i w:val="0"/>
          <w:smallCaps w:val="0"/>
          <w:strike w:val="0"/>
          <w:sz w:val="16"/>
          <w:u w:val="none"/>
        </w:rPr>
        <w:t xml:space="preserve">That leads me to the second point — maximizing delivery. According to the World Bank, </w:t>
      </w:r>
      <w:r>
        <w:rPr>
          <w:b w:val="0"/>
          <w:i w:val="0"/>
          <w:smallCaps w:val="0"/>
          <w:strike w:val="0"/>
          <w:sz w:val="20"/>
          <w:u w:val="single"/>
        </w:rPr>
        <w:t>agriculture accounts</w:t>
      </w:r>
      <w:r>
        <w:rPr>
          <w:b w:val="0"/>
          <w:i w:val="0"/>
          <w:smallCaps w:val="0"/>
          <w:strike w:val="0"/>
          <w:sz w:val="16"/>
          <w:u w:val="none"/>
        </w:rPr>
        <w:t xml:space="preserve"> </w:t>
      </w:r>
      <w:r>
        <w:rPr>
          <w:b w:val="0"/>
          <w:i w:val="0"/>
          <w:smallCaps w:val="0"/>
          <w:strike w:val="0"/>
          <w:sz w:val="20"/>
          <w:u w:val="single"/>
        </w:rPr>
        <w:t xml:space="preserve">for about </w:t>
      </w:r>
      <w:r>
        <w:rPr>
          <w:b/>
          <w:i w:val="0"/>
          <w:smallCaps w:val="0"/>
          <w:strike w:val="0"/>
          <w:sz w:val="20"/>
          <w:u w:val="single"/>
        </w:rPr>
        <w:t xml:space="preserve">70% </w:t>
      </w:r>
      <w:r>
        <w:rPr>
          <w:b w:val="0"/>
          <w:i w:val="0"/>
          <w:smallCaps w:val="0"/>
          <w:strike w:val="0"/>
          <w:sz w:val="20"/>
          <w:u w:val="single"/>
        </w:rPr>
        <w:t xml:space="preserve">of the world's </w:t>
      </w:r>
      <w:r>
        <w:rPr>
          <w:b/>
          <w:i w:val="0"/>
          <w:smallCaps w:val="0"/>
          <w:strike w:val="0"/>
          <w:sz w:val="20"/>
          <w:u w:val="single"/>
        </w:rPr>
        <w:t>water usage</w:t>
      </w:r>
      <w:r>
        <w:rPr>
          <w:b w:val="0"/>
          <w:i w:val="0"/>
          <w:smallCaps w:val="0"/>
          <w:strike w:val="0"/>
          <w:sz w:val="16"/>
          <w:u w:val="none"/>
        </w:rPr>
        <w:t>, and even the most efficient methods still result in significant wastage.</w:t>
      </w:r>
    </w:p>
    <w:p>
      <w:pPr>
        <w:spacing w:after="60"/>
      </w:pPr>
      <w:r>
        <w:rPr>
          <w:b w:val="0"/>
          <w:i w:val="0"/>
          <w:smallCaps w:val="0"/>
          <w:strike w:val="0"/>
          <w:sz w:val="16"/>
          <w:u w:val="none"/>
        </w:rPr>
        <w:t xml:space="preserve">Here's where </w:t>
      </w:r>
      <w:r>
        <w:rPr>
          <w:b w:val="0"/>
          <w:i w:val="0"/>
          <w:smallCaps w:val="0"/>
          <w:strike w:val="0"/>
          <w:sz w:val="20"/>
          <w:highlight w:val="cyan"/>
          <w:u w:val="single"/>
        </w:rPr>
        <w:t>precision ag</w:t>
      </w:r>
      <w:r>
        <w:rPr>
          <w:b w:val="0"/>
          <w:i w:val="0"/>
          <w:smallCaps w:val="0"/>
          <w:strike w:val="0"/>
          <w:sz w:val="20"/>
          <w:u w:val="single"/>
        </w:rPr>
        <w:t>r</w:t>
      </w:r>
      <w:r>
        <w:rPr>
          <w:b w:val="0"/>
          <w:i w:val="0"/>
          <w:smallCaps w:val="0"/>
          <w:strike w:val="0"/>
          <w:sz w:val="20"/>
          <w:u w:val="single"/>
        </w:rPr>
        <w:t xml:space="preserve">iculture </w:t>
      </w:r>
      <w:r>
        <w:rPr>
          <w:b w:val="0"/>
          <w:i w:val="0"/>
          <w:smallCaps w:val="0"/>
          <w:strike w:val="0"/>
          <w:sz w:val="20"/>
          <w:highlight w:val="cyan"/>
          <w:u w:val="single"/>
        </w:rPr>
        <w:t>is helping farmers</w:t>
      </w:r>
      <w:r>
        <w:rPr>
          <w:b w:val="0"/>
          <w:i w:val="0"/>
          <w:smallCaps w:val="0"/>
          <w:strike w:val="0"/>
          <w:sz w:val="20"/>
          <w:u w:val="single"/>
        </w:rPr>
        <w:t xml:space="preserve"> </w:t>
      </w:r>
      <w:r>
        <w:rPr>
          <w:b w:val="0"/>
          <w:i w:val="0"/>
          <w:smallCaps w:val="0"/>
          <w:strike w:val="0"/>
          <w:sz w:val="16"/>
          <w:highlight w:val="cyan"/>
          <w:u w:val="none"/>
        </w:rPr>
        <w:t>do better</w:t>
      </w:r>
      <w:r>
        <w:rPr>
          <w:b w:val="0"/>
          <w:i w:val="0"/>
          <w:smallCaps w:val="0"/>
          <w:strike w:val="0"/>
          <w:sz w:val="16"/>
          <w:u w:val="none"/>
        </w:rPr>
        <w:t xml:space="preserve">. The key lies in pairing those data-driven insights </w:t>
      </w:r>
      <w:r>
        <w:rPr>
          <w:b w:val="0"/>
          <w:i w:val="0"/>
          <w:smallCaps w:val="0"/>
          <w:strike w:val="0"/>
          <w:sz w:val="20"/>
          <w:u w:val="single"/>
        </w:rPr>
        <w:t>with</w:t>
      </w:r>
      <w:r>
        <w:rPr>
          <w:b w:val="0"/>
          <w:i w:val="0"/>
          <w:smallCaps w:val="0"/>
          <w:strike w:val="0"/>
          <w:sz w:val="16"/>
          <w:u w:val="none"/>
        </w:rPr>
        <w:t xml:space="preserve"> </w:t>
      </w:r>
      <w:r>
        <w:rPr>
          <w:b w:val="0"/>
          <w:i w:val="0"/>
          <w:smallCaps w:val="0"/>
          <w:strike w:val="0"/>
          <w:sz w:val="20"/>
          <w:u w:val="single"/>
        </w:rPr>
        <w:t>smart pumps</w:t>
      </w:r>
      <w:r>
        <w:rPr>
          <w:b w:val="0"/>
          <w:i w:val="0"/>
          <w:smallCaps w:val="0"/>
          <w:strike w:val="0"/>
          <w:sz w:val="16"/>
          <w:u w:val="none"/>
        </w:rPr>
        <w:t xml:space="preserve"> and valves </w:t>
      </w:r>
      <w:r>
        <w:rPr>
          <w:b w:val="0"/>
          <w:i w:val="0"/>
          <w:smallCaps w:val="0"/>
          <w:strike w:val="0"/>
          <w:sz w:val="20"/>
          <w:u w:val="single"/>
        </w:rPr>
        <w:t>nimble</w:t>
      </w:r>
      <w:r>
        <w:rPr>
          <w:b w:val="0"/>
          <w:i w:val="0"/>
          <w:smallCaps w:val="0"/>
          <w:strike w:val="0"/>
          <w:sz w:val="16"/>
          <w:u w:val="none"/>
        </w:rPr>
        <w:t xml:space="preserve"> and responsive </w:t>
      </w:r>
      <w:r>
        <w:rPr>
          <w:b w:val="0"/>
          <w:i w:val="0"/>
          <w:smallCaps w:val="0"/>
          <w:strike w:val="0"/>
          <w:sz w:val="20"/>
          <w:u w:val="single"/>
        </w:rPr>
        <w:t xml:space="preserve">enough to deliver water exactly </w:t>
      </w:r>
      <w:r>
        <w:rPr>
          <w:b/>
          <w:i w:val="0"/>
          <w:smallCaps w:val="0"/>
          <w:strike w:val="0"/>
          <w:sz w:val="20"/>
          <w:u w:val="single"/>
        </w:rPr>
        <w:t>when</w:t>
      </w:r>
      <w:r>
        <w:rPr>
          <w:b w:val="0"/>
          <w:i w:val="0"/>
          <w:smallCaps w:val="0"/>
          <w:strike w:val="0"/>
          <w:sz w:val="20"/>
          <w:u w:val="single"/>
        </w:rPr>
        <w:t xml:space="preserve"> and </w:t>
      </w:r>
      <w:r>
        <w:rPr>
          <w:b/>
          <w:i w:val="0"/>
          <w:smallCaps w:val="0"/>
          <w:strike w:val="0"/>
          <w:sz w:val="20"/>
          <w:u w:val="single"/>
        </w:rPr>
        <w:t>where</w:t>
      </w:r>
      <w:r>
        <w:rPr>
          <w:b w:val="0"/>
          <w:i w:val="0"/>
          <w:smallCaps w:val="0"/>
          <w:strike w:val="0"/>
          <w:sz w:val="16"/>
          <w:u w:val="none"/>
        </w:rPr>
        <w:t xml:space="preserve"> it's needed.</w:t>
      </w:r>
    </w:p>
    <w:p>
      <w:pPr>
        <w:spacing w:after="60"/>
      </w:pPr>
      <w:r>
        <w:rPr>
          <w:b w:val="0"/>
          <w:i w:val="0"/>
          <w:smallCaps w:val="0"/>
          <w:strike w:val="0"/>
          <w:sz w:val="16"/>
          <w:u w:val="none"/>
        </w:rPr>
        <w:t xml:space="preserve">Currently, farmers have a single valve servicing a large block of trees. Irrigation is controlled by physically sending someone out to the water pump and its control valves. The duration that water is applied is largely determined by how long it takes that person to finish other tasks before returning to the field to shut off the water. Labor laws also come into play — if the best time to shut the water off occurs after hours, the water often remains on until the next morning. </w:t>
      </w:r>
      <w:r>
        <w:rPr>
          <w:b w:val="0"/>
          <w:i w:val="0"/>
          <w:smallCaps w:val="0"/>
          <w:strike w:val="0"/>
          <w:sz w:val="20"/>
          <w:u w:val="single"/>
        </w:rPr>
        <w:t>Some</w:t>
      </w:r>
      <w:r>
        <w:rPr>
          <w:b w:val="0"/>
          <w:i w:val="0"/>
          <w:smallCaps w:val="0"/>
          <w:strike w:val="0"/>
          <w:sz w:val="16"/>
          <w:u w:val="none"/>
        </w:rPr>
        <w:t xml:space="preserve"> </w:t>
      </w:r>
      <w:r>
        <w:rPr>
          <w:b w:val="0"/>
          <w:i w:val="0"/>
          <w:smallCaps w:val="0"/>
          <w:strike w:val="0"/>
          <w:sz w:val="20"/>
          <w:u w:val="single"/>
        </w:rPr>
        <w:t>fields</w:t>
      </w:r>
      <w:r>
        <w:rPr>
          <w:b w:val="0"/>
          <w:i w:val="0"/>
          <w:smallCaps w:val="0"/>
          <w:strike w:val="0"/>
          <w:sz w:val="16"/>
          <w:u w:val="none"/>
        </w:rPr>
        <w:t xml:space="preserve"> inevitably </w:t>
      </w:r>
      <w:r>
        <w:rPr>
          <w:b w:val="0"/>
          <w:i w:val="0"/>
          <w:smallCaps w:val="0"/>
          <w:strike w:val="0"/>
          <w:sz w:val="20"/>
          <w:u w:val="single"/>
        </w:rPr>
        <w:t xml:space="preserve">get </w:t>
      </w:r>
      <w:r>
        <w:rPr>
          <w:b/>
          <w:i w:val="0"/>
          <w:smallCaps w:val="0"/>
          <w:strike w:val="0"/>
          <w:sz w:val="20"/>
          <w:u w:val="single"/>
        </w:rPr>
        <w:t>too much</w:t>
      </w:r>
      <w:r>
        <w:rPr>
          <w:b w:val="0"/>
          <w:i w:val="0"/>
          <w:smallCaps w:val="0"/>
          <w:strike w:val="0"/>
          <w:sz w:val="20"/>
          <w:u w:val="single"/>
        </w:rPr>
        <w:t xml:space="preserve"> water</w:t>
      </w:r>
      <w:r>
        <w:rPr>
          <w:b w:val="0"/>
          <w:i w:val="0"/>
          <w:smallCaps w:val="0"/>
          <w:strike w:val="0"/>
          <w:sz w:val="16"/>
          <w:u w:val="none"/>
        </w:rPr>
        <w:t xml:space="preserve">, leaching away nutrients, wasting energy and eroding soil, </w:t>
      </w:r>
      <w:r>
        <w:rPr>
          <w:b w:val="0"/>
          <w:i w:val="0"/>
          <w:smallCaps w:val="0"/>
          <w:strike w:val="0"/>
          <w:sz w:val="20"/>
          <w:u w:val="single"/>
        </w:rPr>
        <w:t xml:space="preserve">while others get too </w:t>
      </w:r>
      <w:r>
        <w:rPr>
          <w:b/>
          <w:i w:val="0"/>
          <w:smallCaps w:val="0"/>
          <w:strike w:val="0"/>
          <w:sz w:val="20"/>
          <w:u w:val="single"/>
        </w:rPr>
        <w:t>little water</w:t>
      </w:r>
      <w:r>
        <w:rPr>
          <w:b w:val="0"/>
          <w:i w:val="0"/>
          <w:smallCaps w:val="0"/>
          <w:strike w:val="0"/>
          <w:sz w:val="16"/>
          <w:u w:val="none"/>
        </w:rPr>
        <w:t xml:space="preserve">, compromising plant health, yield and quality. </w:t>
      </w:r>
      <w:r>
        <w:rPr>
          <w:b w:val="0"/>
          <w:i w:val="0"/>
          <w:smallCaps w:val="0"/>
          <w:strike w:val="0"/>
          <w:sz w:val="20"/>
          <w:u w:val="single"/>
        </w:rPr>
        <w:t>Throw a drought into this formula</w:t>
      </w:r>
      <w:r>
        <w:rPr>
          <w:b w:val="0"/>
          <w:i w:val="0"/>
          <w:smallCaps w:val="0"/>
          <w:strike w:val="0"/>
          <w:sz w:val="16"/>
          <w:u w:val="none"/>
        </w:rPr>
        <w:t xml:space="preserve">, </w:t>
      </w:r>
      <w:r>
        <w:rPr>
          <w:b w:val="0"/>
          <w:i w:val="0"/>
          <w:smallCaps w:val="0"/>
          <w:strike w:val="0"/>
          <w:sz w:val="20"/>
          <w:u w:val="single"/>
        </w:rPr>
        <w:t xml:space="preserve">and those </w:t>
      </w:r>
      <w:r>
        <w:rPr>
          <w:b/>
          <w:i w:val="0"/>
          <w:smallCaps w:val="0"/>
          <w:strike w:val="0"/>
          <w:sz w:val="20"/>
          <w:highlight w:val="cyan"/>
          <w:u w:val="single"/>
        </w:rPr>
        <w:t>inefficiencies</w:t>
      </w:r>
      <w:r>
        <w:rPr>
          <w:b w:val="0"/>
          <w:i w:val="0"/>
          <w:smallCaps w:val="0"/>
          <w:strike w:val="0"/>
          <w:sz w:val="20"/>
          <w:u w:val="single"/>
        </w:rPr>
        <w:t xml:space="preserve"> </w:t>
      </w:r>
      <w:r>
        <w:rPr>
          <w:b w:val="0"/>
          <w:i w:val="0"/>
          <w:smallCaps w:val="0"/>
          <w:strike w:val="0"/>
          <w:sz w:val="20"/>
          <w:highlight w:val="cyan"/>
          <w:u w:val="single"/>
        </w:rPr>
        <w:t>become an even bigger</w:t>
      </w:r>
      <w:r>
        <w:rPr>
          <w:b w:val="0"/>
          <w:i w:val="0"/>
          <w:smallCaps w:val="0"/>
          <w:strike w:val="0"/>
          <w:sz w:val="20"/>
          <w:u w:val="single"/>
        </w:rPr>
        <w:t xml:space="preserve"> </w:t>
      </w:r>
      <w:r>
        <w:rPr>
          <w:b w:val="0"/>
          <w:i w:val="0"/>
          <w:smallCaps w:val="0"/>
          <w:strike w:val="0"/>
          <w:sz w:val="20"/>
          <w:highlight w:val="cyan"/>
          <w:u w:val="single"/>
        </w:rPr>
        <w:t>problem</w:t>
      </w:r>
      <w:r>
        <w:rPr>
          <w:b w:val="0"/>
          <w:i w:val="0"/>
          <w:smallCaps w:val="0"/>
          <w:strike w:val="0"/>
          <w:sz w:val="16"/>
          <w:u w:val="none"/>
        </w:rPr>
        <w:t>.</w:t>
      </w:r>
    </w:p>
    <w:p>
      <w:pPr>
        <w:spacing w:after="60"/>
      </w:pPr>
      <w:r>
        <w:rPr>
          <w:b w:val="0"/>
          <w:i w:val="0"/>
          <w:smallCaps w:val="0"/>
          <w:strike w:val="0"/>
          <w:sz w:val="16"/>
          <w:u w:val="none"/>
        </w:rPr>
        <w:t xml:space="preserve">With precision agriculture, </w:t>
      </w:r>
      <w:r>
        <w:rPr>
          <w:b w:val="0"/>
          <w:i w:val="0"/>
          <w:smallCaps w:val="0"/>
          <w:strike w:val="0"/>
          <w:sz w:val="20"/>
          <w:highlight w:val="cyan"/>
          <w:u w:val="single"/>
        </w:rPr>
        <w:t>networked valves</w:t>
      </w:r>
      <w:r>
        <w:rPr>
          <w:b w:val="0"/>
          <w:i w:val="0"/>
          <w:smallCaps w:val="0"/>
          <w:strike w:val="0"/>
          <w:sz w:val="20"/>
          <w:u w:val="single"/>
        </w:rPr>
        <w:t xml:space="preserve"> </w:t>
      </w:r>
      <w:r>
        <w:rPr>
          <w:b w:val="0"/>
          <w:i w:val="0"/>
          <w:smallCaps w:val="0"/>
          <w:strike w:val="0"/>
          <w:sz w:val="20"/>
          <w:highlight w:val="cyan"/>
          <w:u w:val="single"/>
        </w:rPr>
        <w:t>and pumps</w:t>
      </w:r>
      <w:r>
        <w:rPr>
          <w:b w:val="0"/>
          <w:i w:val="0"/>
          <w:smallCaps w:val="0"/>
          <w:strike w:val="0"/>
          <w:sz w:val="16"/>
          <w:u w:val="none"/>
        </w:rPr>
        <w:t xml:space="preserve"> </w:t>
      </w:r>
      <w:r>
        <w:rPr>
          <w:b w:val="0"/>
          <w:i w:val="0"/>
          <w:smallCaps w:val="0"/>
          <w:strike w:val="0"/>
          <w:sz w:val="20"/>
          <w:highlight w:val="cyan"/>
          <w:u w:val="single"/>
        </w:rPr>
        <w:t>allow</w:t>
      </w:r>
      <w:r>
        <w:rPr>
          <w:b w:val="0"/>
          <w:i w:val="0"/>
          <w:smallCaps w:val="0"/>
          <w:strike w:val="0"/>
          <w:sz w:val="16"/>
          <w:highlight w:val="cyan"/>
          <w:u w:val="none"/>
        </w:rPr>
        <w:t xml:space="preserve"> </w:t>
      </w:r>
      <w:r>
        <w:rPr>
          <w:b w:val="0"/>
          <w:i w:val="0"/>
          <w:smallCaps w:val="0"/>
          <w:strike w:val="0"/>
          <w:sz w:val="20"/>
          <w:highlight w:val="cyan"/>
          <w:u w:val="single"/>
        </w:rPr>
        <w:t xml:space="preserve">for delivering water </w:t>
      </w:r>
      <w:r>
        <w:rPr>
          <w:b/>
          <w:i w:val="0"/>
          <w:smallCaps w:val="0"/>
          <w:strike w:val="0"/>
          <w:sz w:val="20"/>
          <w:highlight w:val="cyan"/>
          <w:u w:val="single"/>
        </w:rPr>
        <w:t>automatically</w:t>
      </w:r>
      <w:r>
        <w:rPr>
          <w:b w:val="0"/>
          <w:i w:val="0"/>
          <w:smallCaps w:val="0"/>
          <w:strike w:val="0"/>
          <w:sz w:val="16"/>
          <w:u w:val="none"/>
        </w:rPr>
        <w:t xml:space="preserve">, providing just enough water, without wastage caused by human factors. In time, with further development of both hardware and software, the large irrigation blocks we know today could be broken down into smaller sections, </w:t>
      </w:r>
      <w:r>
        <w:rPr>
          <w:b w:val="0"/>
          <w:i w:val="0"/>
          <w:smallCaps w:val="0"/>
          <w:strike w:val="0"/>
          <w:sz w:val="20"/>
          <w:u w:val="single"/>
        </w:rPr>
        <w:t xml:space="preserve">making it possible to apply water exactly where it's </w:t>
      </w:r>
      <w:r>
        <w:rPr>
          <w:b/>
          <w:i w:val="0"/>
          <w:smallCaps w:val="0"/>
          <w:strike w:val="0"/>
          <w:sz w:val="20"/>
          <w:u w:val="single"/>
        </w:rPr>
        <w:t>needed most</w:t>
      </w:r>
      <w:r>
        <w:rPr>
          <w:b w:val="0"/>
          <w:i w:val="0"/>
          <w:smallCaps w:val="0"/>
          <w:strike w:val="0"/>
          <w:sz w:val="16"/>
          <w:u w:val="none"/>
        </w:rPr>
        <w:t>. Irrigation is well on its way from being a blunt instrument to a resource that can be microtargetted down to a much more precise level.</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