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single"/>
        </w:rPr>
        <w:t>Turns</w:t>
      </w:r>
      <w:r>
        <w:rPr>
          <w:b/>
          <w:i w:val="0"/>
          <w:smallCaps w:val="0"/>
          <w:strike w:val="0"/>
          <w:sz w:val="24"/>
          <w:u w:val="none"/>
        </w:rPr>
        <w:t xml:space="preserve"> their impact.</w:t>
      </w:r>
    </w:p>
    <w:p>
      <w:pPr>
        <w:spacing w:after="80"/>
      </w:pPr>
      <w:r>
        <w:rPr>
          <w:b/>
          <w:i w:val="0"/>
          <w:smallCaps w:val="0"/>
          <w:strike w:val="0"/>
          <w:sz w:val="24"/>
          <w:u w:val="none"/>
        </w:rPr>
        <w:t>Orr and Campari 23</w:t>
      </w:r>
      <w:r>
        <w:rPr>
          <w:b w:val="0"/>
          <w:i w:val="0"/>
          <w:smallCaps w:val="0"/>
          <w:strike w:val="0"/>
          <w:sz w:val="16"/>
          <w:u w:val="none"/>
        </w:rPr>
        <w:t xml:space="preserve"> (Stuart, </w:t>
      </w:r>
      <w:r>
        <w:rPr>
          <w:b w:val="0"/>
          <w:i w:val="0"/>
          <w:smallCaps w:val="0"/>
          <w:strike w:val="0"/>
          <w:sz w:val="16"/>
          <w:u w:val="none"/>
        </w:rPr>
        <w:t>Head of Water Stewardship at WWF</w:t>
      </w:r>
      <w:r>
        <w:rPr>
          <w:b w:val="0"/>
          <w:i w:val="0"/>
          <w:smallCaps w:val="0"/>
          <w:strike w:val="0"/>
          <w:sz w:val="16"/>
          <w:u w:val="none"/>
        </w:rPr>
        <w:t xml:space="preserve">; and </w:t>
      </w:r>
      <w:r>
        <w:rPr>
          <w:b w:val="0"/>
          <w:i w:val="0"/>
          <w:smallCaps w:val="0"/>
          <w:strike w:val="0"/>
          <w:sz w:val="16"/>
          <w:u w:val="none"/>
        </w:rPr>
        <w:t>João</w:t>
      </w:r>
      <w:r>
        <w:rPr>
          <w:b w:val="0"/>
          <w:i w:val="0"/>
          <w:smallCaps w:val="0"/>
          <w:strike w:val="0"/>
          <w:sz w:val="16"/>
          <w:u w:val="none"/>
        </w:rPr>
        <w:t xml:space="preserve">, </w:t>
      </w:r>
      <w:r>
        <w:rPr>
          <w:b w:val="0"/>
          <w:i w:val="0"/>
          <w:smallCaps w:val="0"/>
          <w:strike w:val="0"/>
          <w:sz w:val="16"/>
          <w:u w:val="none"/>
        </w:rPr>
        <w:t>Global Leader of WWF's Food Practice,</w:t>
      </w:r>
      <w:r>
        <w:rPr>
          <w:b w:val="0"/>
          <w:i w:val="0"/>
          <w:smallCaps w:val="0"/>
          <w:strike w:val="0"/>
          <w:sz w:val="16"/>
          <w:u w:val="none"/>
        </w:rPr>
        <w:t xml:space="preserve"> 10/15/23, “</w:t>
      </w:r>
      <w:r>
        <w:rPr>
          <w:b w:val="0"/>
          <w:i w:val="0"/>
          <w:smallCaps w:val="0"/>
          <w:strike w:val="0"/>
          <w:sz w:val="16"/>
          <w:u w:val="none"/>
        </w:rPr>
        <w:t>We are facing a worsening water crisis and increasing food insecurity: a key part of the solution is hiding in plain sight</w:t>
      </w:r>
      <w:r>
        <w:rPr>
          <w:b w:val="0"/>
          <w:i w:val="0"/>
          <w:smallCaps w:val="0"/>
          <w:strike w:val="0"/>
          <w:sz w:val="16"/>
          <w:u w:val="none"/>
        </w:rPr>
        <w:t xml:space="preserve">,” </w:t>
      </w:r>
      <w:r>
        <w:rPr>
          <w:b w:val="0"/>
          <w:i w:val="0"/>
          <w:smallCaps w:val="0"/>
          <w:strike w:val="0"/>
          <w:sz w:val="16"/>
          <w:u w:val="none"/>
        </w:rPr>
        <w:t>https://medium.com/@WWFWater/we-are-facing-a-worsening-water-crisis-and-increasing-food-insecurity-a-key-part-of-the-solution-c5e9cb1bf973</w:t>
      </w:r>
      <w:r>
        <w:rPr>
          <w:b w:val="0"/>
          <w:i w:val="0"/>
          <w:smallCaps w:val="0"/>
          <w:strike w:val="0"/>
          <w:sz w:val="16"/>
          <w:u w:val="none"/>
        </w:rPr>
        <w:t>, dhiya)</w:t>
      </w:r>
    </w:p>
    <w:p>
      <w:pPr>
        <w:spacing w:after="60"/>
      </w:pPr>
      <w:r>
        <w:rPr>
          <w:b w:val="0"/>
          <w:i w:val="0"/>
          <w:smallCaps w:val="0"/>
          <w:strike w:val="0"/>
          <w:sz w:val="16"/>
          <w:u w:val="none"/>
        </w:rPr>
        <w:t xml:space="preserve">Firstly, we can’t continue to deal with the twin challenges of food and water in isolation. As the World Food Day theme reminds us, ‘Water is Food’. </w:t>
      </w:r>
      <w:r>
        <w:rPr>
          <w:b w:val="0"/>
          <w:i w:val="0"/>
          <w:smallCaps w:val="0"/>
          <w:strike w:val="0"/>
          <w:sz w:val="20"/>
          <w:highlight w:val="cyan"/>
          <w:u w:val="single"/>
        </w:rPr>
        <w:t>We cannot</w:t>
      </w:r>
      <w:r>
        <w:rPr>
          <w:b w:val="0"/>
          <w:i w:val="0"/>
          <w:smallCaps w:val="0"/>
          <w:strike w:val="0"/>
          <w:sz w:val="20"/>
          <w:u w:val="single"/>
        </w:rPr>
        <w:t xml:space="preserve"> </w:t>
      </w:r>
      <w:r>
        <w:rPr>
          <w:b w:val="0"/>
          <w:i w:val="0"/>
          <w:smallCaps w:val="0"/>
          <w:strike w:val="0"/>
          <w:sz w:val="20"/>
          <w:highlight w:val="cyan"/>
          <w:u w:val="single"/>
        </w:rPr>
        <w:t>feed</w:t>
      </w:r>
      <w:r>
        <w:rPr>
          <w:b w:val="0"/>
          <w:i w:val="0"/>
          <w:smallCaps w:val="0"/>
          <w:strike w:val="0"/>
          <w:sz w:val="20"/>
          <w:u w:val="single"/>
        </w:rPr>
        <w:t xml:space="preserve"> the world’s growing population </w:t>
      </w:r>
      <w:r>
        <w:rPr>
          <w:b w:val="0"/>
          <w:i w:val="0"/>
          <w:smallCaps w:val="0"/>
          <w:strike w:val="0"/>
          <w:sz w:val="20"/>
          <w:highlight w:val="cyan"/>
          <w:u w:val="single"/>
        </w:rPr>
        <w:t>without</w:t>
      </w:r>
      <w:r>
        <w:rPr>
          <w:b w:val="0"/>
          <w:i w:val="0"/>
          <w:smallCaps w:val="0"/>
          <w:strike w:val="0"/>
          <w:sz w:val="16"/>
          <w:highlight w:val="cyan"/>
          <w:u w:val="none"/>
        </w:rPr>
        <w:t xml:space="preserve"> </w:t>
      </w:r>
      <w:r>
        <w:rPr>
          <w:b/>
          <w:i w:val="0"/>
          <w:smallCaps w:val="0"/>
          <w:strike w:val="0"/>
          <w:sz w:val="20"/>
          <w:highlight w:val="cyan"/>
          <w:u w:val="single"/>
        </w:rPr>
        <w:t>solving</w:t>
      </w:r>
      <w:r>
        <w:rPr>
          <w:b w:val="0"/>
          <w:i w:val="0"/>
          <w:smallCaps w:val="0"/>
          <w:strike w:val="0"/>
          <w:sz w:val="20"/>
          <w:highlight w:val="cyan"/>
          <w:u w:val="single"/>
        </w:rPr>
        <w:t xml:space="preserve"> the water</w:t>
      </w:r>
      <w:r>
        <w:rPr>
          <w:b w:val="0"/>
          <w:i w:val="0"/>
          <w:smallCaps w:val="0"/>
          <w:strike w:val="0"/>
          <w:sz w:val="20"/>
          <w:u w:val="single"/>
        </w:rPr>
        <w:t xml:space="preserve"> </w:t>
      </w:r>
      <w:r>
        <w:rPr>
          <w:b/>
          <w:i w:val="0"/>
          <w:smallCaps w:val="0"/>
          <w:strike w:val="0"/>
          <w:sz w:val="20"/>
          <w:highlight w:val="cyan"/>
          <w:u w:val="single"/>
        </w:rPr>
        <w:t>crisis</w:t>
      </w:r>
      <w:r>
        <w:rPr>
          <w:b w:val="0"/>
          <w:i w:val="0"/>
          <w:smallCaps w:val="0"/>
          <w:strike w:val="0"/>
          <w:sz w:val="16"/>
          <w:u w:val="none"/>
        </w:rPr>
        <w:t>. And vice versa. Increasing water scarcity, flooding and pollution pose an ever growing threat to food security, but our unsustainable food production system is the main driver of the worsening water crisis. We need to tackle water and food together.</w:t>
      </w:r>
    </w:p>
    <w:p>
      <w:pPr>
        <w:spacing w:after="60"/>
      </w:pPr>
      <w:r>
        <w:rPr>
          <w:b w:val="0"/>
          <w:i w:val="0"/>
          <w:smallCaps w:val="0"/>
          <w:strike w:val="0"/>
          <w:sz w:val="16"/>
          <w:u w:val="none"/>
        </w:rPr>
        <w:t xml:space="preserve">Secondly, and just as critically, </w:t>
      </w:r>
      <w:r>
        <w:rPr>
          <w:b w:val="0"/>
          <w:i w:val="0"/>
          <w:smallCaps w:val="0"/>
          <w:strike w:val="0"/>
          <w:sz w:val="20"/>
          <w:highlight w:val="cyan"/>
          <w:u w:val="single"/>
        </w:rPr>
        <w:t xml:space="preserve">we must </w:t>
      </w:r>
      <w:r>
        <w:rPr>
          <w:b/>
          <w:i w:val="0"/>
          <w:smallCaps w:val="0"/>
          <w:strike w:val="0"/>
          <w:sz w:val="20"/>
          <w:highlight w:val="cyan"/>
          <w:u w:val="single"/>
        </w:rPr>
        <w:t>prioritize</w:t>
      </w:r>
      <w:r>
        <w:rPr>
          <w:b w:val="0"/>
          <w:i w:val="0"/>
          <w:smallCaps w:val="0"/>
          <w:strike w:val="0"/>
          <w:sz w:val="20"/>
          <w:highlight w:val="cyan"/>
          <w:u w:val="single"/>
        </w:rPr>
        <w:t xml:space="preserve"> a </w:t>
      </w:r>
      <w:r>
        <w:rPr>
          <w:b/>
          <w:i w:val="0"/>
          <w:smallCaps w:val="0"/>
          <w:strike w:val="0"/>
          <w:sz w:val="20"/>
          <w:highlight w:val="cyan"/>
          <w:u w:val="single"/>
        </w:rPr>
        <w:t>solution</w:t>
      </w:r>
      <w:r>
        <w:rPr>
          <w:b w:val="0"/>
          <w:i w:val="0"/>
          <w:smallCaps w:val="0"/>
          <w:strike w:val="0"/>
          <w:sz w:val="16"/>
          <w:u w:val="none"/>
        </w:rPr>
        <w:t xml:space="preserve"> </w:t>
      </w:r>
      <w:r>
        <w:rPr>
          <w:b w:val="0"/>
          <w:i w:val="0"/>
          <w:smallCaps w:val="0"/>
          <w:strike w:val="0"/>
          <w:sz w:val="20"/>
          <w:highlight w:val="cyan"/>
          <w:u w:val="single"/>
        </w:rPr>
        <w:t xml:space="preserve">that goes to the </w:t>
      </w:r>
      <w:r>
        <w:rPr>
          <w:b/>
          <w:i w:val="0"/>
          <w:smallCaps w:val="0"/>
          <w:strike w:val="0"/>
          <w:sz w:val="20"/>
          <w:u w:val="single"/>
        </w:rPr>
        <w:t>very</w:t>
      </w:r>
      <w:r>
        <w:rPr>
          <w:b/>
          <w:i w:val="0"/>
          <w:smallCaps w:val="0"/>
          <w:strike w:val="0"/>
          <w:sz w:val="20"/>
          <w:u w:val="single"/>
        </w:rPr>
        <w:t xml:space="preserve"> root</w:t>
      </w:r>
      <w:r>
        <w:rPr>
          <w:b w:val="0"/>
          <w:i w:val="0"/>
          <w:smallCaps w:val="0"/>
          <w:strike w:val="0"/>
          <w:sz w:val="20"/>
          <w:u w:val="single"/>
        </w:rPr>
        <w:t xml:space="preserve"> of both these</w:t>
      </w:r>
      <w:r>
        <w:rPr>
          <w:b w:val="0"/>
          <w:i w:val="0"/>
          <w:smallCaps w:val="0"/>
          <w:strike w:val="0"/>
          <w:sz w:val="16"/>
          <w:u w:val="none"/>
        </w:rPr>
        <w:t xml:space="preserve"> </w:t>
      </w:r>
      <w:r>
        <w:rPr>
          <w:b w:val="0"/>
          <w:i w:val="0"/>
          <w:smallCaps w:val="0"/>
          <w:strike w:val="0"/>
          <w:sz w:val="20"/>
          <w:u w:val="single"/>
        </w:rPr>
        <w:t>challenges</w:t>
      </w:r>
      <w:r>
        <w:rPr>
          <w:b w:val="0"/>
          <w:i w:val="0"/>
          <w:smallCaps w:val="0"/>
          <w:strike w:val="0"/>
          <w:sz w:val="16"/>
          <w:u w:val="none"/>
        </w:rPr>
        <w:t>: valuing and investing in healthy freshwater ecosystems. Until now, decision makers have invariably overlooked and undervalued the rivers, lakes, wetlands and aquifers that store and supply water — and that underpin global food production. Instead they have focused solely on extracting water without appropriate management, ignoring their other values and the damage that is done in the process. Damage that is now threatening our ability to sustainably nourish the world’s growing population.</w:t>
      </w:r>
    </w:p>
    <w:p>
      <w:pPr>
        <w:spacing w:after="60"/>
      </w:pPr>
      <w:r>
        <w:rPr>
          <w:b w:val="0"/>
          <w:i w:val="0"/>
          <w:smallCaps w:val="0"/>
          <w:strike w:val="0"/>
          <w:sz w:val="16"/>
          <w:u w:val="none"/>
        </w:rPr>
        <w:t>Irrigated agriculture is the largest user of water extracted from nature © Edward Parker / WWF</w:t>
      </w:r>
    </w:p>
    <w:p>
      <w:pPr>
        <w:spacing w:after="60"/>
      </w:pPr>
      <w:r>
        <w:rPr>
          <w:b/>
          <w:i w:val="0"/>
          <w:smallCaps w:val="0"/>
          <w:strike w:val="0"/>
          <w:sz w:val="20"/>
          <w:highlight w:val="cyan"/>
          <w:u w:val="single"/>
        </w:rPr>
        <w:t>Agriculture</w:t>
      </w:r>
      <w:r>
        <w:rPr>
          <w:b w:val="0"/>
          <w:i w:val="0"/>
          <w:smallCaps w:val="0"/>
          <w:strike w:val="0"/>
          <w:sz w:val="20"/>
          <w:u w:val="single"/>
        </w:rPr>
        <w:t xml:space="preserve"> </w:t>
      </w:r>
      <w:r>
        <w:rPr>
          <w:b w:val="0"/>
          <w:i w:val="0"/>
          <w:smallCaps w:val="0"/>
          <w:strike w:val="0"/>
          <w:sz w:val="20"/>
          <w:highlight w:val="cyan"/>
          <w:u w:val="single"/>
        </w:rPr>
        <w:t xml:space="preserve">is by far the </w:t>
      </w:r>
      <w:r>
        <w:rPr>
          <w:b/>
          <w:i w:val="0"/>
          <w:smallCaps w:val="0"/>
          <w:strike w:val="0"/>
          <w:sz w:val="20"/>
          <w:highlight w:val="cyan"/>
          <w:u w:val="single"/>
        </w:rPr>
        <w:t>largest</w:t>
      </w:r>
      <w:r>
        <w:rPr>
          <w:b w:val="0"/>
          <w:i w:val="0"/>
          <w:smallCaps w:val="0"/>
          <w:strike w:val="0"/>
          <w:sz w:val="20"/>
          <w:u w:val="single"/>
        </w:rPr>
        <w:t xml:space="preserve"> </w:t>
      </w:r>
      <w:r>
        <w:rPr>
          <w:b w:val="0"/>
          <w:i w:val="0"/>
          <w:smallCaps w:val="0"/>
          <w:strike w:val="0"/>
          <w:sz w:val="20"/>
          <w:highlight w:val="cyan"/>
          <w:u w:val="single"/>
        </w:rPr>
        <w:t>user of</w:t>
      </w:r>
      <w:r>
        <w:rPr>
          <w:b w:val="0"/>
          <w:i w:val="0"/>
          <w:smallCaps w:val="0"/>
          <w:strike w:val="0"/>
          <w:sz w:val="20"/>
          <w:u w:val="single"/>
        </w:rPr>
        <w:t xml:space="preserve"> </w:t>
      </w:r>
      <w:r>
        <w:rPr>
          <w:b w:val="0"/>
          <w:i w:val="0"/>
          <w:smallCaps w:val="0"/>
          <w:strike w:val="0"/>
          <w:sz w:val="20"/>
          <w:highlight w:val="cyan"/>
          <w:u w:val="single"/>
        </w:rPr>
        <w:t>water</w:t>
      </w:r>
      <w:r>
        <w:rPr>
          <w:b w:val="0"/>
          <w:i w:val="0"/>
          <w:smallCaps w:val="0"/>
          <w:strike w:val="0"/>
          <w:sz w:val="16"/>
          <w:u w:val="none"/>
        </w:rPr>
        <w:t xml:space="preserve">, </w:t>
      </w:r>
      <w:r>
        <w:rPr>
          <w:b w:val="0"/>
          <w:i w:val="0"/>
          <w:smallCaps w:val="0"/>
          <w:strike w:val="0"/>
          <w:sz w:val="20"/>
          <w:u w:val="single"/>
        </w:rPr>
        <w:t>accounting for 70% of water</w:t>
      </w:r>
      <w:r>
        <w:rPr>
          <w:b w:val="0"/>
          <w:i w:val="0"/>
          <w:smallCaps w:val="0"/>
          <w:strike w:val="0"/>
          <w:sz w:val="16"/>
          <w:u w:val="none"/>
        </w:rPr>
        <w:t xml:space="preserve"> extracted from nature for human use. But </w:t>
      </w:r>
      <w:r>
        <w:rPr>
          <w:b w:val="0"/>
          <w:i w:val="0"/>
          <w:smallCaps w:val="0"/>
          <w:strike w:val="0"/>
          <w:sz w:val="20"/>
          <w:highlight w:val="cyan"/>
          <w:u w:val="single"/>
        </w:rPr>
        <w:t xml:space="preserve">decisions on </w:t>
      </w:r>
      <w:r>
        <w:rPr>
          <w:b/>
          <w:i w:val="0"/>
          <w:smallCaps w:val="0"/>
          <w:strike w:val="0"/>
          <w:sz w:val="20"/>
          <w:highlight w:val="cyan"/>
          <w:u w:val="single"/>
        </w:rPr>
        <w:t>water allocation</w:t>
      </w:r>
      <w:r>
        <w:rPr>
          <w:b w:val="0"/>
          <w:i w:val="0"/>
          <w:smallCaps w:val="0"/>
          <w:strike w:val="0"/>
          <w:sz w:val="16"/>
          <w:u w:val="none"/>
        </w:rPr>
        <w:t xml:space="preserve"> and extraction </w:t>
      </w:r>
      <w:r>
        <w:rPr>
          <w:b w:val="0"/>
          <w:i w:val="0"/>
          <w:smallCaps w:val="0"/>
          <w:strike w:val="0"/>
          <w:sz w:val="20"/>
          <w:highlight w:val="cyan"/>
          <w:u w:val="single"/>
        </w:rPr>
        <w:t>have</w:t>
      </w:r>
      <w:r>
        <w:rPr>
          <w:b w:val="0"/>
          <w:i w:val="0"/>
          <w:smallCaps w:val="0"/>
          <w:strike w:val="0"/>
          <w:sz w:val="20"/>
          <w:u w:val="single"/>
        </w:rPr>
        <w:t xml:space="preserve"> invariably </w:t>
      </w:r>
      <w:r>
        <w:rPr>
          <w:b w:val="0"/>
          <w:i w:val="0"/>
          <w:smallCaps w:val="0"/>
          <w:strike w:val="0"/>
          <w:sz w:val="20"/>
          <w:highlight w:val="cyan"/>
          <w:u w:val="single"/>
        </w:rPr>
        <w:t>been taken with little</w:t>
      </w:r>
      <w:r>
        <w:rPr>
          <w:b w:val="0"/>
          <w:i w:val="0"/>
          <w:smallCaps w:val="0"/>
          <w:strike w:val="0"/>
          <w:sz w:val="16"/>
          <w:u w:val="none"/>
        </w:rPr>
        <w:t xml:space="preserve"> </w:t>
      </w:r>
      <w:r>
        <w:rPr>
          <w:b w:val="0"/>
          <w:i w:val="0"/>
          <w:smallCaps w:val="0"/>
          <w:strike w:val="0"/>
          <w:sz w:val="20"/>
          <w:highlight w:val="cyan"/>
          <w:u w:val="single"/>
        </w:rPr>
        <w:t>thought</w:t>
      </w:r>
      <w:r>
        <w:rPr>
          <w:b w:val="0"/>
          <w:i w:val="0"/>
          <w:smallCaps w:val="0"/>
          <w:strike w:val="0"/>
          <w:sz w:val="16"/>
          <w:u w:val="none"/>
        </w:rPr>
        <w:t xml:space="preserve"> for the long term health of freshwater ecosystems and for the communities that depend on them. Treating rivers as pipes for water, wetlands as ‘wastelands’ to be converted to fish farms or cropland, and lakes and aquifers as inexhaustible supplies of water for irrigation is fuelling the freshwater crisis — especially now that climate change is disrupting the hydrological system and altering rainfall patterns and river flows.</w:t>
      </w:r>
    </w:p>
    <w:p>
      <w:pPr>
        <w:spacing w:after="60"/>
      </w:pPr>
      <w:r>
        <w:rPr>
          <w:b w:val="0"/>
          <w:i w:val="0"/>
          <w:smallCaps w:val="0"/>
          <w:strike w:val="0"/>
          <w:sz w:val="16"/>
          <w:u w:val="none"/>
        </w:rPr>
        <w:t xml:space="preserve">As communities and countries around the world are finding out, </w:t>
      </w:r>
      <w:r>
        <w:rPr>
          <w:b w:val="0"/>
          <w:i w:val="0"/>
          <w:smallCaps w:val="0"/>
          <w:strike w:val="0"/>
          <w:sz w:val="20"/>
          <w:u w:val="single"/>
        </w:rPr>
        <w:t>historical decisions based on the</w:t>
      </w:r>
      <w:r>
        <w:rPr>
          <w:b w:val="0"/>
          <w:i w:val="0"/>
          <w:smallCaps w:val="0"/>
          <w:strike w:val="0"/>
          <w:sz w:val="16"/>
          <w:u w:val="none"/>
        </w:rPr>
        <w:t xml:space="preserve"> </w:t>
      </w:r>
      <w:r>
        <w:rPr>
          <w:b/>
          <w:i w:val="0"/>
          <w:smallCaps w:val="0"/>
          <w:strike w:val="0"/>
          <w:sz w:val="20"/>
          <w:u w:val="single"/>
        </w:rPr>
        <w:t>assumption</w:t>
      </w:r>
      <w:r>
        <w:rPr>
          <w:b w:val="0"/>
          <w:i w:val="0"/>
          <w:smallCaps w:val="0"/>
          <w:strike w:val="0"/>
          <w:sz w:val="16"/>
          <w:u w:val="none"/>
        </w:rPr>
        <w:t xml:space="preserve"> </w:t>
      </w:r>
      <w:r>
        <w:rPr>
          <w:b w:val="0"/>
          <w:i w:val="0"/>
          <w:smallCaps w:val="0"/>
          <w:strike w:val="0"/>
          <w:sz w:val="20"/>
          <w:u w:val="single"/>
        </w:rPr>
        <w:t xml:space="preserve">of </w:t>
      </w:r>
      <w:r>
        <w:rPr>
          <w:b/>
          <w:i w:val="0"/>
          <w:smallCaps w:val="0"/>
          <w:strike w:val="0"/>
          <w:sz w:val="20"/>
          <w:u w:val="single"/>
        </w:rPr>
        <w:t>unlimited water</w:t>
      </w:r>
      <w:r>
        <w:rPr>
          <w:b w:val="0"/>
          <w:i w:val="0"/>
          <w:smallCaps w:val="0"/>
          <w:strike w:val="0"/>
          <w:sz w:val="16"/>
          <w:u w:val="none"/>
        </w:rPr>
        <w:t xml:space="preserve"> supplies and a stable climate </w:t>
      </w:r>
      <w:r>
        <w:rPr>
          <w:b w:val="0"/>
          <w:i w:val="0"/>
          <w:smallCaps w:val="0"/>
          <w:strike w:val="0"/>
          <w:sz w:val="20"/>
          <w:u w:val="single"/>
        </w:rPr>
        <w:t>are a recipe for disaster</w:t>
      </w:r>
      <w:r>
        <w:rPr>
          <w:b w:val="0"/>
          <w:i w:val="0"/>
          <w:smallCaps w:val="0"/>
          <w:strike w:val="0"/>
          <w:sz w:val="16"/>
          <w:u w:val="none"/>
        </w:rPr>
        <w:t>.</w:t>
      </w:r>
    </w:p>
    <w:p>
      <w:pPr>
        <w:spacing w:after="60"/>
      </w:pPr>
      <w:r>
        <w:rPr>
          <w:b w:val="0"/>
          <w:i w:val="0"/>
          <w:smallCaps w:val="0"/>
          <w:strike w:val="0"/>
          <w:sz w:val="20"/>
          <w:highlight w:val="cyan"/>
          <w:u w:val="single"/>
        </w:rPr>
        <w:t>Prioritizing</w:t>
      </w:r>
      <w:r>
        <w:rPr>
          <w:b w:val="0"/>
          <w:i w:val="0"/>
          <w:smallCaps w:val="0"/>
          <w:strike w:val="0"/>
          <w:sz w:val="16"/>
          <w:u w:val="none"/>
        </w:rPr>
        <w:t xml:space="preserve"> the </w:t>
      </w:r>
      <w:r>
        <w:rPr>
          <w:b/>
          <w:i w:val="0"/>
          <w:smallCaps w:val="0"/>
          <w:strike w:val="0"/>
          <w:sz w:val="20"/>
          <w:highlight w:val="cyan"/>
          <w:u w:val="single"/>
        </w:rPr>
        <w:t>unsustainable</w:t>
      </w:r>
      <w:r>
        <w:rPr>
          <w:b w:val="0"/>
          <w:i w:val="0"/>
          <w:smallCaps w:val="0"/>
          <w:strike w:val="0"/>
          <w:sz w:val="20"/>
          <w:highlight w:val="cyan"/>
          <w:u w:val="single"/>
        </w:rPr>
        <w:t xml:space="preserve"> extraction</w:t>
      </w:r>
      <w:r>
        <w:rPr>
          <w:b w:val="0"/>
          <w:i w:val="0"/>
          <w:smallCaps w:val="0"/>
          <w:strike w:val="0"/>
          <w:sz w:val="20"/>
          <w:u w:val="single"/>
        </w:rPr>
        <w:t xml:space="preserve"> of water</w:t>
      </w:r>
      <w:r>
        <w:rPr>
          <w:b w:val="0"/>
          <w:i w:val="0"/>
          <w:smallCaps w:val="0"/>
          <w:strike w:val="0"/>
          <w:sz w:val="16"/>
          <w:u w:val="none"/>
        </w:rPr>
        <w:t xml:space="preserve"> for irrigated agriculture has </w:t>
      </w:r>
      <w:r>
        <w:rPr>
          <w:b w:val="0"/>
          <w:i w:val="0"/>
          <w:smallCaps w:val="0"/>
          <w:strike w:val="0"/>
          <w:sz w:val="20"/>
          <w:highlight w:val="cyan"/>
          <w:u w:val="single"/>
        </w:rPr>
        <w:t>powered the</w:t>
      </w:r>
      <w:r>
        <w:rPr>
          <w:b w:val="0"/>
          <w:i w:val="0"/>
          <w:smallCaps w:val="0"/>
          <w:strike w:val="0"/>
          <w:sz w:val="16"/>
          <w:highlight w:val="cyan"/>
          <w:u w:val="none"/>
        </w:rPr>
        <w:t xml:space="preserve"> </w:t>
      </w:r>
      <w:r>
        <w:rPr>
          <w:b w:val="0"/>
          <w:i w:val="0"/>
          <w:smallCaps w:val="0"/>
          <w:strike w:val="0"/>
          <w:sz w:val="20"/>
          <w:highlight w:val="cyan"/>
          <w:u w:val="single"/>
        </w:rPr>
        <w:t>extraordinary</w:t>
      </w:r>
      <w:r>
        <w:rPr>
          <w:b w:val="0"/>
          <w:i w:val="0"/>
          <w:smallCaps w:val="0"/>
          <w:strike w:val="0"/>
          <w:sz w:val="20"/>
          <w:u w:val="single"/>
        </w:rPr>
        <w:t xml:space="preserve"> </w:t>
      </w:r>
      <w:r>
        <w:rPr>
          <w:b w:val="0"/>
          <w:i w:val="0"/>
          <w:smallCaps w:val="0"/>
          <w:strike w:val="0"/>
          <w:sz w:val="20"/>
          <w:highlight w:val="cyan"/>
          <w:u w:val="single"/>
        </w:rPr>
        <w:t>expansion</w:t>
      </w:r>
      <w:r>
        <w:rPr>
          <w:b w:val="0"/>
          <w:i w:val="0"/>
          <w:smallCaps w:val="0"/>
          <w:strike w:val="0"/>
          <w:sz w:val="16"/>
          <w:u w:val="none"/>
        </w:rPr>
        <w:t xml:space="preserve"> </w:t>
      </w:r>
      <w:r>
        <w:rPr>
          <w:b w:val="0"/>
          <w:i w:val="0"/>
          <w:smallCaps w:val="0"/>
          <w:strike w:val="0"/>
          <w:sz w:val="20"/>
          <w:highlight w:val="cyan"/>
          <w:u w:val="single"/>
        </w:rPr>
        <w:t>in</w:t>
      </w:r>
      <w:r>
        <w:rPr>
          <w:b w:val="0"/>
          <w:i w:val="0"/>
          <w:smallCaps w:val="0"/>
          <w:strike w:val="0"/>
          <w:sz w:val="20"/>
          <w:u w:val="single"/>
        </w:rPr>
        <w:t xml:space="preserve"> </w:t>
      </w:r>
      <w:r>
        <w:rPr>
          <w:b w:val="0"/>
          <w:i w:val="0"/>
          <w:smallCaps w:val="0"/>
          <w:strike w:val="0"/>
          <w:sz w:val="20"/>
          <w:u w:val="single"/>
        </w:rPr>
        <w:t>global</w:t>
      </w:r>
      <w:r>
        <w:rPr>
          <w:b w:val="0"/>
          <w:i w:val="0"/>
          <w:smallCaps w:val="0"/>
          <w:strike w:val="0"/>
          <w:sz w:val="20"/>
          <w:u w:val="single"/>
        </w:rPr>
        <w:t xml:space="preserve"> </w:t>
      </w:r>
      <w:r>
        <w:rPr>
          <w:b/>
          <w:i w:val="0"/>
          <w:smallCaps w:val="0"/>
          <w:strike w:val="0"/>
          <w:sz w:val="20"/>
          <w:highlight w:val="cyan"/>
          <w:u w:val="single"/>
        </w:rPr>
        <w:t>food production</w:t>
      </w:r>
      <w:r>
        <w:rPr>
          <w:b w:val="0"/>
          <w:i w:val="0"/>
          <w:smallCaps w:val="0"/>
          <w:strike w:val="0"/>
          <w:sz w:val="16"/>
          <w:u w:val="none"/>
        </w:rPr>
        <w:t xml:space="preserve"> over recent decades. But it has come at a high cost. </w:t>
      </w:r>
      <w:r>
        <w:rPr>
          <w:b w:val="0"/>
          <w:i w:val="0"/>
          <w:smallCaps w:val="0"/>
          <w:strike w:val="0"/>
          <w:sz w:val="20"/>
          <w:u w:val="single"/>
        </w:rPr>
        <w:t>The widespread over-</w:t>
      </w:r>
      <w:r>
        <w:rPr>
          <w:b w:val="0"/>
          <w:i w:val="0"/>
          <w:smallCaps w:val="0"/>
          <w:strike w:val="0"/>
          <w:sz w:val="20"/>
          <w:highlight w:val="cyan"/>
          <w:u w:val="single"/>
        </w:rPr>
        <w:t>extraction</w:t>
      </w:r>
      <w:r>
        <w:rPr>
          <w:b w:val="0"/>
          <w:i w:val="0"/>
          <w:smallCaps w:val="0"/>
          <w:strike w:val="0"/>
          <w:sz w:val="16"/>
          <w:u w:val="none"/>
        </w:rPr>
        <w:t xml:space="preserve"> of water </w:t>
      </w:r>
      <w:r>
        <w:rPr>
          <w:b w:val="0"/>
          <w:i w:val="0"/>
          <w:smallCaps w:val="0"/>
          <w:strike w:val="0"/>
          <w:sz w:val="20"/>
          <w:u w:val="single"/>
        </w:rPr>
        <w:t xml:space="preserve">has </w:t>
      </w:r>
      <w:r>
        <w:rPr>
          <w:b/>
          <w:i w:val="0"/>
          <w:smallCaps w:val="0"/>
          <w:strike w:val="0"/>
          <w:sz w:val="20"/>
          <w:highlight w:val="cyan"/>
          <w:u w:val="single"/>
        </w:rPr>
        <w:t>ravaged</w:t>
      </w:r>
      <w:r>
        <w:rPr>
          <w:b w:val="0"/>
          <w:i w:val="0"/>
          <w:smallCaps w:val="0"/>
          <w:strike w:val="0"/>
          <w:sz w:val="20"/>
          <w:highlight w:val="cyan"/>
          <w:u w:val="single"/>
        </w:rPr>
        <w:t xml:space="preserve"> natural river</w:t>
      </w:r>
      <w:r>
        <w:rPr>
          <w:b w:val="0"/>
          <w:i w:val="0"/>
          <w:smallCaps w:val="0"/>
          <w:strike w:val="0"/>
          <w:sz w:val="20"/>
          <w:u w:val="single"/>
        </w:rPr>
        <w:t xml:space="preserve"> </w:t>
      </w:r>
      <w:r>
        <w:rPr>
          <w:b/>
          <w:i w:val="0"/>
          <w:smallCaps w:val="0"/>
          <w:strike w:val="0"/>
          <w:sz w:val="20"/>
          <w:highlight w:val="cyan"/>
          <w:u w:val="single"/>
        </w:rPr>
        <w:t>flows</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val="0"/>
          <w:i w:val="0"/>
          <w:smallCaps w:val="0"/>
          <w:strike w:val="0"/>
          <w:sz w:val="20"/>
          <w:u w:val="single"/>
        </w:rPr>
        <w:t>left riverine ecosystems</w:t>
      </w:r>
      <w:r>
        <w:rPr>
          <w:b w:val="0"/>
          <w:i w:val="0"/>
          <w:smallCaps w:val="0"/>
          <w:strike w:val="0"/>
          <w:sz w:val="16"/>
          <w:u w:val="none"/>
        </w:rPr>
        <w:t xml:space="preserve"> </w:t>
      </w:r>
      <w:r>
        <w:rPr>
          <w:b/>
          <w:i w:val="0"/>
          <w:smallCaps w:val="0"/>
          <w:strike w:val="0"/>
          <w:sz w:val="20"/>
          <w:u w:val="single"/>
        </w:rPr>
        <w:t>parched</w:t>
      </w:r>
      <w:r>
        <w:rPr>
          <w:b w:val="0"/>
          <w:i w:val="0"/>
          <w:smallCaps w:val="0"/>
          <w:strike w:val="0"/>
          <w:sz w:val="16"/>
          <w:u w:val="none"/>
        </w:rPr>
        <w:t xml:space="preserve"> and unable to function, while the </w:t>
      </w:r>
      <w:r>
        <w:rPr>
          <w:b w:val="0"/>
          <w:i w:val="0"/>
          <w:smallCaps w:val="0"/>
          <w:strike w:val="0"/>
          <w:sz w:val="20"/>
          <w:highlight w:val="cyan"/>
          <w:u w:val="single"/>
        </w:rPr>
        <w:t xml:space="preserve">excessive use of </w:t>
      </w:r>
      <w:r>
        <w:rPr>
          <w:b/>
          <w:i w:val="0"/>
          <w:smallCaps w:val="0"/>
          <w:strike w:val="0"/>
          <w:sz w:val="20"/>
          <w:highlight w:val="cyan"/>
          <w:u w:val="single"/>
        </w:rPr>
        <w:t>fertilisers</w:t>
      </w:r>
      <w:r>
        <w:rPr>
          <w:b w:val="0"/>
          <w:i w:val="0"/>
          <w:smallCaps w:val="0"/>
          <w:strike w:val="0"/>
          <w:sz w:val="16"/>
          <w:u w:val="none"/>
        </w:rPr>
        <w:t xml:space="preserve"> and pesticides along with waste from industrial livestock farming </w:t>
      </w:r>
      <w:r>
        <w:rPr>
          <w:b w:val="0"/>
          <w:i w:val="0"/>
          <w:smallCaps w:val="0"/>
          <w:strike w:val="0"/>
          <w:sz w:val="20"/>
          <w:u w:val="single"/>
        </w:rPr>
        <w:t>has polluted waterways</w:t>
      </w:r>
      <w:r>
        <w:rPr>
          <w:b w:val="0"/>
          <w:i w:val="0"/>
          <w:smallCaps w:val="0"/>
          <w:strike w:val="0"/>
          <w:sz w:val="16"/>
          <w:u w:val="none"/>
        </w:rPr>
        <w:t xml:space="preserve">, </w:t>
      </w:r>
      <w:r>
        <w:rPr>
          <w:b w:val="0"/>
          <w:i w:val="0"/>
          <w:smallCaps w:val="0"/>
          <w:strike w:val="0"/>
          <w:sz w:val="20"/>
          <w:highlight w:val="cyan"/>
          <w:u w:val="single"/>
        </w:rPr>
        <w:t>causing</w:t>
      </w:r>
      <w:r>
        <w:rPr>
          <w:b w:val="0"/>
          <w:i w:val="0"/>
          <w:smallCaps w:val="0"/>
          <w:strike w:val="0"/>
          <w:sz w:val="16"/>
          <w:u w:val="none"/>
        </w:rPr>
        <w:t xml:space="preserve"> eutrophication and </w:t>
      </w:r>
      <w:r>
        <w:rPr>
          <w:b/>
          <w:i w:val="0"/>
          <w:smallCaps w:val="0"/>
          <w:strike w:val="0"/>
          <w:sz w:val="20"/>
          <w:highlight w:val="cyan"/>
          <w:u w:val="single"/>
        </w:rPr>
        <w:t>dead</w:t>
      </w:r>
      <w:r>
        <w:rPr>
          <w:b/>
          <w:i w:val="0"/>
          <w:smallCaps w:val="0"/>
          <w:strike w:val="0"/>
          <w:sz w:val="20"/>
          <w:u w:val="single"/>
        </w:rPr>
        <w:t xml:space="preserve"> </w:t>
      </w:r>
      <w:r>
        <w:rPr>
          <w:b/>
          <w:i w:val="0"/>
          <w:smallCaps w:val="0"/>
          <w:strike w:val="0"/>
          <w:sz w:val="20"/>
          <w:highlight w:val="cyan"/>
          <w:u w:val="single"/>
        </w:rPr>
        <w:t>zones</w:t>
      </w:r>
      <w:r>
        <w:rPr>
          <w:b w:val="0"/>
          <w:i w:val="0"/>
          <w:smallCaps w:val="0"/>
          <w:strike w:val="0"/>
          <w:sz w:val="16"/>
          <w:u w:val="none"/>
        </w:rPr>
        <w:t xml:space="preserve"> in freshwater ecosystems and even out at sea. These </w:t>
      </w:r>
      <w:r>
        <w:rPr>
          <w:b w:val="0"/>
          <w:i w:val="0"/>
          <w:smallCaps w:val="0"/>
          <w:strike w:val="0"/>
          <w:sz w:val="20"/>
          <w:u w:val="single"/>
        </w:rPr>
        <w:t>environmental impacts</w:t>
      </w:r>
      <w:r>
        <w:rPr>
          <w:b w:val="0"/>
          <w:i w:val="0"/>
          <w:smallCaps w:val="0"/>
          <w:strike w:val="0"/>
          <w:sz w:val="16"/>
          <w:u w:val="none"/>
        </w:rPr>
        <w:t xml:space="preserve"> </w:t>
      </w:r>
      <w:r>
        <w:rPr>
          <w:b w:val="0"/>
          <w:i w:val="0"/>
          <w:smallCaps w:val="0"/>
          <w:strike w:val="0"/>
          <w:sz w:val="20"/>
          <w:u w:val="single"/>
        </w:rPr>
        <w:t>are compounded by social</w:t>
      </w:r>
      <w:r>
        <w:rPr>
          <w:b w:val="0"/>
          <w:i w:val="0"/>
          <w:smallCaps w:val="0"/>
          <w:strike w:val="0"/>
          <w:sz w:val="16"/>
          <w:u w:val="none"/>
        </w:rPr>
        <w:t xml:space="preserve"> </w:t>
      </w:r>
      <w:r>
        <w:rPr>
          <w:b w:val="0"/>
          <w:i w:val="0"/>
          <w:smallCaps w:val="0"/>
          <w:strike w:val="0"/>
          <w:sz w:val="20"/>
          <w:u w:val="single"/>
        </w:rPr>
        <w:t>costs</w:t>
      </w:r>
      <w:r>
        <w:rPr>
          <w:b w:val="0"/>
          <w:i w:val="0"/>
          <w:smallCaps w:val="0"/>
          <w:strike w:val="0"/>
          <w:sz w:val="16"/>
          <w:u w:val="none"/>
        </w:rPr>
        <w:t xml:space="preserve"> when communities lose access to a safe and clean environment to sustain their livelihoods.</w:t>
      </w:r>
    </w:p>
    <w:p>
      <w:pPr>
        <w:spacing w:after="60"/>
      </w:pPr>
      <w:r>
        <w:rPr>
          <w:b w:val="0"/>
          <w:i w:val="0"/>
          <w:smallCaps w:val="0"/>
          <w:strike w:val="0"/>
          <w:sz w:val="16"/>
          <w:u w:val="none"/>
        </w:rPr>
        <w:t>Dried up river in Kenya © WWF / Simon Rawles</w:t>
      </w:r>
    </w:p>
    <w:p>
      <w:pPr>
        <w:spacing w:after="60"/>
      </w:pPr>
      <w:r>
        <w:rPr>
          <w:b w:val="0"/>
          <w:i w:val="0"/>
          <w:smallCaps w:val="0"/>
          <w:strike w:val="0"/>
          <w:sz w:val="16"/>
          <w:u w:val="none"/>
        </w:rPr>
        <w:t xml:space="preserve">Across the world we see the results — from drying rivers like the Colorado and dying lakes like the Aral Sea, to depleted aquifers, saltwater intrusion into deltas and contaminated waterways. </w:t>
      </w:r>
      <w:r>
        <w:rPr>
          <w:b w:val="0"/>
          <w:i w:val="0"/>
          <w:smallCaps w:val="0"/>
          <w:strike w:val="0"/>
          <w:sz w:val="20"/>
          <w:u w:val="single"/>
        </w:rPr>
        <w:t>Without</w:t>
      </w:r>
      <w:r>
        <w:rPr>
          <w:b w:val="0"/>
          <w:i w:val="0"/>
          <w:smallCaps w:val="0"/>
          <w:strike w:val="0"/>
          <w:sz w:val="16"/>
          <w:u w:val="none"/>
        </w:rPr>
        <w:t xml:space="preserve"> </w:t>
      </w:r>
      <w:r>
        <w:rPr>
          <w:b w:val="0"/>
          <w:i w:val="0"/>
          <w:smallCaps w:val="0"/>
          <w:strike w:val="0"/>
          <w:sz w:val="20"/>
          <w:u w:val="single"/>
        </w:rPr>
        <w:t>healthy freshwater systems</w:t>
      </w:r>
      <w:r>
        <w:rPr>
          <w:b w:val="0"/>
          <w:i w:val="0"/>
          <w:smallCaps w:val="0"/>
          <w:strike w:val="0"/>
          <w:sz w:val="16"/>
          <w:u w:val="none"/>
        </w:rPr>
        <w:t xml:space="preserve">, </w:t>
      </w:r>
      <w:r>
        <w:rPr>
          <w:b w:val="0"/>
          <w:i w:val="0"/>
          <w:smallCaps w:val="0"/>
          <w:strike w:val="0"/>
          <w:sz w:val="20"/>
          <w:u w:val="single"/>
        </w:rPr>
        <w:t xml:space="preserve">we will not have </w:t>
      </w:r>
      <w:r>
        <w:rPr>
          <w:b/>
          <w:i w:val="0"/>
          <w:smallCaps w:val="0"/>
          <w:strike w:val="0"/>
          <w:sz w:val="20"/>
          <w:u w:val="single"/>
        </w:rPr>
        <w:t>healthy</w:t>
      </w:r>
      <w:r>
        <w:rPr>
          <w:b w:val="0"/>
          <w:i w:val="0"/>
          <w:smallCaps w:val="0"/>
          <w:strike w:val="0"/>
          <w:sz w:val="20"/>
          <w:u w:val="single"/>
        </w:rPr>
        <w:t xml:space="preserve"> food </w:t>
      </w:r>
      <w:r>
        <w:rPr>
          <w:b/>
          <w:i w:val="0"/>
          <w:smallCaps w:val="0"/>
          <w:strike w:val="0"/>
          <w:sz w:val="20"/>
          <w:u w:val="single"/>
        </w:rPr>
        <w:t>systems</w:t>
      </w:r>
      <w:r>
        <w:rPr>
          <w:b w:val="0"/>
          <w:i w:val="0"/>
          <w:smallCaps w:val="0"/>
          <w:strike w:val="0"/>
          <w:sz w:val="16"/>
          <w:u w:val="none"/>
        </w:rPr>
        <w:t>.</w:t>
      </w:r>
    </w:p>
    <w:p>
      <w:pPr>
        <w:spacing w:after="60"/>
      </w:pPr>
      <w:r>
        <w:rPr>
          <w:b w:val="0"/>
          <w:i w:val="0"/>
          <w:smallCaps w:val="0"/>
          <w:strike w:val="0"/>
          <w:sz w:val="16"/>
          <w:u w:val="none"/>
        </w:rPr>
        <w:t xml:space="preserve">This </w:t>
      </w:r>
      <w:r>
        <w:rPr>
          <w:b w:val="0"/>
          <w:i w:val="0"/>
          <w:smallCaps w:val="0"/>
          <w:strike w:val="0"/>
          <w:sz w:val="20"/>
          <w:u w:val="single"/>
        </w:rPr>
        <w:t xml:space="preserve">ongoing </w:t>
      </w:r>
      <w:r>
        <w:rPr>
          <w:b w:val="0"/>
          <w:i w:val="0"/>
          <w:smallCaps w:val="0"/>
          <w:strike w:val="0"/>
          <w:sz w:val="20"/>
          <w:highlight w:val="cyan"/>
          <w:u w:val="single"/>
        </w:rPr>
        <w:t>degradation</w:t>
      </w:r>
      <w:r>
        <w:rPr>
          <w:b w:val="0"/>
          <w:i w:val="0"/>
          <w:smallCaps w:val="0"/>
          <w:strike w:val="0"/>
          <w:sz w:val="16"/>
          <w:u w:val="none"/>
        </w:rPr>
        <w:t xml:space="preserve"> </w:t>
      </w:r>
      <w:r>
        <w:rPr>
          <w:b w:val="0"/>
          <w:i w:val="0"/>
          <w:smallCaps w:val="0"/>
          <w:strike w:val="0"/>
          <w:sz w:val="20"/>
          <w:u w:val="single"/>
        </w:rPr>
        <w:t>of the world’s freshwater ecosystems</w:t>
      </w:r>
      <w:r>
        <w:rPr>
          <w:b w:val="0"/>
          <w:i w:val="0"/>
          <w:smallCaps w:val="0"/>
          <w:strike w:val="0"/>
          <w:sz w:val="16"/>
          <w:u w:val="none"/>
        </w:rPr>
        <w:t xml:space="preserve"> </w:t>
      </w:r>
      <w:r>
        <w:rPr>
          <w:b w:val="0"/>
          <w:i w:val="0"/>
          <w:smallCaps w:val="0"/>
          <w:strike w:val="0"/>
          <w:sz w:val="20"/>
          <w:highlight w:val="cyan"/>
          <w:u w:val="single"/>
        </w:rPr>
        <w:t xml:space="preserve">is </w:t>
      </w:r>
      <w:r>
        <w:rPr>
          <w:b/>
          <w:i w:val="0"/>
          <w:smallCaps w:val="0"/>
          <w:strike w:val="0"/>
          <w:sz w:val="20"/>
          <w:highlight w:val="cyan"/>
          <w:u w:val="single"/>
        </w:rPr>
        <w:t>undermining</w:t>
      </w:r>
      <w:r>
        <w:rPr>
          <w:b w:val="0"/>
          <w:i w:val="0"/>
          <w:smallCaps w:val="0"/>
          <w:strike w:val="0"/>
          <w:sz w:val="16"/>
          <w:u w:val="none"/>
        </w:rPr>
        <w:t xml:space="preserve"> not only </w:t>
      </w:r>
      <w:r>
        <w:rPr>
          <w:b/>
          <w:i w:val="0"/>
          <w:smallCaps w:val="0"/>
          <w:strike w:val="0"/>
          <w:sz w:val="20"/>
          <w:highlight w:val="cyan"/>
          <w:u w:val="single"/>
        </w:rPr>
        <w:t>food security</w:t>
      </w:r>
      <w:r>
        <w:rPr>
          <w:b w:val="0"/>
          <w:i w:val="0"/>
          <w:smallCaps w:val="0"/>
          <w:strike w:val="0"/>
          <w:sz w:val="16"/>
          <w:u w:val="none"/>
        </w:rPr>
        <w:t xml:space="preserve"> but also global efforts to enhance water security and human health, reduce disaster risk, tackle the climate and nature crises, and drive sustainable development.</w:t>
      </w:r>
    </w:p>
    <w:p>
      <w:pPr>
        <w:spacing w:after="60"/>
      </w:pPr>
      <w:r>
        <w:rPr>
          <w:b w:val="0"/>
          <w:i w:val="0"/>
          <w:smallCaps w:val="0"/>
          <w:strike w:val="0"/>
          <w:sz w:val="16"/>
          <w:u w:val="none"/>
        </w:rPr>
        <w:t>This is — as WWF’s new report makes clear — the High Cost of Cheap Water.</w:t>
      </w:r>
    </w:p>
    <w:p>
      <w:pPr>
        <w:spacing w:after="60"/>
      </w:pPr>
      <w:r>
        <w:rPr>
          <w:b w:val="0"/>
          <w:i w:val="0"/>
          <w:smallCaps w:val="0"/>
          <w:strike w:val="0"/>
          <w:sz w:val="16"/>
          <w:u w:val="none"/>
        </w:rPr>
        <w:t>The report estimates the value of water to irrigated agriculture at U$380 billion per year — part of the US$7.5 trillion in direct economic value of water and freshwater ecosystems to households, agriculture, business and industry. But this pales in comparison to the US$50 trillion in the hidden, indirect economic values of water and freshwater ecosystems — including enhancing soil health, purifying water, reducing the impact of extreme floods and building resilience to droughts. Values that are critical for sustainable food production but are increasingly at risk.</w:t>
      </w:r>
    </w:p>
    <w:p>
      <w:pPr>
        <w:spacing w:after="60"/>
      </w:pPr>
      <w:r>
        <w:rPr>
          <w:b w:val="0"/>
          <w:i w:val="0"/>
          <w:smallCaps w:val="0"/>
          <w:strike w:val="0"/>
          <w:sz w:val="16"/>
          <w:u w:val="none"/>
        </w:rPr>
        <w:t xml:space="preserve">More than </w:t>
      </w:r>
      <w:r>
        <w:rPr>
          <w:b w:val="0"/>
          <w:i w:val="0"/>
          <w:smallCaps w:val="0"/>
          <w:strike w:val="0"/>
          <w:sz w:val="20"/>
          <w:u w:val="single"/>
        </w:rPr>
        <w:t xml:space="preserve">60% of irrigated cropland is already </w:t>
      </w:r>
      <w:r>
        <w:rPr>
          <w:b/>
          <w:i w:val="0"/>
          <w:smallCaps w:val="0"/>
          <w:strike w:val="0"/>
          <w:sz w:val="20"/>
          <w:u w:val="single"/>
        </w:rPr>
        <w:t>highly water stressed</w:t>
      </w:r>
      <w:r>
        <w:rPr>
          <w:b w:val="0"/>
          <w:i w:val="0"/>
          <w:smallCaps w:val="0"/>
          <w:strike w:val="0"/>
          <w:sz w:val="16"/>
          <w:u w:val="none"/>
        </w:rPr>
        <w:t xml:space="preserve"> and climate change will only make things worse. Ironically, our food systems generate around a third of all greenhouse gas emissions, fuelling this vicious cycle. Meanwhile, critical </w:t>
      </w:r>
      <w:r>
        <w:rPr>
          <w:b w:val="0"/>
          <w:i w:val="0"/>
          <w:smallCaps w:val="0"/>
          <w:strike w:val="0"/>
          <w:sz w:val="20"/>
          <w:u w:val="single"/>
        </w:rPr>
        <w:t>freshwater fisheries are at risk</w:t>
      </w:r>
      <w:r>
        <w:rPr>
          <w:b w:val="0"/>
          <w:i w:val="0"/>
          <w:smallCaps w:val="0"/>
          <w:strike w:val="0"/>
          <w:sz w:val="16"/>
          <w:u w:val="none"/>
        </w:rPr>
        <w:t xml:space="preserve"> and Asia’s hugely productive deltas are sinking and shrinking. Rainfed </w:t>
      </w:r>
      <w:r>
        <w:rPr>
          <w:b w:val="0"/>
          <w:i w:val="0"/>
          <w:smallCaps w:val="0"/>
          <w:strike w:val="0"/>
          <w:sz w:val="20"/>
          <w:highlight w:val="cyan"/>
          <w:u w:val="single"/>
        </w:rPr>
        <w:t>agriculture</w:t>
      </w:r>
      <w:r>
        <w:rPr>
          <w:b w:val="0"/>
          <w:i w:val="0"/>
          <w:smallCaps w:val="0"/>
          <w:strike w:val="0"/>
          <w:sz w:val="20"/>
          <w:u w:val="single"/>
        </w:rPr>
        <w:t xml:space="preserve"> is also </w:t>
      </w:r>
      <w:r>
        <w:rPr>
          <w:b w:val="0"/>
          <w:i w:val="0"/>
          <w:smallCaps w:val="0"/>
          <w:strike w:val="0"/>
          <w:sz w:val="20"/>
          <w:highlight w:val="cyan"/>
          <w:u w:val="single"/>
        </w:rPr>
        <w:t xml:space="preserve">facing </w:t>
      </w:r>
      <w:r>
        <w:rPr>
          <w:b/>
          <w:i w:val="0"/>
          <w:smallCaps w:val="0"/>
          <w:strike w:val="0"/>
          <w:sz w:val="20"/>
          <w:highlight w:val="cyan"/>
          <w:u w:val="single"/>
        </w:rPr>
        <w:t>growing</w:t>
      </w:r>
      <w:r>
        <w:rPr>
          <w:b w:val="0"/>
          <w:i w:val="0"/>
          <w:smallCaps w:val="0"/>
          <w:strike w:val="0"/>
          <w:sz w:val="16"/>
          <w:highlight w:val="cyan"/>
          <w:u w:val="none"/>
        </w:rPr>
        <w:t xml:space="preserve"> </w:t>
      </w:r>
      <w:r>
        <w:rPr>
          <w:b/>
          <w:i w:val="0"/>
          <w:smallCaps w:val="0"/>
          <w:strike w:val="0"/>
          <w:sz w:val="20"/>
          <w:highlight w:val="cyan"/>
          <w:u w:val="single"/>
        </w:rPr>
        <w:t>challenges</w:t>
      </w:r>
      <w:r>
        <w:rPr>
          <w:b w:val="0"/>
          <w:i w:val="0"/>
          <w:smallCaps w:val="0"/>
          <w:strike w:val="0"/>
          <w:sz w:val="16"/>
          <w:u w:val="none"/>
        </w:rPr>
        <w:t xml:space="preserve"> as rainfall patterns become more erratic under climate change. FAO found that 10% of the world’s rainfed cropland already faces frequent drought along with 14% of the world’s pastureland.</w:t>
      </w:r>
    </w:p>
    <w:p>
      <w:pPr>
        <w:spacing w:after="60"/>
      </w:pPr>
      <w:r>
        <w:rPr>
          <w:b w:val="0"/>
          <w:i w:val="0"/>
          <w:smallCaps w:val="0"/>
          <w:strike w:val="0"/>
          <w:sz w:val="16"/>
          <w:u w:val="none"/>
        </w:rPr>
        <w:t>This is the cost we are incurring for undervaluing freshwater ecosystems.</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