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1AC’s </w:t>
      </w:r>
      <w:r>
        <w:rPr>
          <w:b/>
          <w:i w:val="0"/>
          <w:smallCaps w:val="0"/>
          <w:strike w:val="0"/>
          <w:sz w:val="26"/>
          <w:u w:val="single"/>
        </w:rPr>
        <w:t>ahistorical dream</w:t>
      </w:r>
      <w:r>
        <w:rPr>
          <w:b/>
          <w:i w:val="0"/>
          <w:smallCaps w:val="0"/>
          <w:strike w:val="0"/>
          <w:sz w:val="26"/>
          <w:u w:val="none"/>
        </w:rPr>
        <w:t xml:space="preserve"> is wedded to an </w:t>
      </w:r>
      <w:r>
        <w:rPr>
          <w:b/>
          <w:i w:val="0"/>
          <w:smallCaps w:val="0"/>
          <w:strike w:val="0"/>
          <w:sz w:val="26"/>
          <w:u w:val="single"/>
        </w:rPr>
        <w:t>ontology of change</w:t>
      </w:r>
      <w:r>
        <w:rPr>
          <w:b/>
          <w:i w:val="0"/>
          <w:smallCaps w:val="0"/>
          <w:strike w:val="0"/>
          <w:sz w:val="26"/>
          <w:u w:val="none"/>
        </w:rPr>
        <w:t xml:space="preserve"> that </w:t>
      </w:r>
      <w:r>
        <w:rPr>
          <w:b/>
          <w:i w:val="0"/>
          <w:smallCaps w:val="0"/>
          <w:strike w:val="0"/>
          <w:sz w:val="26"/>
          <w:u w:val="single"/>
        </w:rPr>
        <w:t>universalizes temporal</w:t>
      </w:r>
      <w:r>
        <w:rPr>
          <w:b/>
          <w:i w:val="0"/>
          <w:smallCaps w:val="0"/>
          <w:strike w:val="0"/>
          <w:sz w:val="26"/>
          <w:u w:val="none"/>
        </w:rPr>
        <w:t xml:space="preserve"> progression for </w:t>
      </w:r>
      <w:r>
        <w:rPr>
          <w:b/>
          <w:i w:val="0"/>
          <w:smallCaps w:val="0"/>
          <w:strike w:val="0"/>
          <w:sz w:val="26"/>
          <w:u w:val="single"/>
        </w:rPr>
        <w:t>all</w:t>
      </w:r>
      <w:r>
        <w:rPr>
          <w:b/>
          <w:i w:val="0"/>
          <w:smallCaps w:val="0"/>
          <w:strike w:val="0"/>
          <w:sz w:val="26"/>
          <w:u w:val="none"/>
        </w:rPr>
        <w:t xml:space="preserve"> bodies without </w:t>
      </w:r>
      <w:r>
        <w:rPr>
          <w:b/>
          <w:i w:val="0"/>
          <w:smallCaps w:val="0"/>
          <w:strike w:val="0"/>
          <w:sz w:val="26"/>
          <w:u w:val="single"/>
        </w:rPr>
        <w:t>evidence</w:t>
      </w:r>
      <w:r>
        <w:rPr>
          <w:b/>
          <w:i w:val="0"/>
          <w:smallCaps w:val="0"/>
          <w:strike w:val="0"/>
          <w:sz w:val="26"/>
          <w:u w:val="none"/>
        </w:rPr>
        <w:t>. R</w:t>
      </w:r>
      <w:r>
        <w:rPr>
          <w:b/>
          <w:i w:val="0"/>
          <w:smallCaps w:val="0"/>
          <w:strike w:val="0"/>
          <w:sz w:val="26"/>
          <w:u w:val="none"/>
        </w:rPr>
        <w:t xml:space="preserve">efuse their </w:t>
      </w:r>
      <w:r>
        <w:rPr>
          <w:b/>
          <w:i w:val="0"/>
          <w:smallCaps w:val="0"/>
          <w:strike w:val="0"/>
          <w:sz w:val="26"/>
          <w:u w:val="single"/>
        </w:rPr>
        <w:t>speculative</w:t>
      </w:r>
      <w:r>
        <w:rPr>
          <w:b/>
          <w:i w:val="0"/>
          <w:smallCaps w:val="0"/>
          <w:strike w:val="0"/>
          <w:sz w:val="26"/>
          <w:u w:val="none"/>
        </w:rPr>
        <w:t xml:space="preserve"> vampirism that </w:t>
      </w:r>
      <w:r>
        <w:rPr>
          <w:b/>
          <w:i w:val="0"/>
          <w:smallCaps w:val="0"/>
          <w:strike w:val="0"/>
          <w:sz w:val="26"/>
          <w:u w:val="single"/>
        </w:rPr>
        <w:t>compels</w:t>
      </w:r>
      <w:r>
        <w:rPr>
          <w:b/>
          <w:i w:val="0"/>
          <w:smallCaps w:val="0"/>
          <w:strike w:val="0"/>
          <w:sz w:val="26"/>
          <w:u w:val="none"/>
        </w:rPr>
        <w:t xml:space="preserve"> repetition of black </w:t>
      </w:r>
      <w:r>
        <w:rPr>
          <w:b/>
          <w:i w:val="0"/>
          <w:smallCaps w:val="0"/>
          <w:strike w:val="0"/>
          <w:sz w:val="26"/>
          <w:u w:val="single"/>
        </w:rPr>
        <w:t>labor</w:t>
      </w:r>
      <w:r>
        <w:rPr>
          <w:b/>
          <w:i w:val="0"/>
          <w:smallCaps w:val="0"/>
          <w:strike w:val="0"/>
          <w:sz w:val="26"/>
          <w:u w:val="none"/>
        </w:rPr>
        <w:t xml:space="preserve"> for civil pleasures.</w:t>
      </w:r>
    </w:p>
    <w:p>
      <w:pPr>
        <w:spacing w:after="80"/>
      </w:pPr>
      <w:r>
        <w:rPr>
          <w:b/>
          <w:i w:val="0"/>
          <w:smallCaps w:val="0"/>
          <w:strike w:val="0"/>
          <w:sz w:val="26"/>
          <w:u w:val="none"/>
        </w:rPr>
        <w:t>Warren ’21</w:t>
      </w:r>
      <w:r>
        <w:rPr>
          <w:b w:val="0"/>
          <w:i w:val="0"/>
          <w:smallCaps w:val="0"/>
          <w:strike w:val="0"/>
          <w:u w:val="none"/>
        </w:rPr>
        <w:t xml:space="preserve"> [Calvin; 2021; Assistant Professor in WGSS. He received his B.A. in Rhetoric/Philosophy (College Scholar) from Cornell University and his MA and Ph.D. in African American/American Studies from Yale University; “Abandoning Time: Black Nihilism and the Democratic Imagination,” American Studies 66.1 (2021):]</w:t>
      </w:r>
      <w:r>
        <w:rPr>
          <w:b w:val="0"/>
          <w:i w:val="0"/>
          <w:smallCaps w:val="0"/>
          <w:strike w:val="0"/>
          <w:u w:val="none"/>
        </w:rPr>
        <w:t xml:space="preserve"> </w:t>
      </w:r>
    </w:p>
    <w:p>
      <w:pPr>
        <w:spacing w:after="60"/>
      </w:pPr>
      <w:r>
        <w:rPr>
          <w:b w:val="0"/>
          <w:i w:val="0"/>
          <w:smallCaps w:val="0"/>
          <w:strike w:val="0"/>
          <w:sz w:val="16"/>
          <w:u w:val="none"/>
        </w:rPr>
        <w:t xml:space="preserve">Samuel A. Chambers defines the </w:t>
      </w:r>
      <w:r>
        <w:rPr>
          <w:b/>
          <w:i w:val="0"/>
          <w:smallCaps w:val="0"/>
          <w:strike w:val="0"/>
          <w:sz w:val="22"/>
          <w:highlight w:val="green"/>
          <w:u w:val="single"/>
        </w:rPr>
        <w:t>imagination</w:t>
      </w:r>
      <w:r>
        <w:rPr>
          <w:b w:val="0"/>
          <w:i w:val="0"/>
          <w:smallCaps w:val="0"/>
          <w:strike w:val="0"/>
          <w:sz w:val="16"/>
          <w:u w:val="none"/>
        </w:rPr>
        <w:t xml:space="preserve"> as a “synthetic power of creation and re-creation—an ability to </w:t>
      </w:r>
      <w:r>
        <w:rPr>
          <w:b/>
          <w:i w:val="0"/>
          <w:smallCaps w:val="0"/>
          <w:strike w:val="0"/>
          <w:sz w:val="22"/>
          <w:highlight w:val="green"/>
          <w:u w:val="single"/>
        </w:rPr>
        <w:t>combine</w:t>
      </w:r>
      <w:r>
        <w:rPr>
          <w:b w:val="0"/>
          <w:i w:val="0"/>
          <w:smallCaps w:val="0"/>
          <w:strike w:val="0"/>
          <w:sz w:val="22"/>
          <w:highlight w:val="green"/>
          <w:u w:val="single"/>
        </w:rPr>
        <w:t xml:space="preserve"> </w:t>
      </w:r>
      <w:r>
        <w:rPr>
          <w:b w:val="0"/>
          <w:i w:val="0"/>
          <w:smallCaps w:val="0"/>
          <w:strike w:val="0"/>
          <w:sz w:val="22"/>
          <w:u w:val="single"/>
        </w:rPr>
        <w:t xml:space="preserve">the </w:t>
      </w:r>
      <w:r>
        <w:rPr>
          <w:b/>
          <w:i w:val="0"/>
          <w:smallCaps w:val="0"/>
          <w:strike w:val="0"/>
          <w:sz w:val="22"/>
          <w:highlight w:val="green"/>
          <w:u w:val="single"/>
        </w:rPr>
        <w:t>uncombinable</w:t>
      </w:r>
      <w:r>
        <w:rPr>
          <w:b w:val="0"/>
          <w:i w:val="0"/>
          <w:smallCaps w:val="0"/>
          <w:strike w:val="0"/>
          <w:sz w:val="16"/>
          <w:u w:val="none"/>
        </w:rPr>
        <w:t xml:space="preserve">, to surpass binaries without merely collapsing them, </w:t>
      </w:r>
      <w:r>
        <w:rPr>
          <w:b w:val="0"/>
          <w:i w:val="0"/>
          <w:smallCaps w:val="0"/>
          <w:strike w:val="0"/>
          <w:sz w:val="22"/>
          <w:highlight w:val="green"/>
          <w:u w:val="single"/>
        </w:rPr>
        <w:t xml:space="preserve">to </w:t>
      </w:r>
      <w:r>
        <w:rPr>
          <w:b/>
          <w:i w:val="0"/>
          <w:smallCaps w:val="0"/>
          <w:strike w:val="0"/>
          <w:sz w:val="22"/>
          <w:highlight w:val="green"/>
          <w:u w:val="single"/>
        </w:rPr>
        <w:t>fashion</w:t>
      </w:r>
      <w:r>
        <w:rPr>
          <w:b/>
          <w:i w:val="0"/>
          <w:smallCaps w:val="0"/>
          <w:strike w:val="0"/>
          <w:sz w:val="22"/>
          <w:u w:val="single"/>
        </w:rPr>
        <w:t xml:space="preserve"> something </w:t>
      </w:r>
      <w:r>
        <w:rPr>
          <w:b/>
          <w:i w:val="0"/>
          <w:smallCaps w:val="0"/>
          <w:strike w:val="0"/>
          <w:sz w:val="22"/>
          <w:highlight w:val="green"/>
          <w:u w:val="single"/>
        </w:rPr>
        <w:t>new</w:t>
      </w:r>
      <w:r>
        <w:rPr>
          <w:b w:val="0"/>
          <w:i w:val="0"/>
          <w:smallCaps w:val="0"/>
          <w:strike w:val="0"/>
          <w:sz w:val="16"/>
          <w:u w:val="none"/>
        </w:rPr>
        <w:t xml:space="preserve">” (620). And from such synthesis, we are told that a democratic imagination is possible, since we would “think the limits (and their transgression) of democratic theory and of democracy as well” (620). Here, we see that the democratic imagination recasts limits as possibilities rather than complete failures. Limits become the resource for creation and re-creation rather than evidence of destruction and uselessness. A couture Kantianism / Hegelianism (mixed with a splash of deconstruction) salvages democracy from the perils of its absurdity, devastation, and brutality. Why this investment in democracy’s “intrinsic” creative power? Can this creativity finally bring an end to anti-Black violence and Black suffering? Or </w:t>
      </w:r>
      <w:r>
        <w:rPr>
          <w:b w:val="0"/>
          <w:i w:val="0"/>
          <w:smallCaps w:val="0"/>
          <w:strike w:val="0"/>
          <w:sz w:val="22"/>
          <w:highlight w:val="green"/>
          <w:u w:val="single"/>
        </w:rPr>
        <w:t>is</w:t>
      </w:r>
      <w:r>
        <w:rPr>
          <w:b w:val="0"/>
          <w:i w:val="0"/>
          <w:smallCaps w:val="0"/>
          <w:strike w:val="0"/>
          <w:sz w:val="16"/>
          <w:u w:val="none"/>
        </w:rPr>
        <w:t xml:space="preserve"> the </w:t>
      </w:r>
      <w:r>
        <w:rPr>
          <w:b/>
          <w:i w:val="0"/>
          <w:smallCaps w:val="0"/>
          <w:strike w:val="0"/>
          <w:sz w:val="22"/>
          <w:highlight w:val="green"/>
          <w:u w:val="single"/>
        </w:rPr>
        <w:t>knowledge</w:t>
      </w:r>
      <w:r>
        <w:rPr>
          <w:b w:val="0"/>
          <w:i w:val="0"/>
          <w:smallCaps w:val="0"/>
          <w:strike w:val="0"/>
          <w:sz w:val="16"/>
          <w:u w:val="single"/>
        </w:rPr>
        <w:t xml:space="preserve"> of</w:t>
      </w:r>
      <w:r>
        <w:rPr>
          <w:b w:val="0"/>
          <w:i w:val="0"/>
          <w:smallCaps w:val="0"/>
          <w:strike w:val="0"/>
          <w:sz w:val="16"/>
          <w:u w:val="none"/>
        </w:rPr>
        <w:t xml:space="preserve"> democracy’s fabulousness </w:t>
      </w:r>
      <w:r>
        <w:rPr>
          <w:b w:val="0"/>
          <w:i w:val="0"/>
          <w:smallCaps w:val="0"/>
          <w:strike w:val="0"/>
          <w:sz w:val="22"/>
          <w:highlight w:val="green"/>
          <w:u w:val="single"/>
        </w:rPr>
        <w:t xml:space="preserve">enough </w:t>
      </w:r>
      <w:r>
        <w:rPr>
          <w:b w:val="0"/>
          <w:i w:val="0"/>
          <w:smallCaps w:val="0"/>
          <w:strike w:val="0"/>
          <w:sz w:val="22"/>
          <w:u w:val="single"/>
        </w:rPr>
        <w:t xml:space="preserve">to </w:t>
      </w:r>
      <w:r>
        <w:rPr>
          <w:b/>
          <w:i w:val="0"/>
          <w:smallCaps w:val="0"/>
          <w:strike w:val="0"/>
          <w:sz w:val="22"/>
          <w:highlight w:val="green"/>
          <w:u w:val="single"/>
        </w:rPr>
        <w:t>sustain Black</w:t>
      </w:r>
      <w:r>
        <w:rPr>
          <w:b/>
          <w:i w:val="0"/>
          <w:smallCaps w:val="0"/>
          <w:strike w:val="0"/>
          <w:sz w:val="22"/>
          <w:u w:val="single"/>
        </w:rPr>
        <w:t>s</w:t>
      </w:r>
      <w:r>
        <w:rPr>
          <w:b w:val="0"/>
          <w:i w:val="0"/>
          <w:smallCaps w:val="0"/>
          <w:strike w:val="0"/>
          <w:sz w:val="22"/>
          <w:highlight w:val="green"/>
          <w:u w:val="single"/>
        </w:rPr>
        <w:t xml:space="preserve"> through</w:t>
      </w:r>
      <w:r>
        <w:rPr>
          <w:b w:val="0"/>
          <w:i w:val="0"/>
          <w:smallCaps w:val="0"/>
          <w:strike w:val="0"/>
          <w:sz w:val="16"/>
          <w:u w:val="none"/>
        </w:rPr>
        <w:t xml:space="preserve"> police terrorism, </w:t>
      </w:r>
      <w:r>
        <w:rPr>
          <w:b w:val="0"/>
          <w:i w:val="0"/>
          <w:smallCaps w:val="0"/>
          <w:strike w:val="0"/>
          <w:sz w:val="16"/>
          <w:u w:val="single"/>
        </w:rPr>
        <w:t xml:space="preserve">environmental </w:t>
      </w:r>
      <w:r>
        <w:rPr>
          <w:b/>
          <w:i w:val="0"/>
          <w:smallCaps w:val="0"/>
          <w:strike w:val="0"/>
          <w:sz w:val="22"/>
          <w:highlight w:val="green"/>
          <w:u w:val="single"/>
        </w:rPr>
        <w:t>racism</w:t>
      </w:r>
      <w:r>
        <w:rPr>
          <w:b w:val="0"/>
          <w:i w:val="0"/>
          <w:smallCaps w:val="0"/>
          <w:strike w:val="0"/>
          <w:sz w:val="16"/>
          <w:u w:val="none"/>
        </w:rPr>
        <w:t>, re-enslavement through incarceration, and food / housing insecurity and discrimination</w:t>
      </w:r>
      <w:r>
        <w:rPr>
          <w:b/>
          <w:i w:val="0"/>
          <w:smallCaps w:val="0"/>
          <w:strike w:val="0"/>
          <w:sz w:val="22"/>
          <w:highlight w:val="green"/>
          <w:u w:val="single"/>
        </w:rPr>
        <w:t>?</w:t>
      </w:r>
      <w:r>
        <w:rPr>
          <w:b w:val="0"/>
          <w:i w:val="0"/>
          <w:smallCaps w:val="0"/>
          <w:strike w:val="0"/>
          <w:sz w:val="16"/>
          <w:u w:val="none"/>
        </w:rPr>
        <w:t xml:space="preserve"> I would suggest that what makes such creative synthesis possible is an unacknowledged dependence on time. </w:t>
      </w:r>
      <w:r>
        <w:rPr>
          <w:b w:val="0"/>
          <w:i w:val="0"/>
          <w:smallCaps w:val="0"/>
          <w:strike w:val="0"/>
          <w:sz w:val="22"/>
          <w:highlight w:val="green"/>
          <w:u w:val="single"/>
        </w:rPr>
        <w:t xml:space="preserve">For </w:t>
      </w:r>
      <w:r>
        <w:rPr>
          <w:b/>
          <w:i w:val="0"/>
          <w:smallCaps w:val="0"/>
          <w:strike w:val="0"/>
          <w:sz w:val="22"/>
          <w:u w:val="single"/>
        </w:rPr>
        <w:t>proponents</w:t>
      </w:r>
      <w:r>
        <w:rPr>
          <w:b w:val="0"/>
          <w:i w:val="0"/>
          <w:smallCaps w:val="0"/>
          <w:strike w:val="0"/>
          <w:sz w:val="16"/>
          <w:u w:val="none"/>
        </w:rPr>
        <w:t xml:space="preserve"> of democracy, it is </w:t>
      </w:r>
      <w:r>
        <w:rPr>
          <w:b/>
          <w:i w:val="0"/>
          <w:smallCaps w:val="0"/>
          <w:strike w:val="0"/>
          <w:sz w:val="22"/>
          <w:highlight w:val="green"/>
          <w:u w:val="single"/>
        </w:rPr>
        <w:t>time</w:t>
      </w:r>
      <w:r>
        <w:rPr>
          <w:b w:val="0"/>
          <w:i w:val="0"/>
          <w:smallCaps w:val="0"/>
          <w:strike w:val="0"/>
          <w:sz w:val="16"/>
          <w:u w:val="none"/>
        </w:rPr>
        <w:t xml:space="preserve"> that </w:t>
      </w:r>
      <w:r>
        <w:rPr>
          <w:b w:val="0"/>
          <w:i w:val="0"/>
          <w:smallCaps w:val="0"/>
          <w:strike w:val="0"/>
          <w:sz w:val="22"/>
          <w:u w:val="single"/>
        </w:rPr>
        <w:t xml:space="preserve">is </w:t>
      </w:r>
      <w:r>
        <w:rPr>
          <w:b/>
          <w:i w:val="0"/>
          <w:smallCaps w:val="0"/>
          <w:strike w:val="0"/>
          <w:sz w:val="22"/>
          <w:highlight w:val="green"/>
          <w:u w:val="single"/>
        </w:rPr>
        <w:t>malleable</w:t>
      </w:r>
      <w:r>
        <w:rPr>
          <w:b w:val="0"/>
          <w:i w:val="0"/>
          <w:smallCaps w:val="0"/>
          <w:strike w:val="0"/>
          <w:sz w:val="16"/>
          <w:u w:val="none"/>
        </w:rPr>
        <w:t xml:space="preserve"> for creative enterprises of re-imagination, of progress fetishization, </w:t>
      </w:r>
      <w:r>
        <w:rPr>
          <w:b w:val="0"/>
          <w:i w:val="0"/>
          <w:smallCaps w:val="0"/>
          <w:strike w:val="0"/>
          <w:sz w:val="22"/>
          <w:u w:val="single"/>
        </w:rPr>
        <w:t xml:space="preserve">and an </w:t>
      </w:r>
      <w:r>
        <w:rPr>
          <w:b w:val="0"/>
          <w:i w:val="0"/>
          <w:smallCaps w:val="0"/>
          <w:strike w:val="0"/>
          <w:sz w:val="22"/>
          <w:highlight w:val="green"/>
          <w:u w:val="single"/>
        </w:rPr>
        <w:t>“</w:t>
      </w:r>
      <w:r>
        <w:rPr>
          <w:b/>
          <w:i w:val="0"/>
          <w:smallCaps w:val="0"/>
          <w:strike w:val="0"/>
          <w:sz w:val="22"/>
          <w:highlight w:val="green"/>
          <w:u w:val="single"/>
        </w:rPr>
        <w:t>ontology of change</w:t>
      </w:r>
      <w:r>
        <w:rPr>
          <w:b w:val="0"/>
          <w:i w:val="0"/>
          <w:smallCaps w:val="0"/>
          <w:strike w:val="0"/>
          <w:sz w:val="22"/>
          <w:highlight w:val="green"/>
          <w:u w:val="single"/>
        </w:rPr>
        <w:t>”</w:t>
      </w:r>
      <w:r>
        <w:rPr>
          <w:b w:val="0"/>
          <w:i w:val="0"/>
          <w:smallCaps w:val="0"/>
          <w:strike w:val="0"/>
          <w:sz w:val="16"/>
          <w:u w:val="none"/>
        </w:rPr>
        <w:t xml:space="preserve"> that </w:t>
      </w:r>
      <w:r>
        <w:rPr>
          <w:b w:val="0"/>
          <w:i w:val="0"/>
          <w:smallCaps w:val="0"/>
          <w:strike w:val="0"/>
          <w:sz w:val="22"/>
          <w:highlight w:val="green"/>
          <w:u w:val="single"/>
        </w:rPr>
        <w:t>need not</w:t>
      </w:r>
      <w:r>
        <w:rPr>
          <w:b w:val="0"/>
          <w:i w:val="0"/>
          <w:smallCaps w:val="0"/>
          <w:strike w:val="0"/>
          <w:sz w:val="16"/>
          <w:u w:val="none"/>
        </w:rPr>
        <w:t xml:space="preserve"> justify (or </w:t>
      </w:r>
      <w:r>
        <w:rPr>
          <w:b/>
          <w:i w:val="0"/>
          <w:smallCaps w:val="0"/>
          <w:strike w:val="0"/>
          <w:sz w:val="22"/>
          <w:highlight w:val="green"/>
          <w:u w:val="single"/>
        </w:rPr>
        <w:t>prove) itself</w:t>
      </w:r>
      <w:r>
        <w:rPr>
          <w:b w:val="0"/>
          <w:i w:val="0"/>
          <w:smallCaps w:val="0"/>
          <w:strike w:val="0"/>
          <w:sz w:val="22"/>
          <w:highlight w:val="green"/>
          <w:u w:val="single"/>
        </w:rPr>
        <w:t>, declaration</w:t>
      </w:r>
      <w:r>
        <w:rPr>
          <w:b w:val="0"/>
          <w:i w:val="0"/>
          <w:smallCaps w:val="0"/>
          <w:strike w:val="0"/>
          <w:sz w:val="16"/>
          <w:u w:val="none"/>
        </w:rPr>
        <w:t xml:space="preserve"> of change </w:t>
      </w:r>
      <w:r>
        <w:rPr>
          <w:b w:val="0"/>
          <w:i w:val="0"/>
          <w:smallCaps w:val="0"/>
          <w:strike w:val="0"/>
          <w:sz w:val="22"/>
          <w:highlight w:val="green"/>
          <w:u w:val="single"/>
        </w:rPr>
        <w:t>seems</w:t>
      </w:r>
      <w:r>
        <w:rPr>
          <w:b w:val="0"/>
          <w:i w:val="0"/>
          <w:smallCaps w:val="0"/>
          <w:strike w:val="0"/>
          <w:sz w:val="22"/>
          <w:u w:val="single"/>
        </w:rPr>
        <w:t xml:space="preserve"> to be </w:t>
      </w:r>
      <w:r>
        <w:rPr>
          <w:b/>
          <w:i w:val="0"/>
          <w:smallCaps w:val="0"/>
          <w:strike w:val="0"/>
          <w:sz w:val="22"/>
          <w:highlight w:val="green"/>
          <w:u w:val="single"/>
        </w:rPr>
        <w:t>enough</w:t>
      </w:r>
      <w:r>
        <w:rPr>
          <w:b w:val="0"/>
          <w:i w:val="0"/>
          <w:smallCaps w:val="0"/>
          <w:strike w:val="0"/>
          <w:sz w:val="16"/>
          <w:u w:val="none"/>
        </w:rPr>
        <w:t xml:space="preserve"> (Badiou, “Ontology”). What if, however, democracy is clinging to a depleted resource? What if time is no longer enough to orient existence, especially for those inhabitants of an abyss—within which time, space, ethics, and law are weaponized against existence?</w:t>
      </w:r>
    </w:p>
    <w:p>
      <w:pPr>
        <w:spacing w:after="60"/>
      </w:pPr>
      <w:r>
        <w:rPr>
          <w:b w:val="0"/>
          <w:i w:val="0"/>
          <w:smallCaps w:val="0"/>
          <w:strike w:val="0"/>
          <w:sz w:val="16"/>
          <w:u w:val="none"/>
        </w:rPr>
        <w:t xml:space="preserve">Put somewhat differently, democracy has exhausted the imagination. </w:t>
      </w:r>
      <w:r>
        <w:rPr>
          <w:b w:val="0"/>
          <w:i w:val="0"/>
          <w:smallCaps w:val="0"/>
          <w:strike w:val="0"/>
          <w:sz w:val="22"/>
          <w:u w:val="single"/>
        </w:rPr>
        <w:t xml:space="preserve">It is a </w:t>
      </w:r>
      <w:r>
        <w:rPr>
          <w:b/>
          <w:i w:val="0"/>
          <w:smallCaps w:val="0"/>
          <w:strike w:val="0"/>
          <w:sz w:val="22"/>
          <w:highlight w:val="green"/>
          <w:u w:val="single"/>
        </w:rPr>
        <w:t>speculative vampire</w:t>
      </w:r>
      <w:r>
        <w:rPr>
          <w:b w:val="0"/>
          <w:i w:val="0"/>
          <w:smallCaps w:val="0"/>
          <w:strike w:val="0"/>
          <w:sz w:val="22"/>
          <w:highlight w:val="green"/>
          <w:u w:val="single"/>
        </w:rPr>
        <w:t xml:space="preserve"> </w:t>
      </w:r>
      <w:r>
        <w:rPr>
          <w:b w:val="0"/>
          <w:i w:val="0"/>
          <w:smallCaps w:val="0"/>
          <w:strike w:val="0"/>
          <w:sz w:val="22"/>
          <w:u w:val="single"/>
        </w:rPr>
        <w:t xml:space="preserve">that </w:t>
      </w:r>
      <w:r>
        <w:rPr>
          <w:b w:val="0"/>
          <w:i w:val="0"/>
          <w:smallCaps w:val="0"/>
          <w:strike w:val="0"/>
          <w:sz w:val="22"/>
          <w:highlight w:val="green"/>
          <w:u w:val="single"/>
        </w:rPr>
        <w:t>drains</w:t>
      </w:r>
      <w:r>
        <w:rPr>
          <w:b w:val="0"/>
          <w:i w:val="0"/>
          <w:smallCaps w:val="0"/>
          <w:strike w:val="0"/>
          <w:sz w:val="16"/>
          <w:u w:val="none"/>
        </w:rPr>
        <w:t xml:space="preserve"> the imagination of any vital resource for its own </w:t>
      </w:r>
      <w:r>
        <w:rPr>
          <w:b/>
          <w:i w:val="0"/>
          <w:smallCaps w:val="0"/>
          <w:strike w:val="0"/>
          <w:sz w:val="22"/>
          <w:highlight w:val="green"/>
          <w:u w:val="single"/>
        </w:rPr>
        <w:t>survival</w:t>
      </w:r>
      <w:r>
        <w:rPr>
          <w:b w:val="0"/>
          <w:i w:val="0"/>
          <w:smallCaps w:val="0"/>
          <w:strike w:val="0"/>
          <w:sz w:val="16"/>
          <w:u w:val="none"/>
        </w:rPr>
        <w:t xml:space="preserve">. This </w:t>
      </w:r>
      <w:r>
        <w:rPr>
          <w:b/>
          <w:i w:val="0"/>
          <w:smallCaps w:val="0"/>
          <w:strike w:val="0"/>
          <w:sz w:val="22"/>
          <w:highlight w:val="green"/>
          <w:u w:val="single"/>
        </w:rPr>
        <w:t>speculation</w:t>
      </w:r>
      <w:r>
        <w:rPr>
          <w:b w:val="0"/>
          <w:i w:val="0"/>
          <w:smallCaps w:val="0"/>
          <w:strike w:val="0"/>
          <w:sz w:val="22"/>
          <w:highlight w:val="green"/>
          <w:u w:val="single"/>
        </w:rPr>
        <w:t xml:space="preserve"> </w:t>
      </w:r>
      <w:r>
        <w:rPr>
          <w:b w:val="0"/>
          <w:i w:val="0"/>
          <w:smallCaps w:val="0"/>
          <w:strike w:val="0"/>
          <w:sz w:val="22"/>
          <w:u w:val="single"/>
        </w:rPr>
        <w:t xml:space="preserve">is an </w:t>
      </w:r>
      <w:r>
        <w:rPr>
          <w:b/>
          <w:i w:val="0"/>
          <w:smallCaps w:val="0"/>
          <w:strike w:val="0"/>
          <w:sz w:val="22"/>
          <w:highlight w:val="green"/>
          <w:u w:val="single"/>
        </w:rPr>
        <w:t>outrageous expenditure</w:t>
      </w:r>
      <w:r>
        <w:rPr>
          <w:b w:val="0"/>
          <w:i w:val="0"/>
          <w:smallCaps w:val="0"/>
          <w:strike w:val="0"/>
          <w:sz w:val="22"/>
          <w:highlight w:val="green"/>
          <w:u w:val="single"/>
        </w:rPr>
        <w:t xml:space="preserve"> of </w:t>
      </w:r>
      <w:r>
        <w:rPr>
          <w:b/>
          <w:i w:val="0"/>
          <w:smallCaps w:val="0"/>
          <w:strike w:val="0"/>
          <w:sz w:val="22"/>
          <w:highlight w:val="green"/>
          <w:u w:val="single"/>
        </w:rPr>
        <w:t>energy</w:t>
      </w:r>
      <w:r>
        <w:rPr>
          <w:b w:val="0"/>
          <w:i w:val="0"/>
          <w:smallCaps w:val="0"/>
          <w:strike w:val="0"/>
          <w:sz w:val="16"/>
          <w:u w:val="none"/>
        </w:rPr>
        <w:t xml:space="preserve">, an enjoyment without end, </w:t>
      </w:r>
      <w:r>
        <w:rPr>
          <w:b w:val="0"/>
          <w:i w:val="0"/>
          <w:smallCaps w:val="0"/>
          <w:strike w:val="0"/>
          <w:sz w:val="22"/>
          <w:u w:val="single"/>
        </w:rPr>
        <w:t xml:space="preserve">a </w:t>
      </w:r>
      <w:r>
        <w:rPr>
          <w:b w:val="0"/>
          <w:i w:val="0"/>
          <w:smallCaps w:val="0"/>
          <w:strike w:val="0"/>
          <w:sz w:val="22"/>
          <w:highlight w:val="green"/>
          <w:u w:val="single"/>
        </w:rPr>
        <w:t xml:space="preserve">scholarly </w:t>
      </w:r>
      <w:r>
        <w:rPr>
          <w:b/>
          <w:i w:val="0"/>
          <w:smallCaps w:val="0"/>
          <w:strike w:val="0"/>
          <w:sz w:val="22"/>
          <w:u w:val="single"/>
        </w:rPr>
        <w:t>surplus</w:t>
      </w:r>
      <w:r>
        <w:rPr>
          <w:b/>
          <w:i w:val="0"/>
          <w:smallCaps w:val="0"/>
          <w:strike w:val="0"/>
          <w:sz w:val="22"/>
          <w:highlight w:val="green"/>
          <w:u w:val="single"/>
        </w:rPr>
        <w:t>-pleasure</w:t>
      </w:r>
      <w:r>
        <w:rPr>
          <w:b w:val="0"/>
          <w:i w:val="0"/>
          <w:smallCaps w:val="0"/>
          <w:strike w:val="0"/>
          <w:sz w:val="22"/>
          <w:highlight w:val="green"/>
          <w:u w:val="single"/>
        </w:rPr>
        <w:t xml:space="preserve"> requiring</w:t>
      </w:r>
      <w:r>
        <w:rPr>
          <w:b w:val="0"/>
          <w:i w:val="0"/>
          <w:smallCaps w:val="0"/>
          <w:strike w:val="0"/>
          <w:sz w:val="16"/>
          <w:u w:val="none"/>
        </w:rPr>
        <w:t xml:space="preserve"> an </w:t>
      </w:r>
      <w:r>
        <w:rPr>
          <w:b/>
          <w:i w:val="0"/>
          <w:smallCaps w:val="0"/>
          <w:strike w:val="0"/>
          <w:sz w:val="22"/>
          <w:highlight w:val="green"/>
          <w:u w:val="single"/>
        </w:rPr>
        <w:t>incessant</w:t>
      </w:r>
      <w:r>
        <w:rPr>
          <w:b w:val="0"/>
          <w:i w:val="0"/>
          <w:smallCaps w:val="0"/>
          <w:strike w:val="0"/>
          <w:sz w:val="16"/>
          <w:u w:val="none"/>
        </w:rPr>
        <w:t xml:space="preserve"> (and useless) </w:t>
      </w:r>
      <w:r>
        <w:rPr>
          <w:b/>
          <w:i w:val="0"/>
          <w:smallCaps w:val="0"/>
          <w:strike w:val="0"/>
          <w:sz w:val="22"/>
          <w:u w:val="single"/>
        </w:rPr>
        <w:t xml:space="preserve">political </w:t>
      </w:r>
      <w:r>
        <w:rPr>
          <w:b/>
          <w:i w:val="0"/>
          <w:smallCaps w:val="0"/>
          <w:strike w:val="0"/>
          <w:sz w:val="22"/>
          <w:highlight w:val="green"/>
          <w:u w:val="single"/>
        </w:rPr>
        <w:t>repetition</w:t>
      </w:r>
      <w:r>
        <w:rPr>
          <w:b w:val="0"/>
          <w:i w:val="0"/>
          <w:smallCaps w:val="0"/>
          <w:strike w:val="0"/>
          <w:sz w:val="16"/>
          <w:u w:val="none"/>
        </w:rPr>
        <w:t xml:space="preserve"> (Johnston). I would describe this speculation—the conjoining of time, democracy, and the imagination—as an interminable quest, or a certain “stuckness” in a scene of failure (a constant encircling of political and legal vacuity). This repetition is most dramatically demonstrated, for me, in Black political participation—voting, protesting, keeping hope alive, returning to the kernel of authoritarian violence (i. e., anti-Blackness) with unbridled hope, temporal determination, and an investment in the ontology of change (Warren; Farred). Time mocks Blacks, requiring historical déjà vu to be re-imagined, redeemed, rethought, or ignored, rather than accepting time as anti-Black enmity and democracy as permanence of anti-Blackness. Chants of “yes we can!” “your vote matters!” “we have power!” “we’re moving forward,” etc., serve to neglect the failure of Black political participation and to imprison the imagination within futurity.</w:t>
      </w:r>
    </w:p>
    <w:p>
      <w:pPr>
        <w:spacing w:after="60"/>
      </w:pPr>
      <w:r>
        <w:rPr>
          <w:b w:val="0"/>
          <w:i w:val="0"/>
          <w:smallCaps w:val="0"/>
          <w:strike w:val="0"/>
          <w:sz w:val="16"/>
          <w:u w:val="none"/>
        </w:rPr>
        <w:t xml:space="preserve">As I am writing these remarks, I am witnessing the absurdity of this democratic imagination and its unrelenting time. On one news program, I hear that police shot unarmed Andre Hill, a forty-seven-yearold Black resident of Columbus, Ohio, without cause, and rather than offering him medical assistance, decided to handcuff him (just in case the supine, dying man finds a gun, magically, I guess). On the other news program, I hear Black politicians importuning, begging, and guilting Blacks into voting for change. Black political pundits assure voters that the ontology of change is realizable if you just exercise your right to vote. “Never again!” “We will transform police practices!” “This time will be different!” Did Blacks not vote when police shot twelve-year-old Tamir Rice as he was playing with his toy gun on the playground? (By the way, no federal charges will be brought against the police officers who shot him). Did Blacks not vote when Sandra Bland lost her life in police custody? Did Blacks not vote after police deprived Eric Garner and George Floyd (and apparently 70 other people) of breath (Baker et al.)? In answer to my inquiry “why should we continue to vote if anti-Black violence is not changing?” I am told, “Just keep believing, we can vote people in that can change things!” When I then ask, “But I voted for President Obama (suspending my nihilism in an intoxication of hopeaffect), I thought things were going to change for Blacks? I feel just as unsafe and endangered post-Obama as pre-Obama,” I am told, “Obama wasn’t a ‘magic Negro.’ He did the best he could.” Then I ask, “So why vote if it will take an act of magic to address the existential threat of anti-Blackness?” Time mocks the cyclical movement of such inquiries, they are, indeed, unanswerable within the creative, synthetic, and powerful democratic horizon. Voting becomes the premier instrument of the democratic imagination—supposedly, it activates the imagination with futurity, avoids paralysis with action, and can be repeated. What type of creativity will finally eradicate anti-Black brutality? And could such creativity even operate within time? Could we still call such creativity democracy? Must </w:t>
      </w:r>
      <w:r>
        <w:rPr>
          <w:b w:val="0"/>
          <w:i w:val="0"/>
          <w:smallCaps w:val="0"/>
          <w:strike w:val="0"/>
          <w:sz w:val="22"/>
          <w:highlight w:val="green"/>
          <w:u w:val="single"/>
        </w:rPr>
        <w:t xml:space="preserve">we </w:t>
      </w:r>
      <w:r>
        <w:rPr>
          <w:b/>
          <w:i w:val="0"/>
          <w:smallCaps w:val="0"/>
          <w:strike w:val="0"/>
          <w:sz w:val="22"/>
          <w:highlight w:val="green"/>
          <w:u w:val="single"/>
        </w:rPr>
        <w:t>abandon time</w:t>
      </w:r>
      <w:r>
        <w:rPr>
          <w:b w:val="0"/>
          <w:i w:val="0"/>
          <w:smallCaps w:val="0"/>
          <w:strike w:val="0"/>
          <w:sz w:val="22"/>
          <w:highlight w:val="green"/>
          <w:u w:val="single"/>
        </w:rPr>
        <w:t xml:space="preserve"> to enable </w:t>
      </w:r>
      <w:r>
        <w:rPr>
          <w:b/>
          <w:i w:val="0"/>
          <w:smallCaps w:val="0"/>
          <w:strike w:val="0"/>
          <w:sz w:val="22"/>
          <w:u w:val="single"/>
        </w:rPr>
        <w:t xml:space="preserve">the </w:t>
      </w:r>
      <w:r>
        <w:rPr>
          <w:b/>
          <w:i w:val="0"/>
          <w:smallCaps w:val="0"/>
          <w:strike w:val="0"/>
          <w:sz w:val="22"/>
          <w:highlight w:val="green"/>
          <w:u w:val="single"/>
        </w:rPr>
        <w:t>imagination</w:t>
      </w:r>
      <w:r>
        <w:rPr>
          <w:b w:val="0"/>
          <w:i w:val="0"/>
          <w:smallCaps w:val="0"/>
          <w:strike w:val="0"/>
          <w:sz w:val="22"/>
          <w:highlight w:val="green"/>
          <w:u w:val="single"/>
        </w:rPr>
        <w:t xml:space="preserve"> </w:t>
      </w:r>
      <w:r>
        <w:rPr>
          <w:b w:val="0"/>
          <w:i w:val="0"/>
          <w:smallCaps w:val="0"/>
          <w:strike w:val="0"/>
          <w:sz w:val="22"/>
          <w:u w:val="single"/>
        </w:rPr>
        <w:t xml:space="preserve">to </w:t>
      </w:r>
      <w:r>
        <w:rPr>
          <w:b/>
          <w:i w:val="0"/>
          <w:smallCaps w:val="0"/>
          <w:strike w:val="0"/>
          <w:sz w:val="22"/>
          <w:highlight w:val="green"/>
          <w:u w:val="single"/>
        </w:rPr>
        <w:t xml:space="preserve">perform </w:t>
      </w:r>
      <w:r>
        <w:rPr>
          <w:b/>
          <w:i w:val="0"/>
          <w:smallCaps w:val="0"/>
          <w:strike w:val="0"/>
          <w:sz w:val="22"/>
          <w:u w:val="single"/>
        </w:rPr>
        <w:t xml:space="preserve">the </w:t>
      </w:r>
      <w:r>
        <w:rPr>
          <w:b/>
          <w:i w:val="0"/>
          <w:smallCaps w:val="0"/>
          <w:strike w:val="0"/>
          <w:sz w:val="22"/>
          <w:highlight w:val="green"/>
          <w:u w:val="single"/>
        </w:rPr>
        <w:t>mystical</w:t>
      </w:r>
      <w:r>
        <w:rPr>
          <w:b w:val="0"/>
          <w:i w:val="0"/>
          <w:smallCaps w:val="0"/>
          <w:strike w:val="0"/>
          <w:sz w:val="16"/>
          <w:u w:val="none"/>
        </w:rPr>
        <w:t>, the magical, and the ineffable?</w:t>
      </w:r>
    </w:p>
    <w:p>
      <w:pPr>
        <w:spacing w:after="60"/>
      </w:pPr>
      <w:r>
        <w:rPr>
          <w:b w:val="0"/>
          <w:i w:val="0"/>
          <w:smallCaps w:val="0"/>
          <w:strike w:val="0"/>
          <w:sz w:val="16"/>
          <w:u w:val="none"/>
        </w:rPr>
        <w:t>If we have understood nihilism as the entrapment (and misery) of metaphysics, the reduction of Being to value circulation (axio-ontology) and Being’s forgottenness, and the neutralization of various hierarchies of existence and legitimacy (Vattimo), then Black nihilism would suggest that time is not a natural right or intrinsic resource. Time is a supreme onto-metaphysical value that traffics in anti-Black violence, subjugation, destruction, and must also be reduced to myth, fantasy, and displaced. Rather than providing the resource for creativity and power, time is a racial privilege that embeds itself in Being and metaphysics—  it anchors the human and engenders extreme brutality and destructive pleasure. It is impossible, then, to de-link time from the anti-Black violence saturating it. Enterprises such as Black politics and democratic imagination reproduce the “same” rather than introducing a break in violence. Put differently, the democratic imagination takes time for granted as a natural right or unquestioned condition of existence, rather than bringing this condition under investigation and suspicion; reproducing time, as a creative and synthetic activity, is its primary preoccupation. Black existence exposes time as an unreliable lure, one vested in certain onto-metaphysical fantasies. I would add to Vittorio Possenti’s remarkable anatomizing of nihilism—theoretical, moral, theological, technological, and judicial—spatio-temporal nihilism, since both space and time provide problems for Black thinking in the abyss and demand a protocol of thinking (or imagination?) that is released from the preconditions of Being and ethics. Black nihilism de-idealizes both space and time as offering anything intrinsically or potentially transformative. Thus, the limit of space and time, for Black existence, cannot be re-worked into anything life-affirming or synthesized into anything meaningful.</w:t>
      </w:r>
    </w:p>
    <w:p>
      <w:pPr>
        <w:spacing w:after="60"/>
      </w:pPr>
      <w:r>
        <w:rPr>
          <w:b w:val="0"/>
          <w:i w:val="0"/>
          <w:smallCaps w:val="0"/>
          <w:strike w:val="0"/>
          <w:sz w:val="16"/>
          <w:u w:val="none"/>
        </w:rPr>
        <w:t xml:space="preserve">To put a finer point on this reflection: Anti-Blackness is a problem of time and the democratic imagination. Police shootings and COVID-19 deaths, for example, foreground the failure of time to alleviate Black suffering. Time is not curative; it is a weapon of tremendous violence. Despite the optimism of Black political theorists, time entraps Black thinking in a web of contradictions, absurdities, and impasses. The pathetic theorizing of Melvin Rogers, for example in his “Between Pain and Despair: What Ta-Nehisi Coates Is Missing,” presents an incredibly impoverished, unreliable, and inept reading of Black pessimism and the crisis of Black existence—it links democratic action to the imagination and clings to </w:t>
      </w:r>
      <w:r>
        <w:rPr>
          <w:b w:val="0"/>
          <w:i w:val="0"/>
          <w:smallCaps w:val="0"/>
          <w:strike w:val="0"/>
          <w:sz w:val="22"/>
          <w:u w:val="single"/>
        </w:rPr>
        <w:t xml:space="preserve">an </w:t>
      </w:r>
      <w:r>
        <w:rPr>
          <w:b w:val="0"/>
          <w:i w:val="0"/>
          <w:smallCaps w:val="0"/>
          <w:strike w:val="0"/>
          <w:sz w:val="22"/>
          <w:highlight w:val="green"/>
          <w:u w:val="single"/>
        </w:rPr>
        <w:t>“</w:t>
      </w:r>
      <w:r>
        <w:rPr>
          <w:b/>
          <w:i w:val="0"/>
          <w:smallCaps w:val="0"/>
          <w:strike w:val="0"/>
          <w:sz w:val="22"/>
          <w:highlight w:val="green"/>
          <w:u w:val="single"/>
        </w:rPr>
        <w:t>ontology of change</w:t>
      </w:r>
      <w:r>
        <w:rPr>
          <w:b w:val="0"/>
          <w:i w:val="0"/>
          <w:smallCaps w:val="0"/>
          <w:strike w:val="0"/>
          <w:sz w:val="22"/>
          <w:highlight w:val="green"/>
          <w:u w:val="single"/>
        </w:rPr>
        <w:t>” despite</w:t>
      </w:r>
      <w:r>
        <w:rPr>
          <w:b w:val="0"/>
          <w:i w:val="0"/>
          <w:smallCaps w:val="0"/>
          <w:strike w:val="0"/>
          <w:sz w:val="22"/>
          <w:u w:val="single"/>
        </w:rPr>
        <w:t xml:space="preserve"> all </w:t>
      </w:r>
      <w:r>
        <w:rPr>
          <w:b/>
          <w:i w:val="0"/>
          <w:smallCaps w:val="0"/>
          <w:strike w:val="0"/>
          <w:sz w:val="22"/>
          <w:highlight w:val="green"/>
          <w:u w:val="single"/>
        </w:rPr>
        <w:t>ev</w:t>
      </w:r>
      <w:r>
        <w:rPr>
          <w:b w:val="0"/>
          <w:i w:val="0"/>
          <w:smallCaps w:val="0"/>
          <w:strike w:val="0"/>
          <w:sz w:val="22"/>
          <w:u w:val="single"/>
        </w:rPr>
        <w:t xml:space="preserve">idence </w:t>
      </w:r>
      <w:r>
        <w:rPr>
          <w:b w:val="0"/>
          <w:i w:val="0"/>
          <w:smallCaps w:val="0"/>
          <w:strike w:val="0"/>
          <w:sz w:val="22"/>
          <w:highlight w:val="green"/>
          <w:u w:val="single"/>
        </w:rPr>
        <w:t xml:space="preserve">to </w:t>
      </w:r>
      <w:r>
        <w:rPr>
          <w:b/>
          <w:i w:val="0"/>
          <w:smallCaps w:val="0"/>
          <w:strike w:val="0"/>
          <w:sz w:val="22"/>
          <w:u w:val="single"/>
        </w:rPr>
        <w:t xml:space="preserve">the </w:t>
      </w:r>
      <w:r>
        <w:rPr>
          <w:b/>
          <w:i w:val="0"/>
          <w:smallCaps w:val="0"/>
          <w:strike w:val="0"/>
          <w:sz w:val="22"/>
          <w:highlight w:val="green"/>
          <w:u w:val="single"/>
        </w:rPr>
        <w:t>contrary</w:t>
      </w:r>
      <w:r>
        <w:rPr>
          <w:b w:val="0"/>
          <w:i w:val="0"/>
          <w:smallCaps w:val="0"/>
          <w:strike w:val="0"/>
          <w:sz w:val="16"/>
          <w:u w:val="none"/>
        </w:rPr>
        <w:t xml:space="preserve"> in Black life. His work, however, represents a coterie of Black political optimists so blinded by democracy’s promise that they consider Black pain a form of political possibility. It </w:t>
      </w:r>
      <w:r>
        <w:rPr>
          <w:b w:val="0"/>
          <w:i w:val="0"/>
          <w:smallCaps w:val="0"/>
          <w:strike w:val="0"/>
          <w:sz w:val="22"/>
          <w:highlight w:val="green"/>
          <w:u w:val="single"/>
        </w:rPr>
        <w:t>is</w:t>
      </w:r>
      <w:r>
        <w:rPr>
          <w:b w:val="0"/>
          <w:i w:val="0"/>
          <w:smallCaps w:val="0"/>
          <w:strike w:val="0"/>
          <w:sz w:val="22"/>
          <w:u w:val="single"/>
        </w:rPr>
        <w:t xml:space="preserve"> a </w:t>
      </w:r>
      <w:r>
        <w:rPr>
          <w:b/>
          <w:i w:val="0"/>
          <w:smallCaps w:val="0"/>
          <w:strike w:val="0"/>
          <w:sz w:val="22"/>
          <w:highlight w:val="green"/>
          <w:u w:val="single"/>
        </w:rPr>
        <w:t>perverse</w:t>
      </w:r>
      <w:r>
        <w:rPr>
          <w:b w:val="0"/>
          <w:i w:val="0"/>
          <w:smallCaps w:val="0"/>
          <w:strike w:val="0"/>
          <w:sz w:val="16"/>
          <w:u w:val="none"/>
        </w:rPr>
        <w:t xml:space="preserve"> enterprise</w:t>
      </w:r>
      <w:r>
        <w:rPr>
          <w:b w:val="0"/>
          <w:i w:val="0"/>
          <w:smallCaps w:val="0"/>
          <w:strike w:val="0"/>
          <w:sz w:val="16"/>
          <w:u w:val="single"/>
        </w:rPr>
        <w:t xml:space="preserve"> </w:t>
      </w:r>
      <w:r>
        <w:rPr>
          <w:b w:val="0"/>
          <w:i w:val="0"/>
          <w:smallCaps w:val="0"/>
          <w:strike w:val="0"/>
          <w:sz w:val="22"/>
          <w:highlight w:val="green"/>
          <w:u w:val="single"/>
        </w:rPr>
        <w:t xml:space="preserve">capitalizing </w:t>
      </w:r>
      <w:r>
        <w:rPr>
          <w:b w:val="0"/>
          <w:i w:val="0"/>
          <w:smallCaps w:val="0"/>
          <w:strike w:val="0"/>
          <w:sz w:val="22"/>
          <w:u w:val="single"/>
        </w:rPr>
        <w:t>on</w:t>
      </w:r>
      <w:r>
        <w:rPr>
          <w:b w:val="0"/>
          <w:i w:val="0"/>
          <w:smallCaps w:val="0"/>
          <w:strike w:val="0"/>
          <w:sz w:val="16"/>
          <w:u w:val="none"/>
        </w:rPr>
        <w:t xml:space="preserve"> what we might call black jouissance—futurity constitutes the “temporal material” for </w:t>
      </w:r>
      <w:r>
        <w:rPr>
          <w:b/>
          <w:i w:val="0"/>
          <w:smallCaps w:val="0"/>
          <w:strike w:val="0"/>
          <w:sz w:val="22"/>
          <w:highlight w:val="green"/>
          <w:u w:val="single"/>
        </w:rPr>
        <w:t>surplus-pleasure</w:t>
      </w:r>
      <w:r>
        <w:rPr>
          <w:b w:val="0"/>
          <w:i w:val="0"/>
          <w:smallCaps w:val="0"/>
          <w:strike w:val="0"/>
          <w:sz w:val="22"/>
          <w:highlight w:val="green"/>
          <w:u w:val="single"/>
        </w:rPr>
        <w:t xml:space="preserve"> in </w:t>
      </w:r>
      <w:r>
        <w:rPr>
          <w:b/>
          <w:i w:val="0"/>
          <w:smallCaps w:val="0"/>
          <w:strike w:val="0"/>
          <w:sz w:val="22"/>
          <w:u w:val="single"/>
        </w:rPr>
        <w:t xml:space="preserve">Black </w:t>
      </w:r>
      <w:r>
        <w:rPr>
          <w:b/>
          <w:i w:val="0"/>
          <w:smallCaps w:val="0"/>
          <w:strike w:val="0"/>
          <w:sz w:val="22"/>
          <w:highlight w:val="green"/>
          <w:u w:val="single"/>
        </w:rPr>
        <w:t>suffering</w:t>
      </w:r>
      <w:r>
        <w:rPr>
          <w:b w:val="0"/>
          <w:i w:val="0"/>
          <w:smallCaps w:val="0"/>
          <w:strike w:val="0"/>
          <w:sz w:val="16"/>
          <w:u w:val="none"/>
        </w:rPr>
        <w:t xml:space="preserve">, travail, </w:t>
      </w:r>
      <w:r>
        <w:rPr>
          <w:b w:val="0"/>
          <w:i w:val="0"/>
          <w:smallCaps w:val="0"/>
          <w:strike w:val="0"/>
          <w:sz w:val="16"/>
          <w:u w:val="single"/>
        </w:rPr>
        <w:t>and political failure</w:t>
      </w:r>
      <w:r>
        <w:rPr>
          <w:b w:val="0"/>
          <w:i w:val="0"/>
          <w:smallCaps w:val="0"/>
          <w:strike w:val="0"/>
          <w:sz w:val="16"/>
          <w:u w:val="none"/>
        </w:rPr>
        <w:t xml:space="preserve">. </w:t>
      </w:r>
    </w:p>
    <w:p>
      <w:pPr>
        <w:spacing w:after="60"/>
      </w:pPr>
      <w:r>
        <w:rPr>
          <w:b w:val="0"/>
          <w:i w:val="0"/>
          <w:smallCaps w:val="0"/>
          <w:strike w:val="0"/>
          <w:sz w:val="16"/>
          <w:u w:val="none"/>
        </w:rPr>
        <w:t xml:space="preserve">If there is any hope for the imagination and its endless circulation in contemporary Black thought, it will need to abandon time and refuse its seductions. The future is but one temporal value we must de-idealize and insert into an anti-Black will to power—one wreaking havoc across the globe. In these desperate times, Black existence needs a liberated imagination, an imagination liberated from formal thought, the world, destructive transcendence and immanence, and dogmatic preconditions. So, why continue to expend energy re-imagining the future and democracy? </w:t>
      </w:r>
      <w:r>
        <w:rPr>
          <w:b w:val="0"/>
          <w:i w:val="0"/>
          <w:smallCaps w:val="0"/>
          <w:strike w:val="0"/>
          <w:sz w:val="22"/>
          <w:u w:val="single"/>
        </w:rPr>
        <w:t xml:space="preserve">Let us </w:t>
      </w:r>
      <w:r>
        <w:rPr>
          <w:b w:val="0"/>
          <w:i w:val="0"/>
          <w:smallCaps w:val="0"/>
          <w:strike w:val="0"/>
          <w:sz w:val="22"/>
          <w:highlight w:val="green"/>
          <w:u w:val="single"/>
        </w:rPr>
        <w:t xml:space="preserve">focus </w:t>
      </w:r>
      <w:r>
        <w:rPr>
          <w:b/>
          <w:i w:val="0"/>
          <w:smallCaps w:val="0"/>
          <w:strike w:val="0"/>
          <w:sz w:val="22"/>
          <w:highlight w:val="green"/>
          <w:u w:val="single"/>
        </w:rPr>
        <w:t>Black imagining</w:t>
      </w:r>
      <w:r>
        <w:rPr>
          <w:b w:val="0"/>
          <w:i w:val="0"/>
          <w:smallCaps w:val="0"/>
          <w:strike w:val="0"/>
          <w:sz w:val="22"/>
          <w:highlight w:val="green"/>
          <w:u w:val="single"/>
        </w:rPr>
        <w:t xml:space="preserve"> on </w:t>
      </w:r>
      <w:r>
        <w:rPr>
          <w:b/>
          <w:i w:val="0"/>
          <w:smallCaps w:val="0"/>
          <w:strike w:val="0"/>
          <w:sz w:val="22"/>
          <w:highlight w:val="green"/>
          <w:u w:val="single"/>
        </w:rPr>
        <w:t>enterprises</w:t>
      </w:r>
      <w:r>
        <w:rPr>
          <w:b w:val="0"/>
          <w:i w:val="0"/>
          <w:smallCaps w:val="0"/>
          <w:strike w:val="0"/>
          <w:sz w:val="22"/>
          <w:highlight w:val="green"/>
          <w:u w:val="single"/>
        </w:rPr>
        <w:t xml:space="preserve"> that </w:t>
      </w:r>
      <w:r>
        <w:rPr>
          <w:b/>
          <w:i w:val="0"/>
          <w:smallCaps w:val="0"/>
          <w:strike w:val="0"/>
          <w:sz w:val="22"/>
          <w:highlight w:val="green"/>
          <w:u w:val="single"/>
        </w:rPr>
        <w:t xml:space="preserve">sustain </w:t>
      </w:r>
      <w:r>
        <w:rPr>
          <w:b/>
          <w:i w:val="0"/>
          <w:smallCaps w:val="0"/>
          <w:strike w:val="0"/>
          <w:sz w:val="22"/>
          <w:u w:val="single"/>
        </w:rPr>
        <w:t>us</w:t>
      </w:r>
      <w:r>
        <w:rPr>
          <w:b w:val="0"/>
          <w:i w:val="0"/>
          <w:smallCaps w:val="0"/>
          <w:strike w:val="0"/>
          <w:sz w:val="16"/>
          <w:u w:val="none"/>
        </w:rPr>
        <w:t xml:space="preserve"> blacks in the abyss. Outlining and presenting such enterprises requires tremendous </w:t>
      </w:r>
      <w:r>
        <w:rPr>
          <w:b/>
          <w:i w:val="0"/>
          <w:smallCaps w:val="0"/>
          <w:strike w:val="0"/>
          <w:sz w:val="22"/>
          <w:highlight w:val="green"/>
          <w:u w:val="single"/>
        </w:rPr>
        <w:t>spiritual</w:t>
      </w:r>
      <w:r>
        <w:rPr>
          <w:b w:val="0"/>
          <w:i w:val="0"/>
          <w:smallCaps w:val="0"/>
          <w:strike w:val="0"/>
          <w:sz w:val="16"/>
          <w:u w:val="none"/>
        </w:rPr>
        <w:t xml:space="preserve"> and intellectual </w:t>
      </w:r>
      <w:r>
        <w:rPr>
          <w:b/>
          <w:i w:val="0"/>
          <w:smallCaps w:val="0"/>
          <w:strike w:val="0"/>
          <w:sz w:val="22"/>
          <w:highlight w:val="green"/>
          <w:u w:val="single"/>
        </w:rPr>
        <w:t>energy</w:t>
      </w:r>
      <w:r>
        <w:rPr>
          <w:b w:val="0"/>
          <w:i w:val="0"/>
          <w:smallCaps w:val="0"/>
          <w:strike w:val="0"/>
          <w:sz w:val="16"/>
          <w:u w:val="none"/>
        </w:rPr>
        <w:t xml:space="preserve">—but such </w:t>
      </w:r>
      <w:r>
        <w:rPr>
          <w:b w:val="0"/>
          <w:i w:val="0"/>
          <w:smallCaps w:val="0"/>
          <w:strike w:val="0"/>
          <w:sz w:val="22"/>
          <w:highlight w:val="green"/>
          <w:u w:val="single"/>
        </w:rPr>
        <w:t xml:space="preserve">investment is </w:t>
      </w:r>
      <w:r>
        <w:rPr>
          <w:b/>
          <w:i w:val="0"/>
          <w:smallCaps w:val="0"/>
          <w:strike w:val="0"/>
          <w:sz w:val="22"/>
          <w:highlight w:val="green"/>
          <w:u w:val="single"/>
        </w:rPr>
        <w:t>all we have</w:t>
      </w:r>
      <w:r>
        <w:rPr>
          <w:b w:val="0"/>
          <w:i w:val="0"/>
          <w:smallCaps w:val="0"/>
          <w:strike w:val="0"/>
          <w:sz w:val="16"/>
          <w:u w:val="none"/>
        </w:rPr>
        <w:t>.</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