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Western authors agree, Chinese IR is formulated in accordance with Marxist principles, </w:t>
      </w:r>
      <w:r>
        <w:rPr>
          <w:b/>
          <w:i w:val="0"/>
          <w:smallCaps w:val="0"/>
          <w:strike w:val="0"/>
          <w:sz w:val="26"/>
          <w:u w:val="single"/>
        </w:rPr>
        <w:t>not</w:t>
      </w:r>
      <w:r>
        <w:rPr>
          <w:b/>
          <w:i w:val="0"/>
          <w:smallCaps w:val="0"/>
          <w:strike w:val="0"/>
          <w:sz w:val="26"/>
          <w:u w:val="none"/>
        </w:rPr>
        <w:t xml:space="preserve"> neoclassical IR – prefer reverse-biased evidence – the security dilemma is wrong.</w:t>
      </w:r>
    </w:p>
    <w:p>
      <w:pPr>
        <w:spacing w:after="80"/>
      </w:pPr>
      <w:r>
        <w:rPr>
          <w:b/>
          <w:i w:val="0"/>
          <w:smallCaps w:val="0"/>
          <w:strike w:val="0"/>
          <w:sz w:val="26"/>
          <w:u w:val="none"/>
        </w:rPr>
        <w:t>Rudd</w:t>
      </w:r>
      <w:r>
        <w:rPr>
          <w:b/>
          <w:i w:val="0"/>
          <w:smallCaps w:val="0"/>
          <w:strike w:val="0"/>
          <w:sz w:val="26"/>
          <w:u w:val="none"/>
        </w:rPr>
        <w:t xml:space="preserve"> ’</w:t>
      </w:r>
      <w:r>
        <w:rPr>
          <w:b/>
          <w:i w:val="0"/>
          <w:smallCaps w:val="0"/>
          <w:strike w:val="0"/>
          <w:sz w:val="26"/>
          <w:u w:val="none"/>
        </w:rPr>
        <w:t>22</w:t>
      </w:r>
      <w:r>
        <w:rPr>
          <w:b/>
          <w:i w:val="0"/>
          <w:smallCaps w:val="0"/>
          <w:strike w:val="0"/>
          <w:sz w:val="26"/>
          <w:u w:val="none"/>
        </w:rPr>
        <w:t xml:space="preserve"> </w:t>
      </w:r>
      <w:r>
        <w:rPr>
          <w:b w:val="0"/>
          <w:i w:val="0"/>
          <w:smallCaps w:val="0"/>
          <w:strike w:val="0"/>
          <w:u w:val="none"/>
        </w:rPr>
        <w:t xml:space="preserve">[Kevin, President @ Asia Society, former Prime Minister and Foreign Minister of Australia: “The World According to Xi Jinping: What China’s Ideologue in Chief Really Believes,” Foreign Affairs, November/December 2022 issue. </w:t>
      </w:r>
    </w:p>
    <w:p>
      <w:pPr>
        <w:spacing w:after="60"/>
      </w:pPr>
      <w:r>
        <w:rPr>
          <w:b w:val="0"/>
          <w:i w:val="0"/>
          <w:smallCaps w:val="0"/>
          <w:strike w:val="0"/>
          <w:sz w:val="22"/>
          <w:u w:val="single"/>
        </w:rPr>
        <w:t xml:space="preserve">In the </w:t>
      </w:r>
      <w:r>
        <w:rPr>
          <w:b/>
          <w:i w:val="0"/>
          <w:smallCaps w:val="0"/>
          <w:strike w:val="0"/>
          <w:sz w:val="22"/>
          <w:highlight w:val="green"/>
          <w:u w:val="single"/>
        </w:rPr>
        <w:t>post–Cold War</w:t>
      </w:r>
      <w:r>
        <w:rPr>
          <w:b/>
          <w:i w:val="0"/>
          <w:smallCaps w:val="0"/>
          <w:strike w:val="0"/>
          <w:sz w:val="22"/>
          <w:u w:val="single"/>
        </w:rPr>
        <w:t xml:space="preserve"> era</w:t>
      </w:r>
      <w:r>
        <w:rPr>
          <w:b w:val="0"/>
          <w:i w:val="0"/>
          <w:smallCaps w:val="0"/>
          <w:strike w:val="0"/>
          <w:sz w:val="22"/>
          <w:u w:val="single"/>
        </w:rPr>
        <w:t xml:space="preserve">, </w:t>
      </w:r>
      <w:r>
        <w:rPr>
          <w:b w:val="0"/>
          <w:i w:val="0"/>
          <w:smallCaps w:val="0"/>
          <w:strike w:val="0"/>
          <w:sz w:val="22"/>
          <w:highlight w:val="green"/>
          <w:u w:val="single"/>
        </w:rPr>
        <w:t xml:space="preserve">the </w:t>
      </w:r>
      <w:r>
        <w:rPr>
          <w:b/>
          <w:i w:val="0"/>
          <w:smallCaps w:val="0"/>
          <w:strike w:val="0"/>
          <w:sz w:val="22"/>
          <w:highlight w:val="green"/>
          <w:u w:val="single"/>
        </w:rPr>
        <w:t>West</w:t>
      </w:r>
      <w:r>
        <w:rPr>
          <w:b/>
          <w:i w:val="0"/>
          <w:smallCaps w:val="0"/>
          <w:strike w:val="0"/>
          <w:sz w:val="22"/>
          <w:u w:val="single"/>
        </w:rPr>
        <w:t xml:space="preserve">ern world </w:t>
      </w:r>
      <w:r>
        <w:rPr>
          <w:b/>
          <w:i w:val="0"/>
          <w:smallCaps w:val="0"/>
          <w:strike w:val="0"/>
          <w:sz w:val="22"/>
          <w:highlight w:val="green"/>
          <w:u w:val="single"/>
        </w:rPr>
        <w:t>has</w:t>
      </w:r>
      <w:r>
        <w:rPr>
          <w:b/>
          <w:i w:val="0"/>
          <w:smallCaps w:val="0"/>
          <w:strike w:val="0"/>
          <w:sz w:val="22"/>
          <w:u w:val="single"/>
        </w:rPr>
        <w:t xml:space="preserve"> suffered no shortage of </w:t>
      </w:r>
      <w:r>
        <w:rPr>
          <w:b/>
          <w:i w:val="0"/>
          <w:smallCaps w:val="0"/>
          <w:strike w:val="0"/>
          <w:sz w:val="22"/>
          <w:highlight w:val="green"/>
          <w:u w:val="single"/>
        </w:rPr>
        <w:t>grand theories of</w:t>
      </w:r>
      <w:r>
        <w:rPr>
          <w:b/>
          <w:i w:val="0"/>
          <w:smallCaps w:val="0"/>
          <w:strike w:val="0"/>
          <w:sz w:val="22"/>
          <w:u w:val="single"/>
        </w:rPr>
        <w:t xml:space="preserve"> history and </w:t>
      </w:r>
      <w:r>
        <w:rPr>
          <w:b/>
          <w:i w:val="0"/>
          <w:smallCaps w:val="0"/>
          <w:strike w:val="0"/>
          <w:sz w:val="22"/>
          <w:highlight w:val="green"/>
          <w:u w:val="single"/>
        </w:rPr>
        <w:t>i</w:t>
      </w:r>
      <w:r>
        <w:rPr>
          <w:b/>
          <w:i w:val="0"/>
          <w:smallCaps w:val="0"/>
          <w:strike w:val="0"/>
          <w:sz w:val="22"/>
          <w:u w:val="single"/>
        </w:rPr>
        <w:t xml:space="preserve">nternational </w:t>
      </w:r>
      <w:r>
        <w:rPr>
          <w:b/>
          <w:i w:val="0"/>
          <w:smallCaps w:val="0"/>
          <w:strike w:val="0"/>
          <w:sz w:val="22"/>
          <w:highlight w:val="green"/>
          <w:u w:val="single"/>
        </w:rPr>
        <w:t>r</w:t>
      </w:r>
      <w:r>
        <w:rPr>
          <w:b/>
          <w:i w:val="0"/>
          <w:smallCaps w:val="0"/>
          <w:strike w:val="0"/>
          <w:sz w:val="22"/>
          <w:u w:val="single"/>
        </w:rPr>
        <w:t>elations</w:t>
      </w:r>
      <w:r>
        <w:rPr>
          <w:b w:val="0"/>
          <w:i w:val="0"/>
          <w:smallCaps w:val="0"/>
          <w:strike w:val="0"/>
          <w:sz w:val="22"/>
          <w:u w:val="single"/>
        </w:rPr>
        <w:t>.</w:t>
      </w:r>
      <w:r>
        <w:rPr>
          <w:b w:val="0"/>
          <w:i w:val="0"/>
          <w:smallCaps w:val="0"/>
          <w:strike w:val="0"/>
          <w:sz w:val="16"/>
          <w:u w:val="none"/>
        </w:rPr>
        <w:t xml:space="preserve"> </w:t>
      </w:r>
      <w:r>
        <w:rPr>
          <w:b w:val="0"/>
          <w:i w:val="0"/>
          <w:smallCaps w:val="0"/>
          <w:strike w:val="0"/>
          <w:sz w:val="22"/>
          <w:u w:val="single"/>
        </w:rPr>
        <w:t xml:space="preserve">The settings and </w:t>
      </w:r>
      <w:r>
        <w:rPr>
          <w:b w:val="0"/>
          <w:i w:val="0"/>
          <w:smallCaps w:val="0"/>
          <w:strike w:val="0"/>
          <w:sz w:val="22"/>
          <w:highlight w:val="green"/>
          <w:u w:val="single"/>
        </w:rPr>
        <w:t>actors</w:t>
      </w:r>
      <w:r>
        <w:rPr>
          <w:b w:val="0"/>
          <w:i w:val="0"/>
          <w:smallCaps w:val="0"/>
          <w:strike w:val="0"/>
          <w:sz w:val="22"/>
          <w:u w:val="single"/>
        </w:rPr>
        <w:t xml:space="preserve"> may </w:t>
      </w:r>
      <w:r>
        <w:rPr>
          <w:b w:val="0"/>
          <w:i w:val="0"/>
          <w:smallCaps w:val="0"/>
          <w:strike w:val="0"/>
          <w:sz w:val="22"/>
          <w:highlight w:val="green"/>
          <w:u w:val="single"/>
        </w:rPr>
        <w:t>change</w:t>
      </w:r>
      <w:r>
        <w:rPr>
          <w:b w:val="0"/>
          <w:i w:val="0"/>
          <w:smallCaps w:val="0"/>
          <w:strike w:val="0"/>
          <w:sz w:val="22"/>
          <w:u w:val="single"/>
        </w:rPr>
        <w:t xml:space="preserve">, </w:t>
      </w:r>
      <w:r>
        <w:rPr>
          <w:b w:val="0"/>
          <w:i w:val="0"/>
          <w:smallCaps w:val="0"/>
          <w:strike w:val="0"/>
          <w:sz w:val="22"/>
          <w:highlight w:val="green"/>
          <w:u w:val="single"/>
        </w:rPr>
        <w:t>but</w:t>
      </w:r>
      <w:r>
        <w:rPr>
          <w:b w:val="0"/>
          <w:i w:val="0"/>
          <w:smallCaps w:val="0"/>
          <w:strike w:val="0"/>
          <w:sz w:val="22"/>
          <w:u w:val="single"/>
        </w:rPr>
        <w:t xml:space="preserve"> the global </w:t>
      </w:r>
      <w:r>
        <w:rPr>
          <w:b w:val="0"/>
          <w:i w:val="0"/>
          <w:smallCaps w:val="0"/>
          <w:strike w:val="0"/>
          <w:sz w:val="22"/>
          <w:highlight w:val="green"/>
          <w:u w:val="single"/>
        </w:rPr>
        <w:t>geopolitical drama goes on:</w:t>
      </w:r>
      <w:r>
        <w:rPr>
          <w:b w:val="0"/>
          <w:i w:val="0"/>
          <w:smallCaps w:val="0"/>
          <w:strike w:val="0"/>
          <w:sz w:val="22"/>
          <w:u w:val="single"/>
        </w:rPr>
        <w:t xml:space="preserve"> </w:t>
      </w:r>
      <w:r>
        <w:rPr>
          <w:b/>
          <w:i w:val="0"/>
          <w:smallCaps w:val="0"/>
          <w:strike w:val="0"/>
          <w:sz w:val="22"/>
          <w:u w:val="single"/>
        </w:rPr>
        <w:t xml:space="preserve">variants of </w:t>
      </w:r>
      <w:r>
        <w:rPr>
          <w:b/>
          <w:i w:val="0"/>
          <w:smallCaps w:val="0"/>
          <w:strike w:val="0"/>
          <w:sz w:val="22"/>
          <w:highlight w:val="green"/>
          <w:u w:val="single"/>
        </w:rPr>
        <w:t>realism and liberalism compete to explain and predict state behavior</w:t>
      </w:r>
      <w:r>
        <w:rPr>
          <w:b w:val="0"/>
          <w:i w:val="0"/>
          <w:smallCaps w:val="0"/>
          <w:strike w:val="0"/>
          <w:sz w:val="16"/>
          <w:u w:val="none"/>
        </w:rPr>
        <w:t xml:space="preserve">, scholars debate whether the world is witnessing the end of history, a clash of civilizations, or something else entirely. </w:t>
      </w:r>
      <w:r>
        <w:rPr>
          <w:b w:val="0"/>
          <w:i w:val="0"/>
          <w:smallCaps w:val="0"/>
          <w:strike w:val="0"/>
          <w:sz w:val="22"/>
          <w:u w:val="single"/>
        </w:rPr>
        <w:t xml:space="preserve">And it is no surprise that </w:t>
      </w:r>
      <w:r>
        <w:rPr>
          <w:b/>
          <w:i w:val="0"/>
          <w:smallCaps w:val="0"/>
          <w:strike w:val="0"/>
          <w:sz w:val="22"/>
          <w:u w:val="single"/>
        </w:rPr>
        <w:t>the question that now attracts more analytical attention than any other is the rise of China</w:t>
      </w:r>
      <w:r>
        <w:rPr>
          <w:b w:val="0"/>
          <w:i w:val="0"/>
          <w:smallCaps w:val="0"/>
          <w:strike w:val="0"/>
          <w:sz w:val="22"/>
          <w:u w:val="single"/>
        </w:rPr>
        <w:t xml:space="preserve"> under President Xi Jinping and the </w:t>
      </w:r>
      <w:r>
        <w:rPr>
          <w:b/>
          <w:i w:val="0"/>
          <w:smallCaps w:val="0"/>
          <w:strike w:val="0"/>
          <w:sz w:val="22"/>
          <w:u w:val="single"/>
        </w:rPr>
        <w:t>challenge it presents to American power</w:t>
      </w:r>
      <w:r>
        <w:rPr>
          <w:b w:val="0"/>
          <w:i w:val="0"/>
          <w:smallCaps w:val="0"/>
          <w:strike w:val="0"/>
          <w:sz w:val="22"/>
          <w:u w:val="single"/>
        </w:rPr>
        <w:t xml:space="preserve">. </w:t>
      </w:r>
      <w:r>
        <w:rPr>
          <w:b w:val="0"/>
          <w:i w:val="0"/>
          <w:smallCaps w:val="0"/>
          <w:strike w:val="0"/>
          <w:sz w:val="16"/>
          <w:u w:val="none"/>
        </w:rPr>
        <w:t xml:space="preserve">In the run-up to the 20th National Congress of the Chinese Communist Party (CCP), as Xi has maneuvered to consolidate his power and secure an unprecedented third term, </w:t>
      </w:r>
      <w:r>
        <w:rPr>
          <w:b/>
          <w:i w:val="0"/>
          <w:smallCaps w:val="0"/>
          <w:strike w:val="0"/>
          <w:sz w:val="22"/>
          <w:highlight w:val="green"/>
          <w:u w:val="single"/>
        </w:rPr>
        <w:t>Western analysts</w:t>
      </w:r>
      <w:r>
        <w:rPr>
          <w:b/>
          <w:i w:val="0"/>
          <w:smallCaps w:val="0"/>
          <w:strike w:val="0"/>
          <w:sz w:val="22"/>
          <w:u w:val="single"/>
        </w:rPr>
        <w:t xml:space="preserve"> have </w:t>
      </w:r>
      <w:r>
        <w:rPr>
          <w:b/>
          <w:i w:val="0"/>
          <w:smallCaps w:val="0"/>
          <w:strike w:val="0"/>
          <w:sz w:val="22"/>
          <w:highlight w:val="green"/>
          <w:u w:val="single"/>
        </w:rPr>
        <w:t>sought to decode</w:t>
      </w:r>
      <w:r>
        <w:rPr>
          <w:b/>
          <w:i w:val="0"/>
          <w:smallCaps w:val="0"/>
          <w:strike w:val="0"/>
          <w:sz w:val="22"/>
          <w:u w:val="single"/>
        </w:rPr>
        <w:t xml:space="preserve"> the worldview that drives him </w:t>
      </w:r>
      <w:r>
        <w:rPr>
          <w:b w:val="0"/>
          <w:i w:val="0"/>
          <w:smallCaps w:val="0"/>
          <w:strike w:val="0"/>
          <w:sz w:val="22"/>
          <w:u w:val="single"/>
        </w:rPr>
        <w:t xml:space="preserve">and his ambitions for </w:t>
      </w:r>
      <w:r>
        <w:rPr>
          <w:b w:val="0"/>
          <w:i w:val="0"/>
          <w:smallCaps w:val="0"/>
          <w:strike w:val="0"/>
          <w:sz w:val="22"/>
          <w:highlight w:val="green"/>
          <w:u w:val="single"/>
        </w:rPr>
        <w:t>China</w:t>
      </w:r>
      <w:r>
        <w:rPr>
          <w:b w:val="0"/>
          <w:i w:val="0"/>
          <w:smallCaps w:val="0"/>
          <w:strike w:val="0"/>
          <w:sz w:val="22"/>
          <w:u w:val="single"/>
        </w:rPr>
        <w:t>.</w:t>
      </w:r>
    </w:p>
    <w:p>
      <w:pPr>
        <w:spacing w:after="60"/>
      </w:pPr>
      <w:r>
        <w:rPr>
          <w:b w:val="0"/>
          <w:i w:val="0"/>
          <w:smallCaps w:val="0"/>
          <w:strike w:val="0"/>
          <w:sz w:val="22"/>
          <w:u w:val="single"/>
        </w:rPr>
        <w:t xml:space="preserve">One important body of </w:t>
      </w:r>
      <w:r>
        <w:rPr>
          <w:b w:val="0"/>
          <w:i w:val="0"/>
          <w:smallCaps w:val="0"/>
          <w:strike w:val="0"/>
          <w:sz w:val="22"/>
          <w:highlight w:val="green"/>
          <w:u w:val="single"/>
        </w:rPr>
        <w:t>thought</w:t>
      </w:r>
      <w:r>
        <w:rPr>
          <w:b w:val="0"/>
          <w:i w:val="0"/>
          <w:smallCaps w:val="0"/>
          <w:strike w:val="0"/>
          <w:sz w:val="22"/>
          <w:u w:val="single"/>
        </w:rPr>
        <w:t xml:space="preserve"> has been </w:t>
      </w:r>
      <w:r>
        <w:rPr>
          <w:b w:val="0"/>
          <w:i w:val="0"/>
          <w:smallCaps w:val="0"/>
          <w:strike w:val="0"/>
          <w:sz w:val="22"/>
          <w:highlight w:val="green"/>
          <w:u w:val="single"/>
        </w:rPr>
        <w:t>largely absent from this</w:t>
      </w:r>
      <w:r>
        <w:rPr>
          <w:b w:val="0"/>
          <w:i w:val="0"/>
          <w:smallCaps w:val="0"/>
          <w:strike w:val="0"/>
          <w:sz w:val="22"/>
          <w:u w:val="single"/>
        </w:rPr>
        <w:t xml:space="preserve"> search for understanding</w:t>
      </w:r>
      <w:r>
        <w:rPr>
          <w:b w:val="0"/>
          <w:i w:val="0"/>
          <w:smallCaps w:val="0"/>
          <w:strike w:val="0"/>
          <w:sz w:val="16"/>
          <w:u w:val="none"/>
        </w:rPr>
        <w:t>, however</w:t>
      </w:r>
      <w:r>
        <w:rPr>
          <w:b w:val="0"/>
          <w:i w:val="0"/>
          <w:smallCaps w:val="0"/>
          <w:strike w:val="0"/>
          <w:sz w:val="22"/>
          <w:highlight w:val="green"/>
          <w:u w:val="single"/>
        </w:rPr>
        <w:t>: Marxism-Leninism</w:t>
      </w:r>
      <w:r>
        <w:rPr>
          <w:b w:val="0"/>
          <w:i w:val="0"/>
          <w:smallCaps w:val="0"/>
          <w:strike w:val="0"/>
          <w:sz w:val="22"/>
          <w:u w:val="single"/>
        </w:rPr>
        <w:t>.</w:t>
      </w:r>
      <w:r>
        <w:rPr>
          <w:b w:val="0"/>
          <w:i w:val="0"/>
          <w:smallCaps w:val="0"/>
          <w:strike w:val="0"/>
          <w:sz w:val="16"/>
          <w:u w:val="none"/>
        </w:rPr>
        <w:t xml:space="preserve"> </w:t>
      </w:r>
      <w:r>
        <w:rPr>
          <w:b w:val="0"/>
          <w:i w:val="0"/>
          <w:smallCaps w:val="0"/>
          <w:strike w:val="0"/>
          <w:sz w:val="22"/>
          <w:u w:val="single"/>
        </w:rPr>
        <w:t xml:space="preserve">This is odd because </w:t>
      </w:r>
      <w:r>
        <w:rPr>
          <w:b/>
          <w:i w:val="0"/>
          <w:smallCaps w:val="0"/>
          <w:strike w:val="0"/>
          <w:sz w:val="22"/>
          <w:u w:val="single"/>
        </w:rPr>
        <w:t xml:space="preserve">Marxism-Leninism has been </w:t>
      </w:r>
      <w:r>
        <w:rPr>
          <w:b/>
          <w:i w:val="0"/>
          <w:smallCaps w:val="0"/>
          <w:strike w:val="0"/>
          <w:sz w:val="22"/>
          <w:highlight w:val="green"/>
          <w:u w:val="single"/>
        </w:rPr>
        <w:t>China’s official ideology</w:t>
      </w:r>
      <w:r>
        <w:rPr>
          <w:b/>
          <w:i w:val="0"/>
          <w:smallCaps w:val="0"/>
          <w:strike w:val="0"/>
          <w:sz w:val="22"/>
          <w:u w:val="single"/>
        </w:rPr>
        <w:t xml:space="preserve"> since 1949</w:t>
      </w:r>
      <w:r>
        <w:rPr>
          <w:b w:val="0"/>
          <w:i w:val="0"/>
          <w:smallCaps w:val="0"/>
          <w:strike w:val="0"/>
          <w:sz w:val="22"/>
          <w:u w:val="single"/>
        </w:rPr>
        <w:t>.</w:t>
      </w:r>
      <w:r>
        <w:rPr>
          <w:b w:val="0"/>
          <w:i w:val="0"/>
          <w:smallCaps w:val="0"/>
          <w:strike w:val="0"/>
          <w:sz w:val="16"/>
          <w:u w:val="none"/>
        </w:rPr>
        <w:t xml:space="preserve"> But the omission is also understandable, since </w:t>
      </w:r>
      <w:r>
        <w:rPr>
          <w:b w:val="0"/>
          <w:i w:val="0"/>
          <w:smallCaps w:val="0"/>
          <w:strike w:val="0"/>
          <w:sz w:val="22"/>
          <w:u w:val="single"/>
        </w:rPr>
        <w:t xml:space="preserve">most Western thinkers long ago came to see communist ideology as </w:t>
      </w:r>
      <w:r>
        <w:rPr>
          <w:b/>
          <w:i w:val="0"/>
          <w:smallCaps w:val="0"/>
          <w:strike w:val="0"/>
          <w:sz w:val="22"/>
          <w:u w:val="single"/>
        </w:rPr>
        <w:t>effectively dead</w:t>
      </w:r>
      <w:r>
        <w:rPr>
          <w:b w:val="0"/>
          <w:i w:val="0"/>
          <w:smallCaps w:val="0"/>
          <w:strike w:val="0"/>
          <w:sz w:val="16"/>
          <w:u w:val="none"/>
        </w:rPr>
        <w:t xml:space="preserve">—even in China, </w:t>
      </w:r>
      <w:r>
        <w:rPr>
          <w:b w:val="0"/>
          <w:i w:val="0"/>
          <w:smallCaps w:val="0"/>
          <w:strike w:val="0"/>
          <w:sz w:val="22"/>
          <w:u w:val="single"/>
        </w:rPr>
        <w:t>where</w:t>
      </w:r>
      <w:r>
        <w:rPr>
          <w:b w:val="0"/>
          <w:i w:val="0"/>
          <w:smallCaps w:val="0"/>
          <w:strike w:val="0"/>
          <w:sz w:val="16"/>
          <w:u w:val="none"/>
        </w:rPr>
        <w:t xml:space="preserve">, in the late 1970s, the CCP leader </w:t>
      </w:r>
      <w:r>
        <w:rPr>
          <w:b w:val="0"/>
          <w:i w:val="0"/>
          <w:smallCaps w:val="0"/>
          <w:strike w:val="0"/>
          <w:sz w:val="22"/>
          <w:u w:val="single"/>
        </w:rPr>
        <w:t>Deng</w:t>
      </w:r>
      <w:r>
        <w:rPr>
          <w:b w:val="0"/>
          <w:i w:val="0"/>
          <w:smallCaps w:val="0"/>
          <w:strike w:val="0"/>
          <w:sz w:val="16"/>
          <w:u w:val="none"/>
        </w:rPr>
        <w:t xml:space="preserve"> Xiaoping </w:t>
      </w:r>
      <w:r>
        <w:rPr>
          <w:b w:val="0"/>
          <w:i w:val="0"/>
          <w:smallCaps w:val="0"/>
          <w:strike w:val="0"/>
          <w:sz w:val="22"/>
          <w:u w:val="single"/>
        </w:rPr>
        <w:t>set aside the</w:t>
      </w:r>
      <w:r>
        <w:rPr>
          <w:b w:val="0"/>
          <w:i w:val="0"/>
          <w:smallCaps w:val="0"/>
          <w:strike w:val="0"/>
          <w:sz w:val="16"/>
          <w:u w:val="none"/>
        </w:rPr>
        <w:t xml:space="preserve"> Marxist-Leninist </w:t>
      </w:r>
      <w:r>
        <w:rPr>
          <w:b w:val="0"/>
          <w:i w:val="0"/>
          <w:smallCaps w:val="0"/>
          <w:strike w:val="0"/>
          <w:sz w:val="22"/>
          <w:u w:val="single"/>
        </w:rPr>
        <w:t>orthodoxy of</w:t>
      </w:r>
      <w:r>
        <w:rPr>
          <w:b w:val="0"/>
          <w:i w:val="0"/>
          <w:smallCaps w:val="0"/>
          <w:strike w:val="0"/>
          <w:sz w:val="16"/>
          <w:u w:val="none"/>
        </w:rPr>
        <w:t xml:space="preserve"> his predecessor, </w:t>
      </w:r>
      <w:r>
        <w:rPr>
          <w:b w:val="0"/>
          <w:i w:val="0"/>
          <w:smallCaps w:val="0"/>
          <w:strike w:val="0"/>
          <w:sz w:val="22"/>
          <w:u w:val="single"/>
        </w:rPr>
        <w:t>Mao</w:t>
      </w:r>
      <w:r>
        <w:rPr>
          <w:b w:val="0"/>
          <w:i w:val="0"/>
          <w:smallCaps w:val="0"/>
          <w:strike w:val="0"/>
          <w:sz w:val="16"/>
          <w:u w:val="none"/>
        </w:rPr>
        <w:t xml:space="preserve"> Zedong, </w:t>
      </w:r>
      <w:r>
        <w:rPr>
          <w:b w:val="0"/>
          <w:i w:val="0"/>
          <w:smallCaps w:val="0"/>
          <w:strike w:val="0"/>
          <w:sz w:val="22"/>
          <w:u w:val="single"/>
        </w:rPr>
        <w:t>in favor of</w:t>
      </w:r>
      <w:r>
        <w:rPr>
          <w:b w:val="0"/>
          <w:i w:val="0"/>
          <w:smallCaps w:val="0"/>
          <w:strike w:val="0"/>
          <w:sz w:val="16"/>
          <w:u w:val="none"/>
        </w:rPr>
        <w:t xml:space="preserve"> something more akin to </w:t>
      </w:r>
      <w:r>
        <w:rPr>
          <w:b w:val="0"/>
          <w:i w:val="0"/>
          <w:smallCaps w:val="0"/>
          <w:strike w:val="0"/>
          <w:sz w:val="22"/>
          <w:u w:val="single"/>
        </w:rPr>
        <w:t>state capitalism.</w:t>
      </w:r>
      <w:r>
        <w:rPr>
          <w:b w:val="0"/>
          <w:i w:val="0"/>
          <w:smallCaps w:val="0"/>
          <w:strike w:val="0"/>
          <w:sz w:val="16"/>
          <w:u w:val="none"/>
        </w:rPr>
        <w:t xml:space="preserve"> </w:t>
      </w:r>
      <w:r>
        <w:rPr>
          <w:b w:val="0"/>
          <w:i w:val="0"/>
          <w:smallCaps w:val="0"/>
          <w:strike w:val="0"/>
          <w:sz w:val="22"/>
          <w:u w:val="single"/>
        </w:rPr>
        <w:t>Deng summed up his thoughts on the matter with characteristic bluntness:</w:t>
      </w:r>
      <w:r>
        <w:rPr>
          <w:b w:val="0"/>
          <w:i w:val="0"/>
          <w:smallCaps w:val="0"/>
          <w:strike w:val="0"/>
          <w:sz w:val="16"/>
          <w:u w:val="none"/>
        </w:rPr>
        <w:t xml:space="preserve"> Bu zhenglun, </w:t>
      </w:r>
      <w:r>
        <w:rPr>
          <w:b w:val="0"/>
          <w:i w:val="0"/>
          <w:smallCaps w:val="0"/>
          <w:strike w:val="0"/>
          <w:sz w:val="22"/>
          <w:u w:val="single"/>
        </w:rPr>
        <w:t>“Let’s dispense with theory,”</w:t>
      </w:r>
      <w:r>
        <w:rPr>
          <w:b w:val="0"/>
          <w:i w:val="0"/>
          <w:smallCaps w:val="0"/>
          <w:strike w:val="0"/>
          <w:sz w:val="16"/>
          <w:u w:val="none"/>
        </w:rPr>
        <w:t xml:space="preserve"> he told attendees at a major CCP conference in 1981. </w:t>
      </w:r>
      <w:r>
        <w:rPr>
          <w:b w:val="0"/>
          <w:i w:val="0"/>
          <w:smallCaps w:val="0"/>
          <w:strike w:val="0"/>
          <w:sz w:val="22"/>
          <w:u w:val="single"/>
        </w:rPr>
        <w:t>His successors</w:t>
      </w:r>
      <w:r>
        <w:rPr>
          <w:b w:val="0"/>
          <w:i w:val="0"/>
          <w:smallCaps w:val="0"/>
          <w:strike w:val="0"/>
          <w:sz w:val="16"/>
          <w:u w:val="none"/>
        </w:rPr>
        <w:t xml:space="preserve"> Jiang Zemin and Hu Jintao </w:t>
      </w:r>
      <w:r>
        <w:rPr>
          <w:b w:val="0"/>
          <w:i w:val="0"/>
          <w:smallCaps w:val="0"/>
          <w:strike w:val="0"/>
          <w:sz w:val="22"/>
          <w:u w:val="single"/>
        </w:rPr>
        <w:t>followed his lead</w:t>
      </w:r>
      <w:r>
        <w:rPr>
          <w:b w:val="0"/>
          <w:i w:val="0"/>
          <w:smallCaps w:val="0"/>
          <w:strike w:val="0"/>
          <w:sz w:val="16"/>
          <w:u w:val="none"/>
        </w:rPr>
        <w:t>, rapidly expanding the role of the market in the Chinese domestic economy and embracing a foreign policy that maximized China’s participation in a global economic order led by the United States.</w:t>
      </w:r>
    </w:p>
    <w:p>
      <w:pPr>
        <w:spacing w:after="60"/>
      </w:pPr>
      <w:r>
        <w:rPr>
          <w:b w:val="0"/>
          <w:i w:val="0"/>
          <w:smallCaps w:val="0"/>
          <w:strike w:val="0"/>
          <w:sz w:val="22"/>
          <w:u w:val="single"/>
        </w:rPr>
        <w:t>Xi has brought that era of</w:t>
      </w:r>
      <w:r>
        <w:rPr>
          <w:b w:val="0"/>
          <w:i w:val="0"/>
          <w:smallCaps w:val="0"/>
          <w:strike w:val="0"/>
          <w:sz w:val="16"/>
          <w:u w:val="none"/>
        </w:rPr>
        <w:t xml:space="preserve"> pragmatic, </w:t>
      </w:r>
      <w:r>
        <w:rPr>
          <w:b w:val="0"/>
          <w:i w:val="0"/>
          <w:smallCaps w:val="0"/>
          <w:strike w:val="0"/>
          <w:sz w:val="22"/>
          <w:u w:val="single"/>
        </w:rPr>
        <w:t xml:space="preserve">nonideological governance to a </w:t>
      </w:r>
      <w:r>
        <w:rPr>
          <w:b/>
          <w:i w:val="0"/>
          <w:smallCaps w:val="0"/>
          <w:strike w:val="0"/>
          <w:sz w:val="22"/>
          <w:u w:val="single"/>
        </w:rPr>
        <w:t>crashing halt</w:t>
      </w:r>
      <w:r>
        <w:rPr>
          <w:b w:val="0"/>
          <w:i w:val="0"/>
          <w:smallCaps w:val="0"/>
          <w:strike w:val="0"/>
          <w:sz w:val="22"/>
          <w:u w:val="single"/>
        </w:rPr>
        <w:t>.</w:t>
      </w:r>
      <w:r>
        <w:rPr>
          <w:b w:val="0"/>
          <w:i w:val="0"/>
          <w:smallCaps w:val="0"/>
          <w:strike w:val="0"/>
          <w:sz w:val="16"/>
          <w:u w:val="none"/>
        </w:rPr>
        <w:t xml:space="preserve"> </w:t>
      </w:r>
      <w:r>
        <w:rPr>
          <w:b w:val="0"/>
          <w:i w:val="0"/>
          <w:smallCaps w:val="0"/>
          <w:strike w:val="0"/>
          <w:sz w:val="22"/>
          <w:u w:val="single"/>
        </w:rPr>
        <w:t>In its place, he has developed a new form of Marxist nationalism that</w:t>
      </w:r>
      <w:r>
        <w:rPr>
          <w:b w:val="0"/>
          <w:i w:val="0"/>
          <w:smallCaps w:val="0"/>
          <w:strike w:val="0"/>
          <w:sz w:val="16"/>
          <w:u w:val="none"/>
        </w:rPr>
        <w:t xml:space="preserve"> now </w:t>
      </w:r>
      <w:r>
        <w:rPr>
          <w:b w:val="0"/>
          <w:i w:val="0"/>
          <w:smallCaps w:val="0"/>
          <w:strike w:val="0"/>
          <w:sz w:val="22"/>
          <w:u w:val="single"/>
        </w:rPr>
        <w:t>shapes</w:t>
      </w:r>
      <w:r>
        <w:rPr>
          <w:b w:val="0"/>
          <w:i w:val="0"/>
          <w:smallCaps w:val="0"/>
          <w:strike w:val="0"/>
          <w:sz w:val="16"/>
          <w:u w:val="none"/>
        </w:rPr>
        <w:t xml:space="preserve"> the presentation and substance of </w:t>
      </w:r>
      <w:r>
        <w:rPr>
          <w:b w:val="0"/>
          <w:i w:val="0"/>
          <w:smallCaps w:val="0"/>
          <w:strike w:val="0"/>
          <w:sz w:val="22"/>
          <w:u w:val="single"/>
        </w:rPr>
        <w:t xml:space="preserve">China’s politics, economy, and foreign policy. </w:t>
      </w:r>
      <w:r>
        <w:rPr>
          <w:b w:val="0"/>
          <w:i w:val="0"/>
          <w:smallCaps w:val="0"/>
          <w:strike w:val="0"/>
          <w:sz w:val="16"/>
          <w:u w:val="none"/>
        </w:rPr>
        <w:t xml:space="preserve">In doing so, </w:t>
      </w:r>
      <w:r>
        <w:rPr>
          <w:b w:val="0"/>
          <w:i w:val="0"/>
          <w:smallCaps w:val="0"/>
          <w:strike w:val="0"/>
          <w:sz w:val="22"/>
          <w:u w:val="single"/>
        </w:rPr>
        <w:t>Xi is not constructing theoretical castles in the air to rationalize decisions</w:t>
      </w:r>
      <w:r>
        <w:rPr>
          <w:b w:val="0"/>
          <w:i w:val="0"/>
          <w:smallCaps w:val="0"/>
          <w:strike w:val="0"/>
          <w:sz w:val="16"/>
          <w:u w:val="none"/>
        </w:rPr>
        <w:t xml:space="preserve"> that </w:t>
      </w:r>
      <w:r>
        <w:rPr>
          <w:b w:val="0"/>
          <w:i w:val="0"/>
          <w:smallCaps w:val="0"/>
          <w:strike w:val="0"/>
          <w:sz w:val="22"/>
          <w:u w:val="single"/>
        </w:rPr>
        <w:t>the CCP has made for</w:t>
      </w:r>
      <w:r>
        <w:rPr>
          <w:b w:val="0"/>
          <w:i w:val="0"/>
          <w:smallCaps w:val="0"/>
          <w:strike w:val="0"/>
          <w:sz w:val="16"/>
          <w:u w:val="none"/>
        </w:rPr>
        <w:t xml:space="preserve"> other, more </w:t>
      </w:r>
      <w:r>
        <w:rPr>
          <w:b w:val="0"/>
          <w:i w:val="0"/>
          <w:smallCaps w:val="0"/>
          <w:strike w:val="0"/>
          <w:sz w:val="22"/>
          <w:u w:val="single"/>
        </w:rPr>
        <w:t>practical reasons.</w:t>
      </w:r>
      <w:r>
        <w:rPr>
          <w:b w:val="0"/>
          <w:i w:val="0"/>
          <w:smallCaps w:val="0"/>
          <w:strike w:val="0"/>
          <w:sz w:val="16"/>
          <w:u w:val="none"/>
        </w:rPr>
        <w:t xml:space="preserve"> </w:t>
      </w:r>
      <w:r>
        <w:rPr>
          <w:b w:val="0"/>
          <w:i w:val="0"/>
          <w:smallCaps w:val="0"/>
          <w:strike w:val="0"/>
          <w:sz w:val="22"/>
          <w:u w:val="single"/>
        </w:rPr>
        <w:t xml:space="preserve">Under Xi, </w:t>
      </w:r>
      <w:r>
        <w:rPr>
          <w:b/>
          <w:i w:val="0"/>
          <w:smallCaps w:val="0"/>
          <w:strike w:val="0"/>
          <w:sz w:val="22"/>
          <w:highlight w:val="green"/>
          <w:u w:val="single"/>
        </w:rPr>
        <w:t>ideology drives policy</w:t>
      </w:r>
      <w:r>
        <w:rPr>
          <w:b w:val="0"/>
          <w:i w:val="0"/>
          <w:smallCaps w:val="0"/>
          <w:strike w:val="0"/>
          <w:sz w:val="16"/>
          <w:u w:val="none"/>
        </w:rPr>
        <w:t xml:space="preserve"> </w:t>
      </w:r>
      <w:r>
        <w:rPr>
          <w:b w:val="0"/>
          <w:i w:val="0"/>
          <w:smallCaps w:val="0"/>
          <w:strike w:val="0"/>
          <w:sz w:val="22"/>
          <w:u w:val="single"/>
        </w:rPr>
        <w:t>more</w:t>
      </w:r>
      <w:r>
        <w:rPr>
          <w:b w:val="0"/>
          <w:i w:val="0"/>
          <w:smallCaps w:val="0"/>
          <w:strike w:val="0"/>
          <w:sz w:val="16"/>
          <w:u w:val="none"/>
        </w:rPr>
        <w:t xml:space="preserve"> often </w:t>
      </w:r>
      <w:r>
        <w:rPr>
          <w:b w:val="0"/>
          <w:i w:val="0"/>
          <w:smallCaps w:val="0"/>
          <w:strike w:val="0"/>
          <w:sz w:val="22"/>
          <w:u w:val="single"/>
        </w:rPr>
        <w:t>than the other way around.</w:t>
      </w:r>
      <w:r>
        <w:rPr>
          <w:b w:val="0"/>
          <w:i w:val="0"/>
          <w:smallCaps w:val="0"/>
          <w:strike w:val="0"/>
          <w:sz w:val="16"/>
          <w:u w:val="none"/>
        </w:rPr>
        <w:t xml:space="preserve"> </w:t>
      </w:r>
      <w:r>
        <w:rPr>
          <w:b w:val="0"/>
          <w:i w:val="0"/>
          <w:smallCaps w:val="0"/>
          <w:strike w:val="0"/>
          <w:sz w:val="22"/>
          <w:u w:val="single"/>
        </w:rPr>
        <w:t xml:space="preserve">Xi has </w:t>
      </w:r>
      <w:r>
        <w:rPr>
          <w:b/>
          <w:i w:val="0"/>
          <w:smallCaps w:val="0"/>
          <w:strike w:val="0"/>
          <w:sz w:val="22"/>
          <w:highlight w:val="green"/>
          <w:u w:val="single"/>
        </w:rPr>
        <w:t>pushed politics</w:t>
      </w:r>
      <w:r>
        <w:rPr>
          <w:b/>
          <w:i w:val="0"/>
          <w:smallCaps w:val="0"/>
          <w:strike w:val="0"/>
          <w:sz w:val="22"/>
          <w:u w:val="single"/>
        </w:rPr>
        <w:t xml:space="preserve"> to the Leninist left</w:t>
      </w:r>
      <w:r>
        <w:rPr>
          <w:b w:val="0"/>
          <w:i w:val="0"/>
          <w:smallCaps w:val="0"/>
          <w:strike w:val="0"/>
          <w:sz w:val="22"/>
          <w:u w:val="single"/>
        </w:rPr>
        <w:t xml:space="preserve">, </w:t>
      </w:r>
      <w:r>
        <w:rPr>
          <w:b/>
          <w:i w:val="0"/>
          <w:smallCaps w:val="0"/>
          <w:strike w:val="0"/>
          <w:sz w:val="22"/>
          <w:u w:val="single"/>
        </w:rPr>
        <w:t>eco</w:t>
      </w:r>
      <w:r>
        <w:rPr>
          <w:b/>
          <w:i w:val="0"/>
          <w:smallCaps w:val="0"/>
          <w:strike w:val="0"/>
          <w:sz w:val="22"/>
          <w:highlight w:val="green"/>
          <w:u w:val="single"/>
        </w:rPr>
        <w:t>nomics to the</w:t>
      </w:r>
      <w:r>
        <w:rPr>
          <w:b/>
          <w:i w:val="0"/>
          <w:smallCaps w:val="0"/>
          <w:strike w:val="0"/>
          <w:sz w:val="22"/>
          <w:u w:val="single"/>
        </w:rPr>
        <w:t xml:space="preserve"> Marxist </w:t>
      </w:r>
      <w:r>
        <w:rPr>
          <w:b/>
          <w:i w:val="0"/>
          <w:smallCaps w:val="0"/>
          <w:strike w:val="0"/>
          <w:sz w:val="22"/>
          <w:highlight w:val="green"/>
          <w:u w:val="single"/>
        </w:rPr>
        <w:t>left</w:t>
      </w:r>
      <w:r>
        <w:rPr>
          <w:b w:val="0"/>
          <w:i w:val="0"/>
          <w:smallCaps w:val="0"/>
          <w:strike w:val="0"/>
          <w:sz w:val="16"/>
          <w:u w:val="none"/>
        </w:rPr>
        <w:t>, and foreign policy to the nationalist right. He has reasserted the influence and control the CCP exerts over all domains of public policy and private life, reinvigorated state-owned enterprises, and placed new restrictions on the private sector. Meanwhile, he has stoked nationalism by pursuing an increasingly assertive foreign policy, turbocharged by a Marxist-inspired belief that history is irreversibly on China’s side and that a world anchored in Chinese power would produce a more just international order. In short, Xi’s rise has meant nothing less than the return of Ideological Man.</w:t>
      </w:r>
    </w:p>
    <w:p>
      <w:pPr>
        <w:spacing w:after="60"/>
      </w:pPr>
      <w:r>
        <w:rPr>
          <w:b w:val="0"/>
          <w:i w:val="0"/>
          <w:smallCaps w:val="0"/>
          <w:strike w:val="0"/>
          <w:sz w:val="16"/>
          <w:u w:val="none"/>
        </w:rPr>
        <w:t xml:space="preserve">These ideological trends are not simply a throwback to the Mao era. </w:t>
      </w:r>
      <w:r>
        <w:rPr>
          <w:b w:val="0"/>
          <w:i w:val="0"/>
          <w:smallCaps w:val="0"/>
          <w:strike w:val="0"/>
          <w:sz w:val="22"/>
          <w:u w:val="single"/>
        </w:rPr>
        <w:t xml:space="preserve">Xi’s </w:t>
      </w:r>
      <w:r>
        <w:rPr>
          <w:b w:val="0"/>
          <w:i w:val="0"/>
          <w:smallCaps w:val="0"/>
          <w:strike w:val="0"/>
          <w:sz w:val="22"/>
          <w:highlight w:val="green"/>
          <w:u w:val="single"/>
        </w:rPr>
        <w:t xml:space="preserve">worldview is </w:t>
      </w:r>
      <w:r>
        <w:rPr>
          <w:b w:val="0"/>
          <w:i w:val="0"/>
          <w:smallCaps w:val="0"/>
          <w:strike w:val="0"/>
          <w:sz w:val="22"/>
          <w:u w:val="single"/>
        </w:rPr>
        <w:t xml:space="preserve">more </w:t>
      </w:r>
      <w:r>
        <w:rPr>
          <w:b w:val="0"/>
          <w:i w:val="0"/>
          <w:smallCaps w:val="0"/>
          <w:strike w:val="0"/>
          <w:sz w:val="22"/>
          <w:highlight w:val="green"/>
          <w:u w:val="single"/>
        </w:rPr>
        <w:t>complex</w:t>
      </w:r>
      <w:r>
        <w:rPr>
          <w:b w:val="0"/>
          <w:i w:val="0"/>
          <w:smallCaps w:val="0"/>
          <w:strike w:val="0"/>
          <w:sz w:val="22"/>
          <w:u w:val="single"/>
        </w:rPr>
        <w:t xml:space="preserve"> than Mao’s, </w:t>
      </w:r>
      <w:r>
        <w:rPr>
          <w:b w:val="0"/>
          <w:i w:val="0"/>
          <w:smallCaps w:val="0"/>
          <w:strike w:val="0"/>
          <w:sz w:val="22"/>
          <w:highlight w:val="green"/>
          <w:u w:val="single"/>
        </w:rPr>
        <w:t>blending ideological purity with</w:t>
      </w:r>
      <w:r>
        <w:rPr>
          <w:b w:val="0"/>
          <w:i w:val="0"/>
          <w:smallCaps w:val="0"/>
          <w:strike w:val="0"/>
          <w:sz w:val="22"/>
          <w:u w:val="single"/>
        </w:rPr>
        <w:t xml:space="preserve"> </w:t>
      </w:r>
      <w:r>
        <w:rPr>
          <w:b w:val="0"/>
          <w:i w:val="0"/>
          <w:smallCaps w:val="0"/>
          <w:strike w:val="0"/>
          <w:sz w:val="16"/>
          <w:u w:val="none"/>
        </w:rPr>
        <w:t xml:space="preserve">technocratic </w:t>
      </w:r>
      <w:r>
        <w:rPr>
          <w:b w:val="0"/>
          <w:i w:val="0"/>
          <w:smallCaps w:val="0"/>
          <w:strike w:val="0"/>
          <w:sz w:val="22"/>
          <w:highlight w:val="green"/>
          <w:u w:val="single"/>
        </w:rPr>
        <w:t>pragmatism</w:t>
      </w:r>
      <w:r>
        <w:rPr>
          <w:b w:val="0"/>
          <w:i w:val="0"/>
          <w:smallCaps w:val="0"/>
          <w:strike w:val="0"/>
          <w:sz w:val="22"/>
          <w:u w:val="single"/>
        </w:rPr>
        <w:t>.</w:t>
      </w:r>
      <w:r>
        <w:rPr>
          <w:b w:val="0"/>
          <w:i w:val="0"/>
          <w:smallCaps w:val="0"/>
          <w:strike w:val="0"/>
          <w:sz w:val="16"/>
          <w:u w:val="none"/>
        </w:rPr>
        <w:t xml:space="preserve"> </w:t>
      </w:r>
      <w:r>
        <w:rPr>
          <w:b w:val="0"/>
          <w:i w:val="0"/>
          <w:smallCaps w:val="0"/>
          <w:strike w:val="0"/>
          <w:sz w:val="22"/>
          <w:u w:val="single"/>
        </w:rPr>
        <w:t>Xi’s pronouncements about history, power, and justice might strike Western audiences as</w:t>
      </w:r>
      <w:r>
        <w:rPr>
          <w:b w:val="0"/>
          <w:i w:val="0"/>
          <w:smallCaps w:val="0"/>
          <w:strike w:val="0"/>
          <w:sz w:val="16"/>
          <w:u w:val="none"/>
        </w:rPr>
        <w:t xml:space="preserve"> impenetrable or </w:t>
      </w:r>
      <w:r>
        <w:rPr>
          <w:b w:val="0"/>
          <w:i w:val="0"/>
          <w:smallCaps w:val="0"/>
          <w:strike w:val="0"/>
          <w:sz w:val="22"/>
          <w:u w:val="single"/>
        </w:rPr>
        <w:t xml:space="preserve">irrelevant. But </w:t>
      </w:r>
      <w:r>
        <w:rPr>
          <w:b w:val="0"/>
          <w:i w:val="0"/>
          <w:smallCaps w:val="0"/>
          <w:strike w:val="0"/>
          <w:sz w:val="22"/>
          <w:highlight w:val="green"/>
          <w:u w:val="single"/>
        </w:rPr>
        <w:t>the West ignores</w:t>
      </w:r>
      <w:r>
        <w:rPr>
          <w:b w:val="0"/>
          <w:i w:val="0"/>
          <w:smallCaps w:val="0"/>
          <w:strike w:val="0"/>
          <w:sz w:val="16"/>
          <w:u w:val="none"/>
        </w:rPr>
        <w:t xml:space="preserve"> Xi’s </w:t>
      </w:r>
      <w:r>
        <w:rPr>
          <w:b w:val="0"/>
          <w:i w:val="0"/>
          <w:smallCaps w:val="0"/>
          <w:strike w:val="0"/>
          <w:sz w:val="22"/>
          <w:u w:val="single"/>
        </w:rPr>
        <w:t xml:space="preserve">ideological messaging </w:t>
      </w:r>
      <w:r>
        <w:rPr>
          <w:b/>
          <w:i w:val="0"/>
          <w:smallCaps w:val="0"/>
          <w:strike w:val="0"/>
          <w:sz w:val="22"/>
          <w:highlight w:val="green"/>
          <w:u w:val="single"/>
        </w:rPr>
        <w:t xml:space="preserve">at its </w:t>
      </w:r>
      <w:r>
        <w:rPr>
          <w:b/>
          <w:i w:val="0"/>
          <w:smallCaps w:val="0"/>
          <w:strike w:val="0"/>
          <w:sz w:val="22"/>
          <w:u w:val="single"/>
        </w:rPr>
        <w:t xml:space="preserve">own </w:t>
      </w:r>
      <w:r>
        <w:rPr>
          <w:b/>
          <w:i w:val="0"/>
          <w:smallCaps w:val="0"/>
          <w:strike w:val="0"/>
          <w:sz w:val="22"/>
          <w:highlight w:val="green"/>
          <w:u w:val="single"/>
        </w:rPr>
        <w:t>peril</w:t>
      </w:r>
      <w:r>
        <w:rPr>
          <w:b w:val="0"/>
          <w:i w:val="0"/>
          <w:smallCaps w:val="0"/>
          <w:strike w:val="0"/>
          <w:sz w:val="22"/>
          <w:u w:val="single"/>
        </w:rPr>
        <w:t>. No matter how</w:t>
      </w:r>
      <w:r>
        <w:rPr>
          <w:b w:val="0"/>
          <w:i w:val="0"/>
          <w:smallCaps w:val="0"/>
          <w:strike w:val="0"/>
          <w:sz w:val="16"/>
          <w:u w:val="none"/>
        </w:rPr>
        <w:t xml:space="preserve"> abstract and </w:t>
      </w:r>
      <w:r>
        <w:rPr>
          <w:b w:val="0"/>
          <w:i w:val="0"/>
          <w:smallCaps w:val="0"/>
          <w:strike w:val="0"/>
          <w:sz w:val="22"/>
          <w:u w:val="single"/>
        </w:rPr>
        <w:t xml:space="preserve">unfamiliar his ideas might be, they are </w:t>
      </w:r>
      <w:r>
        <w:rPr>
          <w:b w:val="0"/>
          <w:i w:val="0"/>
          <w:smallCaps w:val="0"/>
          <w:strike w:val="0"/>
          <w:sz w:val="22"/>
          <w:highlight w:val="green"/>
          <w:u w:val="single"/>
        </w:rPr>
        <w:t xml:space="preserve">having </w:t>
      </w:r>
      <w:r>
        <w:rPr>
          <w:b/>
          <w:i w:val="0"/>
          <w:smallCaps w:val="0"/>
          <w:strike w:val="0"/>
          <w:sz w:val="22"/>
          <w:highlight w:val="green"/>
          <w:u w:val="single"/>
        </w:rPr>
        <w:t>profound effects</w:t>
      </w:r>
      <w:r>
        <w:rPr>
          <w:b w:val="0"/>
          <w:i w:val="0"/>
          <w:smallCaps w:val="0"/>
          <w:strike w:val="0"/>
          <w:sz w:val="22"/>
          <w:highlight w:val="green"/>
          <w:u w:val="single"/>
        </w:rPr>
        <w:t xml:space="preserve"> on</w:t>
      </w:r>
      <w:r>
        <w:rPr>
          <w:b w:val="0"/>
          <w:i w:val="0"/>
          <w:smallCaps w:val="0"/>
          <w:strike w:val="0"/>
          <w:sz w:val="22"/>
          <w:u w:val="single"/>
        </w:rPr>
        <w:t xml:space="preserve"> the real-world content of </w:t>
      </w:r>
      <w:r>
        <w:rPr>
          <w:b w:val="0"/>
          <w:i w:val="0"/>
          <w:smallCaps w:val="0"/>
          <w:strike w:val="0"/>
          <w:sz w:val="22"/>
          <w:highlight w:val="green"/>
          <w:u w:val="single"/>
        </w:rPr>
        <w:t>Chinese politics</w:t>
      </w:r>
      <w:r>
        <w:rPr>
          <w:b w:val="0"/>
          <w:i w:val="0"/>
          <w:smallCaps w:val="0"/>
          <w:strike w:val="0"/>
          <w:sz w:val="22"/>
          <w:u w:val="single"/>
        </w:rPr>
        <w:t xml:space="preserve"> and </w:t>
      </w:r>
      <w:r>
        <w:rPr>
          <w:b w:val="0"/>
          <w:i w:val="0"/>
          <w:smallCaps w:val="0"/>
          <w:strike w:val="0"/>
          <w:sz w:val="22"/>
          <w:highlight w:val="green"/>
          <w:u w:val="single"/>
        </w:rPr>
        <w:t>foreign policy</w:t>
      </w:r>
      <w:r>
        <w:rPr>
          <w:b w:val="0"/>
          <w:i w:val="0"/>
          <w:smallCaps w:val="0"/>
          <w:strike w:val="0"/>
          <w:sz w:val="22"/>
          <w:u w:val="single"/>
        </w:rPr>
        <w:t>—</w:t>
      </w:r>
      <w:r>
        <w:rPr>
          <w:b w:val="0"/>
          <w:i w:val="0"/>
          <w:smallCaps w:val="0"/>
          <w:strike w:val="0"/>
          <w:sz w:val="22"/>
          <w:highlight w:val="green"/>
          <w:u w:val="single"/>
        </w:rPr>
        <w:t>and</w:t>
      </w:r>
      <w:r>
        <w:rPr>
          <w:b w:val="0"/>
          <w:i w:val="0"/>
          <w:smallCaps w:val="0"/>
          <w:strike w:val="0"/>
          <w:sz w:val="22"/>
          <w:u w:val="single"/>
        </w:rPr>
        <w:t xml:space="preserve"> thus</w:t>
      </w:r>
      <w:r>
        <w:rPr>
          <w:b w:val="0"/>
          <w:i w:val="0"/>
          <w:smallCaps w:val="0"/>
          <w:strike w:val="0"/>
          <w:sz w:val="16"/>
          <w:u w:val="none"/>
        </w:rPr>
        <w:t xml:space="preserve">, as China’s rise continues, </w:t>
      </w:r>
      <w:r>
        <w:rPr>
          <w:b/>
          <w:i w:val="0"/>
          <w:smallCaps w:val="0"/>
          <w:strike w:val="0"/>
          <w:sz w:val="22"/>
          <w:u w:val="single"/>
        </w:rPr>
        <w:t xml:space="preserve">on the rest of </w:t>
      </w:r>
      <w:r>
        <w:rPr>
          <w:b/>
          <w:i w:val="0"/>
          <w:smallCaps w:val="0"/>
          <w:strike w:val="0"/>
          <w:sz w:val="22"/>
          <w:highlight w:val="green"/>
          <w:u w:val="single"/>
        </w:rPr>
        <w:t>the world</w:t>
      </w:r>
      <w:r>
        <w:rPr>
          <w:b/>
          <w:i w:val="0"/>
          <w:smallCaps w:val="0"/>
          <w:strike w:val="0"/>
          <w:sz w:val="22"/>
          <w:u w:val="single"/>
        </w:rPr>
        <w:t>.</w:t>
      </w:r>
    </w:p>
    <w:p>
      <w:pPr>
        <w:spacing w:after="60"/>
      </w:pPr>
      <w:r>
        <w:rPr>
          <w:b w:val="0"/>
          <w:i w:val="0"/>
          <w:smallCaps w:val="0"/>
          <w:strike w:val="0"/>
          <w:sz w:val="16"/>
          <w:u w:val="none"/>
        </w:rPr>
        <w:t>PARTY MAN</w:t>
      </w:r>
    </w:p>
    <w:p>
      <w:pPr>
        <w:spacing w:after="60"/>
      </w:pPr>
      <w:r>
        <w:rPr>
          <w:b w:val="0"/>
          <w:i w:val="0"/>
          <w:smallCaps w:val="0"/>
          <w:strike w:val="0"/>
          <w:sz w:val="16"/>
          <w:u w:val="none"/>
        </w:rPr>
        <w:t xml:space="preserve">Like all Marxist-Leninists, </w:t>
      </w:r>
      <w:r>
        <w:rPr>
          <w:b w:val="0"/>
          <w:i w:val="0"/>
          <w:smallCaps w:val="0"/>
          <w:strike w:val="0"/>
          <w:sz w:val="22"/>
          <w:u w:val="single"/>
        </w:rPr>
        <w:t xml:space="preserve">Xi </w:t>
      </w:r>
      <w:r>
        <w:rPr>
          <w:b w:val="0"/>
          <w:i w:val="0"/>
          <w:smallCaps w:val="0"/>
          <w:strike w:val="0"/>
          <w:sz w:val="22"/>
          <w:highlight w:val="green"/>
          <w:u w:val="single"/>
        </w:rPr>
        <w:t>bases</w:t>
      </w:r>
      <w:r>
        <w:rPr>
          <w:b w:val="0"/>
          <w:i w:val="0"/>
          <w:smallCaps w:val="0"/>
          <w:strike w:val="0"/>
          <w:sz w:val="22"/>
          <w:u w:val="single"/>
        </w:rPr>
        <w:t xml:space="preserve"> his </w:t>
      </w:r>
      <w:r>
        <w:rPr>
          <w:b w:val="0"/>
          <w:i w:val="0"/>
          <w:smallCaps w:val="0"/>
          <w:strike w:val="0"/>
          <w:sz w:val="22"/>
          <w:highlight w:val="green"/>
          <w:u w:val="single"/>
        </w:rPr>
        <w:t>thinking on historical</w:t>
      </w:r>
      <w:r>
        <w:rPr>
          <w:b w:val="0"/>
          <w:i w:val="0"/>
          <w:smallCaps w:val="0"/>
          <w:strike w:val="0"/>
          <w:sz w:val="22"/>
          <w:u w:val="single"/>
        </w:rPr>
        <w:t xml:space="preserve"> materialism (an approach to history focused on the </w:t>
      </w:r>
      <w:r>
        <w:rPr>
          <w:b/>
          <w:i w:val="0"/>
          <w:smallCaps w:val="0"/>
          <w:strike w:val="0"/>
          <w:sz w:val="22"/>
          <w:u w:val="single"/>
        </w:rPr>
        <w:t>inevitability of progress</w:t>
      </w:r>
      <w:r>
        <w:rPr>
          <w:b w:val="0"/>
          <w:i w:val="0"/>
          <w:smallCaps w:val="0"/>
          <w:strike w:val="0"/>
          <w:sz w:val="22"/>
          <w:u w:val="single"/>
        </w:rPr>
        <w:t xml:space="preserve"> through </w:t>
      </w:r>
      <w:r>
        <w:rPr>
          <w:b/>
          <w:i w:val="0"/>
          <w:smallCaps w:val="0"/>
          <w:strike w:val="0"/>
          <w:sz w:val="22"/>
          <w:u w:val="single"/>
        </w:rPr>
        <w:t>ongoing class struggle</w:t>
      </w:r>
      <w:r>
        <w:rPr>
          <w:b w:val="0"/>
          <w:i w:val="0"/>
          <w:smallCaps w:val="0"/>
          <w:strike w:val="0"/>
          <w:sz w:val="22"/>
          <w:u w:val="single"/>
        </w:rPr>
        <w:t>)</w:t>
      </w:r>
      <w:r>
        <w:rPr>
          <w:b w:val="0"/>
          <w:i w:val="0"/>
          <w:smallCaps w:val="0"/>
          <w:strike w:val="0"/>
          <w:sz w:val="16"/>
          <w:u w:val="none"/>
        </w:rPr>
        <w:t xml:space="preserve"> </w:t>
      </w:r>
      <w:r>
        <w:rPr>
          <w:b w:val="0"/>
          <w:i w:val="0"/>
          <w:smallCaps w:val="0"/>
          <w:strike w:val="0"/>
          <w:sz w:val="22"/>
          <w:highlight w:val="green"/>
          <w:u w:val="single"/>
        </w:rPr>
        <w:t>and</w:t>
      </w:r>
      <w:r>
        <w:rPr>
          <w:b w:val="0"/>
          <w:i w:val="0"/>
          <w:smallCaps w:val="0"/>
          <w:strike w:val="0"/>
          <w:sz w:val="22"/>
          <w:u w:val="single"/>
        </w:rPr>
        <w:t xml:space="preserve"> </w:t>
      </w:r>
      <w:r>
        <w:rPr>
          <w:b w:val="0"/>
          <w:i w:val="0"/>
          <w:smallCaps w:val="0"/>
          <w:strike w:val="0"/>
          <w:sz w:val="22"/>
          <w:highlight w:val="green"/>
          <w:u w:val="single"/>
        </w:rPr>
        <w:t>dialectical materialism</w:t>
      </w:r>
      <w:r>
        <w:rPr>
          <w:b w:val="0"/>
          <w:i w:val="0"/>
          <w:smallCaps w:val="0"/>
          <w:strike w:val="0"/>
          <w:sz w:val="16"/>
          <w:u w:val="none"/>
        </w:rPr>
        <w:t xml:space="preserve"> </w:t>
      </w:r>
      <w:r>
        <w:rPr>
          <w:b w:val="0"/>
          <w:i w:val="0"/>
          <w:smallCaps w:val="0"/>
          <w:strike w:val="0"/>
          <w:sz w:val="22"/>
          <w:u w:val="single"/>
        </w:rPr>
        <w:t>(an approach to politics that focuses on how change occurs when contradictory forces collide and are resolved).</w:t>
      </w:r>
      <w:r>
        <w:rPr>
          <w:b w:val="0"/>
          <w:i w:val="0"/>
          <w:smallCaps w:val="0"/>
          <w:strike w:val="0"/>
          <w:sz w:val="16"/>
          <w:u w:val="none"/>
        </w:rPr>
        <w:t xml:space="preserve"> In his published writings, </w:t>
      </w:r>
      <w:r>
        <w:rPr>
          <w:b w:val="0"/>
          <w:i w:val="0"/>
          <w:smallCaps w:val="0"/>
          <w:strike w:val="0"/>
          <w:sz w:val="22"/>
          <w:u w:val="single"/>
        </w:rPr>
        <w:t xml:space="preserve">Xi deploys historical materialism to position the Chinese revolution in world history in a context </w:t>
      </w:r>
      <w:r>
        <w:rPr>
          <w:b w:val="0"/>
          <w:i w:val="0"/>
          <w:smallCaps w:val="0"/>
          <w:strike w:val="0"/>
          <w:sz w:val="22"/>
          <w:highlight w:val="green"/>
          <w:u w:val="single"/>
        </w:rPr>
        <w:t xml:space="preserve">in which </w:t>
      </w:r>
      <w:r>
        <w:rPr>
          <w:b/>
          <w:i w:val="0"/>
          <w:smallCaps w:val="0"/>
          <w:strike w:val="0"/>
          <w:sz w:val="22"/>
          <w:highlight w:val="green"/>
          <w:u w:val="single"/>
        </w:rPr>
        <w:t>China’s move to</w:t>
      </w:r>
      <w:r>
        <w:rPr>
          <w:b/>
          <w:i w:val="0"/>
          <w:smallCaps w:val="0"/>
          <w:strike w:val="0"/>
          <w:sz w:val="22"/>
          <w:u w:val="single"/>
        </w:rPr>
        <w:t xml:space="preserve"> a more </w:t>
      </w:r>
      <w:r>
        <w:rPr>
          <w:b/>
          <w:i w:val="0"/>
          <w:smallCaps w:val="0"/>
          <w:strike w:val="0"/>
          <w:sz w:val="22"/>
          <w:highlight w:val="green"/>
          <w:u w:val="single"/>
        </w:rPr>
        <w:t>advanced</w:t>
      </w:r>
      <w:r>
        <w:rPr>
          <w:b/>
          <w:i w:val="0"/>
          <w:smallCaps w:val="0"/>
          <w:strike w:val="0"/>
          <w:sz w:val="22"/>
          <w:u w:val="single"/>
        </w:rPr>
        <w:t xml:space="preserve"> stage of </w:t>
      </w:r>
      <w:r>
        <w:rPr>
          <w:b/>
          <w:i w:val="0"/>
          <w:smallCaps w:val="0"/>
          <w:strike w:val="0"/>
          <w:sz w:val="22"/>
          <w:highlight w:val="green"/>
          <w:u w:val="single"/>
        </w:rPr>
        <w:t>socialism necessarily</w:t>
      </w:r>
      <w:r>
        <w:rPr>
          <w:b/>
          <w:i w:val="0"/>
          <w:smallCaps w:val="0"/>
          <w:strike w:val="0"/>
          <w:sz w:val="22"/>
          <w:u w:val="single"/>
        </w:rPr>
        <w:t xml:space="preserve"> accompanies the </w:t>
      </w:r>
      <w:r>
        <w:rPr>
          <w:b/>
          <w:i w:val="0"/>
          <w:smallCaps w:val="0"/>
          <w:strike w:val="0"/>
          <w:sz w:val="22"/>
          <w:highlight w:val="green"/>
          <w:u w:val="single"/>
        </w:rPr>
        <w:t>decline</w:t>
      </w:r>
      <w:r>
        <w:rPr>
          <w:b/>
          <w:i w:val="0"/>
          <w:smallCaps w:val="0"/>
          <w:strike w:val="0"/>
          <w:sz w:val="22"/>
          <w:u w:val="single"/>
        </w:rPr>
        <w:t xml:space="preserve"> of </w:t>
      </w:r>
      <w:r>
        <w:rPr>
          <w:b/>
          <w:i w:val="0"/>
          <w:smallCaps w:val="0"/>
          <w:strike w:val="0"/>
          <w:sz w:val="22"/>
          <w:highlight w:val="green"/>
          <w:u w:val="single"/>
        </w:rPr>
        <w:t>capitalist systems</w:t>
      </w:r>
      <w:r>
        <w:rPr>
          <w:b w:val="0"/>
          <w:i w:val="0"/>
          <w:smallCaps w:val="0"/>
          <w:strike w:val="0"/>
          <w:sz w:val="22"/>
          <w:u w:val="single"/>
        </w:rPr>
        <w:t>.</w:t>
      </w:r>
      <w:r>
        <w:rPr>
          <w:b w:val="0"/>
          <w:i w:val="0"/>
          <w:smallCaps w:val="0"/>
          <w:strike w:val="0"/>
          <w:sz w:val="16"/>
          <w:u w:val="none"/>
        </w:rPr>
        <w:t xml:space="preserve"> </w:t>
      </w:r>
      <w:r>
        <w:rPr>
          <w:b w:val="0"/>
          <w:i w:val="0"/>
          <w:smallCaps w:val="0"/>
          <w:strike w:val="0"/>
          <w:sz w:val="22"/>
          <w:u w:val="single"/>
        </w:rPr>
        <w:t>Through</w:t>
      </w:r>
      <w:r>
        <w:rPr>
          <w:b w:val="0"/>
          <w:i w:val="0"/>
          <w:smallCaps w:val="0"/>
          <w:strike w:val="0"/>
          <w:sz w:val="16"/>
          <w:u w:val="none"/>
        </w:rPr>
        <w:t xml:space="preserve"> the lens of </w:t>
      </w:r>
      <w:r>
        <w:rPr>
          <w:b w:val="0"/>
          <w:i w:val="0"/>
          <w:smallCaps w:val="0"/>
          <w:strike w:val="0"/>
          <w:sz w:val="22"/>
          <w:u w:val="single"/>
        </w:rPr>
        <w:t xml:space="preserve">dialectical materialism, he portrays his agenda as a step forward in an ever-intensifying contest between the CCP and reactionary forces </w:t>
      </w:r>
      <w:r>
        <w:rPr>
          <w:b w:val="0"/>
          <w:i w:val="0"/>
          <w:smallCaps w:val="0"/>
          <w:strike w:val="0"/>
          <w:sz w:val="16"/>
          <w:u w:val="none"/>
        </w:rPr>
        <w:t>at home (</w:t>
      </w:r>
      <w:r>
        <w:rPr>
          <w:b w:val="0"/>
          <w:i w:val="0"/>
          <w:smallCaps w:val="0"/>
          <w:strike w:val="0"/>
          <w:sz w:val="22"/>
          <w:u w:val="single"/>
        </w:rPr>
        <w:t xml:space="preserve">an arrogant </w:t>
      </w:r>
      <w:r>
        <w:rPr>
          <w:b/>
          <w:i w:val="0"/>
          <w:smallCaps w:val="0"/>
          <w:strike w:val="0"/>
          <w:sz w:val="22"/>
          <w:u w:val="single"/>
        </w:rPr>
        <w:t>private sector</w:t>
      </w:r>
      <w:r>
        <w:rPr>
          <w:b w:val="0"/>
          <w:i w:val="0"/>
          <w:smallCaps w:val="0"/>
          <w:strike w:val="0"/>
          <w:sz w:val="22"/>
          <w:u w:val="single"/>
        </w:rPr>
        <w:t xml:space="preserve">, </w:t>
      </w:r>
      <w:r>
        <w:rPr>
          <w:b/>
          <w:i w:val="0"/>
          <w:smallCaps w:val="0"/>
          <w:strike w:val="0"/>
          <w:sz w:val="22"/>
          <w:u w:val="single"/>
        </w:rPr>
        <w:t>Western-influenced nongovernmental organizations</w:t>
      </w:r>
      <w:r>
        <w:rPr>
          <w:b w:val="0"/>
          <w:i w:val="0"/>
          <w:smallCaps w:val="0"/>
          <w:strike w:val="0"/>
          <w:sz w:val="22"/>
          <w:u w:val="single"/>
        </w:rPr>
        <w:t>,</w:t>
      </w:r>
      <w:r>
        <w:rPr>
          <w:b w:val="0"/>
          <w:i w:val="0"/>
          <w:smallCaps w:val="0"/>
          <w:strike w:val="0"/>
          <w:sz w:val="16"/>
          <w:u w:val="none"/>
        </w:rPr>
        <w:t xml:space="preserve"> religious movements) and abroad (</w:t>
      </w:r>
      <w:r>
        <w:rPr>
          <w:b w:val="0"/>
          <w:i w:val="0"/>
          <w:smallCaps w:val="0"/>
          <w:strike w:val="0"/>
          <w:sz w:val="22"/>
          <w:u w:val="single"/>
        </w:rPr>
        <w:t xml:space="preserve">the </w:t>
      </w:r>
      <w:r>
        <w:rPr>
          <w:b/>
          <w:i w:val="0"/>
          <w:smallCaps w:val="0"/>
          <w:strike w:val="0"/>
          <w:sz w:val="22"/>
          <w:u w:val="single"/>
        </w:rPr>
        <w:t>United States and its allies</w:t>
      </w:r>
      <w:r>
        <w:rPr>
          <w:b w:val="0"/>
          <w:i w:val="0"/>
          <w:smallCaps w:val="0"/>
          <w:strike w:val="0"/>
          <w:sz w:val="16"/>
          <w:u w:val="none"/>
        </w:rPr>
        <w:t>).</w:t>
      </w:r>
    </w:p>
    <w:p>
      <w:pPr>
        <w:spacing w:after="60"/>
      </w:pPr>
      <w:r>
        <w:rPr>
          <w:b w:val="0"/>
          <w:i w:val="0"/>
          <w:smallCaps w:val="0"/>
          <w:strike w:val="0"/>
          <w:sz w:val="22"/>
          <w:highlight w:val="green"/>
          <w:u w:val="single"/>
        </w:rPr>
        <w:t>These concepts</w:t>
      </w:r>
      <w:r>
        <w:rPr>
          <w:b w:val="0"/>
          <w:i w:val="0"/>
          <w:smallCaps w:val="0"/>
          <w:strike w:val="0"/>
          <w:sz w:val="16"/>
          <w:u w:val="none"/>
        </w:rPr>
        <w:t xml:space="preserve"> may seem abstruse and arcane to those outside China. But they </w:t>
      </w:r>
      <w:r>
        <w:rPr>
          <w:b w:val="0"/>
          <w:i w:val="0"/>
          <w:smallCaps w:val="0"/>
          <w:strike w:val="0"/>
          <w:sz w:val="22"/>
          <w:u w:val="single"/>
        </w:rPr>
        <w:t xml:space="preserve">are </w:t>
      </w:r>
      <w:r>
        <w:rPr>
          <w:b w:val="0"/>
          <w:i w:val="0"/>
          <w:smallCaps w:val="0"/>
          <w:strike w:val="0"/>
          <w:sz w:val="22"/>
          <w:highlight w:val="green"/>
          <w:u w:val="single"/>
        </w:rPr>
        <w:t>taken seriously by</w:t>
      </w:r>
      <w:r>
        <w:rPr>
          <w:b w:val="0"/>
          <w:i w:val="0"/>
          <w:smallCaps w:val="0"/>
          <w:strike w:val="0"/>
          <w:sz w:val="22"/>
          <w:u w:val="single"/>
        </w:rPr>
        <w:t xml:space="preserve"> elites in the CCP, senior Chinese officials, </w:t>
      </w:r>
      <w:r>
        <w:rPr>
          <w:b/>
          <w:i w:val="0"/>
          <w:smallCaps w:val="0"/>
          <w:strike w:val="0"/>
          <w:sz w:val="22"/>
          <w:u w:val="single"/>
        </w:rPr>
        <w:t xml:space="preserve">and many of the </w:t>
      </w:r>
      <w:r>
        <w:rPr>
          <w:b/>
          <w:i w:val="0"/>
          <w:smallCaps w:val="0"/>
          <w:strike w:val="0"/>
          <w:sz w:val="22"/>
          <w:highlight w:val="green"/>
          <w:u w:val="single"/>
        </w:rPr>
        <w:t>i</w:t>
      </w:r>
      <w:r>
        <w:rPr>
          <w:b/>
          <w:i w:val="0"/>
          <w:smallCaps w:val="0"/>
          <w:strike w:val="0"/>
          <w:sz w:val="22"/>
          <w:u w:val="single"/>
        </w:rPr>
        <w:t xml:space="preserve">nternational </w:t>
      </w:r>
      <w:r>
        <w:rPr>
          <w:b/>
          <w:i w:val="0"/>
          <w:smallCaps w:val="0"/>
          <w:strike w:val="0"/>
          <w:sz w:val="22"/>
          <w:highlight w:val="green"/>
          <w:u w:val="single"/>
        </w:rPr>
        <w:t>r</w:t>
      </w:r>
      <w:r>
        <w:rPr>
          <w:b/>
          <w:i w:val="0"/>
          <w:smallCaps w:val="0"/>
          <w:strike w:val="0"/>
          <w:sz w:val="22"/>
          <w:u w:val="single"/>
        </w:rPr>
        <w:t xml:space="preserve">elations </w:t>
      </w:r>
      <w:r>
        <w:rPr>
          <w:b/>
          <w:i w:val="0"/>
          <w:smallCaps w:val="0"/>
          <w:strike w:val="0"/>
          <w:sz w:val="22"/>
          <w:highlight w:val="green"/>
          <w:u w:val="single"/>
        </w:rPr>
        <w:t>scholars who advise the government</w:t>
      </w:r>
      <w:r>
        <w:rPr>
          <w:b w:val="0"/>
          <w:i w:val="0"/>
          <w:smallCaps w:val="0"/>
          <w:strike w:val="0"/>
          <w:sz w:val="22"/>
          <w:u w:val="single"/>
        </w:rPr>
        <w:t>.</w:t>
      </w:r>
      <w:r>
        <w:rPr>
          <w:b w:val="0"/>
          <w:i w:val="0"/>
          <w:smallCaps w:val="0"/>
          <w:strike w:val="0"/>
          <w:sz w:val="16"/>
          <w:u w:val="none"/>
        </w:rPr>
        <w:t xml:space="preserve"> And </w:t>
      </w:r>
      <w:r>
        <w:rPr>
          <w:b w:val="0"/>
          <w:i w:val="0"/>
          <w:smallCaps w:val="0"/>
          <w:strike w:val="0"/>
          <w:sz w:val="22"/>
          <w:u w:val="single"/>
        </w:rPr>
        <w:t xml:space="preserve">Xi’s published writings on theory are </w:t>
      </w:r>
      <w:r>
        <w:rPr>
          <w:b/>
          <w:i w:val="0"/>
          <w:smallCaps w:val="0"/>
          <w:strike w:val="0"/>
          <w:sz w:val="22"/>
          <w:u w:val="single"/>
        </w:rPr>
        <w:t>vastly more extensive</w:t>
      </w:r>
      <w:r>
        <w:rPr>
          <w:b w:val="0"/>
          <w:i w:val="0"/>
          <w:smallCaps w:val="0"/>
          <w:strike w:val="0"/>
          <w:sz w:val="22"/>
          <w:u w:val="single"/>
        </w:rPr>
        <w:t xml:space="preserve"> than</w:t>
      </w:r>
      <w:r>
        <w:rPr>
          <w:b w:val="0"/>
          <w:i w:val="0"/>
          <w:smallCaps w:val="0"/>
          <w:strike w:val="0"/>
          <w:sz w:val="16"/>
          <w:u w:val="none"/>
        </w:rPr>
        <w:t xml:space="preserve"> those of </w:t>
      </w:r>
      <w:r>
        <w:rPr>
          <w:b w:val="0"/>
          <w:i w:val="0"/>
          <w:smallCaps w:val="0"/>
          <w:strike w:val="0"/>
          <w:sz w:val="22"/>
          <w:u w:val="single"/>
        </w:rPr>
        <w:t>any other Chinese leader since Mao.</w:t>
      </w:r>
      <w:r>
        <w:rPr>
          <w:b w:val="0"/>
          <w:i w:val="0"/>
          <w:smallCaps w:val="0"/>
          <w:strike w:val="0"/>
          <w:sz w:val="16"/>
          <w:u w:val="none"/>
        </w:rPr>
        <w:t xml:space="preserve"> The CCP also draws on the kinds of economic and strategic advice that typically guide Western political systems. But within the Chinese system, </w:t>
      </w:r>
      <w:r>
        <w:rPr>
          <w:b w:val="0"/>
          <w:i w:val="0"/>
          <w:smallCaps w:val="0"/>
          <w:strike w:val="0"/>
          <w:sz w:val="22"/>
          <w:u w:val="single"/>
        </w:rPr>
        <w:t xml:space="preserve">Marxism-Leninism </w:t>
      </w:r>
      <w:r>
        <w:rPr>
          <w:b w:val="0"/>
          <w:i w:val="0"/>
          <w:smallCaps w:val="0"/>
          <w:strike w:val="0"/>
          <w:sz w:val="16"/>
          <w:u w:val="none"/>
        </w:rPr>
        <w:t xml:space="preserve">still </w:t>
      </w:r>
      <w:r>
        <w:rPr>
          <w:b w:val="0"/>
          <w:i w:val="0"/>
          <w:smallCaps w:val="0"/>
          <w:strike w:val="0"/>
          <w:sz w:val="22"/>
          <w:u w:val="single"/>
        </w:rPr>
        <w:t>serves as the ideological headwaters of a world view that places China on the right side of history and portrays the United States as struggling in the throes of inevitable capitalist decline, consumed by its own internal political contradictions and destined to fall by the wayside.</w:t>
      </w:r>
      <w:r>
        <w:rPr>
          <w:b w:val="0"/>
          <w:i w:val="0"/>
          <w:smallCaps w:val="0"/>
          <w:strike w:val="0"/>
          <w:sz w:val="16"/>
          <w:u w:val="none"/>
        </w:rPr>
        <w:t xml:space="preserve"> That, in Xi’s view, will be the real end of history.</w:t>
      </w:r>
    </w:p>
    <w:p>
      <w:pPr>
        <w:spacing w:after="60"/>
      </w:pPr>
      <w:r>
        <w:rPr>
          <w:b w:val="0"/>
          <w:i w:val="0"/>
          <w:smallCaps w:val="0"/>
          <w:strike w:val="0"/>
          <w:sz w:val="16"/>
          <w:u w:val="none"/>
        </w:rPr>
        <w:t xml:space="preserve">In 2013, barely five months after his appointment as party general secretary, </w:t>
      </w:r>
      <w:r>
        <w:rPr>
          <w:b w:val="0"/>
          <w:i w:val="0"/>
          <w:smallCaps w:val="0"/>
          <w:strike w:val="0"/>
          <w:sz w:val="22"/>
          <w:u w:val="single"/>
        </w:rPr>
        <w:t>Xi</w:t>
      </w:r>
      <w:r>
        <w:rPr>
          <w:b w:val="0"/>
          <w:i w:val="0"/>
          <w:smallCaps w:val="0"/>
          <w:strike w:val="0"/>
          <w:sz w:val="16"/>
          <w:u w:val="none"/>
        </w:rPr>
        <w:t xml:space="preserve"> gave an address to the Central Conference on Ideology and Propaganda, a gathering of top party leaders in Beijing. The contents of the speech were not reported at the time but were leaked three months later and published by China Digital Times. The speech offers an unfiltered portrait of Xi’s deepest political convictions. In it, he </w:t>
      </w:r>
      <w:r>
        <w:rPr>
          <w:b w:val="0"/>
          <w:i w:val="0"/>
          <w:smallCaps w:val="0"/>
          <w:strike w:val="0"/>
          <w:sz w:val="22"/>
          <w:u w:val="single"/>
        </w:rPr>
        <w:t xml:space="preserve">dwells on the risks of the </w:t>
      </w:r>
      <w:r>
        <w:rPr>
          <w:b/>
          <w:i w:val="0"/>
          <w:smallCaps w:val="0"/>
          <w:strike w:val="0"/>
          <w:sz w:val="22"/>
          <w:u w:val="single"/>
        </w:rPr>
        <w:t>ideological decay</w:t>
      </w:r>
      <w:r>
        <w:rPr>
          <w:b w:val="0"/>
          <w:i w:val="0"/>
          <w:smallCaps w:val="0"/>
          <w:strike w:val="0"/>
          <w:sz w:val="22"/>
          <w:u w:val="single"/>
        </w:rPr>
        <w:t xml:space="preserve"> that led to the collapse of Soviet communism, </w:t>
      </w:r>
      <w:r>
        <w:rPr>
          <w:b/>
          <w:i w:val="0"/>
          <w:smallCaps w:val="0"/>
          <w:strike w:val="0"/>
          <w:sz w:val="22"/>
          <w:u w:val="single"/>
        </w:rPr>
        <w:t>the West’s role in fomenting ideological division within China</w:t>
      </w:r>
      <w:r>
        <w:rPr>
          <w:b w:val="0"/>
          <w:i w:val="0"/>
          <w:smallCaps w:val="0"/>
          <w:strike w:val="0"/>
          <w:sz w:val="16"/>
          <w:u w:val="none"/>
        </w:rPr>
        <w:t xml:space="preserve">, and the need to crack down on all forms of dissent. “The disintegration of a regime often starts from the ideological area,” Xi said. “Political unrest and regime change may occur overnight, but ideological evolution is a long-term process,” he continued, </w:t>
      </w:r>
      <w:r>
        <w:rPr>
          <w:b w:val="0"/>
          <w:i w:val="0"/>
          <w:smallCaps w:val="0"/>
          <w:strike w:val="0"/>
          <w:sz w:val="22"/>
          <w:u w:val="single"/>
        </w:rPr>
        <w:t>warning that once “ideological defenses are breached, other defenses become very difficult to hold.”</w:t>
      </w:r>
      <w:r>
        <w:rPr>
          <w:b w:val="0"/>
          <w:i w:val="0"/>
          <w:smallCaps w:val="0"/>
          <w:strike w:val="0"/>
          <w:sz w:val="16"/>
          <w:u w:val="none"/>
        </w:rPr>
        <w:t xml:space="preserve"> But the CCP “has justice on our side,” he assured his audience, encouraging them not to be “evasive, bashful, or mince our words” </w:t>
      </w:r>
      <w:r>
        <w:rPr>
          <w:b w:val="0"/>
          <w:i w:val="0"/>
          <w:smallCaps w:val="0"/>
          <w:strike w:val="0"/>
          <w:sz w:val="22"/>
          <w:u w:val="single"/>
        </w:rPr>
        <w:t>in dealing with Western countries, whose goal is “to vie with us for the battlefields of people’s hearts and for the masses, and in the end to overthrow the leadership of the CCP and China’s socialist system.”</w:t>
      </w:r>
    </w:p>
    <w:p>
      <w:pPr>
        <w:spacing w:after="60"/>
      </w:pPr>
      <w:r>
        <w:rPr>
          <w:b w:val="0"/>
          <w:i w:val="0"/>
          <w:smallCaps w:val="0"/>
          <w:strike w:val="0"/>
          <w:sz w:val="16"/>
          <w:u w:val="none"/>
        </w:rPr>
        <w:t>This meant cracking down on anyone “harboring dissent and discord” and demanding that CCP members demonstrate loyalty not only to the party but also to Xi personally. What followed was an internal “cleansing” of the CCP, accomplished by purging any perceived political or institutional opposition, in large part through a decadelong anticorruption campaign that had begun even before the speech. A “rectification campaign” brought another round of purges to the party’s political and legal affairs apparatus. Xi also reasserted party control over the People’s Liberation Army and the People’s Armed Police and centralized China’s cybersecurity and surveillance systems. Finally, in 2019, Xi introduced a party-wide education campaign titled “Don’t Forget the Party’s Original Purpose, Keep the Mission in Mind.” According to an official document announcing the initiative, its goal was for party members “to gain theoretical learning and to be baptized in ideology and politics.” By around the end of his first term, it had become clear that Xi sought nothing less than to transform the CCP into the high church of a revitalized, secular faith.</w:t>
      </w:r>
    </w:p>
    <w:p>
      <w:pPr>
        <w:spacing w:after="60"/>
      </w:pPr>
      <w:r>
        <w:rPr>
          <w:b w:val="0"/>
          <w:i w:val="0"/>
          <w:smallCaps w:val="0"/>
          <w:strike w:val="0"/>
          <w:sz w:val="16"/>
          <w:u w:val="none"/>
        </w:rPr>
        <w:t>HIGH MARX</w:t>
      </w:r>
    </w:p>
    <w:p>
      <w:pPr>
        <w:spacing w:after="60"/>
      </w:pPr>
      <w:r>
        <w:rPr>
          <w:b w:val="0"/>
          <w:i w:val="0"/>
          <w:smallCaps w:val="0"/>
          <w:strike w:val="0"/>
          <w:sz w:val="16"/>
          <w:u w:val="none"/>
        </w:rPr>
        <w:t xml:space="preserve">In contrast to those immediate moves toward a more Leninist discipline in domestic politics, </w:t>
      </w:r>
      <w:r>
        <w:rPr>
          <w:b w:val="0"/>
          <w:i w:val="0"/>
          <w:smallCaps w:val="0"/>
          <w:strike w:val="0"/>
          <w:sz w:val="22"/>
          <w:u w:val="single"/>
        </w:rPr>
        <w:t xml:space="preserve">the shift to Marxist orthodoxy in economic policy under Xi has been </w:t>
      </w:r>
      <w:r>
        <w:rPr>
          <w:b w:val="0"/>
          <w:i w:val="0"/>
          <w:smallCaps w:val="0"/>
          <w:strike w:val="0"/>
          <w:sz w:val="16"/>
          <w:u w:val="none"/>
        </w:rPr>
        <w:t>more</w:t>
      </w:r>
      <w:r>
        <w:rPr>
          <w:b w:val="0"/>
          <w:i w:val="0"/>
          <w:smallCaps w:val="0"/>
          <w:strike w:val="0"/>
          <w:sz w:val="22"/>
          <w:u w:val="single"/>
        </w:rPr>
        <w:t xml:space="preserve"> </w:t>
      </w:r>
      <w:r>
        <w:rPr>
          <w:b/>
          <w:i w:val="0"/>
          <w:smallCaps w:val="0"/>
          <w:strike w:val="0"/>
          <w:sz w:val="22"/>
          <w:u w:val="single"/>
        </w:rPr>
        <w:t>gradual</w:t>
      </w:r>
      <w:r>
        <w:rPr>
          <w:b w:val="0"/>
          <w:i w:val="0"/>
          <w:smallCaps w:val="0"/>
          <w:strike w:val="0"/>
          <w:sz w:val="22"/>
          <w:u w:val="single"/>
        </w:rPr>
        <w:t>.</w:t>
      </w:r>
      <w:r>
        <w:rPr>
          <w:b w:val="0"/>
          <w:i w:val="0"/>
          <w:smallCaps w:val="0"/>
          <w:strike w:val="0"/>
          <w:sz w:val="16"/>
          <w:u w:val="none"/>
        </w:rPr>
        <w:t xml:space="preserve"> Economic management had long been the domain of the technocrats who serve on the State Council, China’s administrative cabinet. Xi’s personal interests also lay more in party history, political ideology, and grand strategy than in the details of financial and economic management. But </w:t>
      </w:r>
      <w:r>
        <w:rPr>
          <w:b w:val="0"/>
          <w:i w:val="0"/>
          <w:smallCaps w:val="0"/>
          <w:strike w:val="0"/>
          <w:sz w:val="22"/>
          <w:u w:val="single"/>
        </w:rPr>
        <w:t xml:space="preserve">as the party </w:t>
      </w:r>
      <w:r>
        <w:rPr>
          <w:b w:val="0"/>
          <w:i w:val="0"/>
          <w:smallCaps w:val="0"/>
          <w:strike w:val="0"/>
          <w:sz w:val="16"/>
          <w:u w:val="none"/>
        </w:rPr>
        <w:t xml:space="preserve">apparatus </w:t>
      </w:r>
      <w:r>
        <w:rPr>
          <w:b w:val="0"/>
          <w:i w:val="0"/>
          <w:smallCaps w:val="0"/>
          <w:strike w:val="0"/>
          <w:sz w:val="22"/>
          <w:u w:val="single"/>
        </w:rPr>
        <w:t>increasingly asserted control of the economic departments of the state, China’s policy debates on the relative roles of the state and the market became increasingly ideological.</w:t>
      </w:r>
      <w:r>
        <w:rPr>
          <w:b w:val="0"/>
          <w:i w:val="0"/>
          <w:smallCaps w:val="0"/>
          <w:strike w:val="0"/>
          <w:sz w:val="16"/>
          <w:u w:val="none"/>
        </w:rPr>
        <w:t xml:space="preserve"> </w:t>
      </w:r>
      <w:r>
        <w:rPr>
          <w:b w:val="0"/>
          <w:i w:val="0"/>
          <w:smallCaps w:val="0"/>
          <w:strike w:val="0"/>
          <w:sz w:val="22"/>
          <w:highlight w:val="green"/>
          <w:u w:val="single"/>
        </w:rPr>
        <w:t>Xi</w:t>
      </w:r>
      <w:r>
        <w:rPr>
          <w:b w:val="0"/>
          <w:i w:val="0"/>
          <w:smallCaps w:val="0"/>
          <w:strike w:val="0"/>
          <w:sz w:val="16"/>
          <w:u w:val="none"/>
        </w:rPr>
        <w:t xml:space="preserve"> also progressively </w:t>
      </w:r>
      <w:r>
        <w:rPr>
          <w:b/>
          <w:i w:val="0"/>
          <w:smallCaps w:val="0"/>
          <w:strike w:val="0"/>
          <w:sz w:val="22"/>
          <w:highlight w:val="green"/>
          <w:u w:val="single"/>
        </w:rPr>
        <w:t>lost confidence in market</w:t>
      </w:r>
      <w:r>
        <w:rPr>
          <w:b/>
          <w:i w:val="0"/>
          <w:smallCaps w:val="0"/>
          <w:strike w:val="0"/>
          <w:sz w:val="22"/>
          <w:u w:val="single"/>
        </w:rPr>
        <w:t xml:space="preserve"> economics </w:t>
      </w:r>
      <w:r>
        <w:rPr>
          <w:b/>
          <w:i w:val="0"/>
          <w:smallCaps w:val="0"/>
          <w:strike w:val="0"/>
          <w:sz w:val="22"/>
          <w:highlight w:val="green"/>
          <w:u w:val="single"/>
        </w:rPr>
        <w:t>following</w:t>
      </w:r>
      <w:r>
        <w:rPr>
          <w:b/>
          <w:i w:val="0"/>
          <w:smallCaps w:val="0"/>
          <w:strike w:val="0"/>
          <w:sz w:val="22"/>
          <w:u w:val="single"/>
        </w:rPr>
        <w:t xml:space="preserve"> the global financial crisis of 20</w:t>
      </w:r>
      <w:r>
        <w:rPr>
          <w:b/>
          <w:i w:val="0"/>
          <w:smallCaps w:val="0"/>
          <w:strike w:val="0"/>
          <w:sz w:val="22"/>
          <w:highlight w:val="green"/>
          <w:u w:val="single"/>
        </w:rPr>
        <w:t>08</w:t>
      </w:r>
      <w:r>
        <w:rPr>
          <w:b w:val="0"/>
          <w:i w:val="0"/>
          <w:smallCaps w:val="0"/>
          <w:strike w:val="0"/>
          <w:sz w:val="16"/>
          <w:highlight w:val="green"/>
          <w:u w:val="none"/>
        </w:rPr>
        <w:t xml:space="preserve"> </w:t>
      </w:r>
      <w:r>
        <w:rPr>
          <w:b w:val="0"/>
          <w:i w:val="0"/>
          <w:smallCaps w:val="0"/>
          <w:strike w:val="0"/>
          <w:sz w:val="22"/>
          <w:highlight w:val="green"/>
          <w:u w:val="single"/>
        </w:rPr>
        <w:t>and China’s</w:t>
      </w:r>
      <w:r>
        <w:rPr>
          <w:b w:val="0"/>
          <w:i w:val="0"/>
          <w:smallCaps w:val="0"/>
          <w:strike w:val="0"/>
          <w:sz w:val="16"/>
          <w:u w:val="none"/>
        </w:rPr>
        <w:t xml:space="preserve"> homegrown financial crisis of 2015, which was sparked by the </w:t>
      </w:r>
      <w:r>
        <w:rPr>
          <w:b w:val="0"/>
          <w:i w:val="0"/>
          <w:smallCaps w:val="0"/>
          <w:strike w:val="0"/>
          <w:sz w:val="22"/>
          <w:highlight w:val="green"/>
          <w:u w:val="single"/>
        </w:rPr>
        <w:t>bursting</w:t>
      </w:r>
      <w:r>
        <w:rPr>
          <w:b w:val="0"/>
          <w:i w:val="0"/>
          <w:smallCaps w:val="0"/>
          <w:strike w:val="0"/>
          <w:sz w:val="22"/>
          <w:u w:val="single"/>
        </w:rPr>
        <w:t xml:space="preserve"> of a </w:t>
      </w:r>
      <w:r>
        <w:rPr>
          <w:b w:val="0"/>
          <w:i w:val="0"/>
          <w:smallCaps w:val="0"/>
          <w:strike w:val="0"/>
          <w:sz w:val="22"/>
          <w:highlight w:val="green"/>
          <w:u w:val="single"/>
        </w:rPr>
        <w:t>stock</w:t>
      </w:r>
      <w:r>
        <w:rPr>
          <w:b w:val="0"/>
          <w:i w:val="0"/>
          <w:smallCaps w:val="0"/>
          <w:strike w:val="0"/>
          <w:sz w:val="22"/>
          <w:u w:val="single"/>
        </w:rPr>
        <w:t xml:space="preserve"> market </w:t>
      </w:r>
      <w:r>
        <w:rPr>
          <w:b w:val="0"/>
          <w:i w:val="0"/>
          <w:smallCaps w:val="0"/>
          <w:strike w:val="0"/>
          <w:sz w:val="22"/>
          <w:highlight w:val="green"/>
          <w:u w:val="single"/>
        </w:rPr>
        <w:t>bubble</w:t>
      </w:r>
      <w:r>
        <w:rPr>
          <w:b w:val="0"/>
          <w:i w:val="0"/>
          <w:smallCaps w:val="0"/>
          <w:strike w:val="0"/>
          <w:sz w:val="16"/>
          <w:u w:val="none"/>
        </w:rPr>
        <w:t xml:space="preserve"> and led to a nearly 50 percent collapse in the value of Chinese stocks before the markets finally settled in 2016.</w:t>
      </w:r>
    </w:p>
    <w:p>
      <w:pPr>
        <w:spacing w:after="60"/>
      </w:pPr>
      <w:r>
        <w:rPr>
          <w:b w:val="0"/>
          <w:i w:val="0"/>
          <w:smallCaps w:val="0"/>
          <w:strike w:val="0"/>
          <w:sz w:val="22"/>
          <w:u w:val="single"/>
        </w:rPr>
        <w:t>China’s economic policy</w:t>
      </w:r>
      <w:r>
        <w:rPr>
          <w:b w:val="0"/>
          <w:i w:val="0"/>
          <w:smallCaps w:val="0"/>
          <w:strike w:val="0"/>
          <w:sz w:val="16"/>
          <w:u w:val="none"/>
        </w:rPr>
        <w:t xml:space="preserve"> trajectory </w:t>
      </w:r>
      <w:r>
        <w:rPr>
          <w:b w:val="0"/>
          <w:i w:val="0"/>
          <w:smallCaps w:val="0"/>
          <w:strike w:val="0"/>
          <w:sz w:val="22"/>
          <w:u w:val="single"/>
        </w:rPr>
        <w:t>under Xi</w:t>
      </w:r>
      <w:r>
        <w:rPr>
          <w:b w:val="0"/>
          <w:i w:val="0"/>
          <w:smallCaps w:val="0"/>
          <w:strike w:val="0"/>
          <w:sz w:val="16"/>
          <w:u w:val="none"/>
        </w:rPr>
        <w:t>—from a consensus in support of market reforms to an embrace of increased party and state intervention—</w:t>
      </w:r>
      <w:r>
        <w:rPr>
          <w:b w:val="0"/>
          <w:i w:val="0"/>
          <w:smallCaps w:val="0"/>
          <w:strike w:val="0"/>
          <w:sz w:val="22"/>
          <w:u w:val="single"/>
        </w:rPr>
        <w:t>has</w:t>
      </w:r>
      <w:r>
        <w:rPr>
          <w:b w:val="0"/>
          <w:i w:val="0"/>
          <w:smallCaps w:val="0"/>
          <w:strike w:val="0"/>
          <w:sz w:val="16"/>
          <w:u w:val="none"/>
        </w:rPr>
        <w:t xml:space="preserve"> therefore </w:t>
      </w:r>
      <w:r>
        <w:rPr>
          <w:b w:val="0"/>
          <w:i w:val="0"/>
          <w:smallCaps w:val="0"/>
          <w:strike w:val="0"/>
          <w:sz w:val="22"/>
          <w:u w:val="single"/>
        </w:rPr>
        <w:t>been</w:t>
      </w:r>
      <w:r>
        <w:rPr>
          <w:b w:val="0"/>
          <w:i w:val="0"/>
          <w:smallCaps w:val="0"/>
          <w:strike w:val="0"/>
          <w:sz w:val="16"/>
          <w:u w:val="none"/>
        </w:rPr>
        <w:t xml:space="preserve"> uneven, </w:t>
      </w:r>
      <w:r>
        <w:rPr>
          <w:b w:val="0"/>
          <w:i w:val="0"/>
          <w:smallCaps w:val="0"/>
          <w:strike w:val="0"/>
          <w:sz w:val="22"/>
          <w:u w:val="single"/>
        </w:rPr>
        <w:t>contested, and at times contradictory.</w:t>
      </w:r>
      <w:r>
        <w:rPr>
          <w:b w:val="0"/>
          <w:i w:val="0"/>
          <w:smallCaps w:val="0"/>
          <w:strike w:val="0"/>
          <w:sz w:val="16"/>
          <w:u w:val="none"/>
        </w:rPr>
        <w:t xml:space="preserve"> Indeed, in late 2013, less than six months after Xi’s revivalist sermon on ideology and propaganda, the Central Committee of the CCP (the top several hundred leaders of the party) adopted a remarkably reformist document on the economy, starkly titled “The Decision.” It outlined a series of policy measures that would allow the market to play “the decisive role” in the allocation of resources in the economy. </w:t>
      </w:r>
      <w:r>
        <w:rPr>
          <w:b w:val="0"/>
          <w:i w:val="0"/>
          <w:smallCaps w:val="0"/>
          <w:strike w:val="0"/>
          <w:sz w:val="22"/>
          <w:u w:val="single"/>
        </w:rPr>
        <w:t>But</w:t>
      </w:r>
      <w:r>
        <w:rPr>
          <w:b w:val="0"/>
          <w:i w:val="0"/>
          <w:smallCaps w:val="0"/>
          <w:strike w:val="0"/>
          <w:sz w:val="16"/>
          <w:u w:val="none"/>
        </w:rPr>
        <w:t xml:space="preserve"> the rollout of these policies slowed to a standstill in 2015, while </w:t>
      </w:r>
      <w:r>
        <w:rPr>
          <w:b w:val="0"/>
          <w:i w:val="0"/>
          <w:smallCaps w:val="0"/>
          <w:strike w:val="0"/>
          <w:sz w:val="22"/>
          <w:u w:val="single"/>
        </w:rPr>
        <w:t xml:space="preserve">state-owned enterprises received trillions of dollars in investment from “industry guidance funds” between 2015 and 2021—a massive infusion of government support that brought the Chinese state </w:t>
      </w:r>
      <w:r>
        <w:rPr>
          <w:b w:val="0"/>
          <w:i w:val="0"/>
          <w:smallCaps w:val="0"/>
          <w:strike w:val="0"/>
          <w:sz w:val="16"/>
          <w:u w:val="none"/>
        </w:rPr>
        <w:t xml:space="preserve">roaring </w:t>
      </w:r>
      <w:r>
        <w:rPr>
          <w:b w:val="0"/>
          <w:i w:val="0"/>
          <w:smallCaps w:val="0"/>
          <w:strike w:val="0"/>
          <w:sz w:val="22"/>
          <w:u w:val="single"/>
        </w:rPr>
        <w:t>back to the center of economic policy.</w:t>
      </w:r>
    </w:p>
    <w:p>
      <w:pPr>
        <w:spacing w:after="60"/>
      </w:pPr>
      <w:r>
        <w:rPr>
          <w:b w:val="0"/>
          <w:i w:val="0"/>
          <w:smallCaps w:val="0"/>
          <w:strike w:val="0"/>
          <w:sz w:val="16"/>
          <w:u w:val="none"/>
        </w:rPr>
        <w:t xml:space="preserve">At the 19th CCP Party Congress, </w:t>
      </w:r>
      <w:r>
        <w:rPr>
          <w:b w:val="0"/>
          <w:i w:val="0"/>
          <w:smallCaps w:val="0"/>
          <w:strike w:val="0"/>
          <w:sz w:val="22"/>
          <w:u w:val="single"/>
        </w:rPr>
        <w:t>in 2017, Xi announced that going forward, the party’s central ideological challenge would be to rectify the “unbalanced and inadequate development” that</w:t>
      </w:r>
      <w:r>
        <w:rPr>
          <w:b w:val="0"/>
          <w:i w:val="0"/>
          <w:smallCaps w:val="0"/>
          <w:strike w:val="0"/>
          <w:sz w:val="16"/>
          <w:u w:val="none"/>
        </w:rPr>
        <w:t xml:space="preserve"> had </w:t>
      </w:r>
      <w:r>
        <w:rPr>
          <w:b w:val="0"/>
          <w:i w:val="0"/>
          <w:smallCaps w:val="0"/>
          <w:strike w:val="0"/>
          <w:sz w:val="22"/>
          <w:u w:val="single"/>
        </w:rPr>
        <w:t>emerged during the “reform and opening” period of market-based policy changes that Deng had inaugurated</w:t>
      </w:r>
      <w:r>
        <w:rPr>
          <w:b w:val="0"/>
          <w:i w:val="0"/>
          <w:smallCaps w:val="0"/>
          <w:strike w:val="0"/>
          <w:sz w:val="16"/>
          <w:u w:val="none"/>
        </w:rPr>
        <w:t xml:space="preserve"> in the late 1970s. In a little-noticed speech published in the party’s ideological journal in 2021, Xi in effect challenged Deng’s definition of “the primary stage of socialism” and Deng’s belief that China would need to endure inequality for hundreds of years before achieving prosperity for all. Instead, </w:t>
      </w:r>
      <w:r>
        <w:rPr>
          <w:b w:val="0"/>
          <w:i w:val="0"/>
          <w:smallCaps w:val="0"/>
          <w:strike w:val="0"/>
          <w:sz w:val="22"/>
          <w:u w:val="single"/>
        </w:rPr>
        <w:t>Xi hailed a faster transition to a higher phase of socialism, declaring that “thanks to many decades of hard work, [this] is a period that marks a new starting point for us.”</w:t>
      </w:r>
      <w:r>
        <w:rPr>
          <w:b w:val="0"/>
          <w:i w:val="0"/>
          <w:smallCaps w:val="0"/>
          <w:strike w:val="0"/>
          <w:sz w:val="16"/>
          <w:u w:val="none"/>
        </w:rPr>
        <w:t xml:space="preserve"> </w:t>
      </w:r>
      <w:r>
        <w:rPr>
          <w:b/>
          <w:i w:val="0"/>
          <w:smallCaps w:val="0"/>
          <w:strike w:val="0"/>
          <w:sz w:val="22"/>
          <w:u w:val="single"/>
        </w:rPr>
        <w:t xml:space="preserve">Xi </w:t>
      </w:r>
      <w:r>
        <w:rPr>
          <w:b/>
          <w:i w:val="0"/>
          <w:smallCaps w:val="0"/>
          <w:strike w:val="0"/>
          <w:sz w:val="22"/>
          <w:highlight w:val="green"/>
          <w:u w:val="single"/>
        </w:rPr>
        <w:t>rejected Deng’s</w:t>
      </w:r>
      <w:r>
        <w:rPr>
          <w:b/>
          <w:i w:val="0"/>
          <w:smallCaps w:val="0"/>
          <w:strike w:val="0"/>
          <w:sz w:val="22"/>
          <w:u w:val="single"/>
        </w:rPr>
        <w:t xml:space="preserve"> gradualism and the </w:t>
      </w:r>
      <w:r>
        <w:rPr>
          <w:b/>
          <w:i w:val="0"/>
          <w:smallCaps w:val="0"/>
          <w:strike w:val="0"/>
          <w:sz w:val="22"/>
          <w:highlight w:val="green"/>
          <w:u w:val="single"/>
        </w:rPr>
        <w:t>notion that China was doomed to</w:t>
      </w:r>
      <w:r>
        <w:rPr>
          <w:b/>
          <w:i w:val="0"/>
          <w:smallCaps w:val="0"/>
          <w:strike w:val="0"/>
          <w:sz w:val="22"/>
          <w:u w:val="single"/>
        </w:rPr>
        <w:t xml:space="preserve"> an </w:t>
      </w:r>
      <w:r>
        <w:rPr>
          <w:b/>
          <w:i w:val="0"/>
          <w:smallCaps w:val="0"/>
          <w:strike w:val="0"/>
          <w:sz w:val="22"/>
          <w:highlight w:val="green"/>
          <w:u w:val="single"/>
        </w:rPr>
        <w:t>indefinite</w:t>
      </w:r>
      <w:r>
        <w:rPr>
          <w:b/>
          <w:i w:val="0"/>
          <w:smallCaps w:val="0"/>
          <w:strike w:val="0"/>
          <w:sz w:val="22"/>
          <w:u w:val="single"/>
        </w:rPr>
        <w:t xml:space="preserve"> future of developmental imperfection and class </w:t>
      </w:r>
      <w:r>
        <w:rPr>
          <w:b/>
          <w:i w:val="0"/>
          <w:smallCaps w:val="0"/>
          <w:strike w:val="0"/>
          <w:sz w:val="22"/>
          <w:highlight w:val="green"/>
          <w:u w:val="single"/>
        </w:rPr>
        <w:t>inequality</w:t>
      </w:r>
      <w:r>
        <w:rPr>
          <w:b/>
          <w:i w:val="0"/>
          <w:smallCaps w:val="0"/>
          <w:strike w:val="0"/>
          <w:sz w:val="22"/>
          <w:u w:val="single"/>
        </w:rPr>
        <w:t>.</w:t>
      </w:r>
      <w:r>
        <w:rPr>
          <w:b w:val="0"/>
          <w:i w:val="0"/>
          <w:smallCaps w:val="0"/>
          <w:strike w:val="0"/>
          <w:sz w:val="16"/>
          <w:u w:val="none"/>
        </w:rPr>
        <w:t xml:space="preserve"> </w:t>
      </w:r>
      <w:r>
        <w:rPr>
          <w:b w:val="0"/>
          <w:i w:val="0"/>
          <w:smallCaps w:val="0"/>
          <w:strike w:val="0"/>
          <w:sz w:val="22"/>
          <w:highlight w:val="green"/>
          <w:u w:val="single"/>
        </w:rPr>
        <w:t>Through</w:t>
      </w:r>
      <w:r>
        <w:rPr>
          <w:b w:val="0"/>
          <w:i w:val="0"/>
          <w:smallCaps w:val="0"/>
          <w:strike w:val="0"/>
          <w:sz w:val="22"/>
          <w:u w:val="single"/>
        </w:rPr>
        <w:t xml:space="preserve"> more </w:t>
      </w:r>
      <w:r>
        <w:rPr>
          <w:b w:val="0"/>
          <w:i w:val="0"/>
          <w:smallCaps w:val="0"/>
          <w:strike w:val="0"/>
          <w:sz w:val="22"/>
          <w:highlight w:val="green"/>
          <w:u w:val="single"/>
        </w:rPr>
        <w:t>rigorous adherence to Marxist principles</w:t>
      </w:r>
      <w:r>
        <w:rPr>
          <w:b w:val="0"/>
          <w:i w:val="0"/>
          <w:smallCaps w:val="0"/>
          <w:strike w:val="0"/>
          <w:sz w:val="16"/>
          <w:u w:val="none"/>
        </w:rPr>
        <w:t xml:space="preserve">, he promised, </w:t>
      </w:r>
      <w:r>
        <w:rPr>
          <w:b w:val="0"/>
          <w:i w:val="0"/>
          <w:smallCaps w:val="0"/>
          <w:strike w:val="0"/>
          <w:sz w:val="22"/>
          <w:highlight w:val="green"/>
          <w:u w:val="single"/>
        </w:rPr>
        <w:t>China could achieve</w:t>
      </w:r>
      <w:r>
        <w:rPr>
          <w:b w:val="0"/>
          <w:i w:val="0"/>
          <w:smallCaps w:val="0"/>
          <w:strike w:val="0"/>
          <w:sz w:val="22"/>
          <w:u w:val="single"/>
        </w:rPr>
        <w:t xml:space="preserve"> both national greatness and </w:t>
      </w:r>
      <w:r>
        <w:rPr>
          <w:b w:val="0"/>
          <w:i w:val="0"/>
          <w:smallCaps w:val="0"/>
          <w:strike w:val="0"/>
          <w:sz w:val="22"/>
          <w:highlight w:val="green"/>
          <w:u w:val="single"/>
        </w:rPr>
        <w:t>greater</w:t>
      </w:r>
      <w:r>
        <w:rPr>
          <w:b w:val="0"/>
          <w:i w:val="0"/>
          <w:smallCaps w:val="0"/>
          <w:strike w:val="0"/>
          <w:sz w:val="22"/>
          <w:u w:val="single"/>
        </w:rPr>
        <w:t xml:space="preserve"> economic equality in the not</w:t>
      </w:r>
      <w:r>
        <w:rPr>
          <w:b w:val="0"/>
          <w:i w:val="0"/>
          <w:smallCaps w:val="0"/>
          <w:strike w:val="0"/>
          <w:sz w:val="16"/>
          <w:u w:val="none"/>
        </w:rPr>
        <w:t>-too-</w:t>
      </w:r>
      <w:r>
        <w:rPr>
          <w:b w:val="0"/>
          <w:i w:val="0"/>
          <w:smallCaps w:val="0"/>
          <w:strike w:val="0"/>
          <w:sz w:val="22"/>
          <w:u w:val="single"/>
        </w:rPr>
        <w:t>distant future.</w:t>
      </w:r>
    </w:p>
    <w:p>
      <w:pPr>
        <w:spacing w:after="60"/>
      </w:pPr>
      <w:r>
        <w:rPr>
          <w:b w:val="0"/>
          <w:i w:val="0"/>
          <w:smallCaps w:val="0"/>
          <w:strike w:val="0"/>
          <w:sz w:val="22"/>
          <w:u w:val="single"/>
        </w:rPr>
        <w:t xml:space="preserve">Such an outcome would </w:t>
      </w:r>
      <w:r>
        <w:rPr>
          <w:b w:val="0"/>
          <w:i w:val="0"/>
          <w:smallCaps w:val="0"/>
          <w:strike w:val="0"/>
          <w:sz w:val="22"/>
          <w:highlight w:val="green"/>
          <w:u w:val="single"/>
        </w:rPr>
        <w:t>rely on</w:t>
      </w:r>
      <w:r>
        <w:rPr>
          <w:b w:val="0"/>
          <w:i w:val="0"/>
          <w:smallCaps w:val="0"/>
          <w:strike w:val="0"/>
          <w:sz w:val="16"/>
          <w:u w:val="none"/>
        </w:rPr>
        <w:t xml:space="preserve"> party committees increasing their influence on private firms by playing a larger role in selecting senior management and making critical board decisions. And as </w:t>
      </w:r>
      <w:r>
        <w:rPr>
          <w:b w:val="0"/>
          <w:i w:val="0"/>
          <w:smallCaps w:val="0"/>
          <w:strike w:val="0"/>
          <w:sz w:val="22"/>
          <w:highlight w:val="green"/>
          <w:u w:val="single"/>
        </w:rPr>
        <w:t>the Chinese state</w:t>
      </w:r>
      <w:r>
        <w:rPr>
          <w:b w:val="0"/>
          <w:i w:val="0"/>
          <w:smallCaps w:val="0"/>
          <w:strike w:val="0"/>
          <w:sz w:val="16"/>
          <w:u w:val="none"/>
        </w:rPr>
        <w:t xml:space="preserve"> began </w:t>
      </w:r>
      <w:r>
        <w:rPr>
          <w:b w:val="0"/>
          <w:i w:val="0"/>
          <w:smallCaps w:val="0"/>
          <w:strike w:val="0"/>
          <w:sz w:val="22"/>
          <w:highlight w:val="green"/>
          <w:u w:val="single"/>
        </w:rPr>
        <w:t>securing equity in private firms</w:t>
      </w:r>
      <w:r>
        <w:rPr>
          <w:b w:val="0"/>
          <w:i w:val="0"/>
          <w:smallCaps w:val="0"/>
          <w:strike w:val="0"/>
          <w:sz w:val="22"/>
          <w:u w:val="single"/>
        </w:rPr>
        <w:t>, the state would also encourage successful entrepreneurs to invest in state-owned enterprises, mixing the market and the state</w:t>
      </w:r>
      <w:r>
        <w:rPr>
          <w:b w:val="0"/>
          <w:i w:val="0"/>
          <w:smallCaps w:val="0"/>
          <w:strike w:val="0"/>
          <w:sz w:val="16"/>
          <w:u w:val="none"/>
        </w:rPr>
        <w:t xml:space="preserve"> to an ever-greater degree.</w:t>
      </w:r>
    </w:p>
    <w:p>
      <w:pPr>
        <w:spacing w:after="60"/>
      </w:pPr>
      <w:r>
        <w:rPr>
          <w:b w:val="0"/>
          <w:i w:val="0"/>
          <w:smallCaps w:val="0"/>
          <w:strike w:val="0"/>
          <w:sz w:val="22"/>
          <w:u w:val="single"/>
        </w:rPr>
        <w:t>Meanwhile, CCP economic planners would be tasked with designing a “dual circulation economy,” which</w:t>
      </w:r>
      <w:r>
        <w:rPr>
          <w:b w:val="0"/>
          <w:i w:val="0"/>
          <w:smallCaps w:val="0"/>
          <w:strike w:val="0"/>
          <w:sz w:val="16"/>
          <w:u w:val="none"/>
        </w:rPr>
        <w:t xml:space="preserve"> in effect </w:t>
      </w:r>
      <w:r>
        <w:rPr>
          <w:b w:val="0"/>
          <w:i w:val="0"/>
          <w:smallCaps w:val="0"/>
          <w:strike w:val="0"/>
          <w:sz w:val="22"/>
          <w:u w:val="single"/>
        </w:rPr>
        <w:t>meant</w:t>
      </w:r>
      <w:r>
        <w:rPr>
          <w:b w:val="0"/>
          <w:i w:val="0"/>
          <w:smallCaps w:val="0"/>
          <w:strike w:val="0"/>
          <w:sz w:val="16"/>
          <w:u w:val="none"/>
        </w:rPr>
        <w:t xml:space="preserve"> that </w:t>
      </w:r>
      <w:r>
        <w:rPr>
          <w:b/>
          <w:i w:val="0"/>
          <w:smallCaps w:val="0"/>
          <w:strike w:val="0"/>
          <w:sz w:val="22"/>
          <w:highlight w:val="green"/>
          <w:u w:val="single"/>
        </w:rPr>
        <w:t>China</w:t>
      </w:r>
      <w:r>
        <w:rPr>
          <w:b/>
          <w:i w:val="0"/>
          <w:smallCaps w:val="0"/>
          <w:strike w:val="0"/>
          <w:sz w:val="22"/>
          <w:u w:val="single"/>
        </w:rPr>
        <w:t xml:space="preserve"> would </w:t>
      </w:r>
      <w:r>
        <w:rPr>
          <w:b/>
          <w:i w:val="0"/>
          <w:smallCaps w:val="0"/>
          <w:strike w:val="0"/>
          <w:sz w:val="22"/>
          <w:highlight w:val="green"/>
          <w:u w:val="single"/>
        </w:rPr>
        <w:t>become</w:t>
      </w:r>
      <w:r>
        <w:rPr>
          <w:b/>
          <w:i w:val="0"/>
          <w:smallCaps w:val="0"/>
          <w:strike w:val="0"/>
          <w:sz w:val="22"/>
          <w:u w:val="single"/>
        </w:rPr>
        <w:t xml:space="preserve"> increasingly </w:t>
      </w:r>
      <w:r>
        <w:rPr>
          <w:b/>
          <w:i w:val="0"/>
          <w:smallCaps w:val="0"/>
          <w:strike w:val="0"/>
          <w:sz w:val="22"/>
          <w:highlight w:val="green"/>
          <w:u w:val="single"/>
        </w:rPr>
        <w:t>self-reliant across</w:t>
      </w:r>
      <w:r>
        <w:rPr>
          <w:b/>
          <w:i w:val="0"/>
          <w:smallCaps w:val="0"/>
          <w:strike w:val="0"/>
          <w:sz w:val="22"/>
          <w:u w:val="single"/>
        </w:rPr>
        <w:t xml:space="preserve"> all sectors of </w:t>
      </w:r>
      <w:r>
        <w:rPr>
          <w:b/>
          <w:i w:val="0"/>
          <w:smallCaps w:val="0"/>
          <w:strike w:val="0"/>
          <w:sz w:val="22"/>
          <w:highlight w:val="green"/>
          <w:u w:val="single"/>
        </w:rPr>
        <w:t>the economy</w:t>
      </w:r>
      <w:r>
        <w:rPr>
          <w:b w:val="0"/>
          <w:i w:val="0"/>
          <w:smallCaps w:val="0"/>
          <w:strike w:val="0"/>
          <w:sz w:val="16"/>
          <w:u w:val="none"/>
        </w:rPr>
        <w:t xml:space="preserve"> while the world’s economies would become increasingly dependent on China. And in late 2020, Xi laid out an approach to income redistribution known as the “common prosperity agenda,” through which the rich were to be expected to “voluntarily” redistribute funds to state-favored programs to reduce income inequality. By the end of 2021, it was clear that Deng’s era of “reform and opening” was coming to a close. In its place stood a new statist economic orthodoxy.</w:t>
      </w:r>
    </w:p>
    <w:p>
      <w:pPr>
        <w:pStyle w:val="Caption"/>
      </w:pPr>
      <w:r>
        <w:t>Source: Racial IR K - Michigan 2024 CFMP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