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 xml:space="preserve">The </w:t>
      </w:r>
      <w:r>
        <w:rPr>
          <w:b/>
          <w:i w:val="0"/>
          <w:smallCaps w:val="0"/>
          <w:strike w:val="0"/>
          <w:sz w:val="24"/>
          <w:u w:val="none"/>
        </w:rPr>
        <w:t>State’s</w:t>
      </w:r>
      <w:r>
        <w:rPr>
          <w:b/>
          <w:i w:val="0"/>
          <w:smallCaps w:val="0"/>
          <w:strike w:val="0"/>
          <w:sz w:val="24"/>
          <w:u w:val="none"/>
        </w:rPr>
        <w:t xml:space="preserve"> led the way on </w:t>
      </w:r>
      <w:r>
        <w:rPr>
          <w:b/>
          <w:i w:val="0"/>
          <w:smallCaps w:val="0"/>
          <w:strike w:val="0"/>
          <w:sz w:val="24"/>
          <w:u w:val="single"/>
        </w:rPr>
        <w:t>every</w:t>
      </w:r>
      <w:r>
        <w:rPr>
          <w:b/>
          <w:i w:val="0"/>
          <w:smallCaps w:val="0"/>
          <w:strike w:val="0"/>
          <w:sz w:val="24"/>
          <w:u w:val="none"/>
        </w:rPr>
        <w:t xml:space="preserve"> meaningful innovation. Government</w:t>
      </w:r>
      <w:r>
        <w:rPr>
          <w:b/>
          <w:i w:val="0"/>
          <w:smallCaps w:val="0"/>
          <w:strike w:val="0"/>
          <w:sz w:val="24"/>
          <w:u w:val="none"/>
        </w:rPr>
        <w:t xml:space="preserve"> innovation management makes it </w:t>
      </w:r>
      <w:r>
        <w:rPr>
          <w:b/>
          <w:i w:val="0"/>
          <w:smallCaps w:val="0"/>
          <w:strike w:val="0"/>
          <w:sz w:val="24"/>
          <w:u w:val="single"/>
        </w:rPr>
        <w:t>socially just</w:t>
      </w:r>
      <w:r>
        <w:rPr>
          <w:b/>
          <w:i w:val="0"/>
          <w:smallCaps w:val="0"/>
          <w:strike w:val="0"/>
          <w:sz w:val="24"/>
          <w:u w:val="none"/>
        </w:rPr>
        <w:t xml:space="preserve">. That </w:t>
      </w:r>
      <w:r>
        <w:rPr>
          <w:b/>
          <w:i w:val="0"/>
          <w:smallCaps w:val="0"/>
          <w:strike w:val="0"/>
          <w:sz w:val="24"/>
          <w:u w:val="none"/>
        </w:rPr>
        <w:t>solves:</w:t>
      </w:r>
      <w:r>
        <w:rPr>
          <w:b/>
          <w:i w:val="0"/>
          <w:smallCaps w:val="0"/>
          <w:strike w:val="0"/>
          <w:sz w:val="24"/>
          <w:u w:val="none"/>
        </w:rPr>
        <w:t xml:space="preserve"> </w:t>
      </w:r>
      <w:r>
        <w:rPr>
          <w:b/>
          <w:i w:val="0"/>
          <w:smallCaps w:val="0"/>
          <w:strike w:val="0"/>
          <w:sz w:val="24"/>
          <w:u w:val="single"/>
        </w:rPr>
        <w:t>climate</w:t>
      </w:r>
      <w:r>
        <w:rPr>
          <w:b/>
          <w:i w:val="0"/>
          <w:smallCaps w:val="0"/>
          <w:strike w:val="0"/>
          <w:sz w:val="24"/>
          <w:u w:val="none"/>
        </w:rPr>
        <w:t xml:space="preserve">, </w:t>
      </w:r>
      <w:r>
        <w:rPr>
          <w:b/>
          <w:i w:val="0"/>
          <w:smallCaps w:val="0"/>
          <w:strike w:val="0"/>
          <w:sz w:val="24"/>
          <w:u w:val="single"/>
        </w:rPr>
        <w:t>inequality</w:t>
      </w:r>
      <w:r>
        <w:rPr>
          <w:b/>
          <w:i w:val="0"/>
          <w:smallCaps w:val="0"/>
          <w:strike w:val="0"/>
          <w:sz w:val="24"/>
          <w:u w:val="none"/>
        </w:rPr>
        <w:t xml:space="preserve"> and </w:t>
      </w:r>
      <w:r>
        <w:rPr>
          <w:b/>
          <w:i w:val="0"/>
          <w:smallCaps w:val="0"/>
          <w:strike w:val="0"/>
          <w:sz w:val="24"/>
          <w:u w:val="single"/>
        </w:rPr>
        <w:t>disease</w:t>
      </w:r>
      <w:r>
        <w:rPr>
          <w:b/>
          <w:i w:val="0"/>
          <w:smallCaps w:val="0"/>
          <w:strike w:val="0"/>
          <w:sz w:val="24"/>
          <w:u w:val="none"/>
        </w:rPr>
        <w:t>.</w:t>
      </w:r>
    </w:p>
    <w:p>
      <w:pPr>
        <w:spacing w:after="80"/>
      </w:pPr>
      <w:r>
        <w:rPr>
          <w:b/>
          <w:i w:val="0"/>
          <w:smallCaps w:val="0"/>
          <w:strike w:val="0"/>
          <w:sz w:val="24"/>
          <w:u w:val="none"/>
        </w:rPr>
        <w:t>McCann 20</w:t>
      </w:r>
      <w:r>
        <w:rPr>
          <w:b w:val="0"/>
          <w:i w:val="0"/>
          <w:smallCaps w:val="0"/>
          <w:strike w:val="0"/>
          <w:sz w:val="16"/>
          <w:u w:val="none"/>
        </w:rPr>
        <w:t xml:space="preserve">, researcher at the New Economics Foundation interested in systemic and radical reform of the economy and the creation of a twenty-first century commons. He is co- author (with Stewart Lansley and Steve </w:t>
      </w:r>
      <w:r>
        <w:rPr>
          <w:b w:val="0"/>
          <w:i w:val="0"/>
          <w:smallCaps w:val="0"/>
          <w:strike w:val="0"/>
          <w:sz w:val="16"/>
          <w:u w:val="none"/>
        </w:rPr>
        <w:t>Schifferes</w:t>
      </w:r>
      <w:r>
        <w:rPr>
          <w:b w:val="0"/>
          <w:i w:val="0"/>
          <w:smallCaps w:val="0"/>
          <w:strike w:val="0"/>
          <w:sz w:val="16"/>
          <w:u w:val="none"/>
        </w:rPr>
        <w:t xml:space="preserve">) of </w:t>
      </w:r>
      <w:r>
        <w:rPr>
          <w:b w:val="0"/>
          <w:i w:val="0"/>
          <w:smallCaps w:val="0"/>
          <w:strike w:val="0"/>
          <w:sz w:val="16"/>
          <w:u w:val="none"/>
        </w:rPr>
        <w:t>Remodelling</w:t>
      </w:r>
      <w:r>
        <w:rPr>
          <w:b w:val="0"/>
          <w:i w:val="0"/>
          <w:smallCaps w:val="0"/>
          <w:strike w:val="0"/>
          <w:sz w:val="16"/>
          <w:u w:val="none"/>
        </w:rPr>
        <w:t xml:space="preserve"> Capitalism: How social wealth funds can transform Britain. He is also part of the movements to reform money, author of </w:t>
      </w:r>
      <w:r>
        <w:rPr>
          <w:b w:val="0"/>
          <w:i w:val="0"/>
          <w:smallCaps w:val="0"/>
          <w:strike w:val="0"/>
          <w:sz w:val="16"/>
          <w:u w:val="none"/>
        </w:rPr>
        <w:t>Scotpound</w:t>
      </w:r>
      <w:r>
        <w:rPr>
          <w:b w:val="0"/>
          <w:i w:val="0"/>
          <w:smallCaps w:val="0"/>
          <w:strike w:val="0"/>
          <w:sz w:val="16"/>
          <w:u w:val="none"/>
        </w:rPr>
        <w:t>: A digital currency for the common good and co- author of the book People Powered Money; to reform land, writing about Common Ground Trusts and a founder of the Land Justice Network; and the digital economy, with recent publications including Blocking the Data Stalkers and Digital Self Control. (Duncan, “</w:t>
      </w:r>
      <w:r>
        <w:rPr>
          <w:b w:val="0"/>
          <w:i w:val="0"/>
          <w:smallCaps w:val="0"/>
          <w:strike w:val="0"/>
          <w:sz w:val="16"/>
          <w:u w:val="none"/>
        </w:rPr>
        <w:t>Commoning</w:t>
      </w:r>
      <w:r>
        <w:rPr>
          <w:b w:val="0"/>
          <w:i w:val="0"/>
          <w:smallCaps w:val="0"/>
          <w:strike w:val="0"/>
          <w:sz w:val="16"/>
          <w:u w:val="none"/>
        </w:rPr>
        <w:t xml:space="preserve"> Intellectual Property: Public funding and the creation of a knowledge commons,” </w:t>
      </w:r>
      <w:r>
        <w:rPr>
          <w:b w:val="0"/>
          <w:i/>
          <w:smallCaps w:val="0"/>
          <w:strike w:val="0"/>
          <w:sz w:val="16"/>
          <w:u w:val="none"/>
        </w:rPr>
        <w:t>Common Wealth</w:t>
      </w:r>
      <w:r>
        <w:rPr>
          <w:b w:val="0"/>
          <w:i w:val="0"/>
          <w:smallCaps w:val="0"/>
          <w:strike w:val="0"/>
          <w:sz w:val="16"/>
          <w:u w:val="none"/>
        </w:rPr>
        <w:t>, https://assets-global.website-files.com/62306a0b42f386df612fe5b9/637dfe77345b29128b30d9e0_Commoning%20Intellectual%20Property.pdf)//BB</w:t>
      </w:r>
    </w:p>
    <w:p>
      <w:pPr>
        <w:spacing w:after="60"/>
      </w:pPr>
      <w:r>
        <w:rPr>
          <w:b w:val="0"/>
          <w:i w:val="0"/>
          <w:smallCaps w:val="0"/>
          <w:strike w:val="0"/>
          <w:sz w:val="16"/>
          <w:u w:val="none"/>
        </w:rPr>
        <w:t xml:space="preserve">The role of the state in the economy has always been contested. </w:t>
      </w:r>
      <w:r>
        <w:rPr>
          <w:b w:val="0"/>
          <w:i w:val="0"/>
          <w:smallCaps w:val="0"/>
          <w:strike w:val="0"/>
          <w:sz w:val="20"/>
          <w:highlight w:val="cyan"/>
          <w:u w:val="single"/>
        </w:rPr>
        <w:t>Neoclassical economic theory, which dominates</w:t>
      </w:r>
      <w:r>
        <w:rPr>
          <w:b w:val="0"/>
          <w:i w:val="0"/>
          <w:smallCaps w:val="0"/>
          <w:strike w:val="0"/>
          <w:sz w:val="16"/>
          <w:u w:val="none"/>
        </w:rPr>
        <w:t xml:space="preserve"> most </w:t>
      </w:r>
      <w:r>
        <w:rPr>
          <w:b w:val="0"/>
          <w:i w:val="0"/>
          <w:smallCaps w:val="0"/>
          <w:strike w:val="0"/>
          <w:sz w:val="20"/>
          <w:u w:val="single"/>
        </w:rPr>
        <w:t xml:space="preserve">major economic departments of universities and </w:t>
      </w:r>
      <w:r>
        <w:rPr>
          <w:b w:val="0"/>
          <w:i w:val="0"/>
          <w:smallCaps w:val="0"/>
          <w:strike w:val="0"/>
          <w:sz w:val="20"/>
          <w:highlight w:val="cyan"/>
          <w:u w:val="single"/>
        </w:rPr>
        <w:t>thinking</w:t>
      </w:r>
      <w:r>
        <w:rPr>
          <w:b w:val="0"/>
          <w:i w:val="0"/>
          <w:smallCaps w:val="0"/>
          <w:strike w:val="0"/>
          <w:sz w:val="20"/>
          <w:u w:val="single"/>
        </w:rPr>
        <w:t xml:space="preserve"> </w:t>
      </w:r>
      <w:r>
        <w:rPr>
          <w:b w:val="0"/>
          <w:i w:val="0"/>
          <w:smallCaps w:val="0"/>
          <w:strike w:val="0"/>
          <w:sz w:val="20"/>
          <w:u w:val="single"/>
        </w:rPr>
        <w:t xml:space="preserve">within national treasuries, </w:t>
      </w:r>
      <w:r>
        <w:rPr>
          <w:b w:val="0"/>
          <w:i w:val="0"/>
          <w:smallCaps w:val="0"/>
          <w:strike w:val="0"/>
          <w:sz w:val="20"/>
          <w:highlight w:val="cyan"/>
          <w:u w:val="single"/>
        </w:rPr>
        <w:t>holds that the</w:t>
      </w:r>
      <w:r>
        <w:rPr>
          <w:b w:val="0"/>
          <w:i w:val="0"/>
          <w:smallCaps w:val="0"/>
          <w:strike w:val="0"/>
          <w:sz w:val="20"/>
          <w:u w:val="single"/>
        </w:rPr>
        <w:t xml:space="preserve"> primary </w:t>
      </w:r>
      <w:r>
        <w:rPr>
          <w:b w:val="0"/>
          <w:i w:val="0"/>
          <w:smallCaps w:val="0"/>
          <w:strike w:val="0"/>
          <w:sz w:val="20"/>
          <w:highlight w:val="cyan"/>
          <w:u w:val="single"/>
        </w:rPr>
        <w:t>goal for the</w:t>
      </w:r>
      <w:r>
        <w:rPr>
          <w:b w:val="0"/>
          <w:i w:val="0"/>
          <w:smallCaps w:val="0"/>
          <w:strike w:val="0"/>
          <w:sz w:val="20"/>
          <w:u w:val="single"/>
        </w:rPr>
        <w:t xml:space="preserve"> </w:t>
      </w:r>
      <w:r>
        <w:rPr>
          <w:b w:val="0"/>
          <w:i w:val="0"/>
          <w:smallCaps w:val="0"/>
          <w:strike w:val="0"/>
          <w:sz w:val="20"/>
          <w:highlight w:val="cyan"/>
          <w:u w:val="single"/>
        </w:rPr>
        <w:t>state should be</w:t>
      </w:r>
      <w:r>
        <w:rPr>
          <w:b w:val="0"/>
          <w:i w:val="0"/>
          <w:smallCaps w:val="0"/>
          <w:strike w:val="0"/>
          <w:sz w:val="20"/>
          <w:u w:val="single"/>
        </w:rPr>
        <w:t xml:space="preserve"> simply </w:t>
      </w:r>
      <w:r>
        <w:rPr>
          <w:b w:val="0"/>
          <w:i w:val="0"/>
          <w:smallCaps w:val="0"/>
          <w:strike w:val="0"/>
          <w:sz w:val="20"/>
          <w:highlight w:val="cyan"/>
          <w:u w:val="single"/>
        </w:rPr>
        <w:t>to correct market failures</w:t>
      </w:r>
      <w:r>
        <w:rPr>
          <w:b w:val="0"/>
          <w:i w:val="0"/>
          <w:smallCaps w:val="0"/>
          <w:strike w:val="0"/>
          <w:sz w:val="16"/>
          <w:u w:val="none"/>
        </w:rPr>
        <w:t xml:space="preserve">. </w:t>
      </w:r>
      <w:r>
        <w:rPr>
          <w:b w:val="0"/>
          <w:i w:val="0"/>
          <w:smallCaps w:val="0"/>
          <w:strike w:val="0"/>
          <w:sz w:val="20"/>
          <w:u w:val="single"/>
        </w:rPr>
        <w:t>These failures</w:t>
      </w:r>
      <w:r>
        <w:rPr>
          <w:b w:val="0"/>
          <w:i w:val="0"/>
          <w:smallCaps w:val="0"/>
          <w:strike w:val="0"/>
          <w:sz w:val="20"/>
          <w:u w:val="single"/>
        </w:rPr>
        <w:t xml:space="preserve"> </w:t>
      </w:r>
      <w:r>
        <w:rPr>
          <w:b w:val="0"/>
          <w:i w:val="0"/>
          <w:smallCaps w:val="0"/>
          <w:strike w:val="0"/>
          <w:sz w:val="20"/>
          <w:u w:val="single"/>
        </w:rPr>
        <w:t>could be an externality that is not properly accounted for; a public</w:t>
      </w:r>
      <w:r>
        <w:rPr>
          <w:b w:val="0"/>
          <w:i w:val="0"/>
          <w:smallCaps w:val="0"/>
          <w:strike w:val="0"/>
          <w:sz w:val="20"/>
          <w:u w:val="single"/>
        </w:rPr>
        <w:t xml:space="preserve"> </w:t>
      </w:r>
      <w:r>
        <w:rPr>
          <w:b w:val="0"/>
          <w:i w:val="0"/>
          <w:smallCaps w:val="0"/>
          <w:strike w:val="0"/>
          <w:sz w:val="20"/>
          <w:u w:val="single"/>
        </w:rPr>
        <w:t>good that is currently not being funded; or a monopoly exercising</w:t>
      </w:r>
      <w:r>
        <w:rPr>
          <w:b w:val="0"/>
          <w:i w:val="0"/>
          <w:smallCaps w:val="0"/>
          <w:strike w:val="0"/>
          <w:sz w:val="20"/>
          <w:u w:val="single"/>
        </w:rPr>
        <w:t xml:space="preserve"> </w:t>
      </w:r>
      <w:r>
        <w:rPr>
          <w:b w:val="0"/>
          <w:i w:val="0"/>
          <w:smallCaps w:val="0"/>
          <w:strike w:val="0"/>
          <w:sz w:val="20"/>
          <w:u w:val="single"/>
        </w:rPr>
        <w:t>undue power or price gauging</w:t>
      </w:r>
      <w:r>
        <w:rPr>
          <w:b w:val="0"/>
          <w:i w:val="0"/>
          <w:smallCaps w:val="0"/>
          <w:strike w:val="0"/>
          <w:sz w:val="16"/>
          <w:u w:val="none"/>
        </w:rPr>
        <w:t xml:space="preserve">. </w:t>
      </w:r>
      <w:r>
        <w:rPr>
          <w:b w:val="0"/>
          <w:i w:val="0"/>
          <w:smallCaps w:val="0"/>
          <w:strike w:val="0"/>
          <w:sz w:val="20"/>
          <w:highlight w:val="cyan"/>
          <w:u w:val="single"/>
        </w:rPr>
        <w:t>The theory</w:t>
      </w:r>
      <w:r>
        <w:rPr>
          <w:b w:val="0"/>
          <w:i w:val="0"/>
          <w:smallCaps w:val="0"/>
          <w:strike w:val="0"/>
          <w:sz w:val="20"/>
          <w:u w:val="single"/>
        </w:rPr>
        <w:t xml:space="preserve"> then </w:t>
      </w:r>
      <w:r>
        <w:rPr>
          <w:b w:val="0"/>
          <w:i w:val="0"/>
          <w:smallCaps w:val="0"/>
          <w:strike w:val="0"/>
          <w:sz w:val="20"/>
          <w:highlight w:val="cyan"/>
          <w:u w:val="single"/>
        </w:rPr>
        <w:t>holds that once</w:t>
      </w:r>
      <w:r>
        <w:rPr>
          <w:b w:val="0"/>
          <w:i w:val="0"/>
          <w:smallCaps w:val="0"/>
          <w:strike w:val="0"/>
          <w:sz w:val="20"/>
          <w:u w:val="single"/>
        </w:rPr>
        <w:t xml:space="preserve"> </w:t>
      </w:r>
      <w:r>
        <w:rPr>
          <w:b w:val="0"/>
          <w:i w:val="0"/>
          <w:smallCaps w:val="0"/>
          <w:strike w:val="0"/>
          <w:sz w:val="20"/>
          <w:u w:val="single"/>
        </w:rPr>
        <w:t xml:space="preserve">the </w:t>
      </w:r>
      <w:r>
        <w:rPr>
          <w:b w:val="0"/>
          <w:i w:val="0"/>
          <w:smallCaps w:val="0"/>
          <w:strike w:val="0"/>
          <w:sz w:val="20"/>
          <w:highlight w:val="cyan"/>
          <w:u w:val="single"/>
        </w:rPr>
        <w:t xml:space="preserve">failure has been addressed, the </w:t>
      </w:r>
      <w:r>
        <w:rPr>
          <w:b/>
          <w:i w:val="0"/>
          <w:smallCaps w:val="0"/>
          <w:strike w:val="0"/>
          <w:sz w:val="20"/>
          <w:highlight w:val="cyan"/>
          <w:u w:val="single"/>
        </w:rPr>
        <w:t>state should step back</w:t>
      </w:r>
      <w:r>
        <w:rPr>
          <w:b w:val="0"/>
          <w:i w:val="0"/>
          <w:smallCaps w:val="0"/>
          <w:strike w:val="0"/>
          <w:sz w:val="16"/>
          <w:u w:val="none"/>
        </w:rPr>
        <w:t xml:space="preserve"> </w:t>
      </w:r>
      <w:r>
        <w:rPr>
          <w:b w:val="0"/>
          <w:i w:val="0"/>
          <w:smallCaps w:val="0"/>
          <w:strike w:val="0"/>
          <w:sz w:val="16"/>
          <w:u w:val="none"/>
        </w:rPr>
        <w:t>in order to</w:t>
      </w:r>
      <w:r>
        <w:rPr>
          <w:b w:val="0"/>
          <w:i w:val="0"/>
          <w:smallCaps w:val="0"/>
          <w:strike w:val="0"/>
          <w:sz w:val="16"/>
          <w:u w:val="none"/>
        </w:rPr>
        <w:t xml:space="preserve"> reap the rewards of </w:t>
      </w:r>
      <w:r>
        <w:rPr>
          <w:b w:val="0"/>
          <w:i w:val="0"/>
          <w:smallCaps w:val="0"/>
          <w:strike w:val="0"/>
          <w:sz w:val="16"/>
          <w:u w:val="none"/>
        </w:rPr>
        <w:t>now</w:t>
      </w:r>
      <w:r>
        <w:rPr>
          <w:b w:val="0"/>
          <w:i w:val="0"/>
          <w:smallCaps w:val="0"/>
          <w:strike w:val="0"/>
          <w:sz w:val="16"/>
          <w:u w:val="none"/>
        </w:rPr>
        <w:t xml:space="preserve"> properly functioning market which should deliver growth together with increased jobs and tax revenues. </w:t>
      </w:r>
      <w:r>
        <w:rPr>
          <w:b w:val="0"/>
          <w:i w:val="0"/>
          <w:smallCaps w:val="0"/>
          <w:strike w:val="0"/>
          <w:sz w:val="20"/>
          <w:highlight w:val="cyan"/>
          <w:u w:val="single"/>
        </w:rPr>
        <w:t>Even within</w:t>
      </w:r>
      <w:r>
        <w:rPr>
          <w:b w:val="0"/>
          <w:i w:val="0"/>
          <w:smallCaps w:val="0"/>
          <w:strike w:val="0"/>
          <w:sz w:val="20"/>
          <w:u w:val="single"/>
        </w:rPr>
        <w:t xml:space="preserve"> </w:t>
      </w:r>
      <w:r>
        <w:rPr>
          <w:b w:val="0"/>
          <w:i w:val="0"/>
          <w:smallCaps w:val="0"/>
          <w:strike w:val="0"/>
          <w:sz w:val="20"/>
          <w:highlight w:val="cyan"/>
          <w:u w:val="single"/>
        </w:rPr>
        <w:t>the narrow frame of</w:t>
      </w:r>
      <w:r>
        <w:rPr>
          <w:b w:val="0"/>
          <w:i w:val="0"/>
          <w:smallCaps w:val="0"/>
          <w:strike w:val="0"/>
          <w:sz w:val="20"/>
          <w:u w:val="single"/>
        </w:rPr>
        <w:t xml:space="preserve"> the role that </w:t>
      </w:r>
      <w:r>
        <w:rPr>
          <w:b w:val="0"/>
          <w:i w:val="0"/>
          <w:smallCaps w:val="0"/>
          <w:strike w:val="0"/>
          <w:sz w:val="20"/>
          <w:highlight w:val="cyan"/>
          <w:u w:val="single"/>
        </w:rPr>
        <w:t>such</w:t>
      </w:r>
      <w:r>
        <w:rPr>
          <w:b w:val="0"/>
          <w:i w:val="0"/>
          <w:smallCaps w:val="0"/>
          <w:strike w:val="0"/>
          <w:sz w:val="20"/>
          <w:u w:val="single"/>
        </w:rPr>
        <w:t xml:space="preserve"> economic</w:t>
      </w:r>
      <w:r>
        <w:rPr>
          <w:b w:val="0"/>
          <w:i w:val="0"/>
          <w:smallCaps w:val="0"/>
          <w:strike w:val="0"/>
          <w:sz w:val="20"/>
          <w:u w:val="single"/>
        </w:rPr>
        <w:t xml:space="preserve"> </w:t>
      </w:r>
      <w:r>
        <w:rPr>
          <w:b w:val="0"/>
          <w:i w:val="0"/>
          <w:smallCaps w:val="0"/>
          <w:strike w:val="0"/>
          <w:sz w:val="20"/>
          <w:highlight w:val="cyan"/>
          <w:u w:val="single"/>
        </w:rPr>
        <w:t>thinking</w:t>
      </w:r>
      <w:r>
        <w:rPr>
          <w:b w:val="0"/>
          <w:i w:val="0"/>
          <w:smallCaps w:val="0"/>
          <w:strike w:val="0"/>
          <w:sz w:val="20"/>
          <w:u w:val="single"/>
        </w:rPr>
        <w:t xml:space="preserve"> sets out, </w:t>
      </w:r>
      <w:r>
        <w:rPr>
          <w:b w:val="0"/>
          <w:i w:val="0"/>
          <w:smallCaps w:val="0"/>
          <w:strike w:val="0"/>
          <w:sz w:val="20"/>
          <w:highlight w:val="cyan"/>
          <w:u w:val="single"/>
        </w:rPr>
        <w:t>everyone benefits considerably from</w:t>
      </w:r>
      <w:r>
        <w:rPr>
          <w:b w:val="0"/>
          <w:i w:val="0"/>
          <w:smallCaps w:val="0"/>
          <w:strike w:val="0"/>
          <w:sz w:val="20"/>
          <w:u w:val="single"/>
        </w:rPr>
        <w:t xml:space="preserve"> the</w:t>
      </w:r>
      <w:r>
        <w:rPr>
          <w:b w:val="0"/>
          <w:i w:val="0"/>
          <w:smallCaps w:val="0"/>
          <w:strike w:val="0"/>
          <w:sz w:val="20"/>
          <w:u w:val="single"/>
        </w:rPr>
        <w:t xml:space="preserve"> </w:t>
      </w:r>
      <w:r>
        <w:rPr>
          <w:b w:val="0"/>
          <w:i w:val="0"/>
          <w:smallCaps w:val="0"/>
          <w:strike w:val="0"/>
          <w:sz w:val="20"/>
          <w:highlight w:val="cyan"/>
          <w:u w:val="single"/>
        </w:rPr>
        <w:t>investments made by the state</w:t>
      </w:r>
      <w:r>
        <w:rPr>
          <w:b w:val="0"/>
          <w:i w:val="0"/>
          <w:smallCaps w:val="0"/>
          <w:strike w:val="0"/>
          <w:sz w:val="16"/>
          <w:u w:val="none"/>
        </w:rPr>
        <w:t xml:space="preserve">. As Mariana Mazzucato has written, </w:t>
      </w:r>
      <w:r>
        <w:rPr>
          <w:b w:val="0"/>
          <w:i w:val="0"/>
          <w:smallCaps w:val="0"/>
          <w:strike w:val="0"/>
          <w:sz w:val="20"/>
          <w:highlight w:val="cyan"/>
          <w:u w:val="single"/>
        </w:rPr>
        <w:t>even free market fundamentalists</w:t>
      </w:r>
      <w:r>
        <w:rPr>
          <w:b w:val="0"/>
          <w:i w:val="0"/>
          <w:smallCaps w:val="0"/>
          <w:strike w:val="0"/>
          <w:sz w:val="16"/>
          <w:highlight w:val="cyan"/>
          <w:u w:val="none"/>
        </w:rPr>
        <w:t>: “</w:t>
      </w:r>
      <w:r>
        <w:rPr>
          <w:b w:val="0"/>
          <w:i w:val="0"/>
          <w:smallCaps w:val="0"/>
          <w:strike w:val="0"/>
          <w:sz w:val="20"/>
          <w:highlight w:val="cyan"/>
          <w:u w:val="single"/>
        </w:rPr>
        <w:t>gain directly through</w:t>
      </w:r>
      <w:r>
        <w:rPr>
          <w:b w:val="0"/>
          <w:i w:val="0"/>
          <w:smallCaps w:val="0"/>
          <w:strike w:val="0"/>
          <w:sz w:val="20"/>
          <w:u w:val="single"/>
        </w:rPr>
        <w:t xml:space="preserve"> the </w:t>
      </w:r>
      <w:r>
        <w:rPr>
          <w:b/>
          <w:i w:val="0"/>
          <w:smallCaps w:val="0"/>
          <w:strike w:val="0"/>
          <w:sz w:val="20"/>
          <w:highlight w:val="cyan"/>
          <w:u w:val="single"/>
        </w:rPr>
        <w:t>roads</w:t>
      </w:r>
      <w:r>
        <w:rPr>
          <w:b w:val="0"/>
          <w:i w:val="0"/>
          <w:smallCaps w:val="0"/>
          <w:strike w:val="0"/>
          <w:sz w:val="20"/>
          <w:u w:val="single"/>
        </w:rPr>
        <w:t xml:space="preserve"> </w:t>
      </w:r>
      <w:r>
        <w:rPr>
          <w:b w:val="0"/>
          <w:i w:val="0"/>
          <w:smallCaps w:val="0"/>
          <w:strike w:val="0"/>
          <w:sz w:val="20"/>
          <w:u w:val="single"/>
        </w:rPr>
        <w:t xml:space="preserve">you drive down, the </w:t>
      </w:r>
      <w:r>
        <w:rPr>
          <w:b/>
          <w:i w:val="0"/>
          <w:smallCaps w:val="0"/>
          <w:strike w:val="0"/>
          <w:sz w:val="20"/>
          <w:highlight w:val="cyan"/>
          <w:u w:val="single"/>
        </w:rPr>
        <w:t>rules</w:t>
      </w:r>
      <w:r>
        <w:rPr>
          <w:b w:val="0"/>
          <w:i w:val="0"/>
          <w:smallCaps w:val="0"/>
          <w:strike w:val="0"/>
          <w:sz w:val="20"/>
          <w:u w:val="single"/>
        </w:rPr>
        <w:t xml:space="preserve"> and policing which ensure their safety</w:t>
      </w:r>
      <w:r>
        <w:rPr>
          <w:b w:val="0"/>
          <w:i w:val="0"/>
          <w:smallCaps w:val="0"/>
          <w:strike w:val="0"/>
          <w:sz w:val="16"/>
          <w:u w:val="none"/>
        </w:rPr>
        <w:t xml:space="preserve">, the BBC </w:t>
      </w:r>
      <w:r>
        <w:rPr>
          <w:b/>
          <w:i w:val="0"/>
          <w:smallCaps w:val="0"/>
          <w:strike w:val="0"/>
          <w:sz w:val="20"/>
          <w:highlight w:val="cyan"/>
          <w:u w:val="single"/>
        </w:rPr>
        <w:t>radio</w:t>
      </w:r>
      <w:r>
        <w:rPr>
          <w:b w:val="0"/>
          <w:i w:val="0"/>
          <w:smallCaps w:val="0"/>
          <w:strike w:val="0"/>
          <w:sz w:val="16"/>
          <w:u w:val="none"/>
        </w:rPr>
        <w:t xml:space="preserve"> you listen to, </w:t>
      </w:r>
      <w:r>
        <w:rPr>
          <w:b/>
          <w:i w:val="0"/>
          <w:smallCaps w:val="0"/>
          <w:strike w:val="0"/>
          <w:sz w:val="20"/>
          <w:highlight w:val="cyan"/>
          <w:u w:val="single"/>
        </w:rPr>
        <w:t>schools and universities</w:t>
      </w:r>
      <w:r>
        <w:rPr>
          <w:b w:val="0"/>
          <w:i w:val="0"/>
          <w:smallCaps w:val="0"/>
          <w:strike w:val="0"/>
          <w:sz w:val="20"/>
          <w:u w:val="single"/>
        </w:rPr>
        <w:t xml:space="preserve"> that </w:t>
      </w:r>
      <w:r>
        <w:rPr>
          <w:b/>
          <w:i w:val="0"/>
          <w:smallCaps w:val="0"/>
          <w:strike w:val="0"/>
          <w:sz w:val="20"/>
          <w:u w:val="single"/>
        </w:rPr>
        <w:t>train the doctors</w:t>
      </w:r>
      <w:r>
        <w:rPr>
          <w:b w:val="0"/>
          <w:i w:val="0"/>
          <w:smallCaps w:val="0"/>
          <w:strike w:val="0"/>
          <w:sz w:val="20"/>
          <w:u w:val="single"/>
        </w:rPr>
        <w:t xml:space="preserve"> and pilots you depend on, </w:t>
      </w:r>
      <w:r>
        <w:rPr>
          <w:b/>
          <w:i w:val="0"/>
          <w:smallCaps w:val="0"/>
          <w:strike w:val="0"/>
          <w:sz w:val="20"/>
          <w:highlight w:val="cyan"/>
          <w:u w:val="single"/>
        </w:rPr>
        <w:t>parks</w:t>
      </w:r>
      <w:r>
        <w:rPr>
          <w:b w:val="0"/>
          <w:i w:val="0"/>
          <w:smallCaps w:val="0"/>
          <w:strike w:val="0"/>
          <w:sz w:val="20"/>
          <w:u w:val="single"/>
        </w:rPr>
        <w:t xml:space="preserve">, </w:t>
      </w:r>
      <w:r>
        <w:rPr>
          <w:b/>
          <w:i w:val="0"/>
          <w:smallCaps w:val="0"/>
          <w:strike w:val="0"/>
          <w:sz w:val="20"/>
          <w:highlight w:val="cyan"/>
          <w:u w:val="single"/>
        </w:rPr>
        <w:t>theatre</w:t>
      </w:r>
      <w:r>
        <w:rPr>
          <w:b w:val="0"/>
          <w:i w:val="0"/>
          <w:smallCaps w:val="0"/>
          <w:strike w:val="0"/>
          <w:sz w:val="20"/>
          <w:u w:val="single"/>
        </w:rPr>
        <w:t xml:space="preserve">, </w:t>
      </w:r>
      <w:r>
        <w:rPr>
          <w:b/>
          <w:i w:val="0"/>
          <w:smallCaps w:val="0"/>
          <w:strike w:val="0"/>
          <w:sz w:val="20"/>
          <w:highlight w:val="cyan"/>
          <w:u w:val="single"/>
        </w:rPr>
        <w:t>films</w:t>
      </w:r>
      <w:r>
        <w:rPr>
          <w:b w:val="0"/>
          <w:i w:val="0"/>
          <w:smallCaps w:val="0"/>
          <w:strike w:val="0"/>
          <w:sz w:val="20"/>
          <w:u w:val="single"/>
        </w:rPr>
        <w:t xml:space="preserve"> </w:t>
      </w:r>
      <w:r>
        <w:rPr>
          <w:b w:val="0"/>
          <w:i w:val="0"/>
          <w:smallCaps w:val="0"/>
          <w:strike w:val="0"/>
          <w:sz w:val="20"/>
          <w:highlight w:val="cyan"/>
          <w:u w:val="single"/>
        </w:rPr>
        <w:t>and</w:t>
      </w:r>
      <w:r>
        <w:rPr>
          <w:b w:val="0"/>
          <w:i w:val="0"/>
          <w:smallCaps w:val="0"/>
          <w:strike w:val="0"/>
          <w:sz w:val="20"/>
          <w:u w:val="single"/>
        </w:rPr>
        <w:t xml:space="preserve"> </w:t>
      </w:r>
      <w:r>
        <w:rPr>
          <w:b/>
          <w:i w:val="0"/>
          <w:smallCaps w:val="0"/>
          <w:strike w:val="0"/>
          <w:sz w:val="20"/>
          <w:highlight w:val="cyan"/>
          <w:u w:val="single"/>
        </w:rPr>
        <w:t>museums</w:t>
      </w:r>
      <w:r>
        <w:rPr>
          <w:b w:val="0"/>
          <w:i w:val="0"/>
          <w:smallCaps w:val="0"/>
          <w:strike w:val="0"/>
          <w:sz w:val="20"/>
          <w:u w:val="single"/>
        </w:rPr>
        <w:t xml:space="preserve"> </w:t>
      </w:r>
      <w:r>
        <w:rPr>
          <w:b w:val="0"/>
          <w:i w:val="0"/>
          <w:smallCaps w:val="0"/>
          <w:strike w:val="0"/>
          <w:sz w:val="16"/>
          <w:u w:val="none"/>
        </w:rPr>
        <w:t xml:space="preserve">that nurture our national identity. </w:t>
      </w:r>
      <w:r>
        <w:rPr>
          <w:b w:val="0"/>
          <w:i w:val="0"/>
          <w:smallCaps w:val="0"/>
          <w:strike w:val="0"/>
          <w:sz w:val="20"/>
          <w:highlight w:val="cyan"/>
          <w:u w:val="single"/>
        </w:rPr>
        <w:t>You also gain</w:t>
      </w:r>
      <w:r>
        <w:rPr>
          <w:b w:val="0"/>
          <w:i w:val="0"/>
          <w:smallCaps w:val="0"/>
          <w:strike w:val="0"/>
          <w:sz w:val="16"/>
          <w:u w:val="none"/>
        </w:rPr>
        <w:t xml:space="preserve">, indirectly, </w:t>
      </w:r>
      <w:r>
        <w:rPr>
          <w:b w:val="0"/>
          <w:i w:val="0"/>
          <w:smallCaps w:val="0"/>
          <w:strike w:val="0"/>
          <w:sz w:val="20"/>
          <w:highlight w:val="cyan"/>
          <w:u w:val="single"/>
        </w:rPr>
        <w:t>through</w:t>
      </w:r>
      <w:r>
        <w:rPr>
          <w:b w:val="0"/>
          <w:i w:val="0"/>
          <w:smallCaps w:val="0"/>
          <w:strike w:val="0"/>
          <w:sz w:val="20"/>
          <w:u w:val="single"/>
        </w:rPr>
        <w:t xml:space="preserve"> </w:t>
      </w:r>
      <w:r>
        <w:rPr>
          <w:b w:val="0"/>
          <w:i w:val="0"/>
          <w:smallCaps w:val="0"/>
          <w:strike w:val="0"/>
          <w:sz w:val="20"/>
          <w:u w:val="single"/>
        </w:rPr>
        <w:t xml:space="preserve">enormous </w:t>
      </w:r>
      <w:r>
        <w:rPr>
          <w:b w:val="0"/>
          <w:i w:val="0"/>
          <w:smallCaps w:val="0"/>
          <w:strike w:val="0"/>
          <w:sz w:val="20"/>
          <w:highlight w:val="cyan"/>
          <w:u w:val="single"/>
        </w:rPr>
        <w:t>public subsidies without which</w:t>
      </w:r>
      <w:r>
        <w:rPr>
          <w:b w:val="0"/>
          <w:i w:val="0"/>
          <w:smallCaps w:val="0"/>
          <w:strike w:val="0"/>
          <w:sz w:val="20"/>
          <w:u w:val="single"/>
        </w:rPr>
        <w:t xml:space="preserve"> </w:t>
      </w:r>
      <w:r>
        <w:rPr>
          <w:b w:val="0"/>
          <w:i w:val="0"/>
          <w:smallCaps w:val="0"/>
          <w:strike w:val="0"/>
          <w:sz w:val="20"/>
          <w:highlight w:val="cyan"/>
          <w:u w:val="single"/>
        </w:rPr>
        <w:t>private schools, hospitals and utility providers would never be able to deliver</w:t>
      </w:r>
      <w:r>
        <w:rPr>
          <w:b w:val="0"/>
          <w:i w:val="0"/>
          <w:smallCaps w:val="0"/>
          <w:strike w:val="0"/>
          <w:sz w:val="20"/>
          <w:u w:val="single"/>
        </w:rPr>
        <w:t xml:space="preserve"> affordably and</w:t>
      </w:r>
      <w:r>
        <w:rPr>
          <w:b w:val="0"/>
          <w:i w:val="0"/>
          <w:smallCaps w:val="0"/>
          <w:strike w:val="0"/>
          <w:sz w:val="20"/>
          <w:u w:val="single"/>
        </w:rPr>
        <w:t xml:space="preserve"> </w:t>
      </w:r>
      <w:r>
        <w:rPr>
          <w:b w:val="0"/>
          <w:i w:val="0"/>
          <w:smallCaps w:val="0"/>
          <w:strike w:val="0"/>
          <w:sz w:val="20"/>
          <w:u w:val="single"/>
        </w:rPr>
        <w:t>still make a profit</w:t>
      </w:r>
      <w:r>
        <w:rPr>
          <w:b w:val="0"/>
          <w:i w:val="0"/>
          <w:smallCaps w:val="0"/>
          <w:strike w:val="0"/>
          <w:sz w:val="16"/>
          <w:u w:val="none"/>
        </w:rPr>
        <w:t xml:space="preserve">.”7 </w:t>
      </w:r>
      <w:r>
        <w:rPr>
          <w:b w:val="0"/>
          <w:i w:val="0"/>
          <w:smallCaps w:val="0"/>
          <w:strike w:val="0"/>
          <w:sz w:val="20"/>
          <w:highlight w:val="cyan"/>
          <w:u w:val="single"/>
        </w:rPr>
        <w:t xml:space="preserve">The idea that the state should </w:t>
      </w:r>
      <w:r>
        <w:rPr>
          <w:b/>
          <w:i w:val="0"/>
          <w:smallCaps w:val="0"/>
          <w:strike w:val="0"/>
          <w:sz w:val="20"/>
          <w:highlight w:val="cyan"/>
          <w:u w:val="single"/>
        </w:rPr>
        <w:t>just facilitate</w:t>
      </w:r>
      <w:r>
        <w:rPr>
          <w:b w:val="0"/>
          <w:i w:val="0"/>
          <w:smallCaps w:val="0"/>
          <w:strike w:val="0"/>
          <w:sz w:val="16"/>
          <w:u w:val="none"/>
        </w:rPr>
        <w:t xml:space="preserve">, administer and regulator </w:t>
      </w:r>
      <w:r>
        <w:rPr>
          <w:b w:val="0"/>
          <w:i w:val="0"/>
          <w:smallCaps w:val="0"/>
          <w:strike w:val="0"/>
          <w:sz w:val="20"/>
          <w:u w:val="single"/>
        </w:rPr>
        <w:t>the economy rather than engage in more direct directing</w:t>
      </w:r>
      <w:r>
        <w:rPr>
          <w:b w:val="0"/>
          <w:i w:val="0"/>
          <w:smallCaps w:val="0"/>
          <w:strike w:val="0"/>
          <w:sz w:val="20"/>
          <w:u w:val="single"/>
        </w:rPr>
        <w:t xml:space="preserve"> </w:t>
      </w:r>
      <w:r>
        <w:rPr>
          <w:b w:val="0"/>
          <w:i w:val="0"/>
          <w:smallCaps w:val="0"/>
          <w:strike w:val="0"/>
          <w:sz w:val="20"/>
          <w:u w:val="single"/>
        </w:rPr>
        <w:t>and management started gaining wide acceptance in the 1970s</w:t>
      </w:r>
      <w:r>
        <w:rPr>
          <w:b w:val="0"/>
          <w:i w:val="0"/>
          <w:smallCaps w:val="0"/>
          <w:strike w:val="0"/>
          <w:sz w:val="16"/>
          <w:u w:val="none"/>
        </w:rPr>
        <w:t xml:space="preserve">. </w:t>
      </w:r>
      <w:r>
        <w:rPr>
          <w:b w:val="0"/>
          <w:i w:val="0"/>
          <w:smallCaps w:val="0"/>
          <w:strike w:val="0"/>
          <w:sz w:val="20"/>
          <w:u w:val="single"/>
        </w:rPr>
        <w:t xml:space="preserve">These ideas </w:t>
      </w:r>
      <w:r>
        <w:rPr>
          <w:b w:val="0"/>
          <w:i w:val="0"/>
          <w:smallCaps w:val="0"/>
          <w:strike w:val="0"/>
          <w:sz w:val="20"/>
          <w:highlight w:val="cyan"/>
          <w:u w:val="single"/>
        </w:rPr>
        <w:t>have received newfound</w:t>
      </w:r>
      <w:r>
        <w:rPr>
          <w:b w:val="0"/>
          <w:i w:val="0"/>
          <w:smallCaps w:val="0"/>
          <w:strike w:val="0"/>
          <w:sz w:val="20"/>
          <w:u w:val="single"/>
        </w:rPr>
        <w:t xml:space="preserve"> </w:t>
      </w:r>
      <w:r>
        <w:rPr>
          <w:b w:val="0"/>
          <w:i w:val="0"/>
          <w:smallCaps w:val="0"/>
          <w:strike w:val="0"/>
          <w:sz w:val="20"/>
          <w:highlight w:val="cyan"/>
          <w:u w:val="single"/>
        </w:rPr>
        <w:t>popularity</w:t>
      </w:r>
      <w:r>
        <w:rPr>
          <w:b w:val="0"/>
          <w:i w:val="0"/>
          <w:smallCaps w:val="0"/>
          <w:strike w:val="0"/>
          <w:sz w:val="20"/>
          <w:u w:val="single"/>
        </w:rPr>
        <w:t xml:space="preserve"> in the aftermath</w:t>
      </w:r>
      <w:r>
        <w:rPr>
          <w:b w:val="0"/>
          <w:i w:val="0"/>
          <w:smallCaps w:val="0"/>
          <w:strike w:val="0"/>
          <w:sz w:val="20"/>
          <w:u w:val="single"/>
        </w:rPr>
        <w:t xml:space="preserve"> </w:t>
      </w:r>
      <w:r>
        <w:rPr>
          <w:b w:val="0"/>
          <w:i w:val="0"/>
          <w:smallCaps w:val="0"/>
          <w:strike w:val="0"/>
          <w:sz w:val="20"/>
          <w:u w:val="single"/>
        </w:rPr>
        <w:t>of the recent global financial crisis and used to target reductions</w:t>
      </w:r>
      <w:r>
        <w:rPr>
          <w:b w:val="0"/>
          <w:i w:val="0"/>
          <w:smallCaps w:val="0"/>
          <w:strike w:val="0"/>
          <w:sz w:val="20"/>
          <w:u w:val="single"/>
        </w:rPr>
        <w:t xml:space="preserve"> </w:t>
      </w:r>
      <w:r>
        <w:rPr>
          <w:b w:val="0"/>
          <w:i w:val="0"/>
          <w:smallCaps w:val="0"/>
          <w:strike w:val="0"/>
          <w:sz w:val="20"/>
          <w:u w:val="single"/>
        </w:rPr>
        <w:t>in government spending and debt, often arguing that reducing</w:t>
      </w:r>
      <w:r>
        <w:rPr>
          <w:b w:val="0"/>
          <w:i w:val="0"/>
          <w:smallCaps w:val="0"/>
          <w:strike w:val="0"/>
          <w:sz w:val="20"/>
          <w:u w:val="single"/>
        </w:rPr>
        <w:t xml:space="preserve"> </w:t>
      </w:r>
      <w:r>
        <w:rPr>
          <w:b w:val="0"/>
          <w:i w:val="0"/>
          <w:smallCaps w:val="0"/>
          <w:strike w:val="0"/>
          <w:sz w:val="20"/>
          <w:u w:val="single"/>
        </w:rPr>
        <w:t>government spending will</w:t>
      </w:r>
      <w:r>
        <w:rPr>
          <w:b w:val="0"/>
          <w:i w:val="0"/>
          <w:smallCaps w:val="0"/>
          <w:strike w:val="0"/>
          <w:sz w:val="16"/>
          <w:u w:val="none"/>
        </w:rPr>
        <w:t xml:space="preserve"> not lead to stagnation and collapse but instead </w:t>
      </w:r>
      <w:r>
        <w:rPr>
          <w:b w:val="0"/>
          <w:i w:val="0"/>
          <w:smallCaps w:val="0"/>
          <w:strike w:val="0"/>
          <w:sz w:val="20"/>
          <w:u w:val="single"/>
        </w:rPr>
        <w:t>generate additional private investment</w:t>
      </w:r>
      <w:r>
        <w:rPr>
          <w:b w:val="0"/>
          <w:i w:val="0"/>
          <w:smallCaps w:val="0"/>
          <w:strike w:val="0"/>
          <w:sz w:val="16"/>
          <w:u w:val="none"/>
        </w:rPr>
        <w:t xml:space="preserve">. </w:t>
      </w:r>
      <w:r>
        <w:rPr>
          <w:b/>
          <w:i w:val="0"/>
          <w:smallCaps w:val="0"/>
          <w:strike w:val="0"/>
          <w:sz w:val="20"/>
          <w:highlight w:val="cyan"/>
          <w:u w:val="single"/>
        </w:rPr>
        <w:t>This kind of thinking led to</w:t>
      </w:r>
      <w:r>
        <w:rPr>
          <w:b w:val="0"/>
          <w:i w:val="0"/>
          <w:smallCaps w:val="0"/>
          <w:strike w:val="0"/>
          <w:sz w:val="16"/>
          <w:u w:val="none"/>
        </w:rPr>
        <w:t xml:space="preserve"> policies like the one introduced by the </w:t>
      </w:r>
      <w:r>
        <w:rPr>
          <w:b w:val="0"/>
          <w:i w:val="0"/>
          <w:smallCaps w:val="0"/>
          <w:strike w:val="0"/>
          <w:sz w:val="16"/>
          <w:u w:val="none"/>
        </w:rPr>
        <w:t>Labour</w:t>
      </w:r>
      <w:r>
        <w:rPr>
          <w:b w:val="0"/>
          <w:i w:val="0"/>
          <w:smallCaps w:val="0"/>
          <w:strike w:val="0"/>
          <w:sz w:val="16"/>
          <w:u w:val="none"/>
        </w:rPr>
        <w:t xml:space="preserve"> Party in 2002, which reduced the time that private equity funds must be invested to be eligible for tax reductions from ten years to two years.8 As Mazzucato argues, </w:t>
      </w:r>
      <w:r>
        <w:rPr>
          <w:b w:val="0"/>
          <w:i w:val="0"/>
          <w:smallCaps w:val="0"/>
          <w:strike w:val="0"/>
          <w:sz w:val="20"/>
          <w:u w:val="single"/>
        </w:rPr>
        <w:t>such policies ‘</w:t>
      </w:r>
      <w:r>
        <w:rPr>
          <w:b/>
          <w:i w:val="0"/>
          <w:smallCaps w:val="0"/>
          <w:strike w:val="0"/>
          <w:sz w:val="20"/>
          <w:u w:val="single"/>
        </w:rPr>
        <w:t>increase</w:t>
      </w:r>
      <w:r>
        <w:rPr>
          <w:b w:val="0"/>
          <w:i w:val="0"/>
          <w:smallCaps w:val="0"/>
          <w:strike w:val="0"/>
          <w:sz w:val="20"/>
          <w:u w:val="single"/>
        </w:rPr>
        <w:t xml:space="preserve"> </w:t>
      </w:r>
      <w:r>
        <w:rPr>
          <w:b/>
          <w:i w:val="0"/>
          <w:smallCaps w:val="0"/>
          <w:strike w:val="0"/>
          <w:sz w:val="20"/>
          <w:highlight w:val="cyan"/>
          <w:u w:val="single"/>
        </w:rPr>
        <w:t>inequality</w:t>
      </w:r>
      <w:r>
        <w:rPr>
          <w:b w:val="0"/>
          <w:i w:val="0"/>
          <w:smallCaps w:val="0"/>
          <w:strike w:val="0"/>
          <w:sz w:val="20"/>
          <w:u w:val="single"/>
        </w:rPr>
        <w:t xml:space="preserve">, </w:t>
      </w:r>
      <w:r>
        <w:rPr>
          <w:b/>
          <w:i w:val="0"/>
          <w:smallCaps w:val="0"/>
          <w:strike w:val="0"/>
          <w:sz w:val="20"/>
          <w:u w:val="single"/>
        </w:rPr>
        <w:t>not investment</w:t>
      </w:r>
      <w:r>
        <w:rPr>
          <w:b w:val="0"/>
          <w:i w:val="0"/>
          <w:smallCaps w:val="0"/>
          <w:strike w:val="0"/>
          <w:sz w:val="20"/>
          <w:u w:val="single"/>
        </w:rPr>
        <w:t xml:space="preserve">, and </w:t>
      </w:r>
      <w:r>
        <w:rPr>
          <w:b w:val="0"/>
          <w:i w:val="0"/>
          <w:smallCaps w:val="0"/>
          <w:strike w:val="0"/>
          <w:sz w:val="20"/>
          <w:highlight w:val="cyan"/>
          <w:u w:val="single"/>
        </w:rPr>
        <w:t>by rewarding short-term investments at the expense of long-term ones</w:t>
      </w:r>
      <w:r>
        <w:rPr>
          <w:b w:val="0"/>
          <w:i w:val="0"/>
          <w:smallCaps w:val="0"/>
          <w:strike w:val="0"/>
          <w:sz w:val="20"/>
          <w:u w:val="single"/>
        </w:rPr>
        <w:t xml:space="preserve">, </w:t>
      </w:r>
      <w:r>
        <w:rPr>
          <w:b/>
          <w:i w:val="0"/>
          <w:smallCaps w:val="0"/>
          <w:strike w:val="0"/>
          <w:sz w:val="20"/>
          <w:highlight w:val="cyan"/>
          <w:u w:val="single"/>
        </w:rPr>
        <w:t>they hurt innovation</w:t>
      </w:r>
      <w:r>
        <w:rPr>
          <w:b w:val="0"/>
          <w:i w:val="0"/>
          <w:smallCaps w:val="0"/>
          <w:strike w:val="0"/>
          <w:sz w:val="16"/>
          <w:u w:val="none"/>
        </w:rPr>
        <w:t xml:space="preserve">.’9 </w:t>
      </w:r>
      <w:r>
        <w:rPr>
          <w:b w:val="0"/>
          <w:i w:val="0"/>
          <w:smallCaps w:val="0"/>
          <w:strike w:val="0"/>
          <w:sz w:val="20"/>
          <w:u w:val="single"/>
        </w:rPr>
        <w:t xml:space="preserve">Just as </w:t>
      </w:r>
      <w:r>
        <w:rPr>
          <w:b/>
          <w:i w:val="0"/>
          <w:smallCaps w:val="0"/>
          <w:strike w:val="0"/>
          <w:sz w:val="20"/>
          <w:highlight w:val="cyan"/>
          <w:u w:val="single"/>
        </w:rPr>
        <w:t>the state</w:t>
      </w:r>
      <w:r>
        <w:rPr>
          <w:b w:val="0"/>
          <w:i w:val="0"/>
          <w:smallCaps w:val="0"/>
          <w:strike w:val="0"/>
          <w:sz w:val="20"/>
          <w:u w:val="single"/>
        </w:rPr>
        <w:t xml:space="preserve"> has led the development of infrastructure</w:t>
      </w:r>
      <w:r>
        <w:rPr>
          <w:b w:val="0"/>
          <w:i w:val="0"/>
          <w:smallCaps w:val="0"/>
          <w:strike w:val="0"/>
          <w:sz w:val="20"/>
          <w:u w:val="single"/>
        </w:rPr>
        <w:t xml:space="preserve"> </w:t>
      </w:r>
      <w:r>
        <w:rPr>
          <w:b w:val="0"/>
          <w:i w:val="0"/>
          <w:smallCaps w:val="0"/>
          <w:strike w:val="0"/>
          <w:sz w:val="20"/>
          <w:u w:val="single"/>
        </w:rPr>
        <w:t xml:space="preserve">that makes our lives possible it </w:t>
      </w:r>
      <w:r>
        <w:rPr>
          <w:b w:val="0"/>
          <w:i w:val="0"/>
          <w:smallCaps w:val="0"/>
          <w:strike w:val="0"/>
          <w:sz w:val="20"/>
          <w:highlight w:val="cyan"/>
          <w:u w:val="single"/>
        </w:rPr>
        <w:t>will</w:t>
      </w:r>
      <w:r>
        <w:rPr>
          <w:b w:val="0"/>
          <w:i w:val="0"/>
          <w:smallCaps w:val="0"/>
          <w:strike w:val="0"/>
          <w:sz w:val="20"/>
          <w:u w:val="single"/>
        </w:rPr>
        <w:t xml:space="preserve"> also </w:t>
      </w:r>
      <w:r>
        <w:rPr>
          <w:b w:val="0"/>
          <w:i w:val="0"/>
          <w:smallCaps w:val="0"/>
          <w:strike w:val="0"/>
          <w:sz w:val="20"/>
          <w:highlight w:val="cyan"/>
          <w:u w:val="single"/>
        </w:rPr>
        <w:t>need to take a lead in addressing</w:t>
      </w:r>
      <w:r>
        <w:rPr>
          <w:b w:val="0"/>
          <w:i w:val="0"/>
          <w:smallCaps w:val="0"/>
          <w:strike w:val="0"/>
          <w:sz w:val="16"/>
          <w:u w:val="none"/>
        </w:rPr>
        <w:t xml:space="preserve"> some of </w:t>
      </w:r>
      <w:r>
        <w:rPr>
          <w:b w:val="0"/>
          <w:i w:val="0"/>
          <w:smallCaps w:val="0"/>
          <w:strike w:val="0"/>
          <w:sz w:val="20"/>
          <w:u w:val="single"/>
        </w:rPr>
        <w:t xml:space="preserve">the major </w:t>
      </w:r>
      <w:r>
        <w:rPr>
          <w:b w:val="0"/>
          <w:i w:val="0"/>
          <w:smallCaps w:val="0"/>
          <w:strike w:val="0"/>
          <w:sz w:val="20"/>
          <w:highlight w:val="cyan"/>
          <w:u w:val="single"/>
        </w:rPr>
        <w:t>challenges</w:t>
      </w:r>
      <w:r>
        <w:rPr>
          <w:b w:val="0"/>
          <w:i w:val="0"/>
          <w:smallCaps w:val="0"/>
          <w:strike w:val="0"/>
          <w:sz w:val="20"/>
          <w:u w:val="single"/>
        </w:rPr>
        <w:t xml:space="preserve"> that we face as a society</w:t>
      </w:r>
      <w:r>
        <w:rPr>
          <w:b w:val="0"/>
          <w:i w:val="0"/>
          <w:smallCaps w:val="0"/>
          <w:strike w:val="0"/>
          <w:sz w:val="20"/>
          <w:u w:val="single"/>
        </w:rPr>
        <w:t xml:space="preserve"> </w:t>
      </w:r>
      <w:r>
        <w:rPr>
          <w:b w:val="0"/>
          <w:i w:val="0"/>
          <w:smallCaps w:val="0"/>
          <w:strike w:val="0"/>
          <w:sz w:val="20"/>
          <w:u w:val="single"/>
        </w:rPr>
        <w:t xml:space="preserve">today, often ones that </w:t>
      </w:r>
      <w:r>
        <w:rPr>
          <w:b w:val="0"/>
          <w:i w:val="0"/>
          <w:smallCaps w:val="0"/>
          <w:strike w:val="0"/>
          <w:sz w:val="20"/>
          <w:highlight w:val="cyan"/>
          <w:u w:val="single"/>
        </w:rPr>
        <w:t xml:space="preserve">the market is either unable to address or in fact the primary driver of the problem, things such as </w:t>
      </w:r>
      <w:r>
        <w:rPr>
          <w:b/>
          <w:i w:val="0"/>
          <w:smallCaps w:val="0"/>
          <w:strike w:val="0"/>
          <w:sz w:val="20"/>
          <w:highlight w:val="cyan"/>
          <w:u w:val="single"/>
        </w:rPr>
        <w:t>climate</w:t>
      </w:r>
      <w:r>
        <w:rPr>
          <w:b w:val="0"/>
          <w:i w:val="0"/>
          <w:smallCaps w:val="0"/>
          <w:strike w:val="0"/>
          <w:sz w:val="20"/>
          <w:highlight w:val="cyan"/>
          <w:u w:val="single"/>
        </w:rPr>
        <w:t xml:space="preserve"> </w:t>
      </w:r>
      <w:r>
        <w:rPr>
          <w:b/>
          <w:i w:val="0"/>
          <w:smallCaps w:val="0"/>
          <w:strike w:val="0"/>
          <w:sz w:val="20"/>
          <w:highlight w:val="cyan"/>
          <w:u w:val="single"/>
        </w:rPr>
        <w:t>change</w:t>
      </w:r>
      <w:r>
        <w:rPr>
          <w:b w:val="0"/>
          <w:i w:val="0"/>
          <w:smallCaps w:val="0"/>
          <w:strike w:val="0"/>
          <w:sz w:val="16"/>
          <w:u w:val="none"/>
        </w:rPr>
        <w:t xml:space="preserve">, </w:t>
      </w:r>
      <w:r>
        <w:rPr>
          <w:b w:val="0"/>
          <w:i w:val="0"/>
          <w:smallCaps w:val="0"/>
          <w:strike w:val="0"/>
          <w:sz w:val="16"/>
          <w:u w:val="none"/>
        </w:rPr>
        <w:t xml:space="preserve">youth unemployment, obesity, aging, and </w:t>
      </w:r>
      <w:r>
        <w:rPr>
          <w:b/>
          <w:i w:val="0"/>
          <w:smallCaps w:val="0"/>
          <w:strike w:val="0"/>
          <w:sz w:val="20"/>
          <w:highlight w:val="cyan"/>
          <w:u w:val="single"/>
        </w:rPr>
        <w:t>inequality</w:t>
      </w:r>
      <w:r>
        <w:rPr>
          <w:b w:val="0"/>
          <w:i w:val="0"/>
          <w:smallCaps w:val="0"/>
          <w:strike w:val="0"/>
          <w:sz w:val="16"/>
          <w:u w:val="none"/>
        </w:rPr>
        <w:t>. The</w:t>
      </w:r>
      <w:r>
        <w:rPr>
          <w:b w:val="0"/>
          <w:i w:val="0"/>
          <w:smallCaps w:val="0"/>
          <w:strike w:val="0"/>
          <w:sz w:val="16"/>
          <w:u w:val="none"/>
        </w:rPr>
        <w:t xml:space="preserve"> </w:t>
      </w:r>
      <w:r>
        <w:rPr>
          <w:b w:val="0"/>
          <w:i w:val="0"/>
          <w:smallCaps w:val="0"/>
          <w:strike w:val="0"/>
          <w:sz w:val="16"/>
          <w:u w:val="none"/>
        </w:rPr>
        <w:t xml:space="preserve">development of the </w:t>
      </w:r>
      <w:r>
        <w:rPr>
          <w:b/>
          <w:i w:val="0"/>
          <w:smallCaps w:val="0"/>
          <w:strike w:val="0"/>
          <w:sz w:val="20"/>
          <w:highlight w:val="cyan"/>
          <w:u w:val="single"/>
        </w:rPr>
        <w:t>Covid</w:t>
      </w:r>
      <w:r>
        <w:rPr>
          <w:b w:val="0"/>
          <w:i w:val="0"/>
          <w:smallCaps w:val="0"/>
          <w:strike w:val="0"/>
          <w:sz w:val="16"/>
          <w:u w:val="none"/>
        </w:rPr>
        <w:t>-19 public health emergency has made</w:t>
      </w:r>
      <w:r>
        <w:rPr>
          <w:b w:val="0"/>
          <w:i w:val="0"/>
          <w:smallCaps w:val="0"/>
          <w:strike w:val="0"/>
          <w:sz w:val="16"/>
          <w:u w:val="none"/>
        </w:rPr>
        <w:t xml:space="preserve"> </w:t>
      </w:r>
      <w:r>
        <w:rPr>
          <w:b w:val="0"/>
          <w:i w:val="0"/>
          <w:smallCaps w:val="0"/>
          <w:strike w:val="0"/>
          <w:sz w:val="16"/>
          <w:u w:val="none"/>
        </w:rPr>
        <w:t>these challenges more acute.</w:t>
      </w:r>
      <w:r>
        <w:rPr>
          <w:b w:val="0"/>
          <w:i w:val="0"/>
          <w:smallCaps w:val="0"/>
          <w:strike w:val="0"/>
          <w:sz w:val="16"/>
          <w:u w:val="none"/>
        </w:rPr>
        <w:t xml:space="preserve"> Despite these enormous challenges, many governments are reluctant to explicitly target large-scale investment </w:t>
      </w:r>
      <w:r>
        <w:rPr>
          <w:b w:val="0"/>
          <w:i w:val="0"/>
          <w:smallCaps w:val="0"/>
          <w:strike w:val="0"/>
          <w:sz w:val="16"/>
          <w:u w:val="none"/>
        </w:rPr>
        <w:t>programmes</w:t>
      </w:r>
      <w:r>
        <w:rPr>
          <w:b w:val="0"/>
          <w:i w:val="0"/>
          <w:smallCaps w:val="0"/>
          <w:strike w:val="0"/>
          <w:sz w:val="16"/>
          <w:u w:val="none"/>
        </w:rPr>
        <w:t xml:space="preserve"> to tackle them. Often, their actions are limited to creating tax incentives, enabling legislation or providing public money for R&amp;D, usually implemented in such a way that the state gets nothing direct in return. However, as our analysis of ONS data reveals in the following section, these limited actions operate at considerable scale, with tax incentives and public R&amp;D spending </w:t>
      </w:r>
      <w:r>
        <w:rPr>
          <w:b w:val="0"/>
          <w:i w:val="0"/>
          <w:smallCaps w:val="0"/>
          <w:strike w:val="0"/>
          <w:sz w:val="16"/>
          <w:u w:val="none"/>
        </w:rPr>
        <w:t>totalling</w:t>
      </w:r>
      <w:r>
        <w:rPr>
          <w:b w:val="0"/>
          <w:i w:val="0"/>
          <w:smallCaps w:val="0"/>
          <w:strike w:val="0"/>
          <w:sz w:val="16"/>
          <w:u w:val="none"/>
        </w:rPr>
        <w:t xml:space="preserve"> £14.4bn in the UK in 2017-18. The same is true in the US, where even though publicly funded R&amp;D has been happening quietly, it has nevertheless delivered significant results as evidenced by the development of key components of the iPhone, outlined in Box 1</w:t>
      </w:r>
    </w:p>
    <w:p>
      <w:pPr>
        <w:spacing w:after="60"/>
      </w:pPr>
      <w:r>
        <w:rPr>
          <w:b w:val="0"/>
          <w:i w:val="0"/>
          <w:smallCaps w:val="0"/>
          <w:strike w:val="0"/>
          <w:sz w:val="16"/>
          <w:u w:val="none"/>
        </w:rPr>
        <w:t>Box 1 – The public money behind the iPhone</w:t>
      </w:r>
    </w:p>
    <w:p>
      <w:pPr>
        <w:spacing w:after="60"/>
      </w:pPr>
      <w:r>
        <w:rPr>
          <w:b w:val="0"/>
          <w:i w:val="0"/>
          <w:smallCaps w:val="0"/>
          <w:strike w:val="0"/>
          <w:sz w:val="20"/>
          <w:u w:val="single"/>
        </w:rPr>
        <w:t xml:space="preserve">One of the icons of the modern world is </w:t>
      </w:r>
      <w:r>
        <w:rPr>
          <w:b w:val="0"/>
          <w:i w:val="0"/>
          <w:smallCaps w:val="0"/>
          <w:strike w:val="0"/>
          <w:sz w:val="20"/>
          <w:highlight w:val="cyan"/>
          <w:u w:val="single"/>
        </w:rPr>
        <w:t>the smartphone</w:t>
      </w:r>
      <w:r>
        <w:rPr>
          <w:b w:val="0"/>
          <w:i w:val="0"/>
          <w:smallCaps w:val="0"/>
          <w:strike w:val="0"/>
          <w:sz w:val="16"/>
          <w:u w:val="none"/>
        </w:rPr>
        <w:t xml:space="preserve"> and within that category the iPhone still rules the roost since it was first launched in 2007. For many it seems like the culmination of private sector genius, embodied by the likes of Apple’s CEO Steve Jobs and Chief Design Officer Jony </w:t>
      </w:r>
      <w:r>
        <w:rPr>
          <w:b w:val="0"/>
          <w:i w:val="0"/>
          <w:smallCaps w:val="0"/>
          <w:strike w:val="0"/>
          <w:sz w:val="16"/>
          <w:u w:val="none"/>
        </w:rPr>
        <w:t>Ive</w:t>
      </w:r>
      <w:r>
        <w:rPr>
          <w:b w:val="0"/>
          <w:i w:val="0"/>
          <w:smallCaps w:val="0"/>
          <w:strike w:val="0"/>
          <w:sz w:val="16"/>
          <w:u w:val="none"/>
        </w:rPr>
        <w:t xml:space="preserve">, and they, as well as many others, certainly played a very significant part in the success of the product. However, as Mariana Mazzucato revealed in her book The Entrepreneurial State, in fact, </w:t>
      </w:r>
      <w:r>
        <w:rPr>
          <w:b w:val="0"/>
          <w:i w:val="0"/>
          <w:smallCaps w:val="0"/>
          <w:strike w:val="0"/>
          <w:sz w:val="20"/>
          <w:u w:val="single"/>
        </w:rPr>
        <w:t xml:space="preserve">the </w:t>
      </w:r>
      <w:r>
        <w:rPr>
          <w:b w:val="0"/>
          <w:i w:val="0"/>
          <w:smallCaps w:val="0"/>
          <w:strike w:val="0"/>
          <w:sz w:val="20"/>
          <w:highlight w:val="cyan"/>
          <w:u w:val="single"/>
        </w:rPr>
        <w:t xml:space="preserve">US government </w:t>
      </w:r>
      <w:r>
        <w:rPr>
          <w:b/>
          <w:i w:val="0"/>
          <w:smallCaps w:val="0"/>
          <w:strike w:val="0"/>
          <w:sz w:val="20"/>
          <w:highlight w:val="cyan"/>
          <w:u w:val="single"/>
        </w:rPr>
        <w:t>directly funded and developed</w:t>
      </w:r>
      <w:r>
        <w:rPr>
          <w:b w:val="0"/>
          <w:i w:val="0"/>
          <w:smallCaps w:val="0"/>
          <w:strike w:val="0"/>
          <w:sz w:val="20"/>
          <w:u w:val="single"/>
        </w:rPr>
        <w:t xml:space="preserve"> many of the </w:t>
      </w:r>
      <w:r>
        <w:rPr>
          <w:b/>
          <w:i w:val="0"/>
          <w:smallCaps w:val="0"/>
          <w:strike w:val="0"/>
          <w:sz w:val="20"/>
          <w:highlight w:val="cyan"/>
          <w:u w:val="single"/>
        </w:rPr>
        <w:t>key tech</w:t>
      </w:r>
      <w:r>
        <w:rPr>
          <w:b w:val="0"/>
          <w:i w:val="0"/>
          <w:smallCaps w:val="0"/>
          <w:strike w:val="0"/>
          <w:sz w:val="20"/>
          <w:u w:val="single"/>
        </w:rPr>
        <w:t>nologies that make up the iPhone</w:t>
      </w:r>
      <w:r>
        <w:rPr>
          <w:b w:val="0"/>
          <w:i w:val="0"/>
          <w:smallCaps w:val="0"/>
          <w:strike w:val="0"/>
          <w:sz w:val="16"/>
          <w:u w:val="none"/>
        </w:rPr>
        <w:t xml:space="preserve">. The diagram below, taken from the same book, shows some of these technologies alongside the US public sector bodies that developed them. This analysis highlights the fact that </w:t>
      </w:r>
      <w:r>
        <w:rPr>
          <w:b w:val="0"/>
          <w:i w:val="0"/>
          <w:smallCaps w:val="0"/>
          <w:strike w:val="0"/>
          <w:sz w:val="20"/>
          <w:highlight w:val="cyan"/>
          <w:u w:val="single"/>
        </w:rPr>
        <w:t>most</w:t>
      </w:r>
      <w:r>
        <w:rPr>
          <w:b w:val="0"/>
          <w:i w:val="0"/>
          <w:smallCaps w:val="0"/>
          <w:strike w:val="0"/>
          <w:sz w:val="20"/>
          <w:u w:val="single"/>
        </w:rPr>
        <w:t xml:space="preserve"> useful </w:t>
      </w:r>
      <w:r>
        <w:rPr>
          <w:b w:val="0"/>
          <w:i w:val="0"/>
          <w:smallCaps w:val="0"/>
          <w:strike w:val="0"/>
          <w:sz w:val="20"/>
          <w:highlight w:val="cyan"/>
          <w:u w:val="single"/>
        </w:rPr>
        <w:t>innovations</w:t>
      </w:r>
      <w:r>
        <w:rPr>
          <w:b w:val="0"/>
          <w:i w:val="0"/>
          <w:smallCaps w:val="0"/>
          <w:strike w:val="0"/>
          <w:sz w:val="20"/>
          <w:u w:val="single"/>
        </w:rPr>
        <w:t xml:space="preserve"> are not the product of a single genius or even a single company but instead </w:t>
      </w:r>
      <w:r>
        <w:rPr>
          <w:b w:val="0"/>
          <w:i w:val="0"/>
          <w:smallCaps w:val="0"/>
          <w:strike w:val="0"/>
          <w:sz w:val="20"/>
          <w:highlight w:val="cyan"/>
          <w:u w:val="single"/>
        </w:rPr>
        <w:t>are</w:t>
      </w:r>
      <w:r>
        <w:rPr>
          <w:b w:val="0"/>
          <w:i w:val="0"/>
          <w:smallCaps w:val="0"/>
          <w:strike w:val="0"/>
          <w:sz w:val="20"/>
          <w:u w:val="single"/>
        </w:rPr>
        <w:t xml:space="preserve"> </w:t>
      </w:r>
      <w:r>
        <w:rPr>
          <w:b w:val="0"/>
          <w:i w:val="0"/>
          <w:smallCaps w:val="0"/>
          <w:strike w:val="0"/>
          <w:sz w:val="20"/>
          <w:highlight w:val="cyan"/>
          <w:u w:val="single"/>
        </w:rPr>
        <w:t>derived from</w:t>
      </w:r>
      <w:r>
        <w:rPr>
          <w:b w:val="0"/>
          <w:i w:val="0"/>
          <w:smallCaps w:val="0"/>
          <w:strike w:val="0"/>
          <w:sz w:val="20"/>
          <w:u w:val="single"/>
        </w:rPr>
        <w:t xml:space="preserve"> a multiplicity of sources, with </w:t>
      </w:r>
      <w:r>
        <w:rPr>
          <w:b w:val="0"/>
          <w:i w:val="0"/>
          <w:smallCaps w:val="0"/>
          <w:strike w:val="0"/>
          <w:sz w:val="20"/>
          <w:highlight w:val="cyan"/>
          <w:u w:val="single"/>
        </w:rPr>
        <w:t xml:space="preserve">the public sector playing an </w:t>
      </w:r>
      <w:r>
        <w:rPr>
          <w:b/>
          <w:i w:val="0"/>
          <w:smallCaps w:val="0"/>
          <w:strike w:val="0"/>
          <w:sz w:val="20"/>
          <w:highlight w:val="cyan"/>
          <w:u w:val="single"/>
        </w:rPr>
        <w:t>important but under-appreciated role</w:t>
      </w:r>
      <w:r>
        <w:rPr>
          <w:b w:val="0"/>
          <w:i w:val="0"/>
          <w:smallCaps w:val="0"/>
          <w:strike w:val="0"/>
          <w:sz w:val="20"/>
          <w:u w:val="single"/>
        </w:rPr>
        <w:t xml:space="preserve"> in the process</w:t>
      </w:r>
      <w:r>
        <w:rPr>
          <w:b w:val="0"/>
          <w:i w:val="0"/>
          <w:smallCaps w:val="0"/>
          <w:strike w:val="0"/>
          <w:sz w:val="16"/>
          <w:u w:val="none"/>
        </w:rPr>
        <w:t xml:space="preserve"> </w:t>
      </w:r>
    </w:p>
    <w:p>
      <w:pPr>
        <w:spacing w:after="60"/>
      </w:pPr>
      <w:r>
        <w:rPr>
          <w:b w:val="0"/>
          <w:i w:val="0"/>
          <w:smallCaps w:val="0"/>
          <w:strike w:val="0"/>
          <w:sz w:val="16"/>
          <w:u w:val="none"/>
        </w:rPr>
        <w:t xml:space="preserve">The moral of this story is not that the government could have developed the iPhone or that the team at Apple were not exceptionally gifted in making transformational products. </w:t>
      </w:r>
      <w:r>
        <w:rPr>
          <w:b w:val="0"/>
          <w:i w:val="0"/>
          <w:smallCaps w:val="0"/>
          <w:strike w:val="0"/>
          <w:sz w:val="20"/>
          <w:u w:val="single"/>
        </w:rPr>
        <w:t>The</w:t>
      </w:r>
      <w:r>
        <w:rPr>
          <w:b w:val="0"/>
          <w:i w:val="0"/>
          <w:smallCaps w:val="0"/>
          <w:strike w:val="0"/>
          <w:sz w:val="16"/>
          <w:u w:val="none"/>
        </w:rPr>
        <w:t xml:space="preserve"> key </w:t>
      </w:r>
      <w:r>
        <w:rPr>
          <w:b w:val="0"/>
          <w:i w:val="0"/>
          <w:smallCaps w:val="0"/>
          <w:strike w:val="0"/>
          <w:sz w:val="20"/>
          <w:u w:val="single"/>
        </w:rPr>
        <w:t xml:space="preserve">takeaway from this example is that </w:t>
      </w:r>
      <w:r>
        <w:rPr>
          <w:b w:val="0"/>
          <w:i w:val="0"/>
          <w:smallCaps w:val="0"/>
          <w:strike w:val="0"/>
          <w:sz w:val="20"/>
          <w:highlight w:val="cyan"/>
          <w:u w:val="single"/>
        </w:rPr>
        <w:t>the state made a huge investment in</w:t>
      </w:r>
      <w:r>
        <w:rPr>
          <w:b w:val="0"/>
          <w:i w:val="0"/>
          <w:smallCaps w:val="0"/>
          <w:strike w:val="0"/>
          <w:sz w:val="20"/>
          <w:u w:val="single"/>
        </w:rPr>
        <w:t xml:space="preserve"> </w:t>
      </w:r>
      <w:r>
        <w:rPr>
          <w:b w:val="0"/>
          <w:i w:val="0"/>
          <w:smallCaps w:val="0"/>
          <w:strike w:val="0"/>
          <w:sz w:val="20"/>
          <w:highlight w:val="cyan"/>
          <w:u w:val="single"/>
        </w:rPr>
        <w:t>multiple diverse technologies</w:t>
      </w:r>
      <w:r>
        <w:rPr>
          <w:b w:val="0"/>
          <w:i w:val="0"/>
          <w:smallCaps w:val="0"/>
          <w:strike w:val="0"/>
          <w:sz w:val="20"/>
          <w:u w:val="single"/>
        </w:rPr>
        <w:t xml:space="preserve">, from </w:t>
      </w:r>
      <w:r>
        <w:rPr>
          <w:b w:val="0"/>
          <w:i w:val="0"/>
          <w:smallCaps w:val="0"/>
          <w:strike w:val="0"/>
          <w:sz w:val="20"/>
          <w:highlight w:val="cyan"/>
          <w:u w:val="single"/>
        </w:rPr>
        <w:t xml:space="preserve">the </w:t>
      </w:r>
      <w:r>
        <w:rPr>
          <w:b/>
          <w:i w:val="0"/>
          <w:smallCaps w:val="0"/>
          <w:strike w:val="0"/>
          <w:sz w:val="20"/>
          <w:highlight w:val="cyan"/>
          <w:u w:val="single"/>
        </w:rPr>
        <w:t>microprocessor</w:t>
      </w:r>
      <w:r>
        <w:rPr>
          <w:b w:val="0"/>
          <w:i w:val="0"/>
          <w:smallCaps w:val="0"/>
          <w:strike w:val="0"/>
          <w:sz w:val="20"/>
          <w:u w:val="single"/>
        </w:rPr>
        <w:t xml:space="preserve"> to the </w:t>
      </w:r>
      <w:r>
        <w:rPr>
          <w:b/>
          <w:i w:val="0"/>
          <w:smallCaps w:val="0"/>
          <w:strike w:val="0"/>
          <w:sz w:val="20"/>
          <w:highlight w:val="cyan"/>
          <w:u w:val="single"/>
        </w:rPr>
        <w:t>internet</w:t>
      </w:r>
      <w:r>
        <w:rPr>
          <w:b w:val="0"/>
          <w:i w:val="0"/>
          <w:smallCaps w:val="0"/>
          <w:strike w:val="0"/>
          <w:sz w:val="20"/>
          <w:u w:val="single"/>
        </w:rPr>
        <w:t xml:space="preserve"> to </w:t>
      </w:r>
      <w:r>
        <w:rPr>
          <w:b/>
          <w:i w:val="0"/>
          <w:smallCaps w:val="0"/>
          <w:strike w:val="0"/>
          <w:sz w:val="20"/>
          <w:highlight w:val="cyan"/>
          <w:u w:val="single"/>
        </w:rPr>
        <w:t>GPS</w:t>
      </w:r>
      <w:r>
        <w:rPr>
          <w:b w:val="0"/>
          <w:i w:val="0"/>
          <w:smallCaps w:val="0"/>
          <w:strike w:val="0"/>
          <w:sz w:val="16"/>
          <w:u w:val="none"/>
        </w:rPr>
        <w:t xml:space="preserve">. Moving forward, however, </w:t>
      </w:r>
      <w:r>
        <w:rPr>
          <w:b w:val="0"/>
          <w:i w:val="0"/>
          <w:smallCaps w:val="0"/>
          <w:strike w:val="0"/>
          <w:sz w:val="20"/>
          <w:highlight w:val="cyan"/>
          <w:u w:val="single"/>
        </w:rPr>
        <w:t>there remains a need for the state to reorient its investment toward tackling today’s social challenges</w:t>
      </w:r>
      <w:r>
        <w:rPr>
          <w:b w:val="0"/>
          <w:i w:val="0"/>
          <w:smallCaps w:val="0"/>
          <w:strike w:val="0"/>
          <w:sz w:val="16"/>
          <w:u w:val="none"/>
        </w:rPr>
        <w:t xml:space="preserve">. </w:t>
      </w:r>
      <w:r>
        <w:rPr>
          <w:b w:val="0"/>
          <w:i w:val="0"/>
          <w:smallCaps w:val="0"/>
          <w:strike w:val="0"/>
          <w:sz w:val="16"/>
          <w:u w:val="none"/>
        </w:rPr>
        <w:t xml:space="preserve">To fail to </w:t>
      </w:r>
      <w:r>
        <w:rPr>
          <w:b w:val="0"/>
          <w:i w:val="0"/>
          <w:smallCaps w:val="0"/>
          <w:strike w:val="0"/>
          <w:sz w:val="16"/>
          <w:u w:val="none"/>
        </w:rPr>
        <w:t>recognise</w:t>
      </w:r>
      <w:r>
        <w:rPr>
          <w:b w:val="0"/>
          <w:i w:val="0"/>
          <w:smallCaps w:val="0"/>
          <w:strike w:val="0"/>
          <w:sz w:val="16"/>
          <w:u w:val="none"/>
        </w:rPr>
        <w:t xml:space="preserve"> this in the narrative of innovation hampers the ability of the state to replicate this vital innovation in the future. Also,</w:t>
      </w:r>
      <w:r>
        <w:rPr>
          <w:b w:val="0"/>
          <w:i w:val="0"/>
          <w:smallCaps w:val="0"/>
          <w:strike w:val="0"/>
          <w:sz w:val="16"/>
          <w:u w:val="none"/>
        </w:rPr>
        <w:t xml:space="preserve"> </w:t>
      </w:r>
      <w:r>
        <w:rPr>
          <w:b w:val="0"/>
          <w:i w:val="0"/>
          <w:smallCaps w:val="0"/>
          <w:strike w:val="0"/>
          <w:sz w:val="20"/>
          <w:u w:val="single"/>
        </w:rPr>
        <w:t xml:space="preserve">much of </w:t>
      </w:r>
      <w:r>
        <w:rPr>
          <w:b w:val="0"/>
          <w:i w:val="0"/>
          <w:smallCaps w:val="0"/>
          <w:strike w:val="0"/>
          <w:sz w:val="20"/>
          <w:highlight w:val="cyan"/>
          <w:u w:val="single"/>
        </w:rPr>
        <w:t>this innovation would never have been funded by the private sector, because the investments were too large</w:t>
      </w:r>
      <w:r>
        <w:rPr>
          <w:b w:val="0"/>
          <w:i w:val="0"/>
          <w:smallCaps w:val="0"/>
          <w:strike w:val="0"/>
          <w:sz w:val="20"/>
          <w:u w:val="single"/>
        </w:rPr>
        <w:t xml:space="preserve">, the </w:t>
      </w:r>
      <w:r>
        <w:rPr>
          <w:b w:val="0"/>
          <w:i w:val="0"/>
          <w:smallCaps w:val="0"/>
          <w:strike w:val="0"/>
          <w:sz w:val="20"/>
          <w:highlight w:val="cyan"/>
          <w:u w:val="single"/>
        </w:rPr>
        <w:t>risk</w:t>
      </w:r>
      <w:r>
        <w:rPr>
          <w:b w:val="0"/>
          <w:i w:val="0"/>
          <w:smallCaps w:val="0"/>
          <w:strike w:val="0"/>
          <w:sz w:val="20"/>
          <w:u w:val="single"/>
        </w:rPr>
        <w:t xml:space="preserve"> </w:t>
      </w:r>
      <w:r>
        <w:rPr>
          <w:b w:val="0"/>
          <w:i w:val="0"/>
          <w:smallCaps w:val="0"/>
          <w:strike w:val="0"/>
          <w:sz w:val="20"/>
          <w:highlight w:val="cyan"/>
          <w:u w:val="single"/>
        </w:rPr>
        <w:t>too high, and the pay-off</w:t>
      </w:r>
      <w:r>
        <w:rPr>
          <w:b w:val="0"/>
          <w:i w:val="0"/>
          <w:smallCaps w:val="0"/>
          <w:strike w:val="0"/>
          <w:sz w:val="16"/>
          <w:u w:val="none"/>
        </w:rPr>
        <w:t xml:space="preserve"> (at the time the investments were being made) </w:t>
      </w:r>
      <w:r>
        <w:rPr>
          <w:b w:val="0"/>
          <w:i w:val="0"/>
          <w:smallCaps w:val="0"/>
          <w:strike w:val="0"/>
          <w:sz w:val="20"/>
          <w:highlight w:val="cyan"/>
          <w:u w:val="single"/>
        </w:rPr>
        <w:t>seemed implausible</w:t>
      </w:r>
      <w:r>
        <w:rPr>
          <w:b w:val="0"/>
          <w:i w:val="0"/>
          <w:smallCaps w:val="0"/>
          <w:strike w:val="0"/>
          <w:sz w:val="16"/>
          <w:u w:val="none"/>
        </w:rPr>
        <w:t>.</w:t>
      </w:r>
    </w:p>
    <w:p>
      <w:pPr>
        <w:spacing w:after="60"/>
      </w:pPr>
      <w:r>
        <w:rPr>
          <w:b w:val="0"/>
          <w:i w:val="0"/>
          <w:smallCaps w:val="0"/>
          <w:strike w:val="0"/>
          <w:sz w:val="16"/>
          <w:u w:val="none"/>
        </w:rPr>
        <w:t xml:space="preserve">These issues beg </w:t>
      </w:r>
      <w:r>
        <w:rPr>
          <w:b w:val="0"/>
          <w:i w:val="0"/>
          <w:smallCaps w:val="0"/>
          <w:strike w:val="0"/>
          <w:sz w:val="20"/>
          <w:u w:val="single"/>
        </w:rPr>
        <w:t xml:space="preserve">key aspects of </w:t>
      </w:r>
      <w:r>
        <w:rPr>
          <w:b w:val="0"/>
          <w:i w:val="0"/>
          <w:smallCaps w:val="0"/>
          <w:strike w:val="0"/>
          <w:sz w:val="20"/>
          <w:highlight w:val="cyan"/>
          <w:u w:val="single"/>
        </w:rPr>
        <w:t>innovation</w:t>
      </w:r>
      <w:r>
        <w:rPr>
          <w:b w:val="0"/>
          <w:i w:val="0"/>
          <w:smallCaps w:val="0"/>
          <w:strike w:val="0"/>
          <w:sz w:val="16"/>
          <w:u w:val="none"/>
        </w:rPr>
        <w:t xml:space="preserve"> that </w:t>
      </w:r>
      <w:r>
        <w:rPr>
          <w:b/>
          <w:i w:val="0"/>
          <w:smallCaps w:val="0"/>
          <w:strike w:val="0"/>
          <w:sz w:val="20"/>
          <w:u w:val="single"/>
        </w:rPr>
        <w:t xml:space="preserve">need </w:t>
      </w:r>
      <w:r>
        <w:rPr>
          <w:b/>
          <w:i w:val="0"/>
          <w:smallCaps w:val="0"/>
          <w:strike w:val="0"/>
          <w:sz w:val="20"/>
          <w:highlight w:val="cyan"/>
          <w:u w:val="single"/>
        </w:rPr>
        <w:t>to be managed to ensure an evolving and successful economy</w:t>
      </w:r>
      <w:r>
        <w:rPr>
          <w:b w:val="0"/>
          <w:i w:val="0"/>
          <w:smallCaps w:val="0"/>
          <w:strike w:val="0"/>
          <w:sz w:val="16"/>
          <w:highlight w:val="cyan"/>
          <w:u w:val="none"/>
        </w:rPr>
        <w:t xml:space="preserve">. </w:t>
      </w:r>
      <w:r>
        <w:rPr>
          <w:b/>
          <w:i w:val="0"/>
          <w:smallCaps w:val="0"/>
          <w:strike w:val="0"/>
          <w:sz w:val="20"/>
          <w:highlight w:val="cyan"/>
          <w:u w:val="single"/>
        </w:rPr>
        <w:t>First</w:t>
      </w:r>
      <w:r>
        <w:rPr>
          <w:b w:val="0"/>
          <w:i w:val="0"/>
          <w:smallCaps w:val="0"/>
          <w:strike w:val="0"/>
          <w:sz w:val="16"/>
          <w:u w:val="none"/>
        </w:rPr>
        <w:t xml:space="preserve">, there is the question of </w:t>
      </w:r>
      <w:r>
        <w:rPr>
          <w:b/>
          <w:i w:val="0"/>
          <w:smallCaps w:val="0"/>
          <w:strike w:val="0"/>
          <w:sz w:val="20"/>
          <w:highlight w:val="cyan"/>
          <w:u w:val="single"/>
        </w:rPr>
        <w:t>scale</w:t>
      </w:r>
      <w:r>
        <w:rPr>
          <w:b w:val="0"/>
          <w:i w:val="0"/>
          <w:smallCaps w:val="0"/>
          <w:strike w:val="0"/>
          <w:sz w:val="16"/>
          <w:u w:val="none"/>
        </w:rPr>
        <w:t xml:space="preserve">. </w:t>
      </w:r>
      <w:r>
        <w:rPr>
          <w:b w:val="0"/>
          <w:i w:val="0"/>
          <w:smallCaps w:val="0"/>
          <w:strike w:val="0"/>
          <w:sz w:val="20"/>
          <w:highlight w:val="cyan"/>
          <w:u w:val="single"/>
        </w:rPr>
        <w:t>An economy needs to conduct R&amp;D and invest in innovation</w:t>
      </w:r>
      <w:r>
        <w:rPr>
          <w:b w:val="0"/>
          <w:i w:val="0"/>
          <w:smallCaps w:val="0"/>
          <w:strike w:val="0"/>
          <w:sz w:val="20"/>
          <w:u w:val="single"/>
        </w:rPr>
        <w:t xml:space="preserve"> </w:t>
      </w:r>
      <w:r>
        <w:rPr>
          <w:b w:val="0"/>
          <w:i w:val="0"/>
          <w:smallCaps w:val="0"/>
          <w:strike w:val="0"/>
          <w:sz w:val="20"/>
          <w:u w:val="single"/>
        </w:rPr>
        <w:t>in order to</w:t>
      </w:r>
      <w:r>
        <w:rPr>
          <w:b w:val="0"/>
          <w:i w:val="0"/>
          <w:smallCaps w:val="0"/>
          <w:strike w:val="0"/>
          <w:sz w:val="20"/>
          <w:u w:val="single"/>
        </w:rPr>
        <w:t xml:space="preserve"> ensure that new businesses, jobs, products and services are created</w:t>
      </w:r>
      <w:r>
        <w:rPr>
          <w:b w:val="0"/>
          <w:i w:val="0"/>
          <w:smallCaps w:val="0"/>
          <w:strike w:val="0"/>
          <w:sz w:val="16"/>
          <w:u w:val="none"/>
        </w:rPr>
        <w:t xml:space="preserve">. </w:t>
      </w:r>
      <w:r>
        <w:rPr>
          <w:b/>
          <w:i w:val="0"/>
          <w:smallCaps w:val="0"/>
          <w:strike w:val="0"/>
          <w:sz w:val="20"/>
          <w:highlight w:val="cyan"/>
          <w:u w:val="single"/>
        </w:rPr>
        <w:t>Second</w:t>
      </w:r>
      <w:r>
        <w:rPr>
          <w:b w:val="0"/>
          <w:i w:val="0"/>
          <w:smallCaps w:val="0"/>
          <w:strike w:val="0"/>
          <w:sz w:val="16"/>
          <w:u w:val="none"/>
        </w:rPr>
        <w:t xml:space="preserve"> is the question of </w:t>
      </w:r>
      <w:r>
        <w:rPr>
          <w:b/>
          <w:i w:val="0"/>
          <w:smallCaps w:val="0"/>
          <w:strike w:val="0"/>
          <w:sz w:val="20"/>
          <w:highlight w:val="cyan"/>
          <w:u w:val="single"/>
        </w:rPr>
        <w:t>direction</w:t>
      </w:r>
      <w:r>
        <w:rPr>
          <w:b w:val="0"/>
          <w:i w:val="0"/>
          <w:smallCaps w:val="0"/>
          <w:strike w:val="0"/>
          <w:sz w:val="16"/>
          <w:u w:val="none"/>
        </w:rPr>
        <w:t xml:space="preserve">, </w:t>
      </w:r>
      <w:r>
        <w:rPr>
          <w:b w:val="0"/>
          <w:i w:val="0"/>
          <w:smallCaps w:val="0"/>
          <w:strike w:val="0"/>
          <w:sz w:val="20"/>
          <w:u w:val="single"/>
        </w:rPr>
        <w:t xml:space="preserve">and </w:t>
      </w:r>
      <w:r>
        <w:rPr>
          <w:b w:val="0"/>
          <w:i w:val="0"/>
          <w:smallCaps w:val="0"/>
          <w:strike w:val="0"/>
          <w:sz w:val="20"/>
          <w:highlight w:val="cyan"/>
          <w:u w:val="single"/>
        </w:rPr>
        <w:t>whether</w:t>
      </w:r>
      <w:r>
        <w:rPr>
          <w:b w:val="0"/>
          <w:i w:val="0"/>
          <w:smallCaps w:val="0"/>
          <w:strike w:val="0"/>
          <w:sz w:val="20"/>
          <w:u w:val="single"/>
        </w:rPr>
        <w:t xml:space="preserve"> the </w:t>
      </w:r>
      <w:r>
        <w:rPr>
          <w:b w:val="0"/>
          <w:i w:val="0"/>
          <w:smallCaps w:val="0"/>
          <w:strike w:val="0"/>
          <w:sz w:val="20"/>
          <w:highlight w:val="cyan"/>
          <w:u w:val="single"/>
        </w:rPr>
        <w:t>R&amp;D is pursuing the right questions</w:t>
      </w:r>
      <w:r>
        <w:rPr>
          <w:b w:val="0"/>
          <w:i w:val="0"/>
          <w:smallCaps w:val="0"/>
          <w:strike w:val="0"/>
          <w:sz w:val="20"/>
          <w:u w:val="single"/>
        </w:rPr>
        <w:t xml:space="preserve"> to meet the challenges that we face today and will face in the future. </w:t>
      </w:r>
      <w:r>
        <w:rPr>
          <w:b w:val="0"/>
          <w:i w:val="0"/>
          <w:smallCaps w:val="0"/>
          <w:strike w:val="0"/>
          <w:sz w:val="20"/>
          <w:highlight w:val="cyan"/>
          <w:u w:val="single"/>
        </w:rPr>
        <w:t xml:space="preserve">The state is an </w:t>
      </w:r>
      <w:r>
        <w:rPr>
          <w:b/>
          <w:i w:val="0"/>
          <w:smallCaps w:val="0"/>
          <w:strike w:val="0"/>
          <w:sz w:val="20"/>
          <w:highlight w:val="cyan"/>
          <w:u w:val="single"/>
        </w:rPr>
        <w:t xml:space="preserve">important actor </w:t>
      </w:r>
      <w:r>
        <w:rPr>
          <w:b w:val="0"/>
          <w:i w:val="0"/>
          <w:smallCaps w:val="0"/>
          <w:strike w:val="0"/>
          <w:sz w:val="20"/>
          <w:highlight w:val="cyan"/>
          <w:u w:val="single"/>
        </w:rPr>
        <w:t>addressing both questions</w:t>
      </w:r>
      <w:r>
        <w:rPr>
          <w:b w:val="0"/>
          <w:i w:val="0"/>
          <w:smallCaps w:val="0"/>
          <w:strike w:val="0"/>
          <w:sz w:val="16"/>
          <w:u w:val="none"/>
        </w:rPr>
        <w:t xml:space="preserve">. The argument that </w:t>
      </w:r>
      <w:r>
        <w:rPr>
          <w:b w:val="0"/>
          <w:i w:val="0"/>
          <w:smallCaps w:val="0"/>
          <w:strike w:val="0"/>
          <w:sz w:val="20"/>
          <w:highlight w:val="cyan"/>
          <w:u w:val="single"/>
        </w:rPr>
        <w:t>the state should be written (back) into the story of how innovation is driving the modern economy</w:t>
      </w:r>
      <w:r>
        <w:rPr>
          <w:b w:val="0"/>
          <w:i w:val="0"/>
          <w:smallCaps w:val="0"/>
          <w:strike w:val="0"/>
          <w:sz w:val="20"/>
          <w:u w:val="single"/>
        </w:rPr>
        <w:t xml:space="preserve"> ‘in letters ten foot high’</w:t>
      </w:r>
      <w:r>
        <w:rPr>
          <w:b w:val="0"/>
          <w:i w:val="0"/>
          <w:smallCaps w:val="0"/>
          <w:strike w:val="0"/>
          <w:sz w:val="16"/>
          <w:u w:val="none"/>
        </w:rPr>
        <w:t xml:space="preserve"> is agreed by all but the most libertarian commentators, even by those who question whether this conclusion merits any significant policy change.10 The primary contention of this paper is that </w:t>
      </w:r>
      <w:r>
        <w:rPr>
          <w:b w:val="0"/>
          <w:i w:val="0"/>
          <w:smallCaps w:val="0"/>
          <w:strike w:val="0"/>
          <w:sz w:val="20"/>
          <w:highlight w:val="cyan"/>
          <w:u w:val="single"/>
        </w:rPr>
        <w:t xml:space="preserve">not only should the </w:t>
      </w:r>
      <w:r>
        <w:rPr>
          <w:b/>
          <w:i w:val="0"/>
          <w:smallCaps w:val="0"/>
          <w:strike w:val="0"/>
          <w:sz w:val="20"/>
          <w:highlight w:val="cyan"/>
          <w:u w:val="single"/>
        </w:rPr>
        <w:t>story of innovation</w:t>
      </w:r>
      <w:r>
        <w:rPr>
          <w:b w:val="0"/>
          <w:i w:val="0"/>
          <w:smallCaps w:val="0"/>
          <w:strike w:val="0"/>
          <w:sz w:val="20"/>
          <w:highlight w:val="cyan"/>
          <w:u w:val="single"/>
        </w:rPr>
        <w:t xml:space="preserve"> be </w:t>
      </w:r>
      <w:r>
        <w:rPr>
          <w:b/>
          <w:i w:val="0"/>
          <w:smallCaps w:val="0"/>
          <w:strike w:val="0"/>
          <w:sz w:val="20"/>
          <w:highlight w:val="cyan"/>
          <w:u w:val="single"/>
        </w:rPr>
        <w:t>amended</w:t>
      </w:r>
      <w:r>
        <w:rPr>
          <w:b w:val="0"/>
          <w:i w:val="0"/>
          <w:smallCaps w:val="0"/>
          <w:strike w:val="0"/>
          <w:sz w:val="20"/>
          <w:highlight w:val="cyan"/>
          <w:u w:val="single"/>
        </w:rPr>
        <w:t xml:space="preserve"> to include the active role of the</w:t>
      </w:r>
      <w:r>
        <w:rPr>
          <w:b w:val="0"/>
          <w:i w:val="0"/>
          <w:smallCaps w:val="0"/>
          <w:strike w:val="0"/>
          <w:sz w:val="20"/>
          <w:u w:val="single"/>
        </w:rPr>
        <w:t xml:space="preserve"> </w:t>
      </w:r>
      <w:r>
        <w:rPr>
          <w:b w:val="0"/>
          <w:i w:val="0"/>
          <w:smallCaps w:val="0"/>
          <w:strike w:val="0"/>
          <w:sz w:val="20"/>
          <w:highlight w:val="cyan"/>
          <w:u w:val="single"/>
        </w:rPr>
        <w:t>state</w:t>
      </w:r>
      <w:r>
        <w:rPr>
          <w:b w:val="0"/>
          <w:i w:val="0"/>
          <w:smallCaps w:val="0"/>
          <w:strike w:val="0"/>
          <w:sz w:val="20"/>
          <w:u w:val="single"/>
        </w:rPr>
        <w:t xml:space="preserve"> </w:t>
      </w:r>
      <w:r>
        <w:rPr>
          <w:b w:val="0"/>
          <w:i w:val="0"/>
          <w:smallCaps w:val="0"/>
          <w:strike w:val="0"/>
          <w:sz w:val="20"/>
          <w:highlight w:val="cyan"/>
          <w:u w:val="single"/>
        </w:rPr>
        <w:t>but</w:t>
      </w:r>
      <w:r>
        <w:rPr>
          <w:b w:val="0"/>
          <w:i w:val="0"/>
          <w:smallCaps w:val="0"/>
          <w:strike w:val="0"/>
          <w:sz w:val="20"/>
          <w:u w:val="single"/>
        </w:rPr>
        <w:t xml:space="preserve">, given its major role in directly and indirectly funding R&amp;D, that </w:t>
      </w:r>
      <w:r>
        <w:rPr>
          <w:b/>
          <w:i w:val="0"/>
          <w:smallCaps w:val="0"/>
          <w:strike w:val="0"/>
          <w:sz w:val="20"/>
          <w:highlight w:val="cyan"/>
          <w:u w:val="single"/>
        </w:rPr>
        <w:t>we should</w:t>
      </w:r>
      <w:r>
        <w:rPr>
          <w:b w:val="0"/>
          <w:i w:val="0"/>
          <w:smallCaps w:val="0"/>
          <w:strike w:val="0"/>
          <w:sz w:val="20"/>
          <w:u w:val="single"/>
        </w:rPr>
        <w:t xml:space="preserve"> also </w:t>
      </w:r>
      <w:r>
        <w:rPr>
          <w:b/>
          <w:i w:val="0"/>
          <w:smallCaps w:val="0"/>
          <w:strike w:val="0"/>
          <w:sz w:val="20"/>
          <w:highlight w:val="cyan"/>
          <w:u w:val="single"/>
        </w:rPr>
        <w:t>rethink the way</w:t>
      </w:r>
      <w:r>
        <w:rPr>
          <w:b w:val="0"/>
          <w:i w:val="0"/>
          <w:smallCaps w:val="0"/>
          <w:strike w:val="0"/>
          <w:sz w:val="20"/>
          <w:u w:val="single"/>
        </w:rPr>
        <w:t xml:space="preserve"> in which </w:t>
      </w:r>
      <w:r>
        <w:rPr>
          <w:b/>
          <w:i w:val="0"/>
          <w:smallCaps w:val="0"/>
          <w:strike w:val="0"/>
          <w:sz w:val="20"/>
          <w:highlight w:val="cyan"/>
          <w:u w:val="single"/>
        </w:rPr>
        <w:t>the state shares in the upside of its risky investments</w:t>
      </w:r>
      <w:r>
        <w:rPr>
          <w:b w:val="0"/>
          <w:i w:val="0"/>
          <w:smallCaps w:val="0"/>
          <w:strike w:val="0"/>
          <w:sz w:val="20"/>
          <w:u w:val="single"/>
        </w:rPr>
        <w:t xml:space="preserve"> as well as shouldering the costs</w:t>
      </w:r>
      <w:r>
        <w:rPr>
          <w:b w:val="0"/>
          <w:i w:val="0"/>
          <w:smallCaps w:val="0"/>
          <w:strike w:val="0"/>
          <w:sz w:val="16"/>
          <w:u w:val="none"/>
        </w:rPr>
        <w:t xml:space="preserve">. </w:t>
      </w:r>
      <w:r>
        <w:rPr>
          <w:b w:val="0"/>
          <w:i w:val="0"/>
          <w:smallCaps w:val="0"/>
          <w:strike w:val="0"/>
          <w:sz w:val="20"/>
          <w:highlight w:val="cyan"/>
          <w:u w:val="single"/>
        </w:rPr>
        <w:t>When the private sector invests</w:t>
      </w:r>
      <w:r>
        <w:rPr>
          <w:b w:val="0"/>
          <w:i w:val="0"/>
          <w:smallCaps w:val="0"/>
          <w:strike w:val="0"/>
          <w:sz w:val="20"/>
          <w:u w:val="single"/>
        </w:rPr>
        <w:t xml:space="preserve"> in R&amp;D, it </w:t>
      </w:r>
      <w:r>
        <w:rPr>
          <w:b w:val="0"/>
          <w:i w:val="0"/>
          <w:smallCaps w:val="0"/>
          <w:strike w:val="0"/>
          <w:sz w:val="20"/>
          <w:highlight w:val="cyan"/>
          <w:u w:val="single"/>
        </w:rPr>
        <w:t>does so with the explicit goal of</w:t>
      </w:r>
      <w:r>
        <w:rPr>
          <w:b w:val="0"/>
          <w:i w:val="0"/>
          <w:smallCaps w:val="0"/>
          <w:strike w:val="0"/>
          <w:sz w:val="20"/>
          <w:u w:val="single"/>
        </w:rPr>
        <w:t xml:space="preserve"> creating new products and services, often in the process </w:t>
      </w:r>
      <w:r>
        <w:rPr>
          <w:b w:val="0"/>
          <w:i w:val="0"/>
          <w:smallCaps w:val="0"/>
          <w:strike w:val="0"/>
          <w:sz w:val="20"/>
          <w:highlight w:val="cyan"/>
          <w:u w:val="single"/>
        </w:rPr>
        <w:t>creating IP to</w:t>
      </w:r>
      <w:r>
        <w:rPr>
          <w:b w:val="0"/>
          <w:i w:val="0"/>
          <w:smallCaps w:val="0"/>
          <w:strike w:val="0"/>
          <w:sz w:val="20"/>
          <w:u w:val="single"/>
        </w:rPr>
        <w:t xml:space="preserve"> protect and </w:t>
      </w:r>
      <w:r>
        <w:rPr>
          <w:b w:val="0"/>
          <w:i w:val="0"/>
          <w:smallCaps w:val="0"/>
          <w:strike w:val="0"/>
          <w:sz w:val="20"/>
          <w:highlight w:val="cyan"/>
          <w:u w:val="single"/>
        </w:rPr>
        <w:t>monetise</w:t>
      </w:r>
      <w:r>
        <w:rPr>
          <w:b w:val="0"/>
          <w:i w:val="0"/>
          <w:smallCaps w:val="0"/>
          <w:strike w:val="0"/>
          <w:sz w:val="20"/>
          <w:u w:val="single"/>
        </w:rPr>
        <w:t xml:space="preserve"> them. </w:t>
      </w:r>
      <w:r>
        <w:rPr>
          <w:b w:val="0"/>
          <w:i w:val="0"/>
          <w:smallCaps w:val="0"/>
          <w:strike w:val="0"/>
          <w:sz w:val="20"/>
          <w:highlight w:val="cyan"/>
          <w:u w:val="single"/>
        </w:rPr>
        <w:t>Under the current system, all public sector investment that does the same thing</w:t>
      </w:r>
      <w:r>
        <w:rPr>
          <w:b w:val="0"/>
          <w:i w:val="0"/>
          <w:smallCaps w:val="0"/>
          <w:strike w:val="0"/>
          <w:sz w:val="16"/>
          <w:u w:val="none"/>
        </w:rPr>
        <w:t xml:space="preserve"> (that is, create new products and services) </w:t>
      </w:r>
      <w:r>
        <w:rPr>
          <w:b w:val="0"/>
          <w:i w:val="0"/>
          <w:smallCaps w:val="0"/>
          <w:strike w:val="0"/>
          <w:sz w:val="20"/>
          <w:highlight w:val="cyan"/>
          <w:u w:val="single"/>
        </w:rPr>
        <w:t>is</w:t>
      </w:r>
      <w:r>
        <w:rPr>
          <w:b w:val="0"/>
          <w:i w:val="0"/>
          <w:smallCaps w:val="0"/>
          <w:strike w:val="0"/>
          <w:sz w:val="16"/>
          <w:u w:val="none"/>
        </w:rPr>
        <w:t xml:space="preserve"> subsequently </w:t>
      </w:r>
      <w:r>
        <w:rPr>
          <w:b/>
          <w:i w:val="0"/>
          <w:smallCaps w:val="0"/>
          <w:strike w:val="0"/>
          <w:sz w:val="20"/>
          <w:highlight w:val="cyan"/>
          <w:u w:val="single"/>
        </w:rPr>
        <w:t xml:space="preserve">free to be enclosed by </w:t>
      </w:r>
      <w:r>
        <w:rPr>
          <w:b/>
          <w:i w:val="0"/>
          <w:smallCaps w:val="0"/>
          <w:strike w:val="0"/>
          <w:sz w:val="20"/>
          <w:u w:val="single"/>
        </w:rPr>
        <w:t xml:space="preserve">the individuals and </w:t>
      </w:r>
      <w:r>
        <w:rPr>
          <w:b/>
          <w:i w:val="0"/>
          <w:smallCaps w:val="0"/>
          <w:strike w:val="0"/>
          <w:sz w:val="20"/>
          <w:highlight w:val="cyan"/>
          <w:u w:val="single"/>
        </w:rPr>
        <w:t>companies that are</w:t>
      </w:r>
      <w:r>
        <w:rPr>
          <w:b w:val="0"/>
          <w:i w:val="0"/>
          <w:smallCaps w:val="0"/>
          <w:strike w:val="0"/>
          <w:sz w:val="16"/>
          <w:u w:val="none"/>
        </w:rPr>
        <w:t xml:space="preserve"> funded,</w:t>
      </w:r>
      <w:r>
        <w:rPr>
          <w:b/>
          <w:i w:val="0"/>
          <w:smallCaps w:val="0"/>
          <w:strike w:val="0"/>
          <w:sz w:val="20"/>
          <w:highlight w:val="cyan"/>
          <w:u w:val="single"/>
        </w:rPr>
        <w:t xml:space="preserve"> using public money</w:t>
      </w:r>
      <w:r>
        <w:rPr>
          <w:b w:val="0"/>
          <w:i w:val="0"/>
          <w:smallCaps w:val="0"/>
          <w:strike w:val="0"/>
          <w:sz w:val="16"/>
          <w:u w:val="none"/>
        </w:rPr>
        <w:t xml:space="preserve">, </w:t>
      </w:r>
      <w:r>
        <w:rPr>
          <w:b/>
          <w:i w:val="0"/>
          <w:smallCaps w:val="0"/>
          <w:strike w:val="0"/>
          <w:sz w:val="20"/>
          <w:highlight w:val="cyan"/>
          <w:u w:val="single"/>
        </w:rPr>
        <w:t>to do the research</w:t>
      </w:r>
      <w:r>
        <w:rPr>
          <w:b w:val="0"/>
          <w:i w:val="0"/>
          <w:smallCaps w:val="0"/>
          <w:strike w:val="0"/>
          <w:sz w:val="16"/>
          <w:u w:val="none"/>
        </w:rPr>
        <w:t xml:space="preserve">. </w:t>
      </w:r>
      <w:r>
        <w:rPr>
          <w:b w:val="0"/>
          <w:i w:val="0"/>
          <w:smallCaps w:val="0"/>
          <w:strike w:val="0"/>
          <w:sz w:val="20"/>
          <w:highlight w:val="cyan"/>
          <w:u w:val="single"/>
        </w:rPr>
        <w:t xml:space="preserve">This is the case even when the public R&amp;D spending has proved transformative, creating </w:t>
      </w:r>
      <w:r>
        <w:rPr>
          <w:b/>
          <w:i w:val="0"/>
          <w:smallCaps w:val="0"/>
          <w:strike w:val="0"/>
          <w:sz w:val="20"/>
          <w:highlight w:val="cyan"/>
          <w:u w:val="single"/>
        </w:rPr>
        <w:t>entirely new markets and sectors</w:t>
      </w:r>
      <w:r>
        <w:rPr>
          <w:b w:val="0"/>
          <w:i w:val="0"/>
          <w:smallCaps w:val="0"/>
          <w:strike w:val="0"/>
          <w:sz w:val="20"/>
          <w:u w:val="single"/>
        </w:rPr>
        <w:t xml:space="preserve">, </w:t>
      </w:r>
      <w:r>
        <w:rPr>
          <w:b w:val="0"/>
          <w:i w:val="0"/>
          <w:smallCaps w:val="0"/>
          <w:strike w:val="0"/>
          <w:sz w:val="20"/>
          <w:highlight w:val="cyan"/>
          <w:u w:val="single"/>
        </w:rPr>
        <w:t>including</w:t>
      </w:r>
      <w:r>
        <w:rPr>
          <w:b w:val="0"/>
          <w:i w:val="0"/>
          <w:smallCaps w:val="0"/>
          <w:strike w:val="0"/>
          <w:sz w:val="20"/>
          <w:u w:val="single"/>
        </w:rPr>
        <w:t xml:space="preserve"> </w:t>
      </w:r>
      <w:r>
        <w:rPr>
          <w:b w:val="0"/>
          <w:i w:val="0"/>
          <w:smallCaps w:val="0"/>
          <w:strike w:val="0"/>
          <w:sz w:val="20"/>
          <w:u w:val="single"/>
        </w:rPr>
        <w:t xml:space="preserve">the </w:t>
      </w:r>
      <w:r>
        <w:rPr>
          <w:b/>
          <w:i w:val="0"/>
          <w:smallCaps w:val="0"/>
          <w:strike w:val="0"/>
          <w:sz w:val="20"/>
          <w:u w:val="single"/>
        </w:rPr>
        <w:t>Internet</w:t>
      </w:r>
      <w:r>
        <w:rPr>
          <w:b w:val="0"/>
          <w:i w:val="0"/>
          <w:smallCaps w:val="0"/>
          <w:strike w:val="0"/>
          <w:sz w:val="20"/>
          <w:u w:val="single"/>
        </w:rPr>
        <w:t xml:space="preserve">, </w:t>
      </w:r>
      <w:r>
        <w:rPr>
          <w:b/>
          <w:i w:val="0"/>
          <w:smallCaps w:val="0"/>
          <w:strike w:val="0"/>
          <w:sz w:val="20"/>
          <w:u w:val="single"/>
        </w:rPr>
        <w:t>nanotechnology</w:t>
      </w:r>
      <w:r>
        <w:rPr>
          <w:b w:val="0"/>
          <w:i w:val="0"/>
          <w:smallCaps w:val="0"/>
          <w:strike w:val="0"/>
          <w:sz w:val="20"/>
          <w:u w:val="single"/>
        </w:rPr>
        <w:t xml:space="preserve">, </w:t>
      </w:r>
      <w:r>
        <w:rPr>
          <w:b/>
          <w:i w:val="0"/>
          <w:smallCaps w:val="0"/>
          <w:strike w:val="0"/>
          <w:sz w:val="20"/>
          <w:u w:val="single"/>
        </w:rPr>
        <w:t>biotechnology</w:t>
      </w:r>
      <w:r>
        <w:rPr>
          <w:b w:val="0"/>
          <w:i w:val="0"/>
          <w:smallCaps w:val="0"/>
          <w:strike w:val="0"/>
          <w:sz w:val="20"/>
          <w:u w:val="single"/>
        </w:rPr>
        <w:t>, and</w:t>
      </w:r>
      <w:r>
        <w:rPr>
          <w:b w:val="0"/>
          <w:i w:val="0"/>
          <w:smallCaps w:val="0"/>
          <w:strike w:val="0"/>
          <w:sz w:val="20"/>
          <w:u w:val="single"/>
        </w:rPr>
        <w:t xml:space="preserve"> </w:t>
      </w:r>
      <w:r>
        <w:rPr>
          <w:b/>
          <w:i w:val="0"/>
          <w:smallCaps w:val="0"/>
          <w:strike w:val="0"/>
          <w:sz w:val="20"/>
          <w:highlight w:val="cyan"/>
          <w:u w:val="single"/>
        </w:rPr>
        <w:t>clean energy</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