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Ensuring public access to IP profits is a </w:t>
      </w:r>
      <w:r>
        <w:rPr>
          <w:b/>
          <w:i w:val="0"/>
          <w:smallCaps w:val="0"/>
          <w:strike w:val="0"/>
          <w:sz w:val="24"/>
          <w:u w:val="single"/>
        </w:rPr>
        <w:t>radical demand</w:t>
      </w:r>
      <w:r>
        <w:rPr>
          <w:b/>
          <w:i w:val="0"/>
          <w:smallCaps w:val="0"/>
          <w:strike w:val="0"/>
          <w:sz w:val="24"/>
          <w:u w:val="none"/>
        </w:rPr>
        <w:t xml:space="preserve"> that </w:t>
      </w:r>
      <w:r>
        <w:rPr>
          <w:b/>
          <w:i w:val="0"/>
          <w:smallCaps w:val="0"/>
          <w:strike w:val="0"/>
          <w:sz w:val="24"/>
          <w:u w:val="none"/>
        </w:rPr>
        <w:t>makes labor</w:t>
      </w:r>
      <w:r>
        <w:rPr>
          <w:b/>
          <w:i w:val="0"/>
          <w:smallCaps w:val="0"/>
          <w:strike w:val="0"/>
          <w:sz w:val="24"/>
          <w:u w:val="none"/>
        </w:rPr>
        <w:t>ers</w:t>
      </w:r>
      <w:r>
        <w:rPr>
          <w:b/>
          <w:i w:val="0"/>
          <w:smallCaps w:val="0"/>
          <w:strike w:val="0"/>
          <w:sz w:val="24"/>
          <w:u w:val="none"/>
        </w:rPr>
        <w:t xml:space="preserve"> </w:t>
      </w:r>
      <w:r>
        <w:rPr>
          <w:b/>
          <w:i w:val="0"/>
          <w:smallCaps w:val="0"/>
          <w:strike w:val="0"/>
          <w:sz w:val="24"/>
          <w:u w:val="single"/>
        </w:rPr>
        <w:t>completely</w:t>
      </w:r>
      <w:r>
        <w:rPr>
          <w:b/>
          <w:i w:val="0"/>
          <w:smallCaps w:val="0"/>
          <w:strike w:val="0"/>
          <w:sz w:val="24"/>
          <w:u w:val="none"/>
        </w:rPr>
        <w:t xml:space="preserve"> mobile</w:t>
      </w:r>
    </w:p>
    <w:p>
      <w:pPr>
        <w:spacing w:after="80"/>
      </w:pPr>
      <w:r>
        <w:rPr>
          <w:b/>
          <w:i w:val="0"/>
          <w:smallCaps w:val="0"/>
          <w:strike w:val="0"/>
          <w:sz w:val="24"/>
          <w:u w:val="none"/>
        </w:rPr>
        <w:t>Reich 15</w:t>
      </w:r>
      <w:r>
        <w:rPr>
          <w:b w:val="0"/>
          <w:i w:val="0"/>
          <w:smallCaps w:val="0"/>
          <w:strike w:val="0"/>
          <w:sz w:val="16"/>
          <w:u w:val="none"/>
        </w:rPr>
        <w:t>, Chancellor's Professor of Public Policy at the University of California at Berkeley and Senior Fellow at the Blum Center for Developing Economies. He served as Secretary of Labor in the Clinton administration, for which Time Magazine named him one of the ten most effective cabinet secretaries of the twentieth century (Robert, “Robert Reich: Economic redistribution isn't enough,” Salon, https://www.salon.com/2015/09/02/robert_reich_economic_redistribution_isnt_enough_partner/)//BB</w:t>
      </w:r>
    </w:p>
    <w:p>
      <w:pPr>
        <w:spacing w:after="60"/>
      </w:pPr>
      <w:r>
        <w:rPr>
          <w:b w:val="0"/>
          <w:i w:val="0"/>
          <w:smallCaps w:val="0"/>
          <w:strike w:val="0"/>
          <w:sz w:val="16"/>
          <w:u w:val="none"/>
        </w:rPr>
        <w:t xml:space="preserve">We still have thirteen years to go before we reach Keynes’ prophetic year, but we’re not exactly on the way to it. </w:t>
      </w:r>
      <w:r>
        <w:rPr>
          <w:b w:val="0"/>
          <w:i w:val="0"/>
          <w:smallCaps w:val="0"/>
          <w:strike w:val="0"/>
          <w:sz w:val="20"/>
          <w:u w:val="single"/>
        </w:rPr>
        <w:t>Americans are working harder than ever</w:t>
      </w:r>
      <w:r>
        <w:rPr>
          <w:b w:val="0"/>
          <w:i w:val="0"/>
          <w:smallCaps w:val="0"/>
          <w:strike w:val="0"/>
          <w:sz w:val="16"/>
          <w:u w:val="none"/>
        </w:rPr>
        <w:t>.</w:t>
      </w:r>
    </w:p>
    <w:p>
      <w:pPr>
        <w:spacing w:after="60"/>
      </w:pPr>
      <w:r>
        <w:rPr>
          <w:b w:val="0"/>
          <w:i w:val="0"/>
          <w:smallCaps w:val="0"/>
          <w:strike w:val="0"/>
          <w:sz w:val="20"/>
          <w:u w:val="single"/>
        </w:rPr>
        <w:t>Keynes may be proven right about technological progress</w:t>
      </w:r>
      <w:r>
        <w:rPr>
          <w:b w:val="0"/>
          <w:i w:val="0"/>
          <w:smallCaps w:val="0"/>
          <w:strike w:val="0"/>
          <w:sz w:val="16"/>
          <w:u w:val="none"/>
        </w:rPr>
        <w:t>. We’re on the verge of 3-D printing, driverless cars, delivery drones, and robots that can serve us coffee in the morning and make our beds.</w:t>
      </w:r>
    </w:p>
    <w:p>
      <w:pPr>
        <w:spacing w:after="60"/>
      </w:pPr>
      <w:r>
        <w:rPr>
          <w:b w:val="0"/>
          <w:i w:val="0"/>
          <w:smallCaps w:val="0"/>
          <w:strike w:val="0"/>
          <w:sz w:val="20"/>
          <w:u w:val="single"/>
        </w:rPr>
        <w:t xml:space="preserve">But he </w:t>
      </w:r>
      <w:r>
        <w:rPr>
          <w:b/>
          <w:i w:val="0"/>
          <w:smallCaps w:val="0"/>
          <w:strike w:val="0"/>
          <w:sz w:val="20"/>
          <w:u w:val="single"/>
        </w:rPr>
        <w:t>overlooked one big question</w:t>
      </w:r>
      <w:r>
        <w:rPr>
          <w:b w:val="0"/>
          <w:i w:val="0"/>
          <w:smallCaps w:val="0"/>
          <w:strike w:val="0"/>
          <w:sz w:val="20"/>
          <w:u w:val="single"/>
        </w:rPr>
        <w:t xml:space="preserve">: How to </w:t>
      </w:r>
      <w:r>
        <w:rPr>
          <w:b/>
          <w:i w:val="0"/>
          <w:smallCaps w:val="0"/>
          <w:strike w:val="0"/>
          <w:sz w:val="20"/>
          <w:u w:val="single"/>
        </w:rPr>
        <w:t>redistribute the profits</w:t>
      </w:r>
      <w:r>
        <w:rPr>
          <w:b w:val="0"/>
          <w:i w:val="0"/>
          <w:smallCaps w:val="0"/>
          <w:strike w:val="0"/>
          <w:sz w:val="20"/>
          <w:u w:val="single"/>
        </w:rPr>
        <w:t xml:space="preserve"> from these marvelous labor-saving inventions, so we’ll have the money to buy the free time they provide?</w:t>
      </w:r>
    </w:p>
    <w:p>
      <w:pPr>
        <w:spacing w:after="60"/>
      </w:pPr>
      <w:r>
        <w:rPr>
          <w:b w:val="0"/>
          <w:i w:val="0"/>
          <w:smallCaps w:val="0"/>
          <w:strike w:val="0"/>
          <w:sz w:val="20"/>
          <w:u w:val="single"/>
        </w:rPr>
        <w:t xml:space="preserve">Without such a mechanism, most of us are condemned to work ever harder </w:t>
      </w:r>
      <w:r>
        <w:rPr>
          <w:b w:val="0"/>
          <w:i w:val="0"/>
          <w:smallCaps w:val="0"/>
          <w:strike w:val="0"/>
          <w:sz w:val="20"/>
          <w:u w:val="single"/>
        </w:rPr>
        <w:t>in order to</w:t>
      </w:r>
      <w:r>
        <w:rPr>
          <w:b w:val="0"/>
          <w:i w:val="0"/>
          <w:smallCaps w:val="0"/>
          <w:strike w:val="0"/>
          <w:sz w:val="20"/>
          <w:u w:val="single"/>
        </w:rPr>
        <w:t xml:space="preserve"> compensate for lost earnings due to the labor-replacing technologies</w:t>
      </w:r>
      <w:r>
        <w:rPr>
          <w:b w:val="0"/>
          <w:i w:val="0"/>
          <w:smallCaps w:val="0"/>
          <w:strike w:val="0"/>
          <w:sz w:val="16"/>
          <w:u w:val="none"/>
        </w:rPr>
        <w:t>.</w:t>
      </w:r>
    </w:p>
    <w:p>
      <w:pPr>
        <w:spacing w:after="60"/>
      </w:pPr>
      <w:r>
        <w:rPr>
          <w:b w:val="0"/>
          <w:i w:val="0"/>
          <w:smallCaps w:val="0"/>
          <w:strike w:val="0"/>
          <w:sz w:val="20"/>
          <w:u w:val="single"/>
        </w:rPr>
        <w:t>Such technologies are even replacing knowledge workers</w:t>
      </w:r>
      <w:r>
        <w:rPr>
          <w:b w:val="0"/>
          <w:i w:val="0"/>
          <w:smallCaps w:val="0"/>
          <w:strike w:val="0"/>
          <w:sz w:val="16"/>
          <w:u w:val="none"/>
        </w:rPr>
        <w:t xml:space="preserve"> – a big reason why college degrees no longer deliver steadily higher wages and larger shares of the economic pie.</w:t>
      </w:r>
    </w:p>
    <w:p>
      <w:pPr>
        <w:spacing w:after="60"/>
      </w:pPr>
      <w:r>
        <w:rPr>
          <w:b w:val="0"/>
          <w:i w:val="0"/>
          <w:smallCaps w:val="0"/>
          <w:strike w:val="0"/>
          <w:sz w:val="16"/>
          <w:u w:val="none"/>
        </w:rPr>
        <w:t xml:space="preserve">Since 2000, </w:t>
      </w:r>
      <w:r>
        <w:rPr>
          <w:b w:val="0"/>
          <w:i w:val="0"/>
          <w:smallCaps w:val="0"/>
          <w:strike w:val="0"/>
          <w:sz w:val="16"/>
          <w:u w:val="none"/>
        </w:rPr>
        <w:t>the vast majority of</w:t>
      </w:r>
      <w:r>
        <w:rPr>
          <w:b w:val="0"/>
          <w:i w:val="0"/>
          <w:smallCaps w:val="0"/>
          <w:strike w:val="0"/>
          <w:sz w:val="16"/>
          <w:u w:val="none"/>
        </w:rPr>
        <w:t xml:space="preserve"> college graduates have seen little or no income gains.</w:t>
      </w:r>
    </w:p>
    <w:p>
      <w:pPr>
        <w:spacing w:after="60"/>
      </w:pPr>
      <w:r>
        <w:rPr>
          <w:b w:val="0"/>
          <w:i w:val="0"/>
          <w:smallCaps w:val="0"/>
          <w:strike w:val="0"/>
          <w:sz w:val="16"/>
          <w:u w:val="none"/>
        </w:rPr>
        <w:t>The economic model that predominated through most of the twentieth century was mass production by many, for mass consumption by many.</w:t>
      </w:r>
    </w:p>
    <w:p>
      <w:pPr>
        <w:spacing w:after="60"/>
      </w:pPr>
      <w:r>
        <w:rPr>
          <w:b w:val="0"/>
          <w:i w:val="0"/>
          <w:smallCaps w:val="0"/>
          <w:strike w:val="0"/>
          <w:sz w:val="16"/>
          <w:u w:val="none"/>
        </w:rPr>
        <w:t xml:space="preserve">But </w:t>
      </w:r>
      <w:r>
        <w:rPr>
          <w:b w:val="0"/>
          <w:i w:val="0"/>
          <w:smallCaps w:val="0"/>
          <w:strike w:val="0"/>
          <w:sz w:val="20"/>
          <w:u w:val="single"/>
        </w:rPr>
        <w:t xml:space="preserve">the model we’re rushing toward is </w:t>
      </w:r>
      <w:r>
        <w:rPr>
          <w:b/>
          <w:i w:val="0"/>
          <w:smallCaps w:val="0"/>
          <w:strike w:val="0"/>
          <w:sz w:val="20"/>
          <w:u w:val="single"/>
        </w:rPr>
        <w:t>unlimited production</w:t>
      </w:r>
      <w:r>
        <w:rPr>
          <w:b w:val="0"/>
          <w:i w:val="0"/>
          <w:smallCaps w:val="0"/>
          <w:strike w:val="0"/>
          <w:sz w:val="20"/>
          <w:u w:val="single"/>
        </w:rPr>
        <w:t xml:space="preserve"> by a handful, for consumption by the few able to afford it</w:t>
      </w:r>
      <w:r>
        <w:rPr>
          <w:b w:val="0"/>
          <w:i w:val="0"/>
          <w:smallCaps w:val="0"/>
          <w:strike w:val="0"/>
          <w:sz w:val="16"/>
          <w:u w:val="none"/>
        </w:rPr>
        <w:t>.</w:t>
      </w:r>
    </w:p>
    <w:p>
      <w:pPr>
        <w:spacing w:after="60"/>
      </w:pPr>
      <w:r>
        <w:rPr>
          <w:b w:val="0"/>
          <w:i w:val="0"/>
          <w:smallCaps w:val="0"/>
          <w:strike w:val="0"/>
          <w:sz w:val="16"/>
          <w:u w:val="none"/>
        </w:rPr>
        <w:t>The ratio of employees to customers is already dropping to mind-boggling lows.</w:t>
      </w:r>
    </w:p>
    <w:p>
      <w:pPr>
        <w:spacing w:after="60"/>
      </w:pPr>
      <w:r>
        <w:rPr>
          <w:b w:val="0"/>
          <w:i w:val="0"/>
          <w:smallCaps w:val="0"/>
          <w:strike w:val="0"/>
          <w:sz w:val="16"/>
          <w:u w:val="none"/>
        </w:rPr>
        <w:t>When Facebook purchased the messaging company WhatsApp for $19 billion last year, WhatsApp had fifty-five employees serving 450 million customers.</w:t>
      </w:r>
    </w:p>
    <w:p>
      <w:pPr>
        <w:spacing w:after="60"/>
      </w:pPr>
      <w:r>
        <w:rPr>
          <w:b w:val="0"/>
          <w:i w:val="0"/>
          <w:smallCaps w:val="0"/>
          <w:strike w:val="0"/>
          <w:sz w:val="16"/>
          <w:u w:val="none"/>
        </w:rPr>
        <w:t>When more and more can be done by fewer and fewer people, profits go to an ever-smaller circle of executives and owner-investors. WhatsApp’s young co-founder and CEO, Jan Koum, got $6.8 billion in the deal.</w:t>
      </w:r>
    </w:p>
    <w:p>
      <w:pPr>
        <w:spacing w:after="60"/>
      </w:pPr>
      <w:r>
        <w:rPr>
          <w:b w:val="0"/>
          <w:i w:val="0"/>
          <w:smallCaps w:val="0"/>
          <w:strike w:val="0"/>
          <w:sz w:val="20"/>
          <w:u w:val="single"/>
        </w:rPr>
        <w:t>This in turn will leave the rest of us with fewer well-paying jobs and less money to buy what can be produced</w:t>
      </w:r>
      <w:r>
        <w:rPr>
          <w:b w:val="0"/>
          <w:i w:val="0"/>
          <w:smallCaps w:val="0"/>
          <w:strike w:val="0"/>
          <w:sz w:val="16"/>
          <w:u w:val="none"/>
        </w:rPr>
        <w:t>, as we’re pushed into the low-paying personal service sector of the economy.</w:t>
      </w:r>
    </w:p>
    <w:p>
      <w:pPr>
        <w:spacing w:after="60"/>
      </w:pPr>
      <w:r>
        <w:rPr>
          <w:b w:val="0"/>
          <w:i w:val="0"/>
          <w:smallCaps w:val="0"/>
          <w:strike w:val="0"/>
          <w:sz w:val="16"/>
          <w:u w:val="none"/>
        </w:rPr>
        <w:t>Which will also mean fewer profits for the handful of billionaire executives and owner-investors, because potential consumers won’t be able to afford what they’re selling.</w:t>
      </w:r>
    </w:p>
    <w:p>
      <w:pPr>
        <w:spacing w:after="60"/>
      </w:pPr>
      <w:r>
        <w:rPr>
          <w:b w:val="0"/>
          <w:i w:val="0"/>
          <w:smallCaps w:val="0"/>
          <w:strike w:val="0"/>
          <w:sz w:val="16"/>
          <w:u w:val="none"/>
        </w:rPr>
        <w:t xml:space="preserve">What to do? </w:t>
      </w:r>
      <w:r>
        <w:rPr>
          <w:b w:val="0"/>
          <w:i w:val="0"/>
          <w:smallCaps w:val="0"/>
          <w:strike w:val="0"/>
          <w:sz w:val="20"/>
          <w:u w:val="single"/>
        </w:rPr>
        <w:t>We might try to levy a gigantic tax on the incomes</w:t>
      </w:r>
      <w:r>
        <w:rPr>
          <w:b w:val="0"/>
          <w:i w:val="0"/>
          <w:smallCaps w:val="0"/>
          <w:strike w:val="0"/>
          <w:sz w:val="16"/>
          <w:u w:val="none"/>
        </w:rPr>
        <w:t xml:space="preserve"> of the billionaire winners and redistribute their winnings to everyone else. </w:t>
      </w:r>
      <w:r>
        <w:rPr>
          <w:b w:val="0"/>
          <w:i w:val="0"/>
          <w:smallCaps w:val="0"/>
          <w:strike w:val="0"/>
          <w:sz w:val="20"/>
          <w:u w:val="single"/>
        </w:rPr>
        <w:t>But even if politically feasible, the winners will be tempted to store their winnings abroad – or expatriate</w:t>
      </w:r>
      <w:r>
        <w:rPr>
          <w:b w:val="0"/>
          <w:i w:val="0"/>
          <w:smallCaps w:val="0"/>
          <w:strike w:val="0"/>
          <w:sz w:val="16"/>
          <w:u w:val="none"/>
        </w:rPr>
        <w:t>.</w:t>
      </w:r>
    </w:p>
    <w:p>
      <w:pPr>
        <w:spacing w:after="60"/>
      </w:pPr>
      <w:r>
        <w:rPr>
          <w:b w:val="0"/>
          <w:i w:val="0"/>
          <w:smallCaps w:val="0"/>
          <w:strike w:val="0"/>
          <w:sz w:val="16"/>
          <w:u w:val="none"/>
        </w:rPr>
        <w:t xml:space="preserve">Suppose we </w:t>
      </w:r>
      <w:r>
        <w:rPr>
          <w:b/>
          <w:i w:val="0"/>
          <w:smallCaps w:val="0"/>
          <w:strike w:val="0"/>
          <w:sz w:val="20"/>
          <w:u w:val="single"/>
        </w:rPr>
        <w:t>look instead at</w:t>
      </w:r>
      <w:r>
        <w:rPr>
          <w:b w:val="0"/>
          <w:i w:val="0"/>
          <w:smallCaps w:val="0"/>
          <w:strike w:val="0"/>
          <w:sz w:val="16"/>
          <w:u w:val="none"/>
        </w:rPr>
        <w:t xml:space="preserve"> the </w:t>
      </w:r>
      <w:r>
        <w:rPr>
          <w:b/>
          <w:i w:val="0"/>
          <w:smallCaps w:val="0"/>
          <w:strike w:val="0"/>
          <w:sz w:val="20"/>
          <w:u w:val="single"/>
        </w:rPr>
        <w:t>patents and trademarks by which government protects all these new inventions</w:t>
      </w:r>
      <w:r>
        <w:rPr>
          <w:b w:val="0"/>
          <w:i w:val="0"/>
          <w:smallCaps w:val="0"/>
          <w:strike w:val="0"/>
          <w:sz w:val="16"/>
          <w:u w:val="none"/>
        </w:rPr>
        <w:t>.</w:t>
      </w:r>
    </w:p>
    <w:p>
      <w:pPr>
        <w:spacing w:after="60"/>
      </w:pPr>
      <w:r>
        <w:rPr>
          <w:b w:val="0"/>
          <w:i w:val="0"/>
          <w:smallCaps w:val="0"/>
          <w:strike w:val="0"/>
          <w:sz w:val="16"/>
          <w:u w:val="none"/>
        </w:rPr>
        <w:t xml:space="preserve">Such government protections determine what these inventions are worth. If patents lasted only three years instead of the current twenty, for example, </w:t>
      </w:r>
      <w:r>
        <w:rPr>
          <w:b w:val="0"/>
          <w:i w:val="0"/>
          <w:smallCaps w:val="0"/>
          <w:strike w:val="0"/>
          <w:sz w:val="16"/>
          <w:u w:val="none"/>
        </w:rPr>
        <w:t>What’sApp</w:t>
      </w:r>
      <w:r>
        <w:rPr>
          <w:b w:val="0"/>
          <w:i w:val="0"/>
          <w:smallCaps w:val="0"/>
          <w:strike w:val="0"/>
          <w:sz w:val="16"/>
          <w:u w:val="none"/>
        </w:rPr>
        <w:t xml:space="preserve"> would be worth a small fraction of $19 billion – because after three years anybody could reproduce its messaging technology for free.</w:t>
      </w:r>
    </w:p>
    <w:p>
      <w:pPr>
        <w:spacing w:after="60"/>
      </w:pPr>
      <w:r>
        <w:rPr>
          <w:b w:val="0"/>
          <w:i w:val="0"/>
          <w:smallCaps w:val="0"/>
          <w:strike w:val="0"/>
          <w:sz w:val="16"/>
          <w:u w:val="none"/>
        </w:rPr>
        <w:t>Instead of shortening the patent period</w:t>
      </w:r>
      <w:r>
        <w:rPr>
          <w:b w:val="0"/>
          <w:i w:val="0"/>
          <w:smallCaps w:val="0"/>
          <w:strike w:val="0"/>
          <w:sz w:val="20"/>
          <w:u w:val="single"/>
        </w:rPr>
        <w:t>, how about giving every citizen a share of the profits from all patents and trademarks</w:t>
      </w:r>
      <w:r>
        <w:rPr>
          <w:b w:val="0"/>
          <w:i w:val="0"/>
          <w:smallCaps w:val="0"/>
          <w:strike w:val="0"/>
          <w:sz w:val="16"/>
          <w:u w:val="none"/>
        </w:rPr>
        <w:t xml:space="preserve"> government protects? </w:t>
      </w:r>
      <w:r>
        <w:rPr>
          <w:b w:val="0"/>
          <w:i w:val="0"/>
          <w:smallCaps w:val="0"/>
          <w:strike w:val="0"/>
          <w:sz w:val="20"/>
          <w:u w:val="single"/>
        </w:rPr>
        <w:t>It would be a condition for receiving such protection</w:t>
      </w:r>
      <w:r>
        <w:rPr>
          <w:b w:val="0"/>
          <w:i w:val="0"/>
          <w:smallCaps w:val="0"/>
          <w:strike w:val="0"/>
          <w:sz w:val="16"/>
          <w:u w:val="none"/>
        </w:rPr>
        <w:t>.</w:t>
      </w:r>
    </w:p>
    <w:p>
      <w:pPr>
        <w:spacing w:after="60"/>
      </w:pPr>
      <w:r>
        <w:rPr>
          <w:b w:val="0"/>
          <w:i w:val="0"/>
          <w:smallCaps w:val="0"/>
          <w:strike w:val="0"/>
          <w:sz w:val="16"/>
          <w:u w:val="none"/>
        </w:rPr>
        <w:t>Say, for example, 20 percent of all such profits were split equally among all citizens, starting the month they turn eighteen.</w:t>
      </w:r>
    </w:p>
    <w:p>
      <w:pPr>
        <w:spacing w:after="60"/>
      </w:pPr>
      <w:r>
        <w:rPr>
          <w:b w:val="0"/>
          <w:i w:val="0"/>
          <w:smallCaps w:val="0"/>
          <w:strike w:val="0"/>
          <w:sz w:val="16"/>
          <w:u w:val="none"/>
        </w:rPr>
        <w:t xml:space="preserve">In effect, </w:t>
      </w:r>
      <w:r>
        <w:rPr>
          <w:b w:val="0"/>
          <w:i w:val="0"/>
          <w:smallCaps w:val="0"/>
          <w:strike w:val="0"/>
          <w:sz w:val="20"/>
          <w:u w:val="single"/>
        </w:rPr>
        <w:t>this would be a basic minimum income for everyone</w:t>
      </w:r>
      <w:r>
        <w:rPr>
          <w:b w:val="0"/>
          <w:i w:val="0"/>
          <w:smallCaps w:val="0"/>
          <w:strike w:val="0"/>
          <w:sz w:val="16"/>
          <w:u w:val="none"/>
        </w:rPr>
        <w:t>.</w:t>
      </w:r>
    </w:p>
    <w:p>
      <w:pPr>
        <w:spacing w:after="60"/>
      </w:pPr>
      <w:r>
        <w:rPr>
          <w:b w:val="0"/>
          <w:i w:val="0"/>
          <w:smallCaps w:val="0"/>
          <w:strike w:val="0"/>
          <w:sz w:val="20"/>
          <w:u w:val="single"/>
        </w:rPr>
        <w:t>The sum would be enough to ensure everyone a minimally decent standard of living – including money to buy the technologies that would free them up from the necessity of working</w:t>
      </w:r>
      <w:r>
        <w:rPr>
          <w:b w:val="0"/>
          <w:i w:val="0"/>
          <w:smallCaps w:val="0"/>
          <w:strike w:val="0"/>
          <w:sz w:val="16"/>
          <w:u w:val="none"/>
        </w:rPr>
        <w:t>.</w:t>
      </w:r>
    </w:p>
    <w:p>
      <w:pPr>
        <w:spacing w:after="60"/>
      </w:pPr>
      <w:r>
        <w:rPr>
          <w:b w:val="0"/>
          <w:i w:val="0"/>
          <w:smallCaps w:val="0"/>
          <w:strike w:val="0"/>
          <w:sz w:val="16"/>
          <w:u w:val="none"/>
        </w:rPr>
        <w:t>Anyone wishing to supplement their basic minimum could of course choose to work – even though, as noted, most jobs will pay modestly.</w:t>
      </w:r>
    </w:p>
    <w:p>
      <w:pPr>
        <w:spacing w:after="60"/>
      </w:pPr>
      <w:r>
        <w:rPr>
          <w:b w:val="0"/>
          <w:i w:val="0"/>
          <w:smallCaps w:val="0"/>
          <w:strike w:val="0"/>
          <w:sz w:val="16"/>
          <w:u w:val="none"/>
        </w:rPr>
        <w:t>This outcome would also be good for the handful of billionaire executives and owner-investors, because it would ensure they have customers with enough money to buy their labor-saving gadgets.</w:t>
      </w:r>
    </w:p>
    <w:p>
      <w:pPr>
        <w:spacing w:after="60"/>
      </w:pPr>
      <w:r>
        <w:rPr>
          <w:b w:val="0"/>
          <w:i w:val="0"/>
          <w:smallCaps w:val="0"/>
          <w:strike w:val="0"/>
          <w:sz w:val="20"/>
          <w:u w:val="single"/>
        </w:rPr>
        <w:t>Such a basic minimum would allow people to pursue whatever arts or avocations provide them with meaning, thereby enabling society to enjoy the fruits of such artistry or voluntary efforts</w:t>
      </w:r>
      <w:r>
        <w:rPr>
          <w:b w:val="0"/>
          <w:i w:val="0"/>
          <w:smallCaps w:val="0"/>
          <w:strike w:val="0"/>
          <w:sz w:val="16"/>
          <w:u w:val="none"/>
        </w:rPr>
        <w:t>.</w:t>
      </w:r>
    </w:p>
    <w:p>
      <w:pPr>
        <w:spacing w:after="60"/>
      </w:pPr>
      <w:r>
        <w:rPr>
          <w:b w:val="0"/>
          <w:i w:val="0"/>
          <w:smallCaps w:val="0"/>
          <w:strike w:val="0"/>
          <w:sz w:val="20"/>
          <w:u w:val="single"/>
        </w:rPr>
        <w:t>We would thereby create</w:t>
      </w:r>
      <w:r>
        <w:rPr>
          <w:b w:val="0"/>
          <w:i w:val="0"/>
          <w:smallCaps w:val="0"/>
          <w:strike w:val="0"/>
          <w:sz w:val="16"/>
          <w:u w:val="none"/>
        </w:rPr>
        <w:t xml:space="preserve"> the kind of society John Maynard Keynes predicted we’d achieve by </w:t>
      </w:r>
      <w:r>
        <w:rPr>
          <w:b w:val="0"/>
          <w:i w:val="0"/>
          <w:smallCaps w:val="0"/>
          <w:strike w:val="0"/>
          <w:sz w:val="16"/>
          <w:u w:val="none"/>
        </w:rPr>
        <w:t>2028  –</w:t>
      </w:r>
      <w:r>
        <w:rPr>
          <w:b w:val="0"/>
          <w:i w:val="0"/>
          <w:smallCaps w:val="0"/>
          <w:strike w:val="0"/>
          <w:sz w:val="16"/>
          <w:u w:val="none"/>
        </w:rPr>
        <w:t xml:space="preserve"> </w:t>
      </w:r>
      <w:r>
        <w:rPr>
          <w:b w:val="0"/>
          <w:i w:val="0"/>
          <w:smallCaps w:val="0"/>
          <w:strike w:val="0"/>
          <w:sz w:val="20"/>
          <w:u w:val="single"/>
        </w:rPr>
        <w:t xml:space="preserve">an age of technological abundance in which </w:t>
      </w:r>
      <w:r>
        <w:rPr>
          <w:b/>
          <w:i w:val="0"/>
          <w:smallCaps w:val="0"/>
          <w:strike w:val="0"/>
          <w:sz w:val="20"/>
          <w:u w:val="single"/>
        </w:rPr>
        <w:t>no one will need to work</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