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A commons-centered methodology for </w:t>
      </w:r>
      <w:r>
        <w:rPr>
          <w:b/>
          <w:i w:val="0"/>
          <w:smallCaps w:val="0"/>
          <w:strike w:val="0"/>
          <w:sz w:val="24"/>
          <w:u w:val="none"/>
        </w:rPr>
        <w:t>innovation</w:t>
      </w:r>
      <w:r>
        <w:rPr>
          <w:b/>
          <w:i w:val="0"/>
          <w:smallCaps w:val="0"/>
          <w:strike w:val="0"/>
          <w:sz w:val="24"/>
          <w:u w:val="none"/>
        </w:rPr>
        <w:t xml:space="preserve"> prevents </w:t>
      </w:r>
      <w:r>
        <w:rPr>
          <w:b/>
          <w:i w:val="0"/>
          <w:smallCaps w:val="0"/>
          <w:strike w:val="0"/>
          <w:sz w:val="24"/>
          <w:u w:val="single"/>
        </w:rPr>
        <w:t>global plunder</w:t>
      </w:r>
      <w:r>
        <w:rPr>
          <w:b/>
          <w:i w:val="0"/>
          <w:smallCaps w:val="0"/>
          <w:strike w:val="0"/>
          <w:sz w:val="24"/>
          <w:u w:val="none"/>
        </w:rPr>
        <w:t xml:space="preserve">. Tech advances under the </w:t>
      </w:r>
      <w:r>
        <w:rPr>
          <w:b/>
          <w:i w:val="0"/>
          <w:smallCaps w:val="0"/>
          <w:strike w:val="0"/>
          <w:sz w:val="24"/>
          <w:u w:val="none"/>
        </w:rPr>
        <w:t>aff</w:t>
      </w:r>
      <w:r>
        <w:rPr>
          <w:b/>
          <w:i w:val="0"/>
          <w:smallCaps w:val="0"/>
          <w:strike w:val="0"/>
          <w:sz w:val="24"/>
          <w:u w:val="none"/>
        </w:rPr>
        <w:t xml:space="preserve"> </w:t>
      </w:r>
      <w:r>
        <w:rPr>
          <w:b/>
          <w:i w:val="0"/>
          <w:smallCaps w:val="0"/>
          <w:strike w:val="0"/>
          <w:sz w:val="24"/>
          <w:u w:val="none"/>
        </w:rPr>
        <w:t>would only be funded if they didn’t have negative spillovers on oth</w:t>
      </w:r>
      <w:r>
        <w:rPr>
          <w:b/>
          <w:i w:val="0"/>
          <w:smallCaps w:val="0"/>
          <w:strike w:val="0"/>
          <w:sz w:val="24"/>
          <w:u w:val="none"/>
        </w:rPr>
        <w:t>er commons</w:t>
      </w:r>
      <w:r>
        <w:rPr>
          <w:b/>
          <w:i w:val="0"/>
          <w:smallCaps w:val="0"/>
          <w:strike w:val="0"/>
          <w:sz w:val="24"/>
          <w:u w:val="none"/>
        </w:rPr>
        <w:t>.</w:t>
      </w:r>
    </w:p>
    <w:p>
      <w:pPr>
        <w:spacing w:after="80"/>
      </w:pPr>
      <w:r>
        <w:rPr>
          <w:b/>
          <w:i w:val="0"/>
          <w:smallCaps w:val="0"/>
          <w:strike w:val="0"/>
          <w:sz w:val="24"/>
          <w:u w:val="none"/>
        </w:rPr>
        <w:t>Gibson-Graham 13</w:t>
      </w:r>
      <w:r>
        <w:rPr>
          <w:b w:val="0"/>
          <w:i w:val="0"/>
          <w:smallCaps w:val="0"/>
          <w:strike w:val="0"/>
          <w:sz w:val="16"/>
          <w:u w:val="none"/>
        </w:rPr>
        <w:t>, pen name shared by feminist economic geographers Julie Graham and Katherine Gibson, Gibson is currently professor at the Institute of Culture and Society, University of Western Sydney (JK, Jenny Cameron and Stephen Healy, “Take Back the Economy,” Kindle Edition)//BB</w:t>
      </w:r>
    </w:p>
    <w:p>
      <w:pPr>
        <w:spacing w:after="60"/>
      </w:pPr>
      <w:r>
        <w:rPr>
          <w:b w:val="0"/>
          <w:i w:val="0"/>
          <w:smallCaps w:val="0"/>
          <w:strike w:val="0"/>
          <w:sz w:val="16"/>
          <w:u w:val="none"/>
        </w:rPr>
        <w:t xml:space="preserve">These </w:t>
      </w:r>
      <w:r>
        <w:rPr>
          <w:b w:val="0"/>
          <w:i w:val="0"/>
          <w:smallCaps w:val="0"/>
          <w:strike w:val="0"/>
          <w:sz w:val="20"/>
          <w:u w:val="single"/>
        </w:rPr>
        <w:t>property rights are justified on the basis</w:t>
      </w:r>
      <w:r>
        <w:rPr>
          <w:b w:val="0"/>
          <w:i w:val="0"/>
          <w:smallCaps w:val="0"/>
          <w:strike w:val="0"/>
          <w:sz w:val="12"/>
          <w:u w:val="single"/>
        </w:rPr>
        <w:t xml:space="preserve"> </w:t>
      </w:r>
      <w:r>
        <w:rPr>
          <w:b w:val="0"/>
          <w:i w:val="0"/>
          <w:smallCaps w:val="0"/>
          <w:strike w:val="0"/>
          <w:sz w:val="20"/>
          <w:u w:val="single"/>
        </w:rPr>
        <w:t>that creation and innovation will take place only if</w:t>
      </w:r>
      <w:r>
        <w:rPr>
          <w:b w:val="0"/>
          <w:i w:val="0"/>
          <w:smallCaps w:val="0"/>
          <w:strike w:val="0"/>
          <w:sz w:val="12"/>
          <w:u w:val="single"/>
        </w:rPr>
        <w:t xml:space="preserve"> </w:t>
      </w:r>
      <w:r>
        <w:rPr>
          <w:b w:val="0"/>
          <w:i w:val="0"/>
          <w:smallCaps w:val="0"/>
          <w:strike w:val="0"/>
          <w:sz w:val="20"/>
          <w:u w:val="single"/>
        </w:rPr>
        <w:t>those doing this work are adequately protected from</w:t>
      </w:r>
      <w:r>
        <w:rPr>
          <w:b w:val="0"/>
          <w:i w:val="0"/>
          <w:smallCaps w:val="0"/>
          <w:strike w:val="0"/>
          <w:sz w:val="12"/>
          <w:u w:val="single"/>
        </w:rPr>
        <w:t xml:space="preserve"> </w:t>
      </w:r>
      <w:r>
        <w:rPr>
          <w:b w:val="0"/>
          <w:i w:val="0"/>
          <w:smallCaps w:val="0"/>
          <w:strike w:val="0"/>
          <w:sz w:val="20"/>
          <w:u w:val="single"/>
        </w:rPr>
        <w:t>free riders</w:t>
      </w:r>
      <w:r>
        <w:rPr>
          <w:b w:val="0"/>
          <w:i w:val="0"/>
          <w:smallCaps w:val="0"/>
          <w:strike w:val="0"/>
          <w:sz w:val="16"/>
          <w:u w:val="none"/>
        </w:rPr>
        <w:t>—those who would prematurely take and</w:t>
      </w:r>
      <w:r>
        <w:rPr>
          <w:b w:val="0"/>
          <w:i w:val="0"/>
          <w:smallCaps w:val="0"/>
          <w:strike w:val="0"/>
          <w:sz w:val="12"/>
          <w:u w:val="none"/>
        </w:rPr>
        <w:t xml:space="preserve"> </w:t>
      </w:r>
      <w:r>
        <w:rPr>
          <w:b w:val="0"/>
          <w:i w:val="0"/>
          <w:smallCaps w:val="0"/>
          <w:strike w:val="0"/>
          <w:sz w:val="16"/>
          <w:u w:val="none"/>
        </w:rPr>
        <w:t xml:space="preserve">profit from others’ work.10 </w:t>
      </w:r>
      <w:r>
        <w:rPr>
          <w:b/>
          <w:i w:val="0"/>
          <w:smallCaps w:val="0"/>
          <w:strike w:val="0"/>
          <w:sz w:val="20"/>
          <w:u w:val="single"/>
        </w:rPr>
        <w:t>But</w:t>
      </w:r>
      <w:r>
        <w:rPr>
          <w:b w:val="0"/>
          <w:i w:val="0"/>
          <w:smallCaps w:val="0"/>
          <w:strike w:val="0"/>
          <w:sz w:val="16"/>
          <w:u w:val="none"/>
        </w:rPr>
        <w:t xml:space="preserve"> there are concerns that</w:t>
      </w:r>
      <w:r>
        <w:rPr>
          <w:b w:val="0"/>
          <w:i w:val="0"/>
          <w:smallCaps w:val="0"/>
          <w:strike w:val="0"/>
          <w:sz w:val="12"/>
          <w:u w:val="none"/>
        </w:rPr>
        <w:t xml:space="preserve"> </w:t>
      </w:r>
      <w:r>
        <w:rPr>
          <w:b/>
          <w:i w:val="0"/>
          <w:smallCaps w:val="0"/>
          <w:strike w:val="0"/>
          <w:sz w:val="20"/>
          <w:u w:val="single"/>
        </w:rPr>
        <w:t>developments in IP protection are going well beyond</w:t>
      </w:r>
      <w:r>
        <w:rPr>
          <w:b/>
          <w:i w:val="0"/>
          <w:smallCaps w:val="0"/>
          <w:strike w:val="0"/>
          <w:sz w:val="12"/>
          <w:u w:val="single"/>
        </w:rPr>
        <w:t xml:space="preserve"> </w:t>
      </w:r>
      <w:r>
        <w:rPr>
          <w:b w:val="0"/>
          <w:i w:val="0"/>
          <w:smallCaps w:val="0"/>
          <w:strike w:val="0"/>
          <w:sz w:val="20"/>
          <w:u w:val="single"/>
        </w:rPr>
        <w:t xml:space="preserve">adequate protection for creators toward </w:t>
      </w:r>
      <w:r>
        <w:rPr>
          <w:b/>
          <w:i w:val="0"/>
          <w:smallCaps w:val="0"/>
          <w:strike w:val="0"/>
          <w:sz w:val="20"/>
          <w:u w:val="single"/>
        </w:rPr>
        <w:t>absolute protection</w:t>
      </w:r>
      <w:r>
        <w:rPr>
          <w:b w:val="0"/>
          <w:i w:val="0"/>
          <w:smallCaps w:val="0"/>
          <w:strike w:val="0"/>
          <w:sz w:val="16"/>
          <w:u w:val="none"/>
        </w:rPr>
        <w:t xml:space="preserve">. </w:t>
      </w:r>
      <w:r>
        <w:rPr>
          <w:b w:val="0"/>
          <w:i w:val="0"/>
          <w:smallCaps w:val="0"/>
          <w:strike w:val="0"/>
          <w:sz w:val="20"/>
          <w:u w:val="single"/>
        </w:rPr>
        <w:t>More and more time, energy, and money are</w:t>
      </w:r>
      <w:r>
        <w:rPr>
          <w:b w:val="0"/>
          <w:i w:val="0"/>
          <w:smallCaps w:val="0"/>
          <w:strike w:val="0"/>
          <w:sz w:val="12"/>
          <w:u w:val="single"/>
        </w:rPr>
        <w:t xml:space="preserve"> </w:t>
      </w:r>
      <w:r>
        <w:rPr>
          <w:b w:val="0"/>
          <w:i w:val="0"/>
          <w:smallCaps w:val="0"/>
          <w:strike w:val="0"/>
          <w:sz w:val="20"/>
          <w:u w:val="single"/>
        </w:rPr>
        <w:t>being spent establishing and enforcing IP and less and</w:t>
      </w:r>
      <w:r>
        <w:rPr>
          <w:b w:val="0"/>
          <w:i w:val="0"/>
          <w:smallCaps w:val="0"/>
          <w:strike w:val="0"/>
          <w:sz w:val="12"/>
          <w:u w:val="single"/>
        </w:rPr>
        <w:t xml:space="preserve"> </w:t>
      </w:r>
      <w:r>
        <w:rPr>
          <w:b w:val="0"/>
          <w:i w:val="0"/>
          <w:smallCaps w:val="0"/>
          <w:strike w:val="0"/>
          <w:sz w:val="20"/>
          <w:u w:val="single"/>
        </w:rPr>
        <w:t>less on innovating and creating</w:t>
      </w:r>
      <w:r>
        <w:rPr>
          <w:b w:val="0"/>
          <w:i w:val="0"/>
          <w:smallCaps w:val="0"/>
          <w:strike w:val="0"/>
          <w:sz w:val="16"/>
          <w:u w:val="none"/>
        </w:rPr>
        <w:t>. In addition, more and</w:t>
      </w:r>
      <w:r>
        <w:rPr>
          <w:b w:val="0"/>
          <w:i w:val="0"/>
          <w:smallCaps w:val="0"/>
          <w:strike w:val="0"/>
          <w:sz w:val="12"/>
          <w:u w:val="none"/>
        </w:rPr>
        <w:t xml:space="preserve"> </w:t>
      </w:r>
      <w:r>
        <w:rPr>
          <w:b w:val="0"/>
          <w:i w:val="0"/>
          <w:smallCaps w:val="0"/>
          <w:strike w:val="0"/>
          <w:sz w:val="16"/>
          <w:u w:val="none"/>
        </w:rPr>
        <w:t>more “</w:t>
      </w:r>
      <w:r>
        <w:rPr>
          <w:b/>
          <w:i w:val="0"/>
          <w:smallCaps w:val="0"/>
          <w:strike w:val="0"/>
          <w:sz w:val="20"/>
          <w:u w:val="single"/>
        </w:rPr>
        <w:t>downstream</w:t>
      </w:r>
      <w:r>
        <w:rPr>
          <w:b w:val="0"/>
          <w:i w:val="0"/>
          <w:smallCaps w:val="0"/>
          <w:strike w:val="0"/>
          <w:sz w:val="16"/>
          <w:u w:val="none"/>
        </w:rPr>
        <w:t xml:space="preserve">” </w:t>
      </w:r>
      <w:r>
        <w:rPr>
          <w:b w:val="0"/>
          <w:i w:val="0"/>
          <w:smallCaps w:val="0"/>
          <w:strike w:val="0"/>
          <w:sz w:val="20"/>
          <w:u w:val="single"/>
        </w:rPr>
        <w:t>creators are being stymied and</w:t>
      </w:r>
      <w:r>
        <w:rPr>
          <w:b w:val="0"/>
          <w:i w:val="0"/>
          <w:smallCaps w:val="0"/>
          <w:strike w:val="0"/>
          <w:sz w:val="12"/>
          <w:u w:val="single"/>
        </w:rPr>
        <w:t xml:space="preserve"> </w:t>
      </w:r>
      <w:r>
        <w:rPr>
          <w:b w:val="0"/>
          <w:i w:val="0"/>
          <w:smallCaps w:val="0"/>
          <w:strike w:val="0"/>
          <w:sz w:val="20"/>
          <w:u w:val="single"/>
        </w:rPr>
        <w:t>deterred by the thicket of protection</w:t>
      </w:r>
      <w:r>
        <w:rPr>
          <w:b w:val="0"/>
          <w:i w:val="0"/>
          <w:smallCaps w:val="0"/>
          <w:strike w:val="0"/>
          <w:sz w:val="16"/>
          <w:u w:val="none"/>
        </w:rPr>
        <w:t>.11 Overall, this</w:t>
      </w:r>
      <w:r>
        <w:rPr>
          <w:b w:val="0"/>
          <w:i w:val="0"/>
          <w:smallCaps w:val="0"/>
          <w:strike w:val="0"/>
          <w:sz w:val="12"/>
          <w:u w:val="none"/>
        </w:rPr>
        <w:t xml:space="preserve"> </w:t>
      </w:r>
      <w:r>
        <w:rPr>
          <w:b w:val="0"/>
          <w:i w:val="0"/>
          <w:smallCaps w:val="0"/>
          <w:strike w:val="0"/>
          <w:sz w:val="16"/>
          <w:u w:val="none"/>
        </w:rPr>
        <w:t xml:space="preserve">means that </w:t>
      </w:r>
      <w:r>
        <w:rPr>
          <w:b w:val="0"/>
          <w:i w:val="0"/>
          <w:smallCaps w:val="0"/>
          <w:strike w:val="0"/>
          <w:sz w:val="20"/>
          <w:u w:val="single"/>
        </w:rPr>
        <w:t>society is paying the cost of IP—in terms of</w:t>
      </w:r>
      <w:r>
        <w:rPr>
          <w:b w:val="0"/>
          <w:i w:val="0"/>
          <w:smallCaps w:val="0"/>
          <w:strike w:val="0"/>
          <w:sz w:val="12"/>
          <w:u w:val="single"/>
        </w:rPr>
        <w:t xml:space="preserve"> </w:t>
      </w:r>
      <w:r>
        <w:rPr>
          <w:b w:val="0"/>
          <w:i w:val="0"/>
          <w:smallCaps w:val="0"/>
          <w:strike w:val="0"/>
          <w:sz w:val="20"/>
          <w:u w:val="single"/>
        </w:rPr>
        <w:t>both the costs of the creations we have and the cost of</w:t>
      </w:r>
      <w:r>
        <w:rPr>
          <w:b w:val="0"/>
          <w:i w:val="0"/>
          <w:smallCaps w:val="0"/>
          <w:strike w:val="0"/>
          <w:sz w:val="12"/>
          <w:u w:val="single"/>
        </w:rPr>
        <w:t xml:space="preserve"> </w:t>
      </w:r>
      <w:r>
        <w:rPr>
          <w:b w:val="0"/>
          <w:i w:val="0"/>
          <w:smallCaps w:val="0"/>
          <w:strike w:val="0"/>
          <w:sz w:val="20"/>
          <w:u w:val="single"/>
        </w:rPr>
        <w:t>forgone creations</w:t>
      </w:r>
      <w:r>
        <w:rPr>
          <w:b w:val="0"/>
          <w:i w:val="0"/>
          <w:smallCaps w:val="0"/>
          <w:strike w:val="0"/>
          <w:sz w:val="16"/>
          <w:u w:val="none"/>
        </w:rPr>
        <w:t>.12</w:t>
      </w:r>
      <w:r>
        <w:rPr>
          <w:b w:val="0"/>
          <w:i w:val="0"/>
          <w:smallCaps w:val="0"/>
          <w:strike w:val="0"/>
          <w:sz w:val="12"/>
          <w:u w:val="none"/>
        </w:rPr>
        <w:t xml:space="preserve"> </w:t>
      </w:r>
      <w:r>
        <w:rPr>
          <w:b w:val="0"/>
          <w:i w:val="0"/>
          <w:smallCaps w:val="0"/>
          <w:strike w:val="0"/>
          <w:sz w:val="16"/>
          <w:u w:val="none"/>
        </w:rPr>
        <w:t xml:space="preserve">How do we account for the fact that many </w:t>
      </w:r>
      <w:r>
        <w:rPr>
          <w:b/>
          <w:i w:val="0"/>
          <w:smallCaps w:val="0"/>
          <w:strike w:val="0"/>
          <w:sz w:val="28"/>
          <w:u w:val="single"/>
        </w:rPr>
        <w:t>creations of the mind</w:t>
      </w:r>
      <w:r>
        <w:rPr>
          <w:b/>
          <w:i w:val="0"/>
          <w:smallCaps w:val="0"/>
          <w:strike w:val="0"/>
          <w:sz w:val="12"/>
          <w:u w:val="single"/>
        </w:rPr>
        <w:t xml:space="preserve"> </w:t>
      </w:r>
      <w:r>
        <w:rPr>
          <w:b/>
          <w:i w:val="0"/>
          <w:smallCaps w:val="0"/>
          <w:strike w:val="0"/>
          <w:sz w:val="28"/>
          <w:u w:val="single"/>
        </w:rPr>
        <w:t>build on an existing intellectual commons</w:t>
      </w:r>
      <w:r>
        <w:rPr>
          <w:b w:val="0"/>
          <w:i w:val="0"/>
          <w:smallCaps w:val="0"/>
          <w:strike w:val="0"/>
          <w:sz w:val="16"/>
          <w:u w:val="none"/>
        </w:rPr>
        <w:t>, on what many minds over</w:t>
      </w:r>
      <w:r>
        <w:rPr>
          <w:b w:val="0"/>
          <w:i w:val="0"/>
          <w:smallCaps w:val="0"/>
          <w:strike w:val="0"/>
          <w:sz w:val="12"/>
          <w:u w:val="none"/>
        </w:rPr>
        <w:t xml:space="preserve"> </w:t>
      </w:r>
      <w:r>
        <w:rPr>
          <w:b w:val="0"/>
          <w:i w:val="0"/>
          <w:smallCaps w:val="0"/>
          <w:strike w:val="0"/>
          <w:sz w:val="16"/>
          <w:u w:val="none"/>
        </w:rPr>
        <w:t>time have produced? Musicians from folk artists like Woody Guthrie to</w:t>
      </w:r>
      <w:r>
        <w:rPr>
          <w:b w:val="0"/>
          <w:i w:val="0"/>
          <w:smallCaps w:val="0"/>
          <w:strike w:val="0"/>
          <w:sz w:val="12"/>
          <w:u w:val="none"/>
        </w:rPr>
        <w:t xml:space="preserve"> </w:t>
      </w:r>
      <w:r>
        <w:rPr>
          <w:b w:val="0"/>
          <w:i w:val="0"/>
          <w:smallCaps w:val="0"/>
          <w:strike w:val="0"/>
          <w:sz w:val="16"/>
          <w:u w:val="none"/>
        </w:rPr>
        <w:t>hip-hop artists like DJ Spooky (Paul Miller) explicitly acknowledge that</w:t>
      </w:r>
      <w:r>
        <w:rPr>
          <w:b w:val="0"/>
          <w:i w:val="0"/>
          <w:smallCaps w:val="0"/>
          <w:strike w:val="0"/>
          <w:sz w:val="12"/>
          <w:u w:val="none"/>
        </w:rPr>
        <w:t xml:space="preserve"> </w:t>
      </w:r>
      <w:r>
        <w:rPr>
          <w:b w:val="0"/>
          <w:i w:val="0"/>
          <w:smallCaps w:val="0"/>
          <w:strike w:val="0"/>
          <w:sz w:val="16"/>
          <w:u w:val="none"/>
        </w:rPr>
        <w:t xml:space="preserve">their music is possible only because of the contributions of earlier musicians.13 The risk with overly protective </w:t>
      </w:r>
      <w:r>
        <w:rPr>
          <w:b/>
          <w:i w:val="0"/>
          <w:smallCaps w:val="0"/>
          <w:strike w:val="0"/>
          <w:sz w:val="20"/>
          <w:u w:val="single"/>
        </w:rPr>
        <w:t>IP</w:t>
      </w:r>
      <w:r>
        <w:rPr>
          <w:b w:val="0"/>
          <w:i w:val="0"/>
          <w:smallCaps w:val="0"/>
          <w:strike w:val="0"/>
          <w:sz w:val="16"/>
          <w:u w:val="none"/>
        </w:rPr>
        <w:t xml:space="preserve"> protection is that it </w:t>
      </w:r>
      <w:r>
        <w:rPr>
          <w:b/>
          <w:i w:val="0"/>
          <w:smallCaps w:val="0"/>
          <w:strike w:val="0"/>
          <w:sz w:val="20"/>
          <w:u w:val="single"/>
        </w:rPr>
        <w:t>hides the</w:t>
      </w:r>
      <w:r>
        <w:rPr>
          <w:b/>
          <w:i w:val="0"/>
          <w:smallCaps w:val="0"/>
          <w:strike w:val="0"/>
          <w:sz w:val="12"/>
          <w:u w:val="single"/>
        </w:rPr>
        <w:t xml:space="preserve"> </w:t>
      </w:r>
      <w:r>
        <w:rPr>
          <w:b/>
          <w:i w:val="0"/>
          <w:smallCaps w:val="0"/>
          <w:strike w:val="0"/>
          <w:sz w:val="20"/>
          <w:u w:val="single"/>
        </w:rPr>
        <w:t>debt that all creators owe to the contributions of others in their field—to</w:t>
      </w:r>
      <w:r>
        <w:rPr>
          <w:b/>
          <w:i w:val="0"/>
          <w:smallCaps w:val="0"/>
          <w:strike w:val="0"/>
          <w:sz w:val="12"/>
          <w:u w:val="single"/>
        </w:rPr>
        <w:t xml:space="preserve"> </w:t>
      </w:r>
      <w:r>
        <w:rPr>
          <w:b/>
          <w:i w:val="0"/>
          <w:smallCaps w:val="0"/>
          <w:strike w:val="0"/>
          <w:sz w:val="20"/>
          <w:u w:val="single"/>
        </w:rPr>
        <w:t>their commons</w:t>
      </w:r>
      <w:r>
        <w:rPr>
          <w:b w:val="0"/>
          <w:i w:val="0"/>
          <w:smallCaps w:val="0"/>
          <w:strike w:val="0"/>
          <w:sz w:val="16"/>
          <w:u w:val="none"/>
        </w:rPr>
        <w:t>.</w:t>
      </w:r>
      <w:r>
        <w:rPr>
          <w:b w:val="0"/>
          <w:i w:val="0"/>
          <w:smallCaps w:val="0"/>
          <w:strike w:val="0"/>
          <w:sz w:val="12"/>
          <w:u w:val="none"/>
        </w:rPr>
        <w:t xml:space="preserve"> </w:t>
      </w:r>
      <w:r>
        <w:rPr>
          <w:b w:val="0"/>
          <w:i w:val="0"/>
          <w:smallCaps w:val="0"/>
          <w:strike w:val="0"/>
          <w:sz w:val="16"/>
          <w:u w:val="none"/>
        </w:rPr>
        <w:t xml:space="preserve">Others share these concerns, and, particularly </w:t>
      </w:r>
      <w:r>
        <w:rPr>
          <w:b w:val="0"/>
          <w:i w:val="0"/>
          <w:smallCaps w:val="0"/>
          <w:strike w:val="0"/>
          <w:sz w:val="16"/>
          <w:u w:val="none"/>
        </w:rPr>
        <w:t>in the area of</w:t>
      </w:r>
      <w:r>
        <w:rPr>
          <w:b w:val="0"/>
          <w:i w:val="0"/>
          <w:smallCaps w:val="0"/>
          <w:strike w:val="0"/>
          <w:sz w:val="16"/>
          <w:u w:val="none"/>
        </w:rPr>
        <w:t xml:space="preserve"> information technology, there is a flourishing of experiments with </w:t>
      </w:r>
      <w:r>
        <w:rPr>
          <w:b w:val="0"/>
          <w:i w:val="0"/>
          <w:smallCaps w:val="0"/>
          <w:strike w:val="0"/>
          <w:sz w:val="16"/>
          <w:u w:val="none"/>
        </w:rPr>
        <w:t>privateproperty</w:t>
      </w:r>
      <w:r>
        <w:rPr>
          <w:b w:val="0"/>
          <w:i w:val="0"/>
          <w:smallCaps w:val="0"/>
          <w:strike w:val="0"/>
          <w:sz w:val="16"/>
          <w:u w:val="none"/>
        </w:rPr>
        <w:t xml:space="preserve"> and open-access resources that prioritize the relationships</w:t>
      </w:r>
      <w:r>
        <w:rPr>
          <w:b w:val="0"/>
          <w:i w:val="0"/>
          <w:smallCaps w:val="0"/>
          <w:strike w:val="0"/>
          <w:sz w:val="12"/>
          <w:u w:val="none"/>
        </w:rPr>
        <w:t xml:space="preserve"> </w:t>
      </w:r>
      <w:r>
        <w:rPr>
          <w:b w:val="0"/>
          <w:i w:val="0"/>
          <w:smallCaps w:val="0"/>
          <w:strike w:val="0"/>
          <w:sz w:val="16"/>
          <w:u w:val="none"/>
        </w:rPr>
        <w:t>between people over our relationships to things and, in the process,</w:t>
      </w:r>
      <w:r>
        <w:rPr>
          <w:b w:val="0"/>
          <w:i w:val="0"/>
          <w:smallCaps w:val="0"/>
          <w:strike w:val="0"/>
          <w:sz w:val="12"/>
          <w:u w:val="none"/>
        </w:rPr>
        <w:t xml:space="preserve"> </w:t>
      </w:r>
      <w:r>
        <w:rPr>
          <w:b w:val="0"/>
          <w:i w:val="0"/>
          <w:smallCaps w:val="0"/>
          <w:strike w:val="0"/>
          <w:sz w:val="16"/>
          <w:u w:val="none"/>
        </w:rPr>
        <w:t xml:space="preserve">build new online communities. </w:t>
      </w:r>
      <w:r>
        <w:rPr>
          <w:b w:val="0"/>
          <w:i w:val="0"/>
          <w:smallCaps w:val="0"/>
          <w:strike w:val="0"/>
          <w:sz w:val="20"/>
          <w:u w:val="single"/>
        </w:rPr>
        <w:t>Initiatives include the Creative Commons, open-source software</w:t>
      </w:r>
      <w:r>
        <w:rPr>
          <w:b w:val="0"/>
          <w:i w:val="0"/>
          <w:smallCaps w:val="0"/>
          <w:strike w:val="0"/>
          <w:sz w:val="16"/>
          <w:u w:val="none"/>
        </w:rPr>
        <w:t xml:space="preserve"> (like Linux and Firefox), and free software</w:t>
      </w:r>
      <w:r>
        <w:rPr>
          <w:b w:val="0"/>
          <w:i w:val="0"/>
          <w:smallCaps w:val="0"/>
          <w:strike w:val="0"/>
          <w:sz w:val="12"/>
          <w:u w:val="none"/>
        </w:rPr>
        <w:t xml:space="preserve"> </w:t>
      </w:r>
      <w:r>
        <w:rPr>
          <w:b w:val="0"/>
          <w:i w:val="0"/>
          <w:smallCaps w:val="0"/>
          <w:strike w:val="0"/>
          <w:sz w:val="16"/>
          <w:u w:val="none"/>
        </w:rPr>
        <w:t xml:space="preserve">(like GNU) </w:t>
      </w:r>
      <w:r>
        <w:rPr>
          <w:b w:val="0"/>
          <w:i w:val="0"/>
          <w:smallCaps w:val="0"/>
          <w:strike w:val="0"/>
          <w:sz w:val="20"/>
          <w:u w:val="single"/>
        </w:rPr>
        <w:t>and its associated innovations</w:t>
      </w:r>
      <w:r>
        <w:rPr>
          <w:b w:val="0"/>
          <w:i w:val="0"/>
          <w:smallCaps w:val="0"/>
          <w:strike w:val="0"/>
          <w:sz w:val="16"/>
          <w:u w:val="none"/>
        </w:rPr>
        <w:t>, General Public License and</w:t>
      </w:r>
      <w:r>
        <w:rPr>
          <w:b w:val="0"/>
          <w:i w:val="0"/>
          <w:smallCaps w:val="0"/>
          <w:strike w:val="0"/>
          <w:sz w:val="12"/>
          <w:u w:val="none"/>
        </w:rPr>
        <w:t xml:space="preserve"> </w:t>
      </w:r>
      <w:r>
        <w:rPr>
          <w:b w:val="0"/>
          <w:i w:val="0"/>
          <w:smallCaps w:val="0"/>
          <w:strike w:val="0"/>
          <w:sz w:val="16"/>
          <w:u w:val="none"/>
        </w:rPr>
        <w:t>Copyleft. Far from losing out, businesses are finding that open-access</w:t>
      </w:r>
      <w:r>
        <w:rPr>
          <w:b w:val="0"/>
          <w:i w:val="0"/>
          <w:smallCaps w:val="0"/>
          <w:strike w:val="0"/>
          <w:sz w:val="12"/>
          <w:u w:val="none"/>
        </w:rPr>
        <w:t xml:space="preserve"> </w:t>
      </w:r>
      <w:r>
        <w:rPr>
          <w:b w:val="0"/>
          <w:i w:val="0"/>
          <w:smallCaps w:val="0"/>
          <w:strike w:val="0"/>
          <w:sz w:val="16"/>
          <w:u w:val="none"/>
        </w:rPr>
        <w:t>collaborative design practices can increase their market share and ensure loyalty and vibrant innovation.14</w:t>
      </w:r>
      <w:r>
        <w:rPr>
          <w:b w:val="0"/>
          <w:i w:val="0"/>
          <w:smallCaps w:val="0"/>
          <w:strike w:val="0"/>
          <w:sz w:val="12"/>
          <w:u w:val="none"/>
        </w:rPr>
        <w:t xml:space="preserve"> </w:t>
      </w:r>
      <w:r>
        <w:rPr>
          <w:b w:val="0"/>
          <w:i w:val="0"/>
          <w:smallCaps w:val="0"/>
          <w:strike w:val="0"/>
          <w:sz w:val="20"/>
          <w:u w:val="single"/>
        </w:rPr>
        <w:t>If our love affair with technology has given rise to open-access</w:t>
      </w:r>
      <w:r>
        <w:rPr>
          <w:b w:val="0"/>
          <w:i w:val="0"/>
          <w:smallCaps w:val="0"/>
          <w:strike w:val="0"/>
          <w:sz w:val="12"/>
          <w:u w:val="single"/>
        </w:rPr>
        <w:t xml:space="preserve"> </w:t>
      </w:r>
      <w:r>
        <w:rPr>
          <w:b w:val="0"/>
          <w:i w:val="0"/>
          <w:smallCaps w:val="0"/>
          <w:strike w:val="0"/>
          <w:sz w:val="20"/>
          <w:u w:val="single"/>
        </w:rPr>
        <w:t xml:space="preserve">commons, it is a love affair that is also </w:t>
      </w:r>
      <w:r>
        <w:rPr>
          <w:b/>
          <w:i w:val="0"/>
          <w:smallCaps w:val="0"/>
          <w:strike w:val="0"/>
          <w:sz w:val="20"/>
          <w:u w:val="single"/>
        </w:rPr>
        <w:t>eroding our commons</w:t>
      </w:r>
      <w:r>
        <w:rPr>
          <w:b w:val="0"/>
          <w:i w:val="0"/>
          <w:smallCaps w:val="0"/>
          <w:strike w:val="0"/>
          <w:sz w:val="16"/>
          <w:u w:val="none"/>
        </w:rPr>
        <w:t xml:space="preserve">. </w:t>
      </w:r>
      <w:r>
        <w:rPr>
          <w:b w:val="0"/>
          <w:i w:val="0"/>
          <w:smallCaps w:val="0"/>
          <w:strike w:val="0"/>
          <w:sz w:val="20"/>
          <w:u w:val="single"/>
        </w:rPr>
        <w:t>So much</w:t>
      </w:r>
      <w:r>
        <w:rPr>
          <w:b w:val="0"/>
          <w:i w:val="0"/>
          <w:smallCaps w:val="0"/>
          <w:strike w:val="0"/>
          <w:sz w:val="12"/>
          <w:u w:val="single"/>
        </w:rPr>
        <w:t xml:space="preserve"> </w:t>
      </w:r>
      <w:r>
        <w:rPr>
          <w:b w:val="0"/>
          <w:i w:val="0"/>
          <w:smallCaps w:val="0"/>
          <w:strike w:val="0"/>
          <w:sz w:val="20"/>
          <w:u w:val="single"/>
        </w:rPr>
        <w:t xml:space="preserve">of the technology that we take for granted today </w:t>
      </w:r>
      <w:r>
        <w:rPr>
          <w:b/>
          <w:i w:val="0"/>
          <w:smallCaps w:val="0"/>
          <w:strike w:val="0"/>
          <w:sz w:val="20"/>
          <w:u w:val="single"/>
        </w:rPr>
        <w:t>relies on our planet’s</w:t>
      </w:r>
      <w:r>
        <w:rPr>
          <w:b/>
          <w:i w:val="0"/>
          <w:smallCaps w:val="0"/>
          <w:strike w:val="0"/>
          <w:sz w:val="12"/>
          <w:u w:val="single"/>
        </w:rPr>
        <w:t xml:space="preserve"> </w:t>
      </w:r>
      <w:r>
        <w:rPr>
          <w:b/>
          <w:i w:val="0"/>
          <w:smallCaps w:val="0"/>
          <w:strike w:val="0"/>
          <w:sz w:val="20"/>
          <w:u w:val="single"/>
        </w:rPr>
        <w:t>nonrenewable resources</w:t>
      </w:r>
      <w:r>
        <w:rPr>
          <w:b w:val="0"/>
          <w:i w:val="0"/>
          <w:smallCaps w:val="0"/>
          <w:strike w:val="0"/>
          <w:sz w:val="16"/>
          <w:u w:val="none"/>
        </w:rPr>
        <w:t>—</w:t>
      </w:r>
      <w:r>
        <w:rPr>
          <w:b w:val="0"/>
          <w:i w:val="0"/>
          <w:smallCaps w:val="0"/>
          <w:strike w:val="0"/>
          <w:sz w:val="20"/>
          <w:u w:val="single"/>
        </w:rPr>
        <w:t>whether resources in the component parts of</w:t>
      </w:r>
      <w:r>
        <w:rPr>
          <w:b w:val="0"/>
          <w:i w:val="0"/>
          <w:smallCaps w:val="0"/>
          <w:strike w:val="0"/>
          <w:sz w:val="12"/>
          <w:u w:val="single"/>
        </w:rPr>
        <w:t xml:space="preserve"> </w:t>
      </w:r>
      <w:r>
        <w:rPr>
          <w:b w:val="0"/>
          <w:i w:val="0"/>
          <w:smallCaps w:val="0"/>
          <w:strike w:val="0"/>
          <w:sz w:val="20"/>
          <w:u w:val="single"/>
        </w:rPr>
        <w:t>our technological devices or those used to power the production and</w:t>
      </w:r>
      <w:r>
        <w:rPr>
          <w:b w:val="0"/>
          <w:i w:val="0"/>
          <w:smallCaps w:val="0"/>
          <w:strike w:val="0"/>
          <w:sz w:val="12"/>
          <w:u w:val="single"/>
        </w:rPr>
        <w:t xml:space="preserve"> </w:t>
      </w:r>
      <w:r>
        <w:rPr>
          <w:b w:val="0"/>
          <w:i w:val="0"/>
          <w:smallCaps w:val="0"/>
          <w:strike w:val="0"/>
          <w:sz w:val="20"/>
          <w:u w:val="single"/>
        </w:rPr>
        <w:t>operation of these devices</w:t>
      </w:r>
      <w:r>
        <w:rPr>
          <w:b w:val="0"/>
          <w:i w:val="0"/>
          <w:smallCaps w:val="0"/>
          <w:strike w:val="0"/>
          <w:sz w:val="16"/>
          <w:u w:val="none"/>
        </w:rPr>
        <w:t>.</w:t>
      </w:r>
      <w:r>
        <w:rPr>
          <w:b w:val="0"/>
          <w:i w:val="0"/>
          <w:smallCaps w:val="0"/>
          <w:strike w:val="0"/>
          <w:sz w:val="12"/>
          <w:u w:val="none"/>
        </w:rPr>
        <w:t xml:space="preserve"> </w:t>
      </w:r>
      <w:r>
        <w:rPr>
          <w:b w:val="0"/>
          <w:i w:val="0"/>
          <w:smallCaps w:val="0"/>
          <w:strike w:val="0"/>
          <w:sz w:val="20"/>
          <w:u w:val="single"/>
        </w:rPr>
        <w:t>Currently we seem willing to trade our coastlines and our weather</w:t>
      </w:r>
      <w:r>
        <w:rPr>
          <w:b w:val="0"/>
          <w:i w:val="0"/>
          <w:smallCaps w:val="0"/>
          <w:strike w:val="0"/>
          <w:sz w:val="12"/>
          <w:u w:val="single"/>
        </w:rPr>
        <w:t xml:space="preserve"> </w:t>
      </w:r>
      <w:r>
        <w:rPr>
          <w:b w:val="0"/>
          <w:i w:val="0"/>
          <w:smallCaps w:val="0"/>
          <w:strike w:val="0"/>
          <w:sz w:val="20"/>
          <w:u w:val="single"/>
        </w:rPr>
        <w:t>systems for patterns of development and growth that rely on burning</w:t>
      </w:r>
      <w:r>
        <w:rPr>
          <w:b w:val="0"/>
          <w:i w:val="0"/>
          <w:smallCaps w:val="0"/>
          <w:strike w:val="0"/>
          <w:sz w:val="12"/>
          <w:u w:val="single"/>
        </w:rPr>
        <w:t xml:space="preserve"> </w:t>
      </w:r>
      <w:r>
        <w:rPr>
          <w:b w:val="0"/>
          <w:i w:val="0"/>
          <w:smallCaps w:val="0"/>
          <w:strike w:val="0"/>
          <w:sz w:val="20"/>
          <w:u w:val="single"/>
        </w:rPr>
        <w:t>nonrenewable fossil fuels</w:t>
      </w:r>
      <w:r>
        <w:rPr>
          <w:b w:val="0"/>
          <w:i w:val="0"/>
          <w:smallCaps w:val="0"/>
          <w:strike w:val="0"/>
          <w:sz w:val="16"/>
          <w:u w:val="none"/>
        </w:rPr>
        <w:t xml:space="preserve">. Can the practice of </w:t>
      </w:r>
      <w:r>
        <w:rPr>
          <w:b/>
          <w:i w:val="0"/>
          <w:smallCaps w:val="0"/>
          <w:strike w:val="0"/>
          <w:sz w:val="20"/>
          <w:u w:val="single"/>
        </w:rPr>
        <w:t>commoning</w:t>
      </w:r>
      <w:r>
        <w:rPr>
          <w:b w:val="0"/>
          <w:i w:val="0"/>
          <w:smallCaps w:val="0"/>
          <w:strike w:val="0"/>
          <w:sz w:val="16"/>
          <w:u w:val="none"/>
        </w:rPr>
        <w:t xml:space="preserve"> be applied to</w:t>
      </w:r>
      <w:r>
        <w:rPr>
          <w:b w:val="0"/>
          <w:i w:val="0"/>
          <w:smallCaps w:val="0"/>
          <w:strike w:val="0"/>
          <w:sz w:val="12"/>
          <w:u w:val="none"/>
        </w:rPr>
        <w:t xml:space="preserve"> </w:t>
      </w:r>
      <w:r>
        <w:rPr>
          <w:b w:val="0"/>
          <w:i w:val="0"/>
          <w:smallCaps w:val="0"/>
          <w:strike w:val="0"/>
          <w:sz w:val="16"/>
          <w:u w:val="none"/>
        </w:rPr>
        <w:t xml:space="preserve">climate change </w:t>
      </w:r>
      <w:r>
        <w:rPr>
          <w:b/>
          <w:i w:val="0"/>
          <w:smallCaps w:val="0"/>
          <w:strike w:val="0"/>
          <w:sz w:val="20"/>
          <w:u w:val="single"/>
        </w:rPr>
        <w:t>as</w:t>
      </w:r>
      <w:r>
        <w:rPr>
          <w:b w:val="0"/>
          <w:i w:val="0"/>
          <w:smallCaps w:val="0"/>
          <w:strike w:val="0"/>
          <w:sz w:val="16"/>
          <w:u w:val="none"/>
        </w:rPr>
        <w:t xml:space="preserve"> a way of </w:t>
      </w:r>
      <w:r>
        <w:rPr>
          <w:b/>
          <w:i w:val="0"/>
          <w:smallCaps w:val="0"/>
          <w:strike w:val="0"/>
          <w:sz w:val="20"/>
          <w:u w:val="single"/>
        </w:rPr>
        <w:t>taking back</w:t>
      </w:r>
      <w:r>
        <w:rPr>
          <w:b w:val="0"/>
          <w:i w:val="0"/>
          <w:smallCaps w:val="0"/>
          <w:strike w:val="0"/>
          <w:sz w:val="16"/>
          <w:u w:val="none"/>
        </w:rPr>
        <w:t xml:space="preserve"> the economy and contributing</w:t>
      </w:r>
      <w:r>
        <w:rPr>
          <w:b w:val="0"/>
          <w:i w:val="0"/>
          <w:smallCaps w:val="0"/>
          <w:strike w:val="0"/>
          <w:sz w:val="12"/>
          <w:u w:val="none"/>
        </w:rPr>
        <w:t xml:space="preserve"> </w:t>
      </w:r>
      <w:r>
        <w:rPr>
          <w:b w:val="0"/>
          <w:i w:val="0"/>
          <w:smallCaps w:val="0"/>
          <w:strike w:val="0"/>
          <w:sz w:val="16"/>
          <w:u w:val="none"/>
        </w:rPr>
        <w:t xml:space="preserve">to, rather than undermining, </w:t>
      </w:r>
      <w:r>
        <w:rPr>
          <w:b/>
          <w:i w:val="0"/>
          <w:smallCaps w:val="0"/>
          <w:strike w:val="0"/>
          <w:sz w:val="20"/>
          <w:u w:val="single"/>
        </w:rPr>
        <w:t>our planet’s survival</w:t>
      </w:r>
      <w:r>
        <w:rPr>
          <w:b w:val="0"/>
          <w:i w:val="0"/>
          <w:smallCaps w:val="0"/>
          <w:strike w:val="0"/>
          <w:sz w:val="16"/>
          <w:u w:val="none"/>
        </w:rPr>
        <w:t>?</w:t>
      </w:r>
      <w:r>
        <w:rPr>
          <w:b w:val="0"/>
          <w:i w:val="0"/>
          <w:smallCaps w:val="0"/>
          <w:strike w:val="0"/>
          <w:sz w:val="12"/>
          <w:u w:val="none"/>
        </w:rPr>
        <w:t xml:space="preserve"> </w:t>
      </w:r>
      <w:r>
        <w:rPr>
          <w:b w:val="0"/>
          <w:i w:val="0"/>
          <w:smallCaps w:val="0"/>
          <w:strike w:val="0"/>
          <w:sz w:val="16"/>
          <w:u w:val="none"/>
        </w:rPr>
        <w:t xml:space="preserve">We know that </w:t>
      </w:r>
      <w:r>
        <w:rPr>
          <w:b w:val="0"/>
          <w:i w:val="0"/>
          <w:smallCaps w:val="0"/>
          <w:strike w:val="0"/>
          <w:sz w:val="20"/>
          <w:u w:val="single"/>
        </w:rPr>
        <w:t>our climate has been warming</w:t>
      </w:r>
      <w:r>
        <w:rPr>
          <w:b w:val="0"/>
          <w:i w:val="0"/>
          <w:smallCaps w:val="0"/>
          <w:strike w:val="0"/>
          <w:sz w:val="16"/>
          <w:u w:val="none"/>
        </w:rPr>
        <w:t xml:space="preserve"> since the 1860s (for</w:t>
      </w:r>
      <w:r>
        <w:rPr>
          <w:b w:val="0"/>
          <w:i w:val="0"/>
          <w:smallCaps w:val="0"/>
          <w:strike w:val="0"/>
          <w:sz w:val="12"/>
          <w:u w:val="none"/>
        </w:rPr>
        <w:t xml:space="preserve"> </w:t>
      </w:r>
      <w:r>
        <w:rPr>
          <w:b w:val="0"/>
          <w:i w:val="0"/>
          <w:smallCaps w:val="0"/>
          <w:strike w:val="0"/>
          <w:sz w:val="16"/>
          <w:u w:val="none"/>
        </w:rPr>
        <w:t>six generations).15 As an earth community we are shitting in the nest,</w:t>
      </w:r>
      <w:r>
        <w:rPr>
          <w:b w:val="0"/>
          <w:i w:val="0"/>
          <w:smallCaps w:val="0"/>
          <w:strike w:val="0"/>
          <w:sz w:val="12"/>
          <w:u w:val="none"/>
        </w:rPr>
        <w:t xml:space="preserve"> </w:t>
      </w:r>
      <w:r>
        <w:rPr>
          <w:b w:val="0"/>
          <w:i w:val="0"/>
          <w:smallCaps w:val="0"/>
          <w:strike w:val="0"/>
          <w:sz w:val="16"/>
          <w:u w:val="none"/>
        </w:rPr>
        <w:t>to use a common expression, and largely failing to care for our most</w:t>
      </w:r>
      <w:r>
        <w:rPr>
          <w:b w:val="0"/>
          <w:i w:val="0"/>
          <w:smallCaps w:val="0"/>
          <w:strike w:val="0"/>
          <w:sz w:val="12"/>
          <w:u w:val="none"/>
        </w:rPr>
        <w:t xml:space="preserve"> </w:t>
      </w:r>
      <w:r>
        <w:rPr>
          <w:b w:val="0"/>
          <w:i w:val="0"/>
          <w:smallCaps w:val="0"/>
          <w:strike w:val="0"/>
          <w:sz w:val="16"/>
          <w:u w:val="none"/>
        </w:rPr>
        <w:t>precious commons. How we have mistreated our atmosphere is a global</w:t>
      </w:r>
      <w:r>
        <w:rPr>
          <w:b w:val="0"/>
          <w:i w:val="0"/>
          <w:smallCaps w:val="0"/>
          <w:strike w:val="0"/>
          <w:sz w:val="12"/>
          <w:u w:val="none"/>
        </w:rPr>
        <w:t xml:space="preserve"> </w:t>
      </w:r>
      <w:r>
        <w:rPr>
          <w:b w:val="0"/>
          <w:i w:val="0"/>
          <w:smallCaps w:val="0"/>
          <w:strike w:val="0"/>
          <w:sz w:val="16"/>
          <w:u w:val="none"/>
        </w:rPr>
        <w:t xml:space="preserve">tragedy of an unmanaged open-access resource. </w:t>
      </w:r>
      <w:r>
        <w:rPr>
          <w:b w:val="0"/>
          <w:i w:val="0"/>
          <w:smallCaps w:val="0"/>
          <w:strike w:val="0"/>
          <w:sz w:val="20"/>
          <w:u w:val="single"/>
        </w:rPr>
        <w:t>There are</w:t>
      </w:r>
      <w:r>
        <w:rPr>
          <w:b w:val="0"/>
          <w:i w:val="0"/>
          <w:smallCaps w:val="0"/>
          <w:strike w:val="0"/>
          <w:sz w:val="16"/>
          <w:u w:val="none"/>
        </w:rPr>
        <w:t>, however,</w:t>
      </w:r>
      <w:r>
        <w:rPr>
          <w:b w:val="0"/>
          <w:i w:val="0"/>
          <w:smallCaps w:val="0"/>
          <w:strike w:val="0"/>
          <w:sz w:val="12"/>
          <w:u w:val="none"/>
        </w:rPr>
        <w:t xml:space="preserve"> </w:t>
      </w:r>
      <w:r>
        <w:rPr>
          <w:b w:val="0"/>
          <w:i w:val="0"/>
          <w:smallCaps w:val="0"/>
          <w:strike w:val="0"/>
          <w:sz w:val="20"/>
          <w:u w:val="single"/>
        </w:rPr>
        <w:t>glimmers of hope</w:t>
      </w:r>
      <w:r>
        <w:rPr>
          <w:b w:val="0"/>
          <w:i w:val="0"/>
          <w:smallCaps w:val="0"/>
          <w:strike w:val="0"/>
          <w:sz w:val="16"/>
          <w:u w:val="none"/>
        </w:rPr>
        <w:t xml:space="preserve"> that this neglect will not continue.</w:t>
      </w:r>
      <w:r>
        <w:rPr>
          <w:b w:val="0"/>
          <w:i w:val="0"/>
          <w:smallCaps w:val="0"/>
          <w:strike w:val="0"/>
          <w:sz w:val="12"/>
          <w:u w:val="none"/>
        </w:rPr>
        <w:t xml:space="preserve"> </w:t>
      </w:r>
      <w:r>
        <w:rPr>
          <w:b w:val="0"/>
          <w:i w:val="0"/>
          <w:smallCaps w:val="0"/>
          <w:strike w:val="0"/>
          <w:sz w:val="16"/>
          <w:u w:val="none"/>
        </w:rPr>
        <w:t>Over the past two generations at least, people have been involved in</w:t>
      </w:r>
      <w:r>
        <w:rPr>
          <w:b w:val="0"/>
          <w:i w:val="0"/>
          <w:smallCaps w:val="0"/>
          <w:strike w:val="0"/>
          <w:sz w:val="12"/>
          <w:u w:val="none"/>
        </w:rPr>
        <w:t xml:space="preserve"> </w:t>
      </w:r>
      <w:r>
        <w:rPr>
          <w:b/>
          <w:i w:val="0"/>
          <w:smallCaps w:val="0"/>
          <w:strike w:val="0"/>
          <w:sz w:val="20"/>
          <w:u w:val="single"/>
        </w:rPr>
        <w:t>commoning</w:t>
      </w:r>
      <w:r>
        <w:rPr>
          <w:b w:val="0"/>
          <w:i w:val="0"/>
          <w:smallCaps w:val="0"/>
          <w:strike w:val="0"/>
          <w:sz w:val="16"/>
          <w:u w:val="none"/>
        </w:rPr>
        <w:t xml:space="preserve"> the atmosphere by arguing for </w:t>
      </w:r>
      <w:r>
        <w:rPr>
          <w:b w:val="0"/>
          <w:i w:val="0"/>
          <w:smallCaps w:val="0"/>
          <w:strike w:val="0"/>
          <w:sz w:val="20"/>
          <w:u w:val="single"/>
        </w:rPr>
        <w:t>protocols</w:t>
      </w:r>
      <w:r>
        <w:rPr>
          <w:b w:val="0"/>
          <w:i w:val="0"/>
          <w:smallCaps w:val="0"/>
          <w:strike w:val="0"/>
          <w:sz w:val="16"/>
          <w:u w:val="none"/>
        </w:rPr>
        <w:t xml:space="preserve"> of behavior that</w:t>
      </w:r>
      <w:r>
        <w:rPr>
          <w:b w:val="0"/>
          <w:i w:val="0"/>
          <w:smallCaps w:val="0"/>
          <w:strike w:val="0"/>
          <w:sz w:val="12"/>
          <w:u w:val="none"/>
        </w:rPr>
        <w:t xml:space="preserve"> </w:t>
      </w:r>
      <w:r>
        <w:rPr>
          <w:b/>
          <w:i w:val="0"/>
          <w:smallCaps w:val="0"/>
          <w:strike w:val="0"/>
          <w:sz w:val="20"/>
          <w:u w:val="single"/>
        </w:rPr>
        <w:t>maintain and replenish its life-giving properties</w:t>
      </w:r>
      <w:r>
        <w:rPr>
          <w:b w:val="0"/>
          <w:i w:val="0"/>
          <w:smallCaps w:val="0"/>
          <w:strike w:val="0"/>
          <w:sz w:val="16"/>
          <w:u w:val="none"/>
        </w:rPr>
        <w:t>. This action has often</w:t>
      </w:r>
      <w:r>
        <w:rPr>
          <w:b w:val="0"/>
          <w:i w:val="0"/>
          <w:smallCaps w:val="0"/>
          <w:strike w:val="0"/>
          <w:sz w:val="12"/>
          <w:u w:val="none"/>
        </w:rPr>
        <w:t xml:space="preserve"> </w:t>
      </w:r>
      <w:r>
        <w:rPr>
          <w:b w:val="0"/>
          <w:i w:val="0"/>
          <w:smallCaps w:val="0"/>
          <w:strike w:val="0"/>
          <w:sz w:val="16"/>
          <w:u w:val="none"/>
        </w:rPr>
        <w:t>been prompted by scientific discoveries about the complex systems that</w:t>
      </w:r>
      <w:r>
        <w:rPr>
          <w:b w:val="0"/>
          <w:i w:val="0"/>
          <w:smallCaps w:val="0"/>
          <w:strike w:val="0"/>
          <w:sz w:val="12"/>
          <w:u w:val="none"/>
        </w:rPr>
        <w:t xml:space="preserve"> </w:t>
      </w:r>
      <w:r>
        <w:rPr>
          <w:b w:val="0"/>
          <w:i w:val="0"/>
          <w:smallCaps w:val="0"/>
          <w:strike w:val="0"/>
          <w:sz w:val="16"/>
          <w:u w:val="none"/>
        </w:rPr>
        <w:t xml:space="preserve">make up our atmosphere, including the mix of life-giving and </w:t>
      </w:r>
      <w:r>
        <w:rPr>
          <w:b w:val="0"/>
          <w:i w:val="0"/>
          <w:smallCaps w:val="0"/>
          <w:strike w:val="0"/>
          <w:sz w:val="16"/>
          <w:u w:val="none"/>
        </w:rPr>
        <w:t>lifedestroying</w:t>
      </w:r>
      <w:r>
        <w:rPr>
          <w:b w:val="0"/>
          <w:i w:val="0"/>
          <w:smallCaps w:val="0"/>
          <w:strike w:val="0"/>
          <w:sz w:val="16"/>
          <w:u w:val="none"/>
        </w:rPr>
        <w:t xml:space="preserve"> gases and liquids produced on earth.</w:t>
      </w:r>
      <w:r>
        <w:rPr>
          <w:b w:val="0"/>
          <w:i w:val="0"/>
          <w:smallCaps w:val="0"/>
          <w:strike w:val="0"/>
          <w:sz w:val="12"/>
          <w:u w:val="none"/>
        </w:rPr>
        <w:t xml:space="preserve"> </w:t>
      </w:r>
      <w:r>
        <w:rPr>
          <w:b w:val="0"/>
          <w:i w:val="0"/>
          <w:smallCaps w:val="0"/>
          <w:strike w:val="0"/>
          <w:sz w:val="16"/>
          <w:u w:val="none"/>
        </w:rPr>
        <w:t>Take, for example, CFCs (chlorofluorocarbons), which were invented</w:t>
      </w:r>
      <w:r>
        <w:rPr>
          <w:b w:val="0"/>
          <w:i w:val="0"/>
          <w:smallCaps w:val="0"/>
          <w:strike w:val="0"/>
          <w:sz w:val="12"/>
          <w:u w:val="none"/>
        </w:rPr>
        <w:t xml:space="preserve"> </w:t>
      </w:r>
      <w:r>
        <w:rPr>
          <w:b w:val="0"/>
          <w:i w:val="0"/>
          <w:smallCaps w:val="0"/>
          <w:strike w:val="0"/>
          <w:sz w:val="16"/>
          <w:u w:val="none"/>
        </w:rPr>
        <w:t>in 1920 and became widely used in air conditioners, refrigerators, and</w:t>
      </w:r>
      <w:r>
        <w:rPr>
          <w:b w:val="0"/>
          <w:i w:val="0"/>
          <w:smallCaps w:val="0"/>
          <w:strike w:val="0"/>
          <w:sz w:val="12"/>
          <w:u w:val="none"/>
        </w:rPr>
        <w:t xml:space="preserve"> </w:t>
      </w:r>
      <w:r>
        <w:rPr>
          <w:b w:val="0"/>
          <w:i w:val="0"/>
          <w:smallCaps w:val="0"/>
          <w:strike w:val="0"/>
          <w:sz w:val="16"/>
          <w:u w:val="none"/>
        </w:rPr>
        <w:t>aerosols until their use was banned in minority-world countries from</w:t>
      </w:r>
      <w:r>
        <w:rPr>
          <w:b w:val="0"/>
          <w:i w:val="0"/>
          <w:smallCaps w:val="0"/>
          <w:strike w:val="0"/>
          <w:sz w:val="12"/>
          <w:u w:val="none"/>
        </w:rPr>
        <w:t xml:space="preserve"> </w:t>
      </w:r>
      <w:r>
        <w:rPr>
          <w:b w:val="0"/>
          <w:i w:val="0"/>
          <w:smallCaps w:val="0"/>
          <w:strike w:val="0"/>
          <w:sz w:val="16"/>
          <w:u w:val="none"/>
        </w:rPr>
        <w:t>take back property 145</w:t>
      </w:r>
      <w:r>
        <w:rPr>
          <w:b w:val="0"/>
          <w:i w:val="0"/>
          <w:smallCaps w:val="0"/>
          <w:strike w:val="0"/>
          <w:sz w:val="12"/>
          <w:u w:val="none"/>
        </w:rPr>
        <w:t xml:space="preserve"> </w:t>
      </w:r>
      <w:r>
        <w:rPr>
          <w:b w:val="0"/>
          <w:i w:val="0"/>
          <w:smallCaps w:val="0"/>
          <w:strike w:val="0"/>
          <w:sz w:val="16"/>
          <w:u w:val="none"/>
        </w:rPr>
        <w:t>1996 and in majority-world countries from 2010. As a global community</w:t>
      </w:r>
      <w:r>
        <w:rPr>
          <w:b w:val="0"/>
          <w:i w:val="0"/>
          <w:smallCaps w:val="0"/>
          <w:strike w:val="0"/>
          <w:sz w:val="12"/>
          <w:u w:val="none"/>
        </w:rPr>
        <w:t xml:space="preserve"> </w:t>
      </w:r>
      <w:r>
        <w:rPr>
          <w:b w:val="0"/>
          <w:i w:val="0"/>
          <w:smallCaps w:val="0"/>
          <w:strike w:val="0"/>
          <w:sz w:val="16"/>
          <w:u w:val="none"/>
        </w:rPr>
        <w:t>we have decided to cease production of the CFCs that have thinned the</w:t>
      </w:r>
      <w:r>
        <w:rPr>
          <w:b w:val="0"/>
          <w:i w:val="0"/>
          <w:smallCaps w:val="0"/>
          <w:strike w:val="0"/>
          <w:sz w:val="12"/>
          <w:u w:val="none"/>
        </w:rPr>
        <w:t xml:space="preserve"> </w:t>
      </w:r>
      <w:r>
        <w:rPr>
          <w:b w:val="0"/>
          <w:i w:val="0"/>
          <w:smallCaps w:val="0"/>
          <w:strike w:val="0"/>
          <w:sz w:val="16"/>
          <w:u w:val="none"/>
        </w:rPr>
        <w:t>ozone layers of the stratosphere, allowing damaging rays to reach earth</w:t>
      </w:r>
      <w:r>
        <w:rPr>
          <w:b w:val="0"/>
          <w:i w:val="0"/>
          <w:smallCaps w:val="0"/>
          <w:strike w:val="0"/>
          <w:sz w:val="12"/>
          <w:u w:val="none"/>
        </w:rPr>
        <w:t xml:space="preserve"> </w:t>
      </w:r>
      <w:r>
        <w:rPr>
          <w:b w:val="0"/>
          <w:i w:val="0"/>
          <w:smallCaps w:val="0"/>
          <w:strike w:val="0"/>
          <w:sz w:val="16"/>
          <w:u w:val="none"/>
        </w:rPr>
        <w:t>and cause cancer.16 But, as we show on the Ozone Commons Yardstick, it</w:t>
      </w:r>
      <w:r>
        <w:rPr>
          <w:b w:val="0"/>
          <w:i w:val="0"/>
          <w:smallCaps w:val="0"/>
          <w:strike w:val="0"/>
          <w:sz w:val="12"/>
          <w:u w:val="none"/>
        </w:rPr>
        <w:t xml:space="preserve"> </w:t>
      </w:r>
      <w:r>
        <w:rPr>
          <w:b w:val="0"/>
          <w:i w:val="0"/>
          <w:smallCaps w:val="0"/>
          <w:strike w:val="0"/>
          <w:sz w:val="16"/>
          <w:u w:val="none"/>
        </w:rPr>
        <w:t>will not be until 2070 at the earliest—that is, two generations from now!—that the ozone hole will be repaired</w:t>
      </w:r>
      <w:r>
        <w:rPr>
          <w:b w:val="0"/>
          <w:i w:val="0"/>
          <w:smallCaps w:val="0"/>
          <w:strike w:val="0"/>
          <w:sz w:val="12"/>
          <w:u w:val="none"/>
        </w:rPr>
        <w:t xml:space="preserve"> </w:t>
      </w:r>
      <w:r>
        <w:rPr>
          <w:b w:val="0"/>
          <w:i w:val="0"/>
          <w:smallCaps w:val="0"/>
          <w:strike w:val="0"/>
          <w:sz w:val="16"/>
          <w:u w:val="none"/>
        </w:rPr>
        <w:t>and we will not need to be so protective of the skin of</w:t>
      </w:r>
      <w:r>
        <w:rPr>
          <w:b w:val="0"/>
          <w:i w:val="0"/>
          <w:smallCaps w:val="0"/>
          <w:strike w:val="0"/>
          <w:sz w:val="12"/>
          <w:u w:val="none"/>
        </w:rPr>
        <w:t xml:space="preserve"> </w:t>
      </w:r>
      <w:r>
        <w:rPr>
          <w:b w:val="0"/>
          <w:i w:val="0"/>
          <w:smallCaps w:val="0"/>
          <w:strike w:val="0"/>
          <w:sz w:val="16"/>
          <w:u w:val="none"/>
        </w:rPr>
        <w:t>future children or quite so worried.</w:t>
      </w:r>
      <w:r>
        <w:rPr>
          <w:b w:val="0"/>
          <w:i w:val="0"/>
          <w:smallCaps w:val="0"/>
          <w:strike w:val="0"/>
          <w:sz w:val="12"/>
          <w:u w:val="none"/>
        </w:rPr>
        <w:t xml:space="preserve"> </w:t>
      </w:r>
      <w:r>
        <w:rPr>
          <w:b w:val="0"/>
          <w:i w:val="0"/>
          <w:smallCaps w:val="0"/>
          <w:strike w:val="0"/>
          <w:sz w:val="16"/>
          <w:u w:val="none"/>
        </w:rPr>
        <w:t>Clearly</w:t>
      </w:r>
      <w:r>
        <w:rPr>
          <w:b w:val="0"/>
          <w:i w:val="0"/>
          <w:smallCaps w:val="0"/>
          <w:strike w:val="0"/>
          <w:sz w:val="16"/>
          <w:u w:val="none"/>
        </w:rPr>
        <w:t xml:space="preserve"> we cannot know what the future will hold,</w:t>
      </w:r>
      <w:r>
        <w:rPr>
          <w:b w:val="0"/>
          <w:i w:val="0"/>
          <w:smallCaps w:val="0"/>
          <w:strike w:val="0"/>
          <w:sz w:val="12"/>
          <w:u w:val="none"/>
        </w:rPr>
        <w:t xml:space="preserve"> </w:t>
      </w:r>
      <w:r>
        <w:rPr>
          <w:b w:val="0"/>
          <w:i w:val="0"/>
          <w:smallCaps w:val="0"/>
          <w:strike w:val="0"/>
          <w:sz w:val="16"/>
          <w:u w:val="none"/>
        </w:rPr>
        <w:t>but we can try to make assessments based on the</w:t>
      </w:r>
      <w:r>
        <w:rPr>
          <w:b w:val="0"/>
          <w:i w:val="0"/>
          <w:smallCaps w:val="0"/>
          <w:strike w:val="0"/>
          <w:sz w:val="12"/>
          <w:u w:val="none"/>
        </w:rPr>
        <w:t xml:space="preserve"> </w:t>
      </w:r>
      <w:r>
        <w:rPr>
          <w:b w:val="0"/>
          <w:i w:val="0"/>
          <w:smallCaps w:val="0"/>
          <w:strike w:val="0"/>
          <w:sz w:val="16"/>
          <w:u w:val="none"/>
        </w:rPr>
        <w:t>scenarios offered by scientists who work on climate</w:t>
      </w:r>
      <w:r>
        <w:rPr>
          <w:b w:val="0"/>
          <w:i w:val="0"/>
          <w:smallCaps w:val="0"/>
          <w:strike w:val="0"/>
          <w:sz w:val="12"/>
          <w:u w:val="none"/>
        </w:rPr>
        <w:t xml:space="preserve"> </w:t>
      </w:r>
      <w:r>
        <w:rPr>
          <w:b w:val="0"/>
          <w:i w:val="0"/>
          <w:smallCaps w:val="0"/>
          <w:strike w:val="0"/>
          <w:sz w:val="16"/>
          <w:u w:val="none"/>
        </w:rPr>
        <w:t>change. Many vocal commentators are convinced</w:t>
      </w:r>
      <w:r>
        <w:rPr>
          <w:b w:val="0"/>
          <w:i w:val="0"/>
          <w:smallCaps w:val="0"/>
          <w:strike w:val="0"/>
          <w:sz w:val="12"/>
          <w:u w:val="none"/>
        </w:rPr>
        <w:t xml:space="preserve"> </w:t>
      </w:r>
      <w:r>
        <w:rPr>
          <w:b w:val="0"/>
          <w:i w:val="0"/>
          <w:smallCaps w:val="0"/>
          <w:strike w:val="0"/>
          <w:sz w:val="16"/>
          <w:u w:val="none"/>
        </w:rPr>
        <w:t>that humans need not worry about global warming,</w:t>
      </w:r>
      <w:r>
        <w:rPr>
          <w:b w:val="0"/>
          <w:i w:val="0"/>
          <w:smallCaps w:val="0"/>
          <w:strike w:val="0"/>
          <w:sz w:val="12"/>
          <w:u w:val="none"/>
        </w:rPr>
        <w:t xml:space="preserve"> </w:t>
      </w:r>
      <w:r>
        <w:rPr>
          <w:b w:val="0"/>
          <w:i w:val="0"/>
          <w:smallCaps w:val="0"/>
          <w:strike w:val="0"/>
          <w:sz w:val="16"/>
          <w:u w:val="none"/>
        </w:rPr>
        <w:t>that our inventiveness has, in the past, overcome</w:t>
      </w:r>
      <w:r>
        <w:rPr>
          <w:b w:val="0"/>
          <w:i w:val="0"/>
          <w:smallCaps w:val="0"/>
          <w:strike w:val="0"/>
          <w:sz w:val="12"/>
          <w:u w:val="none"/>
        </w:rPr>
        <w:t xml:space="preserve"> </w:t>
      </w:r>
      <w:r>
        <w:rPr>
          <w:b w:val="0"/>
          <w:i w:val="0"/>
          <w:smallCaps w:val="0"/>
          <w:strike w:val="0"/>
          <w:sz w:val="16"/>
          <w:u w:val="none"/>
        </w:rPr>
        <w:t>grave challenges like global oil and food shortages</w:t>
      </w:r>
      <w:r>
        <w:rPr>
          <w:b w:val="0"/>
          <w:i w:val="0"/>
          <w:smallCaps w:val="0"/>
          <w:strike w:val="0"/>
          <w:sz w:val="12"/>
          <w:u w:val="none"/>
        </w:rPr>
        <w:t xml:space="preserve"> </w:t>
      </w:r>
      <w:r>
        <w:rPr>
          <w:b w:val="0"/>
          <w:i w:val="0"/>
          <w:smallCaps w:val="0"/>
          <w:strike w:val="0"/>
          <w:sz w:val="16"/>
          <w:u w:val="none"/>
        </w:rPr>
        <w:t xml:space="preserve">and the threat of millennium bugs and nuclear winters. </w:t>
      </w:r>
      <w:r>
        <w:rPr>
          <w:b w:val="0"/>
          <w:i w:val="0"/>
          <w:smallCaps w:val="0"/>
          <w:strike w:val="0"/>
          <w:sz w:val="20"/>
          <w:u w:val="single"/>
        </w:rPr>
        <w:t>Some say that the newest threats</w:t>
      </w:r>
      <w:r>
        <w:rPr>
          <w:b w:val="0"/>
          <w:i w:val="0"/>
          <w:smallCaps w:val="0"/>
          <w:strike w:val="0"/>
          <w:sz w:val="16"/>
          <w:u w:val="none"/>
        </w:rPr>
        <w:t xml:space="preserve"> (if indeed real)</w:t>
      </w:r>
      <w:r>
        <w:rPr>
          <w:b w:val="0"/>
          <w:i w:val="0"/>
          <w:smallCaps w:val="0"/>
          <w:strike w:val="0"/>
          <w:sz w:val="12"/>
          <w:u w:val="none"/>
        </w:rPr>
        <w:t xml:space="preserve"> </w:t>
      </w:r>
      <w:r>
        <w:rPr>
          <w:b w:val="0"/>
          <w:i w:val="0"/>
          <w:smallCaps w:val="0"/>
          <w:strike w:val="0"/>
          <w:sz w:val="20"/>
          <w:u w:val="single"/>
        </w:rPr>
        <w:t>will surely be overcome by whiz-bang technological</w:t>
      </w:r>
      <w:r>
        <w:rPr>
          <w:b w:val="0"/>
          <w:i w:val="0"/>
          <w:smallCaps w:val="0"/>
          <w:strike w:val="0"/>
          <w:sz w:val="12"/>
          <w:u w:val="single"/>
        </w:rPr>
        <w:t xml:space="preserve"> </w:t>
      </w:r>
      <w:r>
        <w:rPr>
          <w:b w:val="0"/>
          <w:i w:val="0"/>
          <w:smallCaps w:val="0"/>
          <w:strike w:val="0"/>
          <w:sz w:val="20"/>
          <w:u w:val="single"/>
        </w:rPr>
        <w:t>fixes</w:t>
      </w:r>
      <w:r>
        <w:rPr>
          <w:b w:val="0"/>
          <w:i w:val="0"/>
          <w:smallCaps w:val="0"/>
          <w:strike w:val="0"/>
          <w:sz w:val="16"/>
          <w:u w:val="none"/>
        </w:rPr>
        <w:t>—nuclear power or geoengineering of ocean and</w:t>
      </w:r>
      <w:r>
        <w:rPr>
          <w:b w:val="0"/>
          <w:i w:val="0"/>
          <w:smallCaps w:val="0"/>
          <w:strike w:val="0"/>
          <w:sz w:val="12"/>
          <w:u w:val="none"/>
        </w:rPr>
        <w:t xml:space="preserve"> </w:t>
      </w:r>
      <w:r>
        <w:rPr>
          <w:b w:val="0"/>
          <w:i w:val="0"/>
          <w:smallCaps w:val="0"/>
          <w:strike w:val="0"/>
          <w:sz w:val="16"/>
          <w:u w:val="none"/>
        </w:rPr>
        <w:t xml:space="preserve">atmospheric conditions. </w:t>
      </w:r>
      <w:r>
        <w:rPr>
          <w:b w:val="0"/>
          <w:i w:val="0"/>
          <w:smallCaps w:val="0"/>
          <w:strike w:val="0"/>
          <w:sz w:val="20"/>
          <w:u w:val="single"/>
        </w:rPr>
        <w:t>Invariably, when these types</w:t>
      </w:r>
      <w:r>
        <w:rPr>
          <w:b w:val="0"/>
          <w:i w:val="0"/>
          <w:smallCaps w:val="0"/>
          <w:strike w:val="0"/>
          <w:sz w:val="12"/>
          <w:u w:val="single"/>
        </w:rPr>
        <w:t xml:space="preserve"> </w:t>
      </w:r>
      <w:r>
        <w:rPr>
          <w:b w:val="0"/>
          <w:i w:val="0"/>
          <w:smallCaps w:val="0"/>
          <w:strike w:val="0"/>
          <w:sz w:val="20"/>
          <w:u w:val="single"/>
        </w:rPr>
        <w:t xml:space="preserve">of </w:t>
      </w:r>
      <w:r>
        <w:rPr>
          <w:b w:val="0"/>
          <w:i w:val="0"/>
          <w:smallCaps w:val="0"/>
          <w:strike w:val="0"/>
          <w:sz w:val="20"/>
          <w:u w:val="single"/>
        </w:rPr>
        <w:t>technosolutions</w:t>
      </w:r>
      <w:r>
        <w:rPr>
          <w:b w:val="0"/>
          <w:i w:val="0"/>
          <w:smallCaps w:val="0"/>
          <w:strike w:val="0"/>
          <w:sz w:val="20"/>
          <w:u w:val="single"/>
        </w:rPr>
        <w:t xml:space="preserve"> are put forward, the agenda is to</w:t>
      </w:r>
      <w:r>
        <w:rPr>
          <w:b w:val="0"/>
          <w:i w:val="0"/>
          <w:smallCaps w:val="0"/>
          <w:strike w:val="0"/>
          <w:sz w:val="12"/>
          <w:u w:val="single"/>
        </w:rPr>
        <w:t xml:space="preserve"> </w:t>
      </w:r>
      <w:r>
        <w:rPr>
          <w:b w:val="0"/>
          <w:i w:val="0"/>
          <w:smallCaps w:val="0"/>
          <w:strike w:val="0"/>
          <w:sz w:val="20"/>
          <w:u w:val="single"/>
        </w:rPr>
        <w:t>find ways for “business as usual” to continue. The focus of attention too often shifts to the efficacy of the</w:t>
      </w:r>
      <w:r>
        <w:rPr>
          <w:b w:val="0"/>
          <w:i w:val="0"/>
          <w:smallCaps w:val="0"/>
          <w:strike w:val="0"/>
          <w:sz w:val="12"/>
          <w:u w:val="single"/>
        </w:rPr>
        <w:t xml:space="preserve"> </w:t>
      </w:r>
      <w:r>
        <w:rPr>
          <w:b w:val="0"/>
          <w:i w:val="0"/>
          <w:smallCaps w:val="0"/>
          <w:strike w:val="0"/>
          <w:sz w:val="20"/>
          <w:u w:val="single"/>
        </w:rPr>
        <w:t>various fixes, and we lose an opportunity to reflect on</w:t>
      </w:r>
      <w:r>
        <w:rPr>
          <w:b w:val="0"/>
          <w:i w:val="0"/>
          <w:smallCaps w:val="0"/>
          <w:strike w:val="0"/>
          <w:sz w:val="12"/>
          <w:u w:val="single"/>
        </w:rPr>
        <w:t xml:space="preserve"> </w:t>
      </w:r>
      <w:r>
        <w:rPr>
          <w:b w:val="0"/>
          <w:i w:val="0"/>
          <w:smallCaps w:val="0"/>
          <w:strike w:val="0"/>
          <w:sz w:val="20"/>
          <w:u w:val="single"/>
        </w:rPr>
        <w:t>whether the planet can sustain business as usual or</w:t>
      </w:r>
      <w:r>
        <w:rPr>
          <w:b w:val="0"/>
          <w:i w:val="0"/>
          <w:smallCaps w:val="0"/>
          <w:strike w:val="0"/>
          <w:sz w:val="12"/>
          <w:u w:val="single"/>
        </w:rPr>
        <w:t xml:space="preserve"> </w:t>
      </w:r>
      <w:r>
        <w:rPr>
          <w:b w:val="0"/>
          <w:i w:val="0"/>
          <w:smallCaps w:val="0"/>
          <w:strike w:val="0"/>
          <w:sz w:val="20"/>
          <w:u w:val="single"/>
        </w:rPr>
        <w:t xml:space="preserve">how fixes in one area </w:t>
      </w:r>
      <w:r>
        <w:rPr>
          <w:b/>
          <w:i w:val="0"/>
          <w:smallCaps w:val="0"/>
          <w:strike w:val="0"/>
          <w:sz w:val="28"/>
          <w:u w:val="single"/>
        </w:rPr>
        <w:t>will inevitably flow on to other</w:t>
      </w:r>
      <w:r>
        <w:rPr>
          <w:b/>
          <w:i w:val="0"/>
          <w:smallCaps w:val="0"/>
          <w:strike w:val="0"/>
          <w:sz w:val="12"/>
          <w:u w:val="single"/>
        </w:rPr>
        <w:t xml:space="preserve"> </w:t>
      </w:r>
      <w:r>
        <w:rPr>
          <w:b/>
          <w:i w:val="0"/>
          <w:smallCaps w:val="0"/>
          <w:strike w:val="0"/>
          <w:sz w:val="28"/>
          <w:u w:val="single"/>
        </w:rPr>
        <w:t>commons</w:t>
      </w:r>
      <w:r>
        <w:rPr>
          <w:b w:val="0"/>
          <w:i w:val="0"/>
          <w:smallCaps w:val="0"/>
          <w:strike w:val="0"/>
          <w:sz w:val="16"/>
          <w:u w:val="none"/>
        </w:rPr>
        <w:t>.</w:t>
      </w:r>
      <w:r>
        <w:rPr>
          <w:b w:val="0"/>
          <w:i w:val="0"/>
          <w:smallCaps w:val="0"/>
          <w:strike w:val="0"/>
          <w:sz w:val="12"/>
          <w:u w:val="none"/>
        </w:rPr>
        <w:t xml:space="preserve"> </w:t>
      </w:r>
      <w:r>
        <w:rPr>
          <w:b/>
          <w:i w:val="0"/>
          <w:smallCaps w:val="0"/>
          <w:strike w:val="0"/>
          <w:sz w:val="20"/>
          <w:u w:val="single"/>
        </w:rPr>
        <w:t>With</w:t>
      </w:r>
      <w:r>
        <w:rPr>
          <w:b w:val="0"/>
          <w:i w:val="0"/>
          <w:smallCaps w:val="0"/>
          <w:strike w:val="0"/>
          <w:sz w:val="16"/>
          <w:u w:val="none"/>
        </w:rPr>
        <w:t xml:space="preserve"> our </w:t>
      </w:r>
      <w:r>
        <w:rPr>
          <w:b/>
          <w:i w:val="0"/>
          <w:smallCaps w:val="0"/>
          <w:strike w:val="0"/>
          <w:sz w:val="20"/>
          <w:u w:val="single"/>
        </w:rPr>
        <w:t>Commons Yardstick in mind</w:t>
      </w:r>
      <w:r>
        <w:rPr>
          <w:b w:val="0"/>
          <w:i w:val="0"/>
          <w:smallCaps w:val="0"/>
          <w:strike w:val="0"/>
          <w:sz w:val="16"/>
          <w:u w:val="none"/>
        </w:rPr>
        <w:t xml:space="preserve">, perhaps </w:t>
      </w:r>
      <w:r>
        <w:rPr>
          <w:b w:val="0"/>
          <w:i w:val="0"/>
          <w:smallCaps w:val="0"/>
          <w:strike w:val="0"/>
          <w:sz w:val="20"/>
          <w:u w:val="single"/>
        </w:rPr>
        <w:t>we can more clearly</w:t>
      </w:r>
      <w:r>
        <w:rPr>
          <w:b w:val="0"/>
          <w:i w:val="0"/>
          <w:smallCaps w:val="0"/>
          <w:strike w:val="0"/>
          <w:sz w:val="12"/>
          <w:u w:val="single"/>
        </w:rPr>
        <w:t xml:space="preserve"> </w:t>
      </w:r>
      <w:r>
        <w:rPr>
          <w:b w:val="0"/>
          <w:i w:val="0"/>
          <w:smallCaps w:val="0"/>
          <w:strike w:val="0"/>
          <w:sz w:val="20"/>
          <w:u w:val="single"/>
        </w:rPr>
        <w:t>identify the issues and time frames that confront us</w:t>
      </w:r>
      <w:r>
        <w:rPr>
          <w:b w:val="0"/>
          <w:i w:val="0"/>
          <w:smallCaps w:val="0"/>
          <w:strike w:val="0"/>
          <w:sz w:val="16"/>
          <w:u w:val="none"/>
        </w:rPr>
        <w:t>. On the Atmospheric</w:t>
      </w:r>
      <w:r>
        <w:rPr>
          <w:b w:val="0"/>
          <w:i w:val="0"/>
          <w:smallCaps w:val="0"/>
          <w:strike w:val="0"/>
          <w:sz w:val="12"/>
          <w:u w:val="none"/>
        </w:rPr>
        <w:t xml:space="preserve"> </w:t>
      </w:r>
      <w:r>
        <w:rPr>
          <w:b w:val="0"/>
          <w:i w:val="0"/>
          <w:smallCaps w:val="0"/>
          <w:strike w:val="0"/>
          <w:sz w:val="16"/>
          <w:u w:val="none"/>
        </w:rPr>
        <w:t xml:space="preserve">Commons </w:t>
      </w:r>
      <w:r>
        <w:rPr>
          <w:b w:val="0"/>
          <w:i w:val="0"/>
          <w:smallCaps w:val="0"/>
          <w:strike w:val="0"/>
          <w:sz w:val="16"/>
          <w:u w:val="none"/>
        </w:rPr>
        <w:t>Yardstick</w:t>
      </w:r>
      <w:r>
        <w:rPr>
          <w:b w:val="0"/>
          <w:i w:val="0"/>
          <w:smallCaps w:val="0"/>
          <w:strike w:val="0"/>
          <w:sz w:val="16"/>
          <w:u w:val="none"/>
        </w:rPr>
        <w:t xml:space="preserve"> we identify the 1860s as the period from which</w:t>
      </w:r>
      <w:r>
        <w:rPr>
          <w:b w:val="0"/>
          <w:i w:val="0"/>
          <w:smallCaps w:val="0"/>
          <w:strike w:val="0"/>
          <w:sz w:val="12"/>
          <w:u w:val="none"/>
        </w:rPr>
        <w:t xml:space="preserve"> </w:t>
      </w:r>
      <w:r>
        <w:rPr>
          <w:b w:val="0"/>
          <w:i w:val="0"/>
          <w:smallCaps w:val="0"/>
          <w:strike w:val="0"/>
          <w:sz w:val="16"/>
          <w:u w:val="none"/>
        </w:rPr>
        <w:t>average temperatures have been rising several degrees Fahrenheit. It was</w:t>
      </w:r>
      <w:r>
        <w:rPr>
          <w:b w:val="0"/>
          <w:i w:val="0"/>
          <w:smallCaps w:val="0"/>
          <w:strike w:val="0"/>
          <w:sz w:val="12"/>
          <w:u w:val="none"/>
        </w:rPr>
        <w:t xml:space="preserve"> </w:t>
      </w:r>
      <w:r>
        <w:rPr>
          <w:b w:val="0"/>
          <w:i w:val="0"/>
          <w:smallCaps w:val="0"/>
          <w:strike w:val="0"/>
          <w:sz w:val="16"/>
          <w:u w:val="none"/>
        </w:rPr>
        <w:t>not until the 1950s that scientists started to systematically study global</w:t>
      </w:r>
      <w:r>
        <w:rPr>
          <w:b w:val="0"/>
          <w:i w:val="0"/>
          <w:smallCaps w:val="0"/>
          <w:strike w:val="0"/>
          <w:sz w:val="12"/>
          <w:u w:val="none"/>
        </w:rPr>
        <w:t xml:space="preserve"> </w:t>
      </w:r>
      <w:r>
        <w:rPr>
          <w:b w:val="0"/>
          <w:i w:val="0"/>
          <w:smallCaps w:val="0"/>
          <w:strike w:val="0"/>
          <w:sz w:val="16"/>
          <w:u w:val="none"/>
        </w:rPr>
        <w:t>warming (helped by increased U.S. government funding in the sciences</w:t>
      </w:r>
      <w:r>
        <w:rPr>
          <w:b w:val="0"/>
          <w:i w:val="0"/>
          <w:smallCaps w:val="0"/>
          <w:strike w:val="0"/>
          <w:sz w:val="12"/>
          <w:u w:val="none"/>
        </w:rPr>
        <w:t xml:space="preserve"> </w:t>
      </w:r>
      <w:r>
        <w:rPr>
          <w:b w:val="0"/>
          <w:i w:val="0"/>
          <w:smallCaps w:val="0"/>
          <w:strike w:val="0"/>
          <w:sz w:val="16"/>
          <w:u w:val="none"/>
        </w:rPr>
        <w:t>because of the cold war). Even though the scientific evidence was mounting, it was almost two generations later, in 1997, that the Kyoto Protocol was signed by most minority-world governments, agreeing to reduce</w:t>
      </w:r>
      <w:r>
        <w:rPr>
          <w:b w:val="0"/>
          <w:i w:val="0"/>
          <w:smallCaps w:val="0"/>
          <w:strike w:val="0"/>
          <w:sz w:val="12"/>
          <w:u w:val="none"/>
        </w:rPr>
        <w:t xml:space="preserve"> </w:t>
      </w:r>
      <w:r>
        <w:rPr>
          <w:b w:val="0"/>
          <w:i w:val="0"/>
          <w:smallCaps w:val="0"/>
          <w:strike w:val="0"/>
          <w:sz w:val="16"/>
          <w:u w:val="none"/>
        </w:rPr>
        <w:t>146 take back property</w:t>
      </w:r>
      <w:r>
        <w:rPr>
          <w:b w:val="0"/>
          <w:i w:val="0"/>
          <w:smallCaps w:val="0"/>
          <w:strike w:val="0"/>
          <w:sz w:val="12"/>
          <w:u w:val="none"/>
        </w:rPr>
        <w:t xml:space="preserve"> </w:t>
      </w:r>
      <w:r>
        <w:rPr>
          <w:b w:val="0"/>
          <w:i w:val="0"/>
          <w:smallCaps w:val="0"/>
          <w:strike w:val="0"/>
          <w:sz w:val="16"/>
          <w:u w:val="none"/>
        </w:rPr>
        <w:t>greenhouse gas emissions to 5.2 percent below the 1990 levels for the</w:t>
      </w:r>
      <w:r>
        <w:rPr>
          <w:b w:val="0"/>
          <w:i w:val="0"/>
          <w:smallCaps w:val="0"/>
          <w:strike w:val="0"/>
          <w:sz w:val="12"/>
          <w:u w:val="none"/>
        </w:rPr>
        <w:t xml:space="preserve"> </w:t>
      </w:r>
      <w:r>
        <w:rPr>
          <w:b w:val="0"/>
          <w:i w:val="0"/>
          <w:smallCaps w:val="0"/>
          <w:strike w:val="0"/>
          <w:sz w:val="16"/>
          <w:u w:val="none"/>
        </w:rPr>
        <w:t>period 2008–2012. Ten years after that, in 2007, the Nobel Peace Prize</w:t>
      </w:r>
      <w:r>
        <w:rPr>
          <w:b w:val="0"/>
          <w:i w:val="0"/>
          <w:smallCaps w:val="0"/>
          <w:strike w:val="0"/>
          <w:sz w:val="12"/>
          <w:u w:val="none"/>
        </w:rPr>
        <w:t xml:space="preserve"> </w:t>
      </w:r>
      <w:r>
        <w:rPr>
          <w:b w:val="0"/>
          <w:i w:val="0"/>
          <w:smallCaps w:val="0"/>
          <w:strike w:val="0"/>
          <w:sz w:val="16"/>
          <w:u w:val="none"/>
        </w:rPr>
        <w:t>was awarded jointly to the Intergovernmental Panel on Climate Change</w:t>
      </w:r>
      <w:r>
        <w:rPr>
          <w:b w:val="0"/>
          <w:i w:val="0"/>
          <w:smallCaps w:val="0"/>
          <w:strike w:val="0"/>
          <w:sz w:val="12"/>
          <w:u w:val="none"/>
        </w:rPr>
        <w:t xml:space="preserve"> </w:t>
      </w:r>
      <w:r>
        <w:rPr>
          <w:b w:val="0"/>
          <w:i w:val="0"/>
          <w:smallCaps w:val="0"/>
          <w:strike w:val="0"/>
          <w:sz w:val="16"/>
          <w:u w:val="none"/>
        </w:rPr>
        <w:t>and Al Gore for their efforts in generating</w:t>
      </w:r>
      <w:r>
        <w:rPr>
          <w:b w:val="0"/>
          <w:i w:val="0"/>
          <w:smallCaps w:val="0"/>
          <w:strike w:val="0"/>
          <w:sz w:val="12"/>
          <w:u w:val="none"/>
        </w:rPr>
        <w:t xml:space="preserve"> </w:t>
      </w:r>
      <w:r>
        <w:rPr>
          <w:b w:val="0"/>
          <w:i w:val="0"/>
          <w:smallCaps w:val="0"/>
          <w:strike w:val="0"/>
          <w:sz w:val="16"/>
          <w:u w:val="none"/>
        </w:rPr>
        <w:t xml:space="preserve">and disseminating knowledge about </w:t>
      </w:r>
      <w:r>
        <w:rPr>
          <w:b w:val="0"/>
          <w:i w:val="0"/>
          <w:smallCaps w:val="0"/>
          <w:strike w:val="0"/>
          <w:sz w:val="16"/>
          <w:u w:val="none"/>
        </w:rPr>
        <w:t>humaninduced</w:t>
      </w:r>
      <w:r>
        <w:rPr>
          <w:b w:val="0"/>
          <w:i w:val="0"/>
          <w:smallCaps w:val="0"/>
          <w:strike w:val="0"/>
          <w:sz w:val="16"/>
          <w:u w:val="none"/>
        </w:rPr>
        <w:t xml:space="preserve"> climate change. </w:t>
      </w:r>
    </w:p>
    <w:p>
      <w:pPr>
        <w:pStyle w:val="Caption"/>
      </w:pPr>
      <w:r>
        <w:t>Source: IP Commons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