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Privatization guarantees global plunder </w:t>
      </w:r>
    </w:p>
    <w:p>
      <w:pPr>
        <w:spacing w:after="80"/>
      </w:pPr>
      <w:r>
        <w:rPr>
          <w:b/>
          <w:i w:val="0"/>
          <w:smallCaps w:val="0"/>
          <w:strike w:val="0"/>
          <w:sz w:val="24"/>
          <w:u w:val="none"/>
        </w:rPr>
        <w:t>Gibson-Graham 13</w:t>
      </w:r>
      <w:r>
        <w:rPr>
          <w:b w:val="0"/>
          <w:i w:val="0"/>
          <w:smallCaps w:val="0"/>
          <w:strike w:val="0"/>
          <w:sz w:val="16"/>
          <w:u w:val="none"/>
        </w:rPr>
        <w:t>, pen name shared by feminist economic geographers Julie Graham and Katherine Gibson, Gibson is currently professor at the Institute of Culture and Society, University of Western Sydney (JK, Jenny Cameron and Stephen Healy, “Take Back the Economy,” Kindle Edition)//BB</w:t>
      </w:r>
    </w:p>
    <w:p>
      <w:pPr>
        <w:spacing w:after="60"/>
      </w:pPr>
      <w:r>
        <w:rPr>
          <w:b w:val="0"/>
          <w:i w:val="0"/>
          <w:smallCaps w:val="0"/>
          <w:strike w:val="0"/>
          <w:sz w:val="16"/>
          <w:u w:val="none"/>
        </w:rPr>
        <w:t xml:space="preserve">But </w:t>
      </w:r>
      <w:r>
        <w:rPr>
          <w:b w:val="0"/>
          <w:i w:val="0"/>
          <w:smallCaps w:val="0"/>
          <w:strike w:val="0"/>
          <w:sz w:val="20"/>
          <w:u w:val="single"/>
        </w:rPr>
        <w:t>private property</w:t>
      </w:r>
      <w:r>
        <w:rPr>
          <w:b w:val="0"/>
          <w:i w:val="0"/>
          <w:smallCaps w:val="0"/>
          <w:strike w:val="0"/>
          <w:sz w:val="16"/>
          <w:u w:val="none"/>
        </w:rPr>
        <w:t xml:space="preserve"> also </w:t>
      </w:r>
      <w:r>
        <w:rPr>
          <w:b w:val="0"/>
          <w:i w:val="0"/>
          <w:smallCaps w:val="0"/>
          <w:strike w:val="0"/>
          <w:sz w:val="20"/>
          <w:u w:val="single"/>
        </w:rPr>
        <w:t xml:space="preserve">means </w:t>
      </w:r>
      <w:r>
        <w:rPr>
          <w:b/>
          <w:i w:val="0"/>
          <w:smallCaps w:val="0"/>
          <w:strike w:val="0"/>
          <w:sz w:val="20"/>
          <w:u w:val="single"/>
        </w:rPr>
        <w:t>exclusion</w:t>
      </w:r>
      <w:r>
        <w:rPr>
          <w:b w:val="0"/>
          <w:i w:val="0"/>
          <w:smallCaps w:val="0"/>
          <w:strike w:val="0"/>
          <w:sz w:val="16"/>
          <w:u w:val="none"/>
        </w:rPr>
        <w:t>. The sign</w:t>
      </w:r>
      <w:r>
        <w:rPr>
          <w:b w:val="0"/>
          <w:i w:val="0"/>
          <w:smallCaps w:val="0"/>
          <w:strike w:val="0"/>
          <w:sz w:val="12"/>
          <w:u w:val="none"/>
        </w:rPr>
        <w:t xml:space="preserve"> </w:t>
      </w:r>
      <w:r>
        <w:rPr>
          <w:b w:val="0"/>
          <w:i w:val="0"/>
          <w:smallCaps w:val="0"/>
          <w:strike w:val="0"/>
          <w:sz w:val="16"/>
          <w:u w:val="none"/>
        </w:rPr>
        <w:t>“Private Property—Keep Out!” puts this message bluntly.</w:t>
      </w:r>
      <w:r>
        <w:rPr>
          <w:b w:val="0"/>
          <w:i w:val="0"/>
          <w:smallCaps w:val="0"/>
          <w:strike w:val="0"/>
          <w:sz w:val="12"/>
          <w:u w:val="none"/>
        </w:rPr>
        <w:t xml:space="preserve"> </w:t>
      </w:r>
      <w:r>
        <w:rPr>
          <w:b w:val="0"/>
          <w:i w:val="0"/>
          <w:smallCaps w:val="0"/>
          <w:strike w:val="0"/>
          <w:sz w:val="20"/>
          <w:u w:val="single"/>
        </w:rPr>
        <w:t>Private ownership designates who has rights of access and</w:t>
      </w:r>
      <w:r>
        <w:rPr>
          <w:b w:val="0"/>
          <w:i w:val="0"/>
          <w:smallCaps w:val="0"/>
          <w:strike w:val="0"/>
          <w:sz w:val="12"/>
          <w:u w:val="single"/>
        </w:rPr>
        <w:t xml:space="preserve"> </w:t>
      </w:r>
      <w:r>
        <w:rPr>
          <w:b w:val="0"/>
          <w:i w:val="0"/>
          <w:smallCaps w:val="0"/>
          <w:strike w:val="0"/>
          <w:sz w:val="20"/>
          <w:u w:val="single"/>
        </w:rPr>
        <w:t>use and who can derive benefit from the property</w:t>
      </w:r>
      <w:r>
        <w:rPr>
          <w:b w:val="0"/>
          <w:i w:val="0"/>
          <w:smallCaps w:val="0"/>
          <w:strike w:val="0"/>
          <w:sz w:val="16"/>
          <w:u w:val="none"/>
        </w:rPr>
        <w:t>.</w:t>
      </w:r>
      <w:r>
        <w:rPr>
          <w:b w:val="0"/>
          <w:i w:val="0"/>
          <w:smallCaps w:val="0"/>
          <w:strike w:val="0"/>
          <w:sz w:val="12"/>
          <w:u w:val="none"/>
        </w:rPr>
        <w:t xml:space="preserve"> </w:t>
      </w:r>
      <w:r>
        <w:rPr>
          <w:b w:val="0"/>
          <w:i w:val="0"/>
          <w:smallCaps w:val="0"/>
          <w:strike w:val="0"/>
          <w:sz w:val="20"/>
          <w:u w:val="single"/>
        </w:rPr>
        <w:t>Private property is seen as one of the founding pillars</w:t>
      </w:r>
      <w:r>
        <w:rPr>
          <w:b w:val="0"/>
          <w:i w:val="0"/>
          <w:smallCaps w:val="0"/>
          <w:strike w:val="0"/>
          <w:sz w:val="12"/>
          <w:u w:val="single"/>
        </w:rPr>
        <w:t xml:space="preserve"> </w:t>
      </w:r>
      <w:r>
        <w:rPr>
          <w:b w:val="0"/>
          <w:i w:val="0"/>
          <w:smallCaps w:val="0"/>
          <w:strike w:val="0"/>
          <w:sz w:val="20"/>
          <w:u w:val="single"/>
        </w:rPr>
        <w:t>of modern democracies</w:t>
      </w:r>
      <w:r>
        <w:rPr>
          <w:b w:val="0"/>
          <w:i w:val="0"/>
          <w:smallCaps w:val="0"/>
          <w:strike w:val="0"/>
          <w:sz w:val="16"/>
          <w:u w:val="none"/>
        </w:rPr>
        <w:t>. Property-owning individuals are</w:t>
      </w:r>
      <w:r>
        <w:rPr>
          <w:b w:val="0"/>
          <w:i w:val="0"/>
          <w:smallCaps w:val="0"/>
          <w:strike w:val="0"/>
          <w:sz w:val="12"/>
          <w:u w:val="none"/>
        </w:rPr>
        <w:t xml:space="preserve"> </w:t>
      </w:r>
      <w:r>
        <w:rPr>
          <w:b w:val="0"/>
          <w:i w:val="0"/>
          <w:smallCaps w:val="0"/>
          <w:strike w:val="0"/>
          <w:sz w:val="16"/>
          <w:u w:val="none"/>
        </w:rPr>
        <w:t>seen as independent sovereign beings, no longer obligated</w:t>
      </w:r>
      <w:r>
        <w:rPr>
          <w:b w:val="0"/>
          <w:i w:val="0"/>
          <w:smallCaps w:val="0"/>
          <w:strike w:val="0"/>
          <w:sz w:val="12"/>
          <w:u w:val="none"/>
        </w:rPr>
        <w:t xml:space="preserve"> </w:t>
      </w:r>
      <w:r>
        <w:rPr>
          <w:b w:val="0"/>
          <w:i w:val="0"/>
          <w:smallCaps w:val="0"/>
          <w:strike w:val="0"/>
          <w:sz w:val="16"/>
          <w:u w:val="none"/>
        </w:rPr>
        <w:t xml:space="preserve">to landlords or attached to a clan, who can freely exercise their democratic rights. </w:t>
      </w:r>
      <w:r>
        <w:rPr>
          <w:b w:val="0"/>
          <w:i w:val="0"/>
          <w:smallCaps w:val="0"/>
          <w:strike w:val="0"/>
          <w:sz w:val="16"/>
          <w:u w:val="none"/>
        </w:rPr>
        <w:t>Of course</w:t>
      </w:r>
      <w:r>
        <w:rPr>
          <w:b w:val="0"/>
          <w:i w:val="0"/>
          <w:smallCaps w:val="0"/>
          <w:strike w:val="0"/>
          <w:sz w:val="16"/>
          <w:u w:val="none"/>
        </w:rPr>
        <w:t xml:space="preserve"> </w:t>
      </w:r>
      <w:r>
        <w:rPr>
          <w:b/>
          <w:i w:val="0"/>
          <w:smallCaps w:val="0"/>
          <w:strike w:val="0"/>
          <w:sz w:val="20"/>
          <w:u w:val="single"/>
        </w:rPr>
        <w:t>this vision</w:t>
      </w:r>
      <w:r>
        <w:rPr>
          <w:b w:val="0"/>
          <w:i w:val="0"/>
          <w:smallCaps w:val="0"/>
          <w:strike w:val="0"/>
          <w:sz w:val="16"/>
          <w:u w:val="none"/>
        </w:rPr>
        <w:t xml:space="preserve"> traditionally </w:t>
      </w:r>
      <w:r>
        <w:rPr>
          <w:b w:val="0"/>
          <w:i w:val="0"/>
          <w:smallCaps w:val="0"/>
          <w:strike w:val="0"/>
          <w:sz w:val="20"/>
          <w:u w:val="single"/>
        </w:rPr>
        <w:t>excluded the rights of</w:t>
      </w:r>
      <w:r>
        <w:rPr>
          <w:b w:val="0"/>
          <w:i w:val="0"/>
          <w:smallCaps w:val="0"/>
          <w:strike w:val="0"/>
          <w:sz w:val="12"/>
          <w:u w:val="single"/>
        </w:rPr>
        <w:t xml:space="preserve"> </w:t>
      </w:r>
      <w:r>
        <w:rPr>
          <w:b w:val="0"/>
          <w:i w:val="0"/>
          <w:smallCaps w:val="0"/>
          <w:strike w:val="0"/>
          <w:sz w:val="20"/>
          <w:u w:val="single"/>
        </w:rPr>
        <w:t xml:space="preserve">women and slaves, who, until not that long ago, </w:t>
      </w:r>
      <w:r>
        <w:rPr>
          <w:b/>
          <w:i w:val="0"/>
          <w:smallCaps w:val="0"/>
          <w:strike w:val="0"/>
          <w:sz w:val="20"/>
          <w:u w:val="single"/>
        </w:rPr>
        <w:t>were considered forms</w:t>
      </w:r>
      <w:r>
        <w:rPr>
          <w:b/>
          <w:i w:val="0"/>
          <w:smallCaps w:val="0"/>
          <w:strike w:val="0"/>
          <w:sz w:val="12"/>
          <w:u w:val="single"/>
        </w:rPr>
        <w:t xml:space="preserve"> </w:t>
      </w:r>
      <w:r>
        <w:rPr>
          <w:b/>
          <w:i w:val="0"/>
          <w:smallCaps w:val="0"/>
          <w:strike w:val="0"/>
          <w:sz w:val="20"/>
          <w:u w:val="single"/>
        </w:rPr>
        <w:t>of private property</w:t>
      </w:r>
      <w:r>
        <w:rPr>
          <w:b w:val="0"/>
          <w:i w:val="0"/>
          <w:smallCaps w:val="0"/>
          <w:strike w:val="0"/>
          <w:sz w:val="20"/>
          <w:u w:val="single"/>
        </w:rPr>
        <w:t xml:space="preserve"> and denied a democratic vote</w:t>
      </w:r>
      <w:r>
        <w:rPr>
          <w:b w:val="0"/>
          <w:i w:val="0"/>
          <w:smallCaps w:val="0"/>
          <w:strike w:val="0"/>
          <w:sz w:val="16"/>
          <w:u w:val="none"/>
        </w:rPr>
        <w:t>.</w:t>
      </w:r>
      <w:r>
        <w:rPr>
          <w:b w:val="0"/>
          <w:i w:val="0"/>
          <w:smallCaps w:val="0"/>
          <w:strike w:val="0"/>
          <w:sz w:val="12"/>
          <w:u w:val="none"/>
        </w:rPr>
        <w:t xml:space="preserve"> </w:t>
      </w:r>
      <w:r>
        <w:rPr>
          <w:b w:val="0"/>
          <w:i w:val="0"/>
          <w:smallCaps w:val="0"/>
          <w:strike w:val="0"/>
          <w:sz w:val="20"/>
          <w:u w:val="single"/>
        </w:rPr>
        <w:t>Private property is also seen as one of the foundations of modern</w:t>
      </w:r>
      <w:r>
        <w:rPr>
          <w:b w:val="0"/>
          <w:i w:val="0"/>
          <w:smallCaps w:val="0"/>
          <w:strike w:val="0"/>
          <w:sz w:val="12"/>
          <w:u w:val="single"/>
        </w:rPr>
        <w:t xml:space="preserve"> </w:t>
      </w:r>
      <w:r>
        <w:rPr>
          <w:b w:val="0"/>
          <w:i w:val="0"/>
          <w:smallCaps w:val="0"/>
          <w:strike w:val="0"/>
          <w:sz w:val="20"/>
          <w:u w:val="single"/>
        </w:rPr>
        <w:t>economies</w:t>
      </w:r>
      <w:r>
        <w:rPr>
          <w:b w:val="0"/>
          <w:i w:val="0"/>
          <w:smallCaps w:val="0"/>
          <w:strike w:val="0"/>
          <w:sz w:val="16"/>
          <w:u w:val="none"/>
        </w:rPr>
        <w:t>. The argument goes that land and other resources are best</w:t>
      </w:r>
      <w:r>
        <w:rPr>
          <w:b w:val="0"/>
          <w:i w:val="0"/>
          <w:smallCaps w:val="0"/>
          <w:strike w:val="0"/>
          <w:sz w:val="12"/>
          <w:u w:val="none"/>
        </w:rPr>
        <w:t xml:space="preserve"> </w:t>
      </w:r>
      <w:r>
        <w:rPr>
          <w:b w:val="0"/>
          <w:i w:val="0"/>
          <w:smallCaps w:val="0"/>
          <w:strike w:val="0"/>
          <w:sz w:val="16"/>
          <w:u w:val="none"/>
        </w:rPr>
        <w:t>placed in the hands of private owners who will look after them and</w:t>
      </w:r>
      <w:r>
        <w:rPr>
          <w:b w:val="0"/>
          <w:i w:val="0"/>
          <w:smallCaps w:val="0"/>
          <w:strike w:val="0"/>
          <w:sz w:val="12"/>
          <w:u w:val="none"/>
        </w:rPr>
        <w:t xml:space="preserve"> </w:t>
      </w:r>
      <w:r>
        <w:rPr>
          <w:b w:val="0"/>
          <w:i w:val="0"/>
          <w:smallCaps w:val="0"/>
          <w:strike w:val="0"/>
          <w:sz w:val="16"/>
          <w:u w:val="none"/>
        </w:rPr>
        <w:t xml:space="preserve">use them productively. </w:t>
      </w:r>
      <w:r>
        <w:rPr>
          <w:b w:val="0"/>
          <w:i w:val="0"/>
          <w:smallCaps w:val="0"/>
          <w:strike w:val="0"/>
          <w:sz w:val="20"/>
          <w:u w:val="single"/>
        </w:rPr>
        <w:t>Of course</w:t>
      </w:r>
      <w:r>
        <w:rPr>
          <w:b w:val="0"/>
          <w:i w:val="0"/>
          <w:smallCaps w:val="0"/>
          <w:strike w:val="0"/>
          <w:sz w:val="20"/>
          <w:u w:val="single"/>
        </w:rPr>
        <w:t xml:space="preserve"> this </w:t>
      </w:r>
      <w:r>
        <w:rPr>
          <w:b/>
          <w:i w:val="0"/>
          <w:smallCaps w:val="0"/>
          <w:strike w:val="0"/>
          <w:sz w:val="20"/>
          <w:u w:val="single"/>
        </w:rPr>
        <w:t>ignores</w:t>
      </w:r>
      <w:r>
        <w:rPr>
          <w:b w:val="0"/>
          <w:i w:val="0"/>
          <w:smallCaps w:val="0"/>
          <w:strike w:val="0"/>
          <w:sz w:val="20"/>
          <w:u w:val="single"/>
        </w:rPr>
        <w:t xml:space="preserve"> the countless ways that</w:t>
      </w:r>
      <w:r>
        <w:rPr>
          <w:b w:val="0"/>
          <w:i w:val="0"/>
          <w:smallCaps w:val="0"/>
          <w:strike w:val="0"/>
          <w:sz w:val="12"/>
          <w:u w:val="single"/>
        </w:rPr>
        <w:t xml:space="preserve"> </w:t>
      </w:r>
      <w:r>
        <w:rPr>
          <w:b w:val="0"/>
          <w:i w:val="0"/>
          <w:smallCaps w:val="0"/>
          <w:strike w:val="0"/>
          <w:sz w:val="20"/>
          <w:u w:val="single"/>
        </w:rPr>
        <w:t xml:space="preserve">this productivity </w:t>
      </w:r>
      <w:r>
        <w:rPr>
          <w:b/>
          <w:i w:val="0"/>
          <w:smallCaps w:val="0"/>
          <w:strike w:val="0"/>
          <w:sz w:val="20"/>
          <w:u w:val="single"/>
        </w:rPr>
        <w:t>rests on shared assets</w:t>
      </w:r>
      <w:r>
        <w:rPr>
          <w:b w:val="0"/>
          <w:i w:val="0"/>
          <w:smallCaps w:val="0"/>
          <w:strike w:val="0"/>
          <w:sz w:val="20"/>
          <w:u w:val="single"/>
        </w:rPr>
        <w:t xml:space="preserve"> like the common law and the</w:t>
      </w:r>
      <w:r>
        <w:rPr>
          <w:b w:val="0"/>
          <w:i w:val="0"/>
          <w:smallCaps w:val="0"/>
          <w:strike w:val="0"/>
          <w:sz w:val="12"/>
          <w:u w:val="single"/>
        </w:rPr>
        <w:t xml:space="preserve"> </w:t>
      </w:r>
      <w:r>
        <w:rPr>
          <w:b w:val="0"/>
          <w:i w:val="0"/>
          <w:smallCaps w:val="0"/>
          <w:strike w:val="0"/>
          <w:sz w:val="20"/>
          <w:u w:val="single"/>
        </w:rPr>
        <w:t>earth’s gifts</w:t>
      </w:r>
      <w:r>
        <w:rPr>
          <w:b w:val="0"/>
          <w:i w:val="0"/>
          <w:smallCaps w:val="0"/>
          <w:strike w:val="0"/>
          <w:sz w:val="16"/>
          <w:u w:val="none"/>
        </w:rPr>
        <w:t>.</w:t>
      </w:r>
      <w:r>
        <w:rPr>
          <w:b w:val="0"/>
          <w:i w:val="0"/>
          <w:smallCaps w:val="0"/>
          <w:strike w:val="0"/>
          <w:sz w:val="12"/>
          <w:u w:val="none"/>
        </w:rPr>
        <w:t xml:space="preserve"> </w:t>
      </w:r>
      <w:r>
        <w:rPr>
          <w:b w:val="0"/>
          <w:i w:val="0"/>
          <w:smallCaps w:val="0"/>
          <w:strike w:val="0"/>
          <w:sz w:val="20"/>
          <w:u w:val="single"/>
        </w:rPr>
        <w:t>The prominence that is given to private property overshadows other</w:t>
      </w:r>
      <w:r>
        <w:rPr>
          <w:b w:val="0"/>
          <w:i w:val="0"/>
          <w:smallCaps w:val="0"/>
          <w:strike w:val="0"/>
          <w:sz w:val="12"/>
          <w:u w:val="single"/>
        </w:rPr>
        <w:t xml:space="preserve"> </w:t>
      </w:r>
      <w:r>
        <w:rPr>
          <w:b w:val="0"/>
          <w:i w:val="0"/>
          <w:smallCaps w:val="0"/>
          <w:strike w:val="0"/>
          <w:sz w:val="20"/>
          <w:u w:val="single"/>
        </w:rPr>
        <w:t>forms of property that are also essential to our well-being. Public property</w:t>
      </w:r>
      <w:r>
        <w:rPr>
          <w:b w:val="0"/>
          <w:i w:val="0"/>
          <w:smallCaps w:val="0"/>
          <w:strike w:val="0"/>
          <w:sz w:val="16"/>
          <w:u w:val="none"/>
        </w:rPr>
        <w:t xml:space="preserve">, for example, </w:t>
      </w:r>
      <w:r>
        <w:rPr>
          <w:b w:val="0"/>
          <w:i w:val="0"/>
          <w:smallCaps w:val="0"/>
          <w:strike w:val="0"/>
          <w:sz w:val="20"/>
          <w:u w:val="single"/>
        </w:rPr>
        <w:t>is owned by a government or authority and managed</w:t>
      </w:r>
      <w:r>
        <w:rPr>
          <w:b w:val="0"/>
          <w:i w:val="0"/>
          <w:smallCaps w:val="0"/>
          <w:strike w:val="0"/>
          <w:sz w:val="12"/>
          <w:u w:val="single"/>
        </w:rPr>
        <w:t xml:space="preserve"> </w:t>
      </w:r>
      <w:r>
        <w:rPr>
          <w:b w:val="0"/>
          <w:i w:val="0"/>
          <w:smallCaps w:val="0"/>
          <w:strike w:val="0"/>
          <w:sz w:val="20"/>
          <w:u w:val="single"/>
        </w:rPr>
        <w:t>on the behalf of citizens and residents for their benefit.</w:t>
      </w:r>
      <w:r>
        <w:rPr>
          <w:b w:val="0"/>
          <w:i w:val="0"/>
          <w:smallCaps w:val="0"/>
          <w:strike w:val="0"/>
          <w:sz w:val="16"/>
          <w:u w:val="none"/>
        </w:rPr>
        <w:t xml:space="preserve"> And when it</w:t>
      </w:r>
      <w:r>
        <w:rPr>
          <w:b w:val="0"/>
          <w:i w:val="0"/>
          <w:smallCaps w:val="0"/>
          <w:strike w:val="0"/>
          <w:sz w:val="12"/>
          <w:u w:val="none"/>
        </w:rPr>
        <w:t xml:space="preserve"> </w:t>
      </w:r>
      <w:r>
        <w:rPr>
          <w:b w:val="0"/>
          <w:i w:val="0"/>
          <w:smallCaps w:val="0"/>
          <w:strike w:val="0"/>
          <w:sz w:val="16"/>
          <w:u w:val="none"/>
        </w:rPr>
        <w:t xml:space="preserve">comes to </w:t>
      </w:r>
      <w:r>
        <w:rPr>
          <w:b/>
          <w:i w:val="0"/>
          <w:smallCaps w:val="0"/>
          <w:strike w:val="0"/>
          <w:sz w:val="20"/>
          <w:u w:val="single"/>
        </w:rPr>
        <w:t>our</w:t>
      </w:r>
      <w:r>
        <w:rPr>
          <w:b w:val="0"/>
          <w:i w:val="0"/>
          <w:smallCaps w:val="0"/>
          <w:strike w:val="0"/>
          <w:sz w:val="16"/>
          <w:u w:val="none"/>
        </w:rPr>
        <w:t xml:space="preserve"> most basic well-being, </w:t>
      </w:r>
      <w:r>
        <w:rPr>
          <w:b/>
          <w:i w:val="0"/>
          <w:smallCaps w:val="0"/>
          <w:strike w:val="0"/>
          <w:sz w:val="28"/>
          <w:u w:val="single"/>
        </w:rPr>
        <w:t>survival depends</w:t>
      </w:r>
      <w:r>
        <w:rPr>
          <w:b/>
          <w:i w:val="0"/>
          <w:smallCaps w:val="0"/>
          <w:strike w:val="0"/>
          <w:sz w:val="20"/>
          <w:u w:val="single"/>
        </w:rPr>
        <w:t xml:space="preserve"> on</w:t>
      </w:r>
      <w:r>
        <w:rPr>
          <w:b w:val="0"/>
          <w:i w:val="0"/>
          <w:smallCaps w:val="0"/>
          <w:strike w:val="0"/>
          <w:sz w:val="16"/>
          <w:u w:val="none"/>
        </w:rPr>
        <w:t xml:space="preserve"> many </w:t>
      </w:r>
      <w:r>
        <w:rPr>
          <w:b/>
          <w:i w:val="0"/>
          <w:smallCaps w:val="0"/>
          <w:strike w:val="0"/>
          <w:sz w:val="20"/>
          <w:u w:val="single"/>
        </w:rPr>
        <w:t>things</w:t>
      </w:r>
      <w:r>
        <w:rPr>
          <w:b w:val="0"/>
          <w:i w:val="0"/>
          <w:smallCaps w:val="0"/>
          <w:strike w:val="0"/>
          <w:sz w:val="12"/>
          <w:u w:val="none"/>
        </w:rPr>
        <w:t xml:space="preserve"> </w:t>
      </w:r>
      <w:r>
        <w:rPr>
          <w:b w:val="0"/>
          <w:i w:val="0"/>
          <w:smallCaps w:val="0"/>
          <w:strike w:val="0"/>
          <w:sz w:val="16"/>
          <w:u w:val="none"/>
        </w:rPr>
        <w:t xml:space="preserve">that are </w:t>
      </w:r>
      <w:r>
        <w:rPr>
          <w:b/>
          <w:i w:val="0"/>
          <w:smallCaps w:val="0"/>
          <w:strike w:val="0"/>
          <w:sz w:val="20"/>
          <w:u w:val="single"/>
        </w:rPr>
        <w:t>not formally owned</w:t>
      </w:r>
      <w:r>
        <w:rPr>
          <w:b w:val="0"/>
          <w:i w:val="0"/>
          <w:smallCaps w:val="0"/>
          <w:strike w:val="0"/>
          <w:sz w:val="16"/>
          <w:u w:val="none"/>
        </w:rPr>
        <w:t xml:space="preserve">—our </w:t>
      </w:r>
      <w:r>
        <w:rPr>
          <w:b w:val="0"/>
          <w:i w:val="0"/>
          <w:smallCaps w:val="0"/>
          <w:strike w:val="0"/>
          <w:sz w:val="20"/>
          <w:u w:val="single"/>
        </w:rPr>
        <w:t>atmosphere</w:t>
      </w:r>
      <w:r>
        <w:rPr>
          <w:b w:val="0"/>
          <w:i w:val="0"/>
          <w:smallCaps w:val="0"/>
          <w:strike w:val="0"/>
          <w:sz w:val="16"/>
          <w:u w:val="none"/>
        </w:rPr>
        <w:t xml:space="preserve">, for example, or our </w:t>
      </w:r>
      <w:r>
        <w:rPr>
          <w:b/>
          <w:i w:val="0"/>
          <w:smallCaps w:val="0"/>
          <w:strike w:val="0"/>
          <w:sz w:val="20"/>
          <w:u w:val="single"/>
        </w:rPr>
        <w:t>water</w:t>
      </w:r>
      <w:r>
        <w:rPr>
          <w:b w:val="0"/>
          <w:i w:val="0"/>
          <w:smallCaps w:val="0"/>
          <w:strike w:val="0"/>
          <w:sz w:val="16"/>
          <w:u w:val="none"/>
        </w:rPr>
        <w:t xml:space="preserve"> sources, </w:t>
      </w:r>
      <w:r>
        <w:rPr>
          <w:b/>
          <w:i w:val="0"/>
          <w:smallCaps w:val="0"/>
          <w:strike w:val="0"/>
          <w:sz w:val="20"/>
          <w:u w:val="single"/>
        </w:rPr>
        <w:t>sunlight</w:t>
      </w:r>
      <w:r>
        <w:rPr>
          <w:b w:val="0"/>
          <w:i w:val="0"/>
          <w:smallCaps w:val="0"/>
          <w:strike w:val="0"/>
          <w:sz w:val="16"/>
          <w:u w:val="none"/>
        </w:rPr>
        <w:t xml:space="preserve">, the resources of </w:t>
      </w:r>
      <w:r>
        <w:rPr>
          <w:b/>
          <w:i w:val="0"/>
          <w:smallCaps w:val="0"/>
          <w:strike w:val="0"/>
          <w:sz w:val="20"/>
          <w:u w:val="single"/>
        </w:rPr>
        <w:t>the sea</w:t>
      </w:r>
      <w:r>
        <w:rPr>
          <w:b w:val="0"/>
          <w:i w:val="0"/>
          <w:smallCaps w:val="0"/>
          <w:strike w:val="0"/>
          <w:sz w:val="16"/>
          <w:u w:val="none"/>
        </w:rPr>
        <w:t xml:space="preserve">, and our shared </w:t>
      </w:r>
      <w:r>
        <w:rPr>
          <w:b/>
          <w:i w:val="0"/>
          <w:smallCaps w:val="0"/>
          <w:strike w:val="0"/>
          <w:sz w:val="20"/>
          <w:u w:val="single"/>
        </w:rPr>
        <w:t>intellectual property</w:t>
      </w:r>
      <w:r>
        <w:rPr>
          <w:b w:val="0"/>
          <w:i w:val="0"/>
          <w:smallCaps w:val="0"/>
          <w:strike w:val="0"/>
          <w:sz w:val="16"/>
          <w:u w:val="none"/>
        </w:rPr>
        <w:t xml:space="preserve">. </w:t>
      </w:r>
      <w:r>
        <w:rPr>
          <w:b w:val="0"/>
          <w:i w:val="0"/>
          <w:smallCaps w:val="0"/>
          <w:strike w:val="0"/>
          <w:sz w:val="20"/>
          <w:u w:val="single"/>
        </w:rPr>
        <w:t>These are forms of open-access property that can benefit</w:t>
      </w:r>
      <w:r>
        <w:rPr>
          <w:b w:val="0"/>
          <w:i w:val="0"/>
          <w:smallCaps w:val="0"/>
          <w:strike w:val="0"/>
          <w:sz w:val="12"/>
          <w:u w:val="single"/>
        </w:rPr>
        <w:t xml:space="preserve"> </w:t>
      </w:r>
      <w:r>
        <w:rPr>
          <w:b w:val="0"/>
          <w:i w:val="0"/>
          <w:smallCaps w:val="0"/>
          <w:strike w:val="0"/>
          <w:sz w:val="20"/>
          <w:u w:val="single"/>
        </w:rPr>
        <w:t>all</w:t>
      </w:r>
      <w:r>
        <w:rPr>
          <w:b w:val="0"/>
          <w:i w:val="0"/>
          <w:smallCaps w:val="0"/>
          <w:strike w:val="0"/>
          <w:sz w:val="16"/>
          <w:u w:val="none"/>
        </w:rPr>
        <w:t>. But often there are no formal rules of ownership and use, and, as a</w:t>
      </w:r>
      <w:r>
        <w:rPr>
          <w:b w:val="0"/>
          <w:i w:val="0"/>
          <w:smallCaps w:val="0"/>
          <w:strike w:val="0"/>
          <w:sz w:val="12"/>
          <w:u w:val="none"/>
        </w:rPr>
        <w:t xml:space="preserve"> </w:t>
      </w:r>
      <w:r>
        <w:rPr>
          <w:b w:val="0"/>
          <w:i w:val="0"/>
          <w:smallCaps w:val="0"/>
          <w:strike w:val="0"/>
          <w:sz w:val="16"/>
          <w:u w:val="none"/>
        </w:rPr>
        <w:t>result, these essential resources are all too easily degraded and abused.</w:t>
      </w:r>
      <w:r>
        <w:rPr>
          <w:b w:val="0"/>
          <w:i w:val="0"/>
          <w:smallCaps w:val="0"/>
          <w:strike w:val="0"/>
          <w:sz w:val="12"/>
          <w:u w:val="none"/>
        </w:rPr>
        <w:t xml:space="preserve"> </w:t>
      </w:r>
      <w:r>
        <w:rPr>
          <w:b w:val="0"/>
          <w:i w:val="0"/>
          <w:smallCaps w:val="0"/>
          <w:strike w:val="0"/>
          <w:sz w:val="20"/>
          <w:u w:val="single"/>
        </w:rPr>
        <w:t>Today there is a push for the privatization of public property. Governments and organizations are portrayed as</w:t>
      </w:r>
      <w:r>
        <w:rPr>
          <w:b w:val="0"/>
          <w:i w:val="0"/>
          <w:smallCaps w:val="0"/>
          <w:strike w:val="0"/>
          <w:sz w:val="16"/>
          <w:u w:val="none"/>
        </w:rPr>
        <w:t xml:space="preserve"> </w:t>
      </w:r>
      <w:r>
        <w:rPr>
          <w:b/>
          <w:i w:val="0"/>
          <w:smallCaps w:val="0"/>
          <w:strike w:val="0"/>
          <w:sz w:val="20"/>
          <w:u w:val="single"/>
        </w:rPr>
        <w:t>unwieldy</w:t>
      </w:r>
      <w:r>
        <w:rPr>
          <w:b w:val="0"/>
          <w:i w:val="0"/>
          <w:smallCaps w:val="0"/>
          <w:strike w:val="0"/>
          <w:sz w:val="16"/>
          <w:u w:val="none"/>
        </w:rPr>
        <w:t xml:space="preserve">, </w:t>
      </w:r>
      <w:r>
        <w:rPr>
          <w:b/>
          <w:i w:val="0"/>
          <w:smallCaps w:val="0"/>
          <w:strike w:val="0"/>
          <w:sz w:val="20"/>
          <w:u w:val="single"/>
        </w:rPr>
        <w:t>inefficient</w:t>
      </w:r>
      <w:r>
        <w:rPr>
          <w:b w:val="0"/>
          <w:i w:val="0"/>
          <w:smallCaps w:val="0"/>
          <w:strike w:val="0"/>
          <w:sz w:val="16"/>
          <w:u w:val="none"/>
        </w:rPr>
        <w:t xml:space="preserve"> managers of public property </w:t>
      </w:r>
      <w:r>
        <w:rPr>
          <w:b w:val="0"/>
          <w:i w:val="0"/>
          <w:smallCaps w:val="0"/>
          <w:strike w:val="0"/>
          <w:sz w:val="20"/>
          <w:u w:val="single"/>
        </w:rPr>
        <w:t>who should step aside and let private owners</w:t>
      </w:r>
      <w:r>
        <w:rPr>
          <w:b w:val="0"/>
          <w:i w:val="0"/>
          <w:smallCaps w:val="0"/>
          <w:strike w:val="0"/>
          <w:sz w:val="12"/>
          <w:u w:val="single"/>
        </w:rPr>
        <w:t xml:space="preserve"> </w:t>
      </w:r>
      <w:r>
        <w:rPr>
          <w:b w:val="0"/>
          <w:i w:val="0"/>
          <w:smallCaps w:val="0"/>
          <w:strike w:val="0"/>
          <w:sz w:val="20"/>
          <w:u w:val="single"/>
        </w:rPr>
        <w:t>take charge</w:t>
      </w:r>
      <w:r>
        <w:rPr>
          <w:b w:val="0"/>
          <w:i w:val="0"/>
          <w:smallCaps w:val="0"/>
          <w:strike w:val="0"/>
          <w:sz w:val="16"/>
          <w:u w:val="none"/>
        </w:rPr>
        <w:t xml:space="preserve">. </w:t>
      </w:r>
      <w:r>
        <w:rPr>
          <w:b w:val="0"/>
          <w:i w:val="0"/>
          <w:smallCaps w:val="0"/>
          <w:strike w:val="0"/>
          <w:sz w:val="20"/>
          <w:u w:val="single"/>
        </w:rPr>
        <w:t>Everything is up for grabs, from roads and water supplies to parklands and libraries</w:t>
      </w:r>
      <w:r>
        <w:rPr>
          <w:b w:val="0"/>
          <w:i w:val="0"/>
          <w:smallCaps w:val="0"/>
          <w:strike w:val="0"/>
          <w:sz w:val="16"/>
          <w:u w:val="none"/>
        </w:rPr>
        <w:t>.</w:t>
      </w:r>
      <w:r>
        <w:rPr>
          <w:b w:val="0"/>
          <w:i w:val="0"/>
          <w:smallCaps w:val="0"/>
          <w:strike w:val="0"/>
          <w:sz w:val="12"/>
          <w:u w:val="none"/>
        </w:rPr>
        <w:t xml:space="preserve"> </w:t>
      </w:r>
      <w:r>
        <w:rPr>
          <w:b w:val="0"/>
          <w:i w:val="0"/>
          <w:smallCaps w:val="0"/>
          <w:strike w:val="0"/>
          <w:sz w:val="16"/>
          <w:u w:val="none"/>
        </w:rPr>
        <w:t xml:space="preserve">Private ownership is also presented as the most efficient means of managing open-access resources. </w:t>
      </w:r>
      <w:r>
        <w:rPr>
          <w:b w:val="0"/>
          <w:i w:val="0"/>
          <w:smallCaps w:val="0"/>
          <w:strike w:val="0"/>
          <w:sz w:val="20"/>
          <w:u w:val="single"/>
        </w:rPr>
        <w:t>Privatization is occurring via a sell-off of rights to familiar resources such as water, fisheries, forests, and minerals, as well as new “resources” such as carbon emissions</w:t>
      </w:r>
      <w:r>
        <w:rPr>
          <w:b w:val="0"/>
          <w:i w:val="0"/>
          <w:smallCaps w:val="0"/>
          <w:strike w:val="0"/>
          <w:sz w:val="16"/>
          <w:u w:val="none"/>
        </w:rPr>
        <w:t xml:space="preserve">. </w:t>
      </w:r>
      <w:r>
        <w:rPr>
          <w:b w:val="0"/>
          <w:i w:val="0"/>
          <w:smallCaps w:val="0"/>
          <w:strike w:val="0"/>
          <w:sz w:val="20"/>
          <w:u w:val="single"/>
        </w:rPr>
        <w:t>It is also occurring via the taking of resources that are supposedly “idle.”</w:t>
      </w:r>
      <w:r>
        <w:rPr>
          <w:b w:val="0"/>
          <w:i w:val="0"/>
          <w:smallCaps w:val="0"/>
          <w:strike w:val="0"/>
          <w:sz w:val="16"/>
          <w:u w:val="none"/>
        </w:rPr>
        <w:t xml:space="preserve"> The long-standing</w:t>
      </w:r>
      <w:r>
        <w:rPr>
          <w:b w:val="0"/>
          <w:i w:val="0"/>
          <w:smallCaps w:val="0"/>
          <w:strike w:val="0"/>
          <w:sz w:val="12"/>
          <w:u w:val="none"/>
        </w:rPr>
        <w:t xml:space="preserve"> </w:t>
      </w:r>
      <w:r>
        <w:rPr>
          <w:b w:val="0"/>
          <w:i w:val="0"/>
          <w:smallCaps w:val="0"/>
          <w:strike w:val="0"/>
          <w:sz w:val="20"/>
          <w:u w:val="single"/>
        </w:rPr>
        <w:t>knowledge resources of Indigenous communities are being pirated and commercialized</w:t>
      </w:r>
      <w:r>
        <w:rPr>
          <w:b w:val="0"/>
          <w:i w:val="0"/>
          <w:smallCaps w:val="0"/>
          <w:strike w:val="0"/>
          <w:sz w:val="16"/>
          <w:u w:val="none"/>
        </w:rPr>
        <w:t xml:space="preserve"> by private companies in a new wave of colonization. The</w:t>
      </w:r>
      <w:r>
        <w:rPr>
          <w:b w:val="0"/>
          <w:i w:val="0"/>
          <w:smallCaps w:val="0"/>
          <w:strike w:val="0"/>
          <w:sz w:val="12"/>
          <w:u w:val="none"/>
        </w:rPr>
        <w:t xml:space="preserve"> </w:t>
      </w:r>
      <w:r>
        <w:rPr>
          <w:b w:val="0"/>
          <w:i w:val="0"/>
          <w:smallCaps w:val="0"/>
          <w:strike w:val="0"/>
          <w:sz w:val="16"/>
          <w:u w:val="none"/>
        </w:rPr>
        <w:t>deep-sea floor is being privately mined for copper and gold, and the Arctic Circle is being mined for iron ore and other resources.</w:t>
      </w:r>
      <w:r>
        <w:rPr>
          <w:b w:val="0"/>
          <w:i w:val="0"/>
          <w:smallCaps w:val="0"/>
          <w:strike w:val="0"/>
          <w:sz w:val="12"/>
          <w:u w:val="none"/>
        </w:rPr>
        <w:t xml:space="preserve"> </w:t>
      </w:r>
      <w:r>
        <w:rPr>
          <w:b w:val="0"/>
          <w:i w:val="0"/>
          <w:smallCaps w:val="0"/>
          <w:strike w:val="0"/>
          <w:sz w:val="20"/>
          <w:u w:val="single"/>
        </w:rPr>
        <w:t>This period of privatization is beginning at the very time that our</w:t>
      </w:r>
      <w:r>
        <w:rPr>
          <w:b w:val="0"/>
          <w:i w:val="0"/>
          <w:smallCaps w:val="0"/>
          <w:strike w:val="0"/>
          <w:sz w:val="12"/>
          <w:u w:val="single"/>
        </w:rPr>
        <w:t xml:space="preserve"> </w:t>
      </w:r>
      <w:r>
        <w:rPr>
          <w:b w:val="0"/>
          <w:i w:val="0"/>
          <w:smallCaps w:val="0"/>
          <w:strike w:val="0"/>
          <w:sz w:val="20"/>
          <w:u w:val="single"/>
        </w:rPr>
        <w:t xml:space="preserve">global circumstances demand </w:t>
      </w:r>
      <w:r>
        <w:rPr>
          <w:b w:val="0"/>
          <w:i w:val="0"/>
          <w:smallCaps w:val="0"/>
          <w:strike w:val="0"/>
          <w:sz w:val="16"/>
          <w:u w:val="none"/>
        </w:rPr>
        <w:t>not just</w:t>
      </w:r>
      <w:r>
        <w:rPr>
          <w:b w:val="0"/>
          <w:i w:val="0"/>
          <w:smallCaps w:val="0"/>
          <w:strike w:val="0"/>
          <w:sz w:val="20"/>
          <w:u w:val="single"/>
        </w:rPr>
        <w:t xml:space="preserve"> </w:t>
      </w:r>
      <w:r>
        <w:rPr>
          <w:b/>
          <w:i w:val="0"/>
          <w:smallCaps w:val="0"/>
          <w:strike w:val="0"/>
          <w:sz w:val="20"/>
          <w:u w:val="single"/>
        </w:rPr>
        <w:t>collective thinking and acting</w:t>
      </w:r>
      <w:r>
        <w:rPr>
          <w:b w:val="0"/>
          <w:i w:val="0"/>
          <w:smallCaps w:val="0"/>
          <w:strike w:val="0"/>
          <w:sz w:val="12"/>
          <w:u w:val="single"/>
        </w:rPr>
        <w:t xml:space="preserve"> </w:t>
      </w:r>
      <w:r>
        <w:rPr>
          <w:b w:val="0"/>
          <w:i w:val="0"/>
          <w:smallCaps w:val="0"/>
          <w:strike w:val="0"/>
          <w:sz w:val="16"/>
          <w:u w:val="none"/>
        </w:rPr>
        <w:t>but a move away from the boundary making that separates mine from</w:t>
      </w:r>
      <w:r>
        <w:rPr>
          <w:b w:val="0"/>
          <w:i w:val="0"/>
          <w:smallCaps w:val="0"/>
          <w:strike w:val="0"/>
          <w:sz w:val="12"/>
          <w:u w:val="none"/>
        </w:rPr>
        <w:t xml:space="preserve"> </w:t>
      </w:r>
      <w:r>
        <w:rPr>
          <w:b w:val="0"/>
          <w:i w:val="0"/>
          <w:smallCaps w:val="0"/>
          <w:strike w:val="0"/>
          <w:sz w:val="16"/>
          <w:u w:val="none"/>
        </w:rPr>
        <w:t>yours and you from me. Can we take back property and better care</w:t>
      </w:r>
      <w:r>
        <w:rPr>
          <w:b w:val="0"/>
          <w:i w:val="0"/>
          <w:smallCaps w:val="0"/>
          <w:strike w:val="0"/>
          <w:sz w:val="12"/>
          <w:u w:val="none"/>
        </w:rPr>
        <w:t xml:space="preserve"> </w:t>
      </w:r>
      <w:r>
        <w:rPr>
          <w:b w:val="0"/>
          <w:i w:val="0"/>
          <w:smallCaps w:val="0"/>
          <w:strike w:val="0"/>
          <w:sz w:val="16"/>
          <w:u w:val="none"/>
        </w:rPr>
        <w:t>for the resources that sustain all who inhabit this planet? We think we</w:t>
      </w:r>
      <w:r>
        <w:rPr>
          <w:b w:val="0"/>
          <w:i w:val="0"/>
          <w:smallCaps w:val="0"/>
          <w:strike w:val="0"/>
          <w:sz w:val="12"/>
          <w:u w:val="none"/>
        </w:rPr>
        <w:t xml:space="preserve"> </w:t>
      </w:r>
      <w:r>
        <w:rPr>
          <w:b w:val="0"/>
          <w:i w:val="0"/>
          <w:smallCaps w:val="0"/>
          <w:strike w:val="0"/>
          <w:sz w:val="16"/>
          <w:u w:val="none"/>
        </w:rPr>
        <w:t>can, but we need to reconsider the ways</w:t>
      </w:r>
      <w:r>
        <w:rPr>
          <w:b w:val="0"/>
          <w:i w:val="0"/>
          <w:smallCaps w:val="0"/>
          <w:strike w:val="0"/>
          <w:sz w:val="12"/>
          <w:u w:val="none"/>
        </w:rPr>
        <w:t xml:space="preserve"> </w:t>
      </w:r>
      <w:r>
        <w:rPr>
          <w:b w:val="0"/>
          <w:i w:val="0"/>
          <w:smallCaps w:val="0"/>
          <w:strike w:val="0"/>
          <w:sz w:val="16"/>
          <w:u w:val="none"/>
        </w:rPr>
        <w:t xml:space="preserve">we relate to the things around us, and </w:t>
      </w:r>
      <w:r>
        <w:rPr>
          <w:b w:val="0"/>
          <w:i w:val="0"/>
          <w:smallCaps w:val="0"/>
          <w:strike w:val="0"/>
          <w:sz w:val="20"/>
          <w:u w:val="single"/>
        </w:rPr>
        <w:t>we</w:t>
      </w:r>
      <w:r>
        <w:rPr>
          <w:b w:val="0"/>
          <w:i w:val="0"/>
          <w:smallCaps w:val="0"/>
          <w:strike w:val="0"/>
          <w:sz w:val="12"/>
          <w:u w:val="none"/>
        </w:rPr>
        <w:t xml:space="preserve"> </w:t>
      </w:r>
      <w:r>
        <w:rPr>
          <w:b w:val="0"/>
          <w:i w:val="0"/>
          <w:smallCaps w:val="0"/>
          <w:strike w:val="0"/>
          <w:sz w:val="16"/>
          <w:u w:val="none"/>
        </w:rPr>
        <w:t xml:space="preserve">especially </w:t>
      </w:r>
      <w:r>
        <w:rPr>
          <w:b/>
          <w:i w:val="0"/>
          <w:smallCaps w:val="0"/>
          <w:strike w:val="0"/>
          <w:sz w:val="20"/>
          <w:u w:val="single"/>
        </w:rPr>
        <w:t>need to reconsider the privileging of private property</w:t>
      </w:r>
      <w:r>
        <w:rPr>
          <w:b w:val="0"/>
          <w:i w:val="0"/>
          <w:smallCaps w:val="0"/>
          <w:strike w:val="0"/>
          <w:sz w:val="16"/>
          <w:u w:val="none"/>
        </w:rPr>
        <w:t>.</w:t>
      </w:r>
      <w:r>
        <w:rPr>
          <w:b w:val="0"/>
          <w:i w:val="0"/>
          <w:smallCaps w:val="0"/>
          <w:strike w:val="0"/>
          <w:sz w:val="12"/>
          <w:u w:val="none"/>
        </w:rPr>
        <w:t xml:space="preserve"> </w:t>
      </w:r>
      <w:r>
        <w:rPr>
          <w:b w:val="0"/>
          <w:i w:val="0"/>
          <w:smallCaps w:val="0"/>
          <w:strike w:val="0"/>
          <w:sz w:val="16"/>
          <w:u w:val="none"/>
        </w:rPr>
        <w:t>In the Northern Territory of Australia,</w:t>
      </w:r>
      <w:r>
        <w:rPr>
          <w:b w:val="0"/>
          <w:i w:val="0"/>
          <w:smallCaps w:val="0"/>
          <w:strike w:val="0"/>
          <w:sz w:val="12"/>
          <w:u w:val="none"/>
        </w:rPr>
        <w:t xml:space="preserve"> </w:t>
      </w:r>
      <w:r>
        <w:rPr>
          <w:b w:val="0"/>
          <w:i w:val="0"/>
          <w:smallCaps w:val="0"/>
          <w:strike w:val="0"/>
          <w:sz w:val="16"/>
          <w:u w:val="none"/>
        </w:rPr>
        <w:t>Aboriginal people are caring for “their”</w:t>
      </w:r>
      <w:r>
        <w:rPr>
          <w:b w:val="0"/>
          <w:i w:val="0"/>
          <w:smallCaps w:val="0"/>
          <w:strike w:val="0"/>
          <w:sz w:val="12"/>
          <w:u w:val="none"/>
        </w:rPr>
        <w:t xml:space="preserve"> </w:t>
      </w:r>
      <w:r>
        <w:rPr>
          <w:b w:val="0"/>
          <w:i w:val="0"/>
          <w:smallCaps w:val="0"/>
          <w:strike w:val="0"/>
          <w:sz w:val="16"/>
          <w:u w:val="none"/>
        </w:rPr>
        <w:t>land not just for their immediate benefit</w:t>
      </w:r>
      <w:r>
        <w:rPr>
          <w:b w:val="0"/>
          <w:i w:val="0"/>
          <w:smallCaps w:val="0"/>
          <w:strike w:val="0"/>
          <w:sz w:val="12"/>
          <w:u w:val="none"/>
        </w:rPr>
        <w:t xml:space="preserve"> </w:t>
      </w:r>
      <w:r>
        <w:rPr>
          <w:b w:val="0"/>
          <w:i w:val="0"/>
          <w:smallCaps w:val="0"/>
          <w:strike w:val="0"/>
          <w:sz w:val="16"/>
          <w:u w:val="none"/>
        </w:rPr>
        <w:t>as “owners” but for the good of the wider</w:t>
      </w:r>
      <w:r>
        <w:rPr>
          <w:b w:val="0"/>
          <w:i w:val="0"/>
          <w:smallCaps w:val="0"/>
          <w:strike w:val="0"/>
          <w:sz w:val="12"/>
          <w:u w:val="none"/>
        </w:rPr>
        <w:t xml:space="preserve"> </w:t>
      </w:r>
      <w:r>
        <w:rPr>
          <w:b w:val="0"/>
          <w:i w:val="0"/>
          <w:smallCaps w:val="0"/>
          <w:strike w:val="0"/>
          <w:sz w:val="16"/>
          <w:u w:val="none"/>
        </w:rPr>
        <w:t>Australian population. They are creating</w:t>
      </w:r>
      <w:r>
        <w:rPr>
          <w:b w:val="0"/>
          <w:i w:val="0"/>
          <w:smallCaps w:val="0"/>
          <w:strike w:val="0"/>
          <w:sz w:val="12"/>
          <w:u w:val="none"/>
        </w:rPr>
        <w:t xml:space="preserve"> </w:t>
      </w:r>
      <w:r>
        <w:rPr>
          <w:b w:val="0"/>
          <w:i w:val="0"/>
          <w:smallCaps w:val="0"/>
          <w:strike w:val="0"/>
          <w:sz w:val="16"/>
          <w:u w:val="none"/>
        </w:rPr>
        <w:t>an “us” that acknowledges the interdependence between humans in very different</w:t>
      </w:r>
      <w:r>
        <w:rPr>
          <w:b w:val="0"/>
          <w:i w:val="0"/>
          <w:smallCaps w:val="0"/>
          <w:strike w:val="0"/>
          <w:sz w:val="12"/>
          <w:u w:val="none"/>
        </w:rPr>
        <w:t xml:space="preserve"> </w:t>
      </w:r>
      <w:r>
        <w:rPr>
          <w:b w:val="0"/>
          <w:i w:val="0"/>
          <w:smallCaps w:val="0"/>
          <w:strike w:val="0"/>
          <w:sz w:val="16"/>
          <w:u w:val="none"/>
        </w:rPr>
        <w:t>circumstances and between humans and</w:t>
      </w:r>
      <w:r>
        <w:rPr>
          <w:b w:val="0"/>
          <w:i w:val="0"/>
          <w:smallCaps w:val="0"/>
          <w:strike w:val="0"/>
          <w:sz w:val="12"/>
          <w:u w:val="none"/>
        </w:rPr>
        <w:t xml:space="preserve"> </w:t>
      </w:r>
      <w:r>
        <w:rPr>
          <w:b w:val="0"/>
          <w:i w:val="0"/>
          <w:smallCaps w:val="0"/>
          <w:strike w:val="0"/>
          <w:sz w:val="16"/>
          <w:u w:val="none"/>
        </w:rPr>
        <w:t>the environment. Through their example</w:t>
      </w:r>
      <w:r>
        <w:rPr>
          <w:b w:val="0"/>
          <w:i w:val="0"/>
          <w:smallCaps w:val="0"/>
          <w:strike w:val="0"/>
          <w:sz w:val="12"/>
          <w:u w:val="none"/>
        </w:rPr>
        <w:t xml:space="preserve"> </w:t>
      </w:r>
      <w:r>
        <w:rPr>
          <w:b w:val="0"/>
          <w:i w:val="0"/>
          <w:smallCaps w:val="0"/>
          <w:strike w:val="0"/>
          <w:sz w:val="16"/>
          <w:u w:val="none"/>
        </w:rPr>
        <w:t>we can see how we might relate to property</w:t>
      </w:r>
      <w:r>
        <w:rPr>
          <w:b w:val="0"/>
          <w:i w:val="0"/>
          <w:smallCaps w:val="0"/>
          <w:strike w:val="0"/>
          <w:sz w:val="12"/>
          <w:u w:val="none"/>
        </w:rPr>
        <w:t xml:space="preserve"> </w:t>
      </w:r>
      <w:r>
        <w:rPr>
          <w:b w:val="0"/>
          <w:i w:val="0"/>
          <w:smallCaps w:val="0"/>
          <w:strike w:val="0"/>
          <w:sz w:val="16"/>
          <w:u w:val="none"/>
        </w:rPr>
        <w:t>in ways that take us beyond distinctions</w:t>
      </w:r>
      <w:r>
        <w:rPr>
          <w:b w:val="0"/>
          <w:i w:val="0"/>
          <w:smallCaps w:val="0"/>
          <w:strike w:val="0"/>
          <w:sz w:val="12"/>
          <w:u w:val="none"/>
        </w:rPr>
        <w:t xml:space="preserve"> </w:t>
      </w:r>
      <w:r>
        <w:rPr>
          <w:b w:val="0"/>
          <w:i w:val="0"/>
          <w:smallCaps w:val="0"/>
          <w:strike w:val="0"/>
          <w:sz w:val="16"/>
          <w:u w:val="none"/>
        </w:rPr>
        <w:t xml:space="preserve">between yours and mine and you and me. </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