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Commons-driven innovation solves extinction. Tragedy of the commons is a neoliberal myth</w:t>
      </w:r>
      <w:r>
        <w:rPr>
          <w:b/>
          <w:i w:val="0"/>
          <w:smallCaps w:val="0"/>
          <w:strike w:val="0"/>
          <w:sz w:val="24"/>
          <w:u w:val="none"/>
        </w:rPr>
        <w:t>.</w:t>
      </w:r>
    </w:p>
    <w:p>
      <w:pPr>
        <w:spacing w:after="80"/>
      </w:pPr>
      <w:r>
        <w:rPr>
          <w:b/>
          <w:i w:val="0"/>
          <w:smallCaps w:val="0"/>
          <w:strike w:val="0"/>
          <w:sz w:val="24"/>
          <w:u w:val="none"/>
        </w:rPr>
        <w:t>Gibson-Graham 13</w:t>
      </w:r>
      <w:r>
        <w:rPr>
          <w:b w:val="0"/>
          <w:i w:val="0"/>
          <w:smallCaps w:val="0"/>
          <w:strike w:val="0"/>
          <w:sz w:val="16"/>
          <w:u w:val="none"/>
        </w:rPr>
        <w:t>, pen name shared by feminist economic geographers Julie Graham and Katherine Gibson, Gibson is currently professor at the Institute of Culture and Society, University of Western Sydney (JK, Jenny Cameron and Stephen Healy, “Take Back the Economy,” Kindle Edition)//BB</w:t>
      </w:r>
    </w:p>
    <w:p>
      <w:pPr>
        <w:spacing w:after="60"/>
      </w:pPr>
      <w:r>
        <w:rPr>
          <w:b w:val="0"/>
          <w:i w:val="0"/>
          <w:smallCaps w:val="0"/>
          <w:strike w:val="0"/>
          <w:sz w:val="20"/>
          <w:u w:val="single"/>
        </w:rPr>
        <w:t>What are commons?</w:t>
      </w:r>
      <w:r>
        <w:rPr>
          <w:b w:val="0"/>
          <w:i w:val="0"/>
          <w:smallCaps w:val="0"/>
          <w:strike w:val="0"/>
          <w:sz w:val="16"/>
          <w:u w:val="none"/>
        </w:rPr>
        <w:t xml:space="preserve"> And what does it mean to make and share a </w:t>
      </w:r>
      <w:r>
        <w:rPr>
          <w:b w:val="0"/>
          <w:i w:val="0"/>
          <w:smallCaps w:val="0"/>
          <w:strike w:val="0"/>
          <w:sz w:val="16"/>
          <w:u w:val="none"/>
        </w:rPr>
        <w:t>commons</w:t>
      </w:r>
      <w:r>
        <w:rPr>
          <w:b w:val="0"/>
          <w:i w:val="0"/>
          <w:smallCaps w:val="0"/>
          <w:strike w:val="0"/>
          <w:sz w:val="16"/>
          <w:u w:val="none"/>
        </w:rPr>
        <w:t xml:space="preserve">? </w:t>
      </w:r>
      <w:r>
        <w:rPr>
          <w:b w:val="0"/>
          <w:i w:val="0"/>
          <w:smallCaps w:val="0"/>
          <w:strike w:val="0"/>
          <w:sz w:val="20"/>
          <w:u w:val="single"/>
        </w:rPr>
        <w:t xml:space="preserve">A </w:t>
      </w:r>
      <w:r>
        <w:rPr>
          <w:b w:val="0"/>
          <w:i w:val="0"/>
          <w:smallCaps w:val="0"/>
          <w:strike w:val="0"/>
          <w:sz w:val="20"/>
          <w:u w:val="single"/>
        </w:rPr>
        <w:t>commons</w:t>
      </w:r>
      <w:r>
        <w:rPr>
          <w:b w:val="0"/>
          <w:i w:val="0"/>
          <w:smallCaps w:val="0"/>
          <w:strike w:val="0"/>
          <w:sz w:val="20"/>
          <w:u w:val="single"/>
        </w:rPr>
        <w:t xml:space="preserve"> is a property, a practice, or a knowledge that is</w:t>
      </w:r>
    </w:p>
    <w:p>
      <w:pPr>
        <w:spacing w:after="60"/>
      </w:pPr>
      <w:r>
        <w:rPr>
          <w:b w:val="0"/>
          <w:i w:val="0"/>
          <w:smallCaps w:val="0"/>
          <w:strike w:val="0"/>
          <w:sz w:val="20"/>
          <w:u w:val="single"/>
        </w:rPr>
        <w:t>shared by a community</w:t>
      </w:r>
      <w:r>
        <w:rPr>
          <w:b w:val="0"/>
          <w:i w:val="0"/>
          <w:smallCaps w:val="0"/>
          <w:strike w:val="0"/>
          <w:sz w:val="16"/>
          <w:u w:val="none"/>
        </w:rPr>
        <w:t xml:space="preserve">. </w:t>
      </w:r>
      <w:r>
        <w:rPr>
          <w:b/>
          <w:i w:val="0"/>
          <w:smallCaps w:val="0"/>
          <w:strike w:val="0"/>
          <w:sz w:val="20"/>
          <w:u w:val="single"/>
        </w:rPr>
        <w:t>Our survival depends on</w:t>
      </w:r>
      <w:r>
        <w:rPr>
          <w:b w:val="0"/>
          <w:i w:val="0"/>
          <w:smallCaps w:val="0"/>
          <w:strike w:val="0"/>
          <w:sz w:val="16"/>
          <w:u w:val="none"/>
        </w:rPr>
        <w:t xml:space="preserve"> many different kinds</w:t>
      </w:r>
    </w:p>
    <w:p>
      <w:pPr>
        <w:spacing w:after="60"/>
      </w:pPr>
      <w:r>
        <w:rPr>
          <w:b w:val="0"/>
          <w:i w:val="0"/>
          <w:smallCaps w:val="0"/>
          <w:strike w:val="0"/>
          <w:sz w:val="16"/>
          <w:u w:val="none"/>
        </w:rPr>
        <w:t xml:space="preserve">of </w:t>
      </w:r>
      <w:r>
        <w:rPr>
          <w:b/>
          <w:i w:val="0"/>
          <w:smallCaps w:val="0"/>
          <w:strike w:val="0"/>
          <w:sz w:val="20"/>
          <w:u w:val="single"/>
        </w:rPr>
        <w:t>commons</w:t>
      </w:r>
      <w:r>
        <w:rPr>
          <w:b w:val="0"/>
          <w:i w:val="0"/>
          <w:smallCaps w:val="0"/>
          <w:strike w:val="0"/>
          <w:sz w:val="16"/>
          <w:u w:val="none"/>
        </w:rPr>
        <w:t>:</w:t>
      </w:r>
    </w:p>
    <w:p>
      <w:pPr>
        <w:spacing w:after="60"/>
      </w:pPr>
      <w:r>
        <w:rPr>
          <w:b w:val="0"/>
          <w:i w:val="0"/>
          <w:smallCaps w:val="0"/>
          <w:strike w:val="0"/>
          <w:sz w:val="16"/>
          <w:u w:val="none"/>
        </w:rPr>
        <w:t xml:space="preserve">• </w:t>
      </w:r>
      <w:r>
        <w:rPr>
          <w:b w:val="0"/>
          <w:i w:val="0"/>
          <w:smallCaps w:val="0"/>
          <w:strike w:val="0"/>
          <w:sz w:val="20"/>
          <w:u w:val="single"/>
        </w:rPr>
        <w:t>biophysical commons</w:t>
      </w:r>
      <w:r>
        <w:rPr>
          <w:b w:val="0"/>
          <w:i w:val="0"/>
          <w:smallCaps w:val="0"/>
          <w:strike w:val="0"/>
          <w:sz w:val="16"/>
          <w:u w:val="none"/>
        </w:rPr>
        <w:t xml:space="preserve"> like rocks, soil, sunlight, water and air,</w:t>
      </w:r>
      <w:r>
        <w:rPr>
          <w:b w:val="0"/>
          <w:i w:val="0"/>
          <w:smallCaps w:val="0"/>
          <w:strike w:val="0"/>
          <w:sz w:val="12"/>
          <w:u w:val="none"/>
        </w:rPr>
        <w:t xml:space="preserve"> </w:t>
      </w:r>
      <w:r>
        <w:rPr>
          <w:b w:val="0"/>
          <w:i w:val="0"/>
          <w:smallCaps w:val="0"/>
          <w:strike w:val="0"/>
          <w:sz w:val="16"/>
          <w:u w:val="none"/>
        </w:rPr>
        <w:t xml:space="preserve">and plant and animal </w:t>
      </w:r>
      <w:r>
        <w:rPr>
          <w:b w:val="0"/>
          <w:i w:val="0"/>
          <w:smallCaps w:val="0"/>
          <w:strike w:val="0"/>
          <w:sz w:val="16"/>
          <w:u w:val="none"/>
        </w:rPr>
        <w:t>ecologies;</w:t>
      </w:r>
    </w:p>
    <w:p>
      <w:pPr>
        <w:spacing w:after="60"/>
      </w:pPr>
      <w:r>
        <w:rPr>
          <w:b w:val="0"/>
          <w:i w:val="0"/>
          <w:smallCaps w:val="0"/>
          <w:strike w:val="0"/>
          <w:sz w:val="16"/>
          <w:u w:val="none"/>
        </w:rPr>
        <w:t xml:space="preserve">• </w:t>
      </w:r>
      <w:r>
        <w:rPr>
          <w:b w:val="0"/>
          <w:i w:val="0"/>
          <w:smallCaps w:val="0"/>
          <w:strike w:val="0"/>
          <w:sz w:val="20"/>
          <w:u w:val="single"/>
        </w:rPr>
        <w:t>cultural commons</w:t>
      </w:r>
      <w:r>
        <w:rPr>
          <w:b w:val="0"/>
          <w:i w:val="0"/>
          <w:smallCaps w:val="0"/>
          <w:strike w:val="0"/>
          <w:sz w:val="16"/>
          <w:u w:val="none"/>
        </w:rPr>
        <w:t xml:space="preserve"> like language, a musical heritage, sacred</w:t>
      </w:r>
      <w:r>
        <w:rPr>
          <w:b w:val="0"/>
          <w:i w:val="0"/>
          <w:smallCaps w:val="0"/>
          <w:strike w:val="0"/>
          <w:sz w:val="12"/>
          <w:u w:val="none"/>
        </w:rPr>
        <w:t xml:space="preserve"> </w:t>
      </w:r>
      <w:r>
        <w:rPr>
          <w:b w:val="0"/>
          <w:i w:val="0"/>
          <w:smallCaps w:val="0"/>
          <w:strike w:val="0"/>
          <w:sz w:val="16"/>
          <w:u w:val="none"/>
        </w:rPr>
        <w:t xml:space="preserve">symbols, and </w:t>
      </w:r>
      <w:r>
        <w:rPr>
          <w:b w:val="0"/>
          <w:i w:val="0"/>
          <w:smallCaps w:val="0"/>
          <w:strike w:val="0"/>
          <w:sz w:val="16"/>
          <w:u w:val="none"/>
        </w:rPr>
        <w:t>artworks;</w:t>
      </w:r>
    </w:p>
    <w:p>
      <w:pPr>
        <w:spacing w:after="60"/>
      </w:pPr>
      <w:r>
        <w:rPr>
          <w:b w:val="0"/>
          <w:i w:val="0"/>
          <w:smallCaps w:val="0"/>
          <w:strike w:val="0"/>
          <w:sz w:val="16"/>
          <w:u w:val="none"/>
        </w:rPr>
        <w:t xml:space="preserve">• </w:t>
      </w:r>
      <w:r>
        <w:rPr>
          <w:b w:val="0"/>
          <w:i w:val="0"/>
          <w:smallCaps w:val="0"/>
          <w:strike w:val="0"/>
          <w:sz w:val="20"/>
          <w:u w:val="single"/>
        </w:rPr>
        <w:t>social commons</w:t>
      </w:r>
      <w:r>
        <w:rPr>
          <w:b w:val="0"/>
          <w:i w:val="0"/>
          <w:smallCaps w:val="0"/>
          <w:strike w:val="0"/>
          <w:sz w:val="16"/>
          <w:u w:val="none"/>
        </w:rPr>
        <w:t xml:space="preserve"> like educational, health, and political systems;</w:t>
      </w:r>
      <w:r>
        <w:rPr>
          <w:b w:val="0"/>
          <w:i w:val="0"/>
          <w:smallCaps w:val="0"/>
          <w:strike w:val="0"/>
          <w:sz w:val="12"/>
          <w:u w:val="none"/>
        </w:rPr>
        <w:t xml:space="preserve"> </w:t>
      </w:r>
      <w:r>
        <w:rPr>
          <w:b w:val="0"/>
          <w:i w:val="0"/>
          <w:smallCaps w:val="0"/>
          <w:strike w:val="0"/>
          <w:sz w:val="16"/>
          <w:u w:val="none"/>
        </w:rPr>
        <w:t>and</w:t>
      </w:r>
    </w:p>
    <w:p>
      <w:pPr>
        <w:spacing w:after="60"/>
      </w:pPr>
      <w:r>
        <w:rPr>
          <w:b w:val="0"/>
          <w:i w:val="0"/>
          <w:smallCaps w:val="0"/>
          <w:strike w:val="0"/>
          <w:sz w:val="16"/>
          <w:u w:val="none"/>
        </w:rPr>
        <w:t xml:space="preserve">• </w:t>
      </w:r>
      <w:r>
        <w:rPr>
          <w:b w:val="0"/>
          <w:i w:val="0"/>
          <w:smallCaps w:val="0"/>
          <w:strike w:val="0"/>
          <w:sz w:val="20"/>
          <w:u w:val="single"/>
        </w:rPr>
        <w:t>knowledge commons like Indigenous ecological knowledge</w:t>
      </w:r>
      <w:r>
        <w:rPr>
          <w:b w:val="0"/>
          <w:i w:val="0"/>
          <w:smallCaps w:val="0"/>
          <w:strike w:val="0"/>
          <w:sz w:val="12"/>
          <w:u w:val="single"/>
        </w:rPr>
        <w:t xml:space="preserve"> </w:t>
      </w:r>
      <w:r>
        <w:rPr>
          <w:b w:val="0"/>
          <w:i w:val="0"/>
          <w:smallCaps w:val="0"/>
          <w:strike w:val="0"/>
          <w:sz w:val="20"/>
          <w:u w:val="single"/>
        </w:rPr>
        <w:t>and scientific and technological advancements</w:t>
      </w:r>
      <w:r>
        <w:rPr>
          <w:b w:val="0"/>
          <w:i w:val="0"/>
          <w:smallCaps w:val="0"/>
          <w:strike w:val="0"/>
          <w:sz w:val="16"/>
          <w:u w:val="none"/>
        </w:rPr>
        <w:t>.</w:t>
      </w:r>
    </w:p>
    <w:p>
      <w:pPr>
        <w:spacing w:after="60"/>
      </w:pPr>
      <w:r>
        <w:rPr>
          <w:b w:val="0"/>
          <w:i w:val="0"/>
          <w:smallCaps w:val="0"/>
          <w:strike w:val="0"/>
          <w:sz w:val="16"/>
          <w:u w:val="none"/>
        </w:rPr>
        <w:t>Commons are continually made and remade, drawn down and</w:t>
      </w:r>
      <w:r>
        <w:rPr>
          <w:b w:val="0"/>
          <w:i w:val="0"/>
          <w:smallCaps w:val="0"/>
          <w:strike w:val="0"/>
          <w:sz w:val="12"/>
          <w:u w:val="none"/>
        </w:rPr>
        <w:t xml:space="preserve"> </w:t>
      </w:r>
      <w:r>
        <w:rPr>
          <w:b w:val="0"/>
          <w:i w:val="0"/>
          <w:smallCaps w:val="0"/>
          <w:strike w:val="0"/>
          <w:sz w:val="16"/>
          <w:u w:val="none"/>
        </w:rPr>
        <w:t>replenished, maintained or degraded. What happens to commons depends on whether a community cares for and shares the thing that sustains it or whether it exploits or neglects it.</w:t>
      </w:r>
      <w:r>
        <w:rPr>
          <w:b w:val="0"/>
          <w:i w:val="0"/>
          <w:smallCaps w:val="0"/>
          <w:strike w:val="0"/>
          <w:sz w:val="12"/>
          <w:u w:val="none"/>
        </w:rPr>
        <w:t xml:space="preserve"> </w:t>
      </w:r>
      <w:r>
        <w:rPr>
          <w:b w:val="0"/>
          <w:i w:val="0"/>
          <w:smallCaps w:val="0"/>
          <w:strike w:val="0"/>
          <w:sz w:val="20"/>
          <w:u w:val="single"/>
        </w:rPr>
        <w:t>All too often the commons that sustain us come to our attention only when they are being extinguished, polluted, or otherwise debased</w:t>
      </w:r>
      <w:r>
        <w:rPr>
          <w:b w:val="0"/>
          <w:i w:val="0"/>
          <w:smallCaps w:val="0"/>
          <w:strike w:val="0"/>
          <w:sz w:val="16"/>
          <w:u w:val="none"/>
        </w:rPr>
        <w:t>—when the air around us has become thick with smog, when the</w:t>
      </w:r>
      <w:r>
        <w:rPr>
          <w:b w:val="0"/>
          <w:i w:val="0"/>
          <w:smallCaps w:val="0"/>
          <w:strike w:val="0"/>
          <w:sz w:val="12"/>
          <w:u w:val="none"/>
        </w:rPr>
        <w:t xml:space="preserve"> </w:t>
      </w:r>
      <w:r>
        <w:rPr>
          <w:b w:val="0"/>
          <w:i w:val="0"/>
          <w:smallCaps w:val="0"/>
          <w:strike w:val="0"/>
          <w:sz w:val="16"/>
          <w:u w:val="none"/>
        </w:rPr>
        <w:t>last speakers of a language pass from us, when the final few specimens</w:t>
      </w:r>
      <w:r>
        <w:rPr>
          <w:b w:val="0"/>
          <w:i w:val="0"/>
          <w:smallCaps w:val="0"/>
          <w:strike w:val="0"/>
          <w:sz w:val="12"/>
          <w:u w:val="none"/>
        </w:rPr>
        <w:t xml:space="preserve"> </w:t>
      </w:r>
      <w:r>
        <w:rPr>
          <w:b w:val="0"/>
          <w:i w:val="0"/>
          <w:smallCaps w:val="0"/>
          <w:strike w:val="0"/>
          <w:sz w:val="16"/>
          <w:u w:val="none"/>
        </w:rPr>
        <w:t>of a species are preserved only in zoos, when the parkland our children play on is covered with concrete by</w:t>
      </w:r>
      <w:r>
        <w:rPr>
          <w:b w:val="0"/>
          <w:i w:val="0"/>
          <w:smallCaps w:val="0"/>
          <w:strike w:val="0"/>
          <w:sz w:val="12"/>
          <w:u w:val="none"/>
        </w:rPr>
        <w:t xml:space="preserve"> </w:t>
      </w:r>
      <w:r>
        <w:rPr>
          <w:b w:val="0"/>
          <w:i w:val="0"/>
          <w:smallCaps w:val="0"/>
          <w:strike w:val="0"/>
          <w:sz w:val="16"/>
          <w:u w:val="none"/>
        </w:rPr>
        <w:t>a private urban development. With the realization of</w:t>
      </w:r>
      <w:r>
        <w:rPr>
          <w:b w:val="0"/>
          <w:i w:val="0"/>
          <w:smallCaps w:val="0"/>
          <w:strike w:val="0"/>
          <w:sz w:val="12"/>
          <w:u w:val="none"/>
        </w:rPr>
        <w:t xml:space="preserve"> </w:t>
      </w:r>
      <w:r>
        <w:rPr>
          <w:b w:val="0"/>
          <w:i w:val="0"/>
          <w:smallCaps w:val="0"/>
          <w:strike w:val="0"/>
          <w:sz w:val="16"/>
          <w:u w:val="none"/>
        </w:rPr>
        <w:t>this loss comes the recognition that a community has</w:t>
      </w:r>
      <w:r>
        <w:rPr>
          <w:b w:val="0"/>
          <w:i w:val="0"/>
          <w:smallCaps w:val="0"/>
          <w:strike w:val="0"/>
          <w:sz w:val="12"/>
          <w:u w:val="none"/>
        </w:rPr>
        <w:t xml:space="preserve"> </w:t>
      </w:r>
      <w:r>
        <w:rPr>
          <w:b w:val="0"/>
          <w:i w:val="0"/>
          <w:smallCaps w:val="0"/>
          <w:strike w:val="0"/>
          <w:sz w:val="16"/>
          <w:u w:val="none"/>
        </w:rPr>
        <w:t>failed to take responsibility for caring what supports</w:t>
      </w:r>
      <w:r>
        <w:rPr>
          <w:b w:val="0"/>
          <w:i w:val="0"/>
          <w:smallCaps w:val="0"/>
          <w:strike w:val="0"/>
          <w:sz w:val="12"/>
          <w:u w:val="none"/>
        </w:rPr>
        <w:t xml:space="preserve"> </w:t>
      </w:r>
      <w:r>
        <w:rPr>
          <w:b w:val="0"/>
          <w:i w:val="0"/>
          <w:smallCaps w:val="0"/>
          <w:strike w:val="0"/>
          <w:sz w:val="16"/>
          <w:u w:val="none"/>
        </w:rPr>
        <w:t>it. A loss of a commons is a loss of a community.</w:t>
      </w:r>
      <w:r>
        <w:rPr>
          <w:b w:val="0"/>
          <w:i w:val="0"/>
          <w:smallCaps w:val="0"/>
          <w:strike w:val="0"/>
          <w:sz w:val="12"/>
          <w:u w:val="none"/>
        </w:rPr>
        <w:t xml:space="preserve"> </w:t>
      </w:r>
      <w:r>
        <w:rPr>
          <w:b w:val="0"/>
          <w:i w:val="0"/>
          <w:smallCaps w:val="0"/>
          <w:strike w:val="0"/>
          <w:sz w:val="20"/>
          <w:u w:val="single"/>
        </w:rPr>
        <w:t>In many people’s minds, the loss of commons is inevitable. This misunderstanding has come from</w:t>
      </w:r>
      <w:r>
        <w:rPr>
          <w:b w:val="0"/>
          <w:i w:val="0"/>
          <w:smallCaps w:val="0"/>
          <w:strike w:val="0"/>
          <w:sz w:val="16"/>
          <w:u w:val="none"/>
        </w:rPr>
        <w:t xml:space="preserve"> an</w:t>
      </w:r>
      <w:r>
        <w:rPr>
          <w:b w:val="0"/>
          <w:i w:val="0"/>
          <w:smallCaps w:val="0"/>
          <w:strike w:val="0"/>
          <w:sz w:val="12"/>
          <w:u w:val="none"/>
        </w:rPr>
        <w:t xml:space="preserve"> </w:t>
      </w:r>
      <w:r>
        <w:rPr>
          <w:b w:val="0"/>
          <w:i w:val="0"/>
          <w:smallCaps w:val="0"/>
          <w:strike w:val="0"/>
          <w:sz w:val="16"/>
          <w:u w:val="none"/>
        </w:rPr>
        <w:t>influential article written in 1968 by Garrett Hardin.3</w:t>
      </w:r>
      <w:r>
        <w:rPr>
          <w:b w:val="0"/>
          <w:i w:val="0"/>
          <w:smallCaps w:val="0"/>
          <w:strike w:val="0"/>
          <w:sz w:val="12"/>
          <w:u w:val="none"/>
        </w:rPr>
        <w:t xml:space="preserve"> </w:t>
      </w:r>
      <w:r>
        <w:rPr>
          <w:b w:val="0"/>
          <w:i w:val="0"/>
          <w:smallCaps w:val="0"/>
          <w:strike w:val="0"/>
          <w:sz w:val="16"/>
          <w:u w:val="none"/>
        </w:rPr>
        <w:t xml:space="preserve">Hardin introduced </w:t>
      </w:r>
      <w:r>
        <w:rPr>
          <w:b/>
          <w:i w:val="0"/>
          <w:smallCaps w:val="0"/>
          <w:strike w:val="0"/>
          <w:sz w:val="20"/>
          <w:u w:val="single"/>
        </w:rPr>
        <w:t>the phrase “the tragedy of the commons</w:t>
      </w:r>
      <w:r>
        <w:rPr>
          <w:b w:val="0"/>
          <w:i w:val="0"/>
          <w:smallCaps w:val="0"/>
          <w:strike w:val="0"/>
          <w:sz w:val="16"/>
          <w:u w:val="none"/>
        </w:rPr>
        <w:t>” through the example of a pasture that is</w:t>
      </w:r>
      <w:r>
        <w:rPr>
          <w:b w:val="0"/>
          <w:i w:val="0"/>
          <w:smallCaps w:val="0"/>
          <w:strike w:val="0"/>
          <w:sz w:val="12"/>
          <w:u w:val="none"/>
        </w:rPr>
        <w:t xml:space="preserve"> </w:t>
      </w:r>
      <w:r>
        <w:rPr>
          <w:b w:val="0"/>
          <w:i w:val="0"/>
          <w:smallCaps w:val="0"/>
          <w:strike w:val="0"/>
          <w:sz w:val="16"/>
          <w:u w:val="none"/>
        </w:rPr>
        <w:t xml:space="preserve">used by </w:t>
      </w:r>
      <w:r>
        <w:rPr>
          <w:b w:val="0"/>
          <w:i w:val="0"/>
          <w:smallCaps w:val="0"/>
          <w:strike w:val="0"/>
          <w:sz w:val="16"/>
          <w:u w:val="none"/>
        </w:rPr>
        <w:t>a number of</w:t>
      </w:r>
      <w:r>
        <w:rPr>
          <w:b w:val="0"/>
          <w:i w:val="0"/>
          <w:smallCaps w:val="0"/>
          <w:strike w:val="0"/>
          <w:sz w:val="16"/>
          <w:u w:val="none"/>
        </w:rPr>
        <w:t xml:space="preserve"> herdsmen. Each herdsman keeps adding more and more animals to his own herd </w:t>
      </w:r>
      <w:r>
        <w:rPr>
          <w:b w:val="0"/>
          <w:i w:val="0"/>
          <w:smallCaps w:val="0"/>
          <w:strike w:val="0"/>
          <w:sz w:val="16"/>
          <w:u w:val="none"/>
        </w:rPr>
        <w:t>in order to</w:t>
      </w:r>
      <w:r>
        <w:rPr>
          <w:b w:val="0"/>
          <w:i w:val="0"/>
          <w:smallCaps w:val="0"/>
          <w:strike w:val="0"/>
          <w:sz w:val="16"/>
          <w:u w:val="none"/>
        </w:rPr>
        <w:t xml:space="preserve"> maximize</w:t>
      </w:r>
      <w:r>
        <w:rPr>
          <w:b w:val="0"/>
          <w:i w:val="0"/>
          <w:smallCaps w:val="0"/>
          <w:strike w:val="0"/>
          <w:sz w:val="12"/>
          <w:u w:val="none"/>
        </w:rPr>
        <w:t xml:space="preserve"> </w:t>
      </w:r>
      <w:r>
        <w:rPr>
          <w:b w:val="0"/>
          <w:i w:val="0"/>
          <w:smallCaps w:val="0"/>
          <w:strike w:val="0"/>
          <w:sz w:val="16"/>
          <w:u w:val="none"/>
        </w:rPr>
        <w:t xml:space="preserve">returns. But as each herd gets bigger and bigger, the commons </w:t>
      </w:r>
      <w:r>
        <w:rPr>
          <w:b w:val="0"/>
          <w:i w:val="0"/>
          <w:smallCaps w:val="0"/>
          <w:strike w:val="0"/>
          <w:sz w:val="16"/>
          <w:u w:val="none"/>
        </w:rPr>
        <w:t>becomes</w:t>
      </w:r>
      <w:r>
        <w:rPr>
          <w:b w:val="0"/>
          <w:i w:val="0"/>
          <w:smallCaps w:val="0"/>
          <w:strike w:val="0"/>
          <w:sz w:val="12"/>
          <w:u w:val="none"/>
        </w:rPr>
        <w:t xml:space="preserve"> </w:t>
      </w:r>
      <w:r>
        <w:rPr>
          <w:b w:val="0"/>
          <w:i w:val="0"/>
          <w:smallCaps w:val="0"/>
          <w:strike w:val="0"/>
          <w:sz w:val="16"/>
          <w:u w:val="none"/>
        </w:rPr>
        <w:t xml:space="preserve">more and more degraded until it collapses. </w:t>
      </w:r>
      <w:r>
        <w:rPr>
          <w:b w:val="0"/>
          <w:i w:val="0"/>
          <w:smallCaps w:val="0"/>
          <w:strike w:val="0"/>
          <w:sz w:val="20"/>
          <w:u w:val="single"/>
        </w:rPr>
        <w:t>According to Hardin, the tragedy of the commons is inevitable, because people act in their own self-interest</w:t>
      </w:r>
      <w:r>
        <w:rPr>
          <w:b w:val="0"/>
          <w:i w:val="0"/>
          <w:smallCaps w:val="0"/>
          <w:strike w:val="0"/>
          <w:sz w:val="16"/>
          <w:u w:val="none"/>
        </w:rPr>
        <w:t xml:space="preserve"> without regard to the impact of their actions on others.</w:t>
      </w:r>
      <w:r>
        <w:rPr>
          <w:b w:val="0"/>
          <w:i w:val="0"/>
          <w:smallCaps w:val="0"/>
          <w:strike w:val="0"/>
          <w:sz w:val="12"/>
          <w:u w:val="none"/>
        </w:rPr>
        <w:t xml:space="preserve"> </w:t>
      </w:r>
      <w:r>
        <w:rPr>
          <w:b w:val="0"/>
          <w:i w:val="0"/>
          <w:smallCaps w:val="0"/>
          <w:strike w:val="0"/>
          <w:sz w:val="16"/>
          <w:u w:val="none"/>
        </w:rPr>
        <w:t>But it turns out that this presumed inevitability is far from the</w:t>
      </w:r>
      <w:r>
        <w:rPr>
          <w:b w:val="0"/>
          <w:i w:val="0"/>
          <w:smallCaps w:val="0"/>
          <w:strike w:val="0"/>
          <w:sz w:val="12"/>
          <w:u w:val="none"/>
        </w:rPr>
        <w:t xml:space="preserve"> </w:t>
      </w:r>
      <w:r>
        <w:rPr>
          <w:b w:val="0"/>
          <w:i w:val="0"/>
          <w:smallCaps w:val="0"/>
          <w:strike w:val="0"/>
          <w:sz w:val="16"/>
          <w:u w:val="none"/>
        </w:rPr>
        <w:t xml:space="preserve">case. </w:t>
      </w:r>
      <w:r>
        <w:rPr>
          <w:b w:val="0"/>
          <w:i w:val="0"/>
          <w:smallCaps w:val="0"/>
          <w:strike w:val="0"/>
          <w:sz w:val="20"/>
          <w:u w:val="single"/>
        </w:rPr>
        <w:t>Researchers</w:t>
      </w:r>
      <w:r>
        <w:rPr>
          <w:b w:val="0"/>
          <w:i w:val="0"/>
          <w:smallCaps w:val="0"/>
          <w:strike w:val="0"/>
          <w:sz w:val="16"/>
          <w:u w:val="none"/>
        </w:rPr>
        <w:t xml:space="preserve"> like the late Elinor Ostrom (the first woman awarded</w:t>
      </w:r>
      <w:r>
        <w:rPr>
          <w:b w:val="0"/>
          <w:i w:val="0"/>
          <w:smallCaps w:val="0"/>
          <w:strike w:val="0"/>
          <w:sz w:val="12"/>
          <w:u w:val="none"/>
        </w:rPr>
        <w:t xml:space="preserve"> </w:t>
      </w:r>
      <w:r>
        <w:rPr>
          <w:b w:val="0"/>
          <w:i w:val="0"/>
          <w:smallCaps w:val="0"/>
          <w:strike w:val="0"/>
          <w:sz w:val="16"/>
          <w:u w:val="none"/>
        </w:rPr>
        <w:t>the Nobel Prize in Economic Sciences, in 2009)</w:t>
      </w:r>
      <w:r>
        <w:rPr>
          <w:b w:val="0"/>
          <w:i w:val="0"/>
          <w:smallCaps w:val="0"/>
          <w:strike w:val="0"/>
          <w:sz w:val="12"/>
          <w:u w:val="none"/>
        </w:rPr>
        <w:t xml:space="preserve"> </w:t>
      </w:r>
      <w:r>
        <w:rPr>
          <w:b w:val="0"/>
          <w:i w:val="0"/>
          <w:smallCaps w:val="0"/>
          <w:strike w:val="0"/>
          <w:sz w:val="20"/>
          <w:u w:val="single"/>
        </w:rPr>
        <w:t xml:space="preserve">have shown that across the globe </w:t>
      </w:r>
      <w:r>
        <w:rPr>
          <w:b/>
          <w:i w:val="0"/>
          <w:smallCaps w:val="0"/>
          <w:strike w:val="0"/>
          <w:sz w:val="20"/>
          <w:u w:val="single"/>
        </w:rPr>
        <w:t>commons</w:t>
      </w:r>
      <w:r>
        <w:rPr>
          <w:b w:val="0"/>
          <w:i w:val="0"/>
          <w:smallCaps w:val="0"/>
          <w:strike w:val="0"/>
          <w:sz w:val="20"/>
          <w:u w:val="single"/>
        </w:rPr>
        <w:t xml:space="preserve"> have existed for thousands of years without collapsing</w:t>
      </w:r>
      <w:r>
        <w:rPr>
          <w:b w:val="0"/>
          <w:i w:val="0"/>
          <w:smallCaps w:val="0"/>
          <w:strike w:val="0"/>
          <w:sz w:val="16"/>
          <w:u w:val="none"/>
        </w:rPr>
        <w:t xml:space="preserve">. </w:t>
      </w:r>
      <w:r>
        <w:rPr>
          <w:b w:val="0"/>
          <w:i w:val="0"/>
          <w:smallCaps w:val="0"/>
          <w:strike w:val="0"/>
          <w:sz w:val="20"/>
          <w:u w:val="single"/>
        </w:rPr>
        <w:t xml:space="preserve">These commons have been successfully maintained and managed by the communities they support. Rules of use and access and protocols for care and responsibility have been devised to ensure that people act responsibly </w:t>
      </w:r>
      <w:r>
        <w:rPr>
          <w:b w:val="0"/>
          <w:i w:val="0"/>
          <w:smallCaps w:val="0"/>
          <w:strike w:val="0"/>
          <w:sz w:val="20"/>
          <w:u w:val="single"/>
        </w:rPr>
        <w:t>with regard to</w:t>
      </w:r>
      <w:r>
        <w:rPr>
          <w:b w:val="0"/>
          <w:i w:val="0"/>
          <w:smallCaps w:val="0"/>
          <w:strike w:val="0"/>
          <w:sz w:val="20"/>
          <w:u w:val="single"/>
        </w:rPr>
        <w:t xml:space="preserve"> each other and the environment</w:t>
      </w:r>
      <w:r>
        <w:rPr>
          <w:b w:val="0"/>
          <w:i w:val="0"/>
          <w:smallCaps w:val="0"/>
          <w:strike w:val="0"/>
          <w:sz w:val="16"/>
          <w:u w:val="none"/>
        </w:rPr>
        <w:t xml:space="preserve">. </w:t>
      </w:r>
      <w:r>
        <w:rPr>
          <w:b/>
          <w:i w:val="0"/>
          <w:smallCaps w:val="0"/>
          <w:strike w:val="0"/>
          <w:sz w:val="20"/>
          <w:u w:val="single"/>
        </w:rPr>
        <w:t>It is only when these rules and protocols are absent that tragedy results</w:t>
      </w:r>
      <w:r>
        <w:rPr>
          <w:b w:val="0"/>
          <w:i w:val="0"/>
          <w:smallCaps w:val="0"/>
          <w:strike w:val="0"/>
          <w:sz w:val="16"/>
          <w:u w:val="none"/>
        </w:rPr>
        <w:t>. Indeed, Hardin</w:t>
      </w:r>
      <w:r>
        <w:rPr>
          <w:b w:val="0"/>
          <w:i w:val="0"/>
          <w:smallCaps w:val="0"/>
          <w:strike w:val="0"/>
          <w:sz w:val="12"/>
          <w:u w:val="none"/>
        </w:rPr>
        <w:t xml:space="preserve"> </w:t>
      </w:r>
      <w:r>
        <w:rPr>
          <w:b w:val="0"/>
          <w:i w:val="0"/>
          <w:smallCaps w:val="0"/>
          <w:strike w:val="0"/>
          <w:sz w:val="16"/>
          <w:u w:val="none"/>
        </w:rPr>
        <w:t>revised his original paper in a statement he</w:t>
      </w:r>
      <w:r>
        <w:rPr>
          <w:b w:val="0"/>
          <w:i w:val="0"/>
          <w:smallCaps w:val="0"/>
          <w:strike w:val="0"/>
          <w:sz w:val="12"/>
          <w:u w:val="none"/>
        </w:rPr>
        <w:t xml:space="preserve"> </w:t>
      </w:r>
      <w:r>
        <w:rPr>
          <w:b w:val="0"/>
          <w:i w:val="0"/>
          <w:smallCaps w:val="0"/>
          <w:strike w:val="0"/>
          <w:sz w:val="16"/>
          <w:u w:val="none"/>
        </w:rPr>
        <w:t>made in 1998 pointing out that he had omitted a key adjective and that</w:t>
      </w:r>
      <w:r>
        <w:rPr>
          <w:b w:val="0"/>
          <w:i w:val="0"/>
          <w:smallCaps w:val="0"/>
          <w:strike w:val="0"/>
          <w:sz w:val="12"/>
          <w:u w:val="none"/>
        </w:rPr>
        <w:t xml:space="preserve"> </w:t>
      </w:r>
      <w:r>
        <w:rPr>
          <w:b w:val="0"/>
          <w:i w:val="0"/>
          <w:smallCaps w:val="0"/>
          <w:strike w:val="0"/>
          <w:sz w:val="16"/>
          <w:u w:val="none"/>
        </w:rPr>
        <w:t xml:space="preserve">the tragedy of which he had previously written is one of an </w:t>
      </w:r>
      <w:r>
        <w:rPr>
          <w:b w:val="0"/>
          <w:i w:val="0"/>
          <w:smallCaps w:val="0"/>
          <w:strike w:val="0"/>
          <w:sz w:val="16"/>
          <w:u w:val="none"/>
        </w:rPr>
        <w:t>unmanaged</w:t>
      </w:r>
      <w:r>
        <w:rPr>
          <w:b w:val="0"/>
          <w:i w:val="0"/>
          <w:smallCaps w:val="0"/>
          <w:strike w:val="0"/>
          <w:sz w:val="12"/>
          <w:u w:val="none"/>
        </w:rPr>
        <w:t xml:space="preserve"> </w:t>
      </w:r>
      <w:r>
        <w:rPr>
          <w:b w:val="0"/>
          <w:i w:val="0"/>
          <w:smallCaps w:val="0"/>
          <w:strike w:val="0"/>
          <w:sz w:val="16"/>
          <w:u w:val="none"/>
        </w:rPr>
        <w:t>commons</w:t>
      </w:r>
      <w:r>
        <w:rPr>
          <w:b w:val="0"/>
          <w:i w:val="0"/>
          <w:smallCaps w:val="0"/>
          <w:strike w:val="0"/>
          <w:sz w:val="16"/>
          <w:u w:val="none"/>
        </w:rPr>
        <w:t>.</w:t>
      </w:r>
      <w:r>
        <w:rPr>
          <w:b w:val="0"/>
          <w:i w:val="0"/>
          <w:smallCaps w:val="0"/>
          <w:strike w:val="0"/>
          <w:sz w:val="12"/>
          <w:u w:val="none"/>
        </w:rPr>
        <w:t xml:space="preserve"> </w:t>
      </w:r>
      <w:r>
        <w:rPr>
          <w:b w:val="0"/>
          <w:i w:val="0"/>
          <w:smallCaps w:val="0"/>
          <w:strike w:val="0"/>
          <w:sz w:val="16"/>
          <w:u w:val="none"/>
        </w:rPr>
        <w:t xml:space="preserve">Nevertheless, </w:t>
      </w:r>
      <w:r>
        <w:rPr>
          <w:b w:val="0"/>
          <w:i w:val="0"/>
          <w:smallCaps w:val="0"/>
          <w:strike w:val="0"/>
          <w:sz w:val="20"/>
          <w:u w:val="single"/>
        </w:rPr>
        <w:t>the idea of the tragedy of the commons</w:t>
      </w:r>
      <w:r>
        <w:rPr>
          <w:b w:val="0"/>
          <w:i w:val="0"/>
          <w:smallCaps w:val="0"/>
          <w:strike w:val="0"/>
          <w:sz w:val="16"/>
          <w:u w:val="none"/>
        </w:rPr>
        <w:t xml:space="preserve"> has stuck.</w:t>
      </w:r>
      <w:r>
        <w:rPr>
          <w:b w:val="0"/>
          <w:i w:val="0"/>
          <w:smallCaps w:val="0"/>
          <w:strike w:val="0"/>
          <w:sz w:val="12"/>
          <w:u w:val="none"/>
        </w:rPr>
        <w:t xml:space="preserve"> </w:t>
      </w:r>
      <w:r>
        <w:rPr>
          <w:b w:val="0"/>
          <w:i w:val="0"/>
          <w:smallCaps w:val="0"/>
          <w:strike w:val="0"/>
          <w:sz w:val="16"/>
          <w:u w:val="none"/>
        </w:rPr>
        <w:t xml:space="preserve">And the phrase </w:t>
      </w:r>
      <w:r>
        <w:rPr>
          <w:b w:val="0"/>
          <w:i w:val="0"/>
          <w:smallCaps w:val="0"/>
          <w:strike w:val="0"/>
          <w:sz w:val="20"/>
          <w:u w:val="single"/>
        </w:rPr>
        <w:t>has</w:t>
      </w:r>
      <w:r>
        <w:rPr>
          <w:b w:val="0"/>
          <w:i w:val="0"/>
          <w:smallCaps w:val="0"/>
          <w:strike w:val="0"/>
          <w:sz w:val="16"/>
          <w:u w:val="none"/>
        </w:rPr>
        <w:t xml:space="preserve"> </w:t>
      </w:r>
      <w:r>
        <w:rPr>
          <w:b w:val="0"/>
          <w:i w:val="0"/>
          <w:smallCaps w:val="0"/>
          <w:strike w:val="0"/>
          <w:sz w:val="20"/>
          <w:u w:val="single"/>
        </w:rPr>
        <w:t>been used</w:t>
      </w:r>
      <w:r>
        <w:rPr>
          <w:b w:val="0"/>
          <w:i w:val="0"/>
          <w:smallCaps w:val="0"/>
          <w:strike w:val="0"/>
          <w:sz w:val="16"/>
          <w:u w:val="none"/>
        </w:rPr>
        <w:t xml:space="preserve"> ever since </w:t>
      </w:r>
      <w:r>
        <w:rPr>
          <w:b w:val="0"/>
          <w:i w:val="0"/>
          <w:smallCaps w:val="0"/>
          <w:strike w:val="0"/>
          <w:sz w:val="20"/>
          <w:u w:val="single"/>
        </w:rPr>
        <w:t>to legitimize privatization and the ideology that resources are best placed in the hands of private owners who will manage them wisely so the owners can reap the rewards</w:t>
      </w:r>
      <w:r>
        <w:rPr>
          <w:b w:val="0"/>
          <w:i w:val="0"/>
          <w:smallCaps w:val="0"/>
          <w:strike w:val="0"/>
          <w:sz w:val="16"/>
          <w:u w:val="none"/>
        </w:rPr>
        <w:t>.</w:t>
      </w:r>
      <w:r>
        <w:rPr>
          <w:b w:val="0"/>
          <w:i w:val="0"/>
          <w:smallCaps w:val="0"/>
          <w:strike w:val="0"/>
          <w:sz w:val="12"/>
          <w:u w:val="none"/>
        </w:rPr>
        <w:t xml:space="preserve"> </w:t>
      </w:r>
      <w:r>
        <w:rPr>
          <w:b w:val="0"/>
          <w:i w:val="0"/>
          <w:smallCaps w:val="0"/>
          <w:strike w:val="0"/>
          <w:sz w:val="20"/>
          <w:u w:val="single"/>
        </w:rPr>
        <w:t>If we want to take back the economy for people and the planet</w:t>
      </w:r>
      <w:r>
        <w:rPr>
          <w:b w:val="0"/>
          <w:i w:val="0"/>
          <w:smallCaps w:val="0"/>
          <w:strike w:val="0"/>
          <w:sz w:val="16"/>
          <w:u w:val="none"/>
        </w:rPr>
        <w:t xml:space="preserve">, </w:t>
      </w:r>
      <w:r>
        <w:rPr>
          <w:b w:val="0"/>
          <w:i w:val="0"/>
          <w:smallCaps w:val="0"/>
          <w:strike w:val="0"/>
          <w:sz w:val="20"/>
          <w:u w:val="single"/>
        </w:rPr>
        <w:t xml:space="preserve">we need to </w:t>
      </w:r>
      <w:r>
        <w:rPr>
          <w:b/>
          <w:i w:val="0"/>
          <w:smallCaps w:val="0"/>
          <w:strike w:val="0"/>
          <w:sz w:val="20"/>
          <w:u w:val="single"/>
        </w:rPr>
        <w:t>reconsider property</w:t>
      </w:r>
      <w:r>
        <w:rPr>
          <w:b w:val="0"/>
          <w:i w:val="0"/>
          <w:smallCaps w:val="0"/>
          <w:strike w:val="0"/>
          <w:sz w:val="20"/>
          <w:u w:val="single"/>
        </w:rPr>
        <w:t xml:space="preserve"> as a relationship between people with respect to things</w:t>
      </w:r>
      <w:r>
        <w:rPr>
          <w:b w:val="0"/>
          <w:i w:val="0"/>
          <w:smallCaps w:val="0"/>
          <w:strike w:val="0"/>
          <w:sz w:val="16"/>
          <w:u w:val="none"/>
        </w:rPr>
        <w:t xml:space="preserve">. All forms of </w:t>
      </w:r>
      <w:r>
        <w:rPr>
          <w:b/>
          <w:i w:val="0"/>
          <w:smallCaps w:val="0"/>
          <w:strike w:val="0"/>
          <w:sz w:val="20"/>
          <w:u w:val="single"/>
        </w:rPr>
        <w:t>property can be</w:t>
      </w:r>
      <w:r>
        <w:rPr>
          <w:b w:val="0"/>
          <w:i w:val="0"/>
          <w:smallCaps w:val="0"/>
          <w:strike w:val="0"/>
          <w:sz w:val="16"/>
          <w:u w:val="none"/>
        </w:rPr>
        <w:t xml:space="preserve"> potential </w:t>
      </w:r>
      <w:r>
        <w:rPr>
          <w:b/>
          <w:i w:val="0"/>
          <w:smallCaps w:val="0"/>
          <w:strike w:val="0"/>
          <w:sz w:val="20"/>
          <w:u w:val="single"/>
        </w:rPr>
        <w:t>commons</w:t>
      </w:r>
      <w:r>
        <w:rPr>
          <w:b w:val="0"/>
          <w:i w:val="0"/>
          <w:smallCaps w:val="0"/>
          <w:strike w:val="0"/>
          <w:sz w:val="16"/>
          <w:u w:val="none"/>
        </w:rPr>
        <w:t xml:space="preserve">. </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