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DATA</w:t>
      </w:r>
      <w:r>
        <w:rPr>
          <w:b/>
          <w:i w:val="0"/>
          <w:smallCaps w:val="0"/>
          <w:strike w:val="0"/>
          <w:sz w:val="26"/>
          <w:u w:val="none"/>
        </w:rPr>
        <w:t xml:space="preserve">---Patent applications </w:t>
      </w:r>
      <w:r>
        <w:rPr>
          <w:b/>
          <w:i w:val="0"/>
          <w:smallCaps w:val="0"/>
          <w:strike w:val="0"/>
          <w:sz w:val="26"/>
          <w:u w:val="single"/>
        </w:rPr>
        <w:t>down now</w:t>
      </w:r>
      <w:r>
        <w:rPr>
          <w:b/>
          <w:i w:val="0"/>
          <w:smallCaps w:val="0"/>
          <w:strike w:val="0"/>
          <w:sz w:val="26"/>
          <w:u w:val="none"/>
        </w:rPr>
        <w:t>---data.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Gzybowski</w:t>
      </w:r>
      <w:r>
        <w:rPr>
          <w:b/>
          <w:i w:val="0"/>
          <w:smallCaps w:val="0"/>
          <w:strike w:val="0"/>
          <w:sz w:val="26"/>
          <w:u w:val="none"/>
        </w:rPr>
        <w:t>’ 22</w:t>
      </w:r>
      <w:r>
        <w:rPr>
          <w:b w:val="0"/>
          <w:i w:val="0"/>
          <w:smallCaps w:val="0"/>
          <w:strike w:val="0"/>
          <w:u w:val="none"/>
        </w:rPr>
        <w:t xml:space="preserve"> [Michael; Michael S. </w:t>
      </w:r>
      <w:r>
        <w:rPr>
          <w:b w:val="0"/>
          <w:i w:val="0"/>
          <w:smallCaps w:val="0"/>
          <w:strike w:val="0"/>
          <w:u w:val="none"/>
        </w:rPr>
        <w:t>Gzybowski</w:t>
      </w:r>
      <w:r>
        <w:rPr>
          <w:b w:val="0"/>
          <w:i w:val="0"/>
          <w:smallCaps w:val="0"/>
          <w:strike w:val="0"/>
          <w:u w:val="none"/>
        </w:rPr>
        <w:t xml:space="preserve"> is Senior Counsel in Dykema’s Intellectual Property and Litigation Practice groups; “It’s Not Just COVID: Understanding the Drop in U.S. Patent Application Filings,” IP Watchdog, https://ipwatchdog.com/2022/02/09/its-not-just-covid-understanding-the-drop-in-u-s-patent-application-filings/id=145491/#,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At the same time,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was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2%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number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U.S.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filed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2020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 minor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drop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0.4%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patent applications filed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2021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according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preliminary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data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