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 protection </w:t>
      </w:r>
      <w:r>
        <w:rPr>
          <w:b/>
          <w:i w:val="0"/>
          <w:smallCaps w:val="0"/>
          <w:strike w:val="0"/>
          <w:sz w:val="26"/>
          <w:u w:val="none"/>
        </w:rPr>
        <w:t xml:space="preserve">causes </w:t>
      </w:r>
      <w:r>
        <w:rPr>
          <w:b/>
          <w:i w:val="0"/>
          <w:smallCaps w:val="0"/>
          <w:strike w:val="0"/>
          <w:sz w:val="26"/>
          <w:u w:val="single"/>
        </w:rPr>
        <w:t>defensive portfolios</w:t>
      </w:r>
      <w:r>
        <w:rPr>
          <w:b/>
          <w:i w:val="0"/>
          <w:smallCaps w:val="0"/>
          <w:strike w:val="0"/>
          <w:sz w:val="26"/>
          <w:u w:val="none"/>
        </w:rPr>
        <w:t xml:space="preserve"> around inventions to </w:t>
      </w:r>
      <w:r>
        <w:rPr>
          <w:b/>
          <w:i w:val="0"/>
          <w:smallCaps w:val="0"/>
          <w:strike w:val="0"/>
          <w:sz w:val="26"/>
          <w:u w:val="single"/>
        </w:rPr>
        <w:t>foreclose</w:t>
      </w:r>
      <w:r>
        <w:rPr>
          <w:b/>
          <w:i w:val="0"/>
          <w:smallCaps w:val="0"/>
          <w:strike w:val="0"/>
          <w:sz w:val="26"/>
          <w:u w:val="none"/>
        </w:rPr>
        <w:t xml:space="preserve"> competition from </w:t>
      </w:r>
      <w:r>
        <w:rPr>
          <w:b/>
          <w:i w:val="0"/>
          <w:smallCaps w:val="0"/>
          <w:strike w:val="0"/>
          <w:sz w:val="26"/>
          <w:u w:val="single"/>
        </w:rPr>
        <w:t>small</w:t>
      </w:r>
      <w:r>
        <w:rPr>
          <w:b/>
          <w:i w:val="0"/>
          <w:smallCaps w:val="0"/>
          <w:strike w:val="0"/>
          <w:sz w:val="26"/>
          <w:u w:val="none"/>
        </w:rPr>
        <w:t xml:space="preserve"> markets---those </w:t>
      </w:r>
      <w:r>
        <w:rPr>
          <w:b/>
          <w:i w:val="0"/>
          <w:smallCaps w:val="0"/>
          <w:strike w:val="0"/>
          <w:sz w:val="26"/>
          <w:u w:val="single"/>
        </w:rPr>
        <w:t>skyrocket</w:t>
      </w:r>
      <w:r>
        <w:rPr>
          <w:b/>
          <w:i w:val="0"/>
          <w:smallCaps w:val="0"/>
          <w:strike w:val="0"/>
          <w:sz w:val="26"/>
          <w:u w:val="none"/>
        </w:rPr>
        <w:t xml:space="preserve"> applications at the USPTO.</w:t>
      </w:r>
    </w:p>
    <w:p>
      <w:pPr>
        <w:spacing w:after="80"/>
      </w:pPr>
      <w:r>
        <w:rPr>
          <w:b w:val="0"/>
          <w:i w:val="0"/>
          <w:smallCaps w:val="0"/>
          <w:strike w:val="0"/>
          <w:u w:val="none"/>
        </w:rPr>
        <w:t xml:space="preserve">Warren K. </w:t>
      </w:r>
      <w:r>
        <w:rPr>
          <w:b/>
          <w:i w:val="0"/>
          <w:smallCaps w:val="0"/>
          <w:strike w:val="0"/>
          <w:sz w:val="26"/>
          <w:u w:val="none"/>
        </w:rPr>
        <w:t>Mabey</w:t>
      </w:r>
      <w:r>
        <w:rPr>
          <w:b w:val="0"/>
          <w:i w:val="0"/>
          <w:smallCaps w:val="0"/>
          <w:strike w:val="0"/>
          <w:u w:val="none"/>
        </w:rPr>
        <w:t xml:space="preserve">, Jr. </w:t>
      </w:r>
      <w:r>
        <w:rPr>
          <w:b/>
          <w:i w:val="0"/>
          <w:smallCaps w:val="0"/>
          <w:strike w:val="0"/>
          <w:sz w:val="26"/>
          <w:u w:val="none"/>
        </w:rPr>
        <w:t>11</w:t>
      </w:r>
      <w:r>
        <w:rPr>
          <w:b w:val="0"/>
          <w:i w:val="0"/>
          <w:smallCaps w:val="0"/>
          <w:strike w:val="0"/>
          <w:u w:val="none"/>
        </w:rPr>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Pr>
          <w:b w:val="0"/>
          <w:i/>
          <w:smallCaps w:val="0"/>
          <w:strike w:val="0"/>
          <w:u w:val="none"/>
        </w:rPr>
        <w:t>Journal of the Patent and Trademark Office Society, 92(2), 208-282</w:t>
      </w:r>
      <w:r>
        <w:rPr>
          <w:b w:val="0"/>
          <w:i w:val="0"/>
          <w:smallCaps w:val="0"/>
          <w:strike w:val="0"/>
          <w:u w:val="none"/>
        </w:rPr>
        <w:t xml:space="preserve">, </w:t>
      </w:r>
      <w:r>
        <w:rPr>
          <w:b w:val="0"/>
          <w:i w:val="0"/>
          <w:smallCaps w:val="0"/>
          <w:strike w:val="0"/>
          <w:u w:val="none"/>
        </w:rPr>
        <w:t>HeinOnline</w:t>
      </w:r>
      <w:r>
        <w:rPr>
          <w:b w:val="0"/>
          <w:i w:val="0"/>
          <w:smallCaps w:val="0"/>
          <w:strike w:val="0"/>
          <w:u w:val="none"/>
        </w:rPr>
        <w:t xml:space="preserve">, 2011 </w:t>
      </w:r>
    </w:p>
    <w:p>
      <w:pPr>
        <w:spacing w:after="60"/>
      </w:pPr>
      <w:r>
        <w:rPr>
          <w:b w:val="0"/>
          <w:i w:val="0"/>
          <w:smallCaps w:val="0"/>
          <w:strike w:val="0"/>
          <w:u w:val="none"/>
        </w:rPr>
        <w:t>4. Strategic Reasons -</w:t>
      </w:r>
      <w:r>
        <w:rPr>
          <w:b/>
          <w:i w:val="0"/>
          <w:smallCaps w:val="0"/>
          <w:strike w:val="0"/>
          <w:sz w:val="22"/>
          <w:u w:val="single"/>
        </w:rPr>
        <w:t xml:space="preserve"> Patents as Poker Chips &amp; Ballistic Missiles</w:t>
      </w:r>
    </w:p>
    <w:p>
      <w:pPr>
        <w:spacing w:after="60"/>
      </w:pPr>
      <w:r>
        <w:rPr>
          <w:b w:val="0"/>
          <w:i w:val="0"/>
          <w:smallCaps w:val="0"/>
          <w:strike w:val="0"/>
          <w:sz w:val="22"/>
          <w:u w:val="single"/>
        </w:rPr>
        <w:t xml:space="preserve">A shift in the paradigmatic </w:t>
      </w:r>
      <w:r>
        <w:rPr>
          <w:b w:val="0"/>
          <w:i w:val="0"/>
          <w:smallCaps w:val="0"/>
          <w:strike w:val="0"/>
          <w:sz w:val="22"/>
          <w:highlight w:val="cyan"/>
          <w:u w:val="single"/>
        </w:rPr>
        <w:t>value</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w:t>
      </w:r>
      <w:r>
        <w:rPr>
          <w:b w:val="0"/>
          <w:i w:val="0"/>
          <w:smallCaps w:val="0"/>
          <w:strike w:val="0"/>
          <w:sz w:val="22"/>
          <w:highlight w:val="cyan"/>
          <w:u w:val="single"/>
        </w:rPr>
        <w:t>patents</w:t>
      </w:r>
      <w:r>
        <w:rPr>
          <w:b w:val="0"/>
          <w:i w:val="0"/>
          <w:smallCaps w:val="0"/>
          <w:strike w:val="0"/>
          <w:u w:val="none"/>
        </w:rPr>
        <w:t xml:space="preserve"> has also </w:t>
      </w:r>
      <w:r>
        <w:rPr>
          <w:b w:val="0"/>
          <w:i w:val="0"/>
          <w:smallCaps w:val="0"/>
          <w:strike w:val="0"/>
          <w:sz w:val="22"/>
          <w:highlight w:val="cyan"/>
          <w:u w:val="single"/>
        </w:rPr>
        <w:t>increased</w:t>
      </w:r>
      <w:r>
        <w:rPr>
          <w:b w:val="0"/>
          <w:i w:val="0"/>
          <w:smallCaps w:val="0"/>
          <w:strike w:val="0"/>
          <w:sz w:val="22"/>
          <w:u w:val="single"/>
        </w:rPr>
        <w:t xml:space="preserve"> the number of </w:t>
      </w:r>
      <w:r>
        <w:rPr>
          <w:b/>
          <w:i w:val="0"/>
          <w:smallCaps w:val="0"/>
          <w:strike w:val="0"/>
          <w:sz w:val="22"/>
          <w:highlight w:val="cyan"/>
          <w:u w:val="single"/>
        </w:rPr>
        <w:t>applications</w:t>
      </w:r>
      <w:r>
        <w:rPr>
          <w:b w:val="0"/>
          <w:i w:val="0"/>
          <w:smallCaps w:val="0"/>
          <w:strike w:val="0"/>
          <w:sz w:val="22"/>
          <w:u w:val="single"/>
        </w:rPr>
        <w:t xml:space="preserve">. </w:t>
      </w:r>
      <w:r>
        <w:rPr>
          <w:b w:val="0"/>
          <w:i w:val="0"/>
          <w:smallCaps w:val="0"/>
          <w:strike w:val="0"/>
          <w:u w:val="none"/>
        </w:rPr>
        <w:t xml:space="preserve">Traditionally, </w:t>
      </w:r>
      <w:r>
        <w:rPr>
          <w:b w:val="0"/>
          <w:i w:val="0"/>
          <w:smallCaps w:val="0"/>
          <w:strike w:val="0"/>
          <w:sz w:val="22"/>
          <w:u w:val="single"/>
        </w:rPr>
        <w:t>the patent grant has been recognized as "an efficient method of enabling the benefits of research and development to be internalized,</w:t>
      </w:r>
      <w:r>
        <w:rPr>
          <w:b w:val="0"/>
          <w:i w:val="0"/>
          <w:smallCaps w:val="0"/>
          <w:strike w:val="0"/>
          <w:u w:val="none"/>
        </w:rPr>
        <w:t xml:space="preserve"> this promoting innovation and technological progress.""'9 However, </w:t>
      </w:r>
      <w:r>
        <w:rPr>
          <w:b w:val="0"/>
          <w:i w:val="0"/>
          <w:smallCaps w:val="0"/>
          <w:strike w:val="0"/>
          <w:sz w:val="22"/>
          <w:u w:val="single"/>
        </w:rPr>
        <w:t>patents are often sought for reasons far removed from recouping R&amp;D investment costs</w:t>
      </w:r>
      <w:r>
        <w:rPr>
          <w:b w:val="0"/>
          <w:i w:val="0"/>
          <w:smallCaps w:val="0"/>
          <w:strike w:val="0"/>
          <w:u w:val="none"/>
        </w:rPr>
        <w:t xml:space="preserve"> and product commercialization. '7Applications are filed for a diverse number of strategic reasons. </w:t>
      </w:r>
      <w:r>
        <w:rPr>
          <w:b w:val="0"/>
          <w:i w:val="0"/>
          <w:smallCaps w:val="0"/>
          <w:strike w:val="0"/>
          <w:sz w:val="22"/>
          <w:u w:val="single"/>
        </w:rPr>
        <w:t>Patents ar</w:t>
      </w:r>
      <w:r>
        <w:rPr>
          <w:b w:val="0"/>
          <w:i w:val="0"/>
          <w:smallCaps w:val="0"/>
          <w:strike w:val="0"/>
          <w:u w:val="none"/>
        </w:rPr>
        <w:t xml:space="preserve">e routinely </w:t>
      </w:r>
      <w:r>
        <w:rPr>
          <w:b w:val="0"/>
          <w:i w:val="0"/>
          <w:smallCaps w:val="0"/>
          <w:strike w:val="0"/>
          <w:sz w:val="22"/>
          <w:u w:val="single"/>
        </w:rPr>
        <w:t xml:space="preserve">treated as poker chips, </w:t>
      </w:r>
      <w:r>
        <w:rPr>
          <w:b w:val="0"/>
          <w:i w:val="0"/>
          <w:smallCaps w:val="0"/>
          <w:strike w:val="0"/>
          <w:u w:val="none"/>
        </w:rPr>
        <w:t xml:space="preserve">facilitating the bargaining for technology necessitated by the interdependence of the Information Age. In </w:t>
      </w:r>
      <w:r>
        <w:rPr>
          <w:b w:val="0"/>
          <w:i w:val="0"/>
          <w:smallCaps w:val="0"/>
          <w:strike w:val="0"/>
          <w:u w:val="none"/>
        </w:rPr>
        <w:t>addi-tion</w:t>
      </w:r>
      <w:r>
        <w:rPr>
          <w:b w:val="0"/>
          <w:i w:val="0"/>
          <w:smallCaps w:val="0"/>
          <w:strike w:val="0"/>
          <w:u w:val="none"/>
        </w:rPr>
        <w:t xml:space="preserve">, </w:t>
      </w:r>
      <w:r>
        <w:rPr>
          <w:b w:val="0"/>
          <w:i w:val="0"/>
          <w:smallCaps w:val="0"/>
          <w:strike w:val="0"/>
          <w:sz w:val="22"/>
          <w:u w:val="single"/>
        </w:rPr>
        <w:t xml:space="preserve">firms increasingly seek to amass broad and overlapping patent rights </w:t>
      </w:r>
      <w:r>
        <w:rPr>
          <w:b w:val="0"/>
          <w:i w:val="0"/>
          <w:smallCaps w:val="0"/>
          <w:strike w:val="0"/>
          <w:sz w:val="22"/>
          <w:u w:val="single"/>
        </w:rPr>
        <w:t>as a means to</w:t>
      </w:r>
      <w:r>
        <w:rPr>
          <w:b w:val="0"/>
          <w:i w:val="0"/>
          <w:smallCaps w:val="0"/>
          <w:strike w:val="0"/>
          <w:sz w:val="22"/>
          <w:u w:val="single"/>
        </w:rPr>
        <w:t xml:space="preserve"> threaten competitors when bargaining fails.</w:t>
      </w:r>
    </w:p>
    <w:p>
      <w:pPr>
        <w:spacing w:after="60"/>
      </w:pPr>
      <w:r>
        <w:rPr>
          <w:b w:val="0"/>
          <w:i w:val="0"/>
          <w:smallCaps w:val="0"/>
          <w:strike w:val="0"/>
          <w:u w:val="none"/>
        </w:rPr>
        <w:t xml:space="preserve">There has been a clear shift in the commercial value of information technology and, as a result, the value of patents.' Knowledge is to the 21" century what capital was to the 20' century.172 Fixed material assets are no longer essential to commercial success; access to technology drives progress. During the Industrial Age, one commercial product could easily be covered by one patent. But, in the Information Age, one commercial product may be covered by tens, hundreds, or thousands of patents owned by diverse entities.' Accessing such a degree of technology requires cooperation, often with competitors, to leverage outside knowledge-based resources.' Innovation is the product of </w:t>
      </w:r>
      <w:r>
        <w:rPr>
          <w:b w:val="0"/>
          <w:i w:val="0"/>
          <w:smallCaps w:val="0"/>
          <w:strike w:val="0"/>
          <w:u w:val="none"/>
        </w:rPr>
        <w:t>interdependence.'</w:t>
      </w:r>
      <w:r>
        <w:rPr>
          <w:b w:val="0"/>
          <w:i w:val="0"/>
          <w:smallCaps w:val="0"/>
          <w:strike w:val="0"/>
          <w:u w:val="none"/>
        </w:rPr>
        <w:t>' In many industries, patent licensing arrangements are essential.'"</w:t>
      </w:r>
      <w:r>
        <w:rPr>
          <w:b w:val="0"/>
          <w:i w:val="0"/>
          <w:smallCaps w:val="0"/>
          <w:strike w:val="0"/>
          <w:sz w:val="22"/>
          <w:u w:val="single"/>
        </w:rPr>
        <w:t xml:space="preserve"> Thus, patent holders can derive value from the patent by licensing this exclusive right.'</w:t>
      </w:r>
      <w:r>
        <w:rPr>
          <w:b w:val="0"/>
          <w:i w:val="0"/>
          <w:smallCaps w:val="0"/>
          <w:strike w:val="0"/>
          <w:u w:val="none"/>
        </w:rPr>
        <w:t xml:space="preserve">" Even </w:t>
      </w:r>
      <w:r>
        <w:rPr>
          <w:b w:val="0"/>
          <w:i w:val="0"/>
          <w:smallCaps w:val="0"/>
          <w:strike w:val="0"/>
          <w:sz w:val="22"/>
          <w:u w:val="single"/>
        </w:rPr>
        <w:t>companies who do not practice the patent can still extract financial value through licens-ng.</w:t>
      </w:r>
      <w:r>
        <w:rPr>
          <w:b w:val="0"/>
          <w:i w:val="0"/>
          <w:smallCaps w:val="0"/>
          <w:strike w:val="0"/>
          <w:u w:val="none"/>
        </w:rPr>
        <w:t xml:space="preserve">1 In fact, most patentees are only able to realize the patent's value by collaborating with others.1' </w:t>
      </w:r>
    </w:p>
    <w:p>
      <w:pPr>
        <w:spacing w:after="60"/>
      </w:pPr>
      <w:r>
        <w:rPr>
          <w:b w:val="0"/>
          <w:i w:val="0"/>
          <w:smallCaps w:val="0"/>
          <w:strike w:val="0"/>
          <w:u w:val="none"/>
        </w:rPr>
        <w:t xml:space="preserve">In addition to recovering R&amp;D costs and generating licensing revenue, patents are also valuable as an indicator of firm health and staff performance, a means to access capital investment, and </w:t>
      </w:r>
      <w:r>
        <w:rPr>
          <w:b w:val="0"/>
          <w:i w:val="0"/>
          <w:smallCaps w:val="0"/>
          <w:strike w:val="0"/>
          <w:u w:val="none"/>
        </w:rPr>
        <w:t>as a means to</w:t>
      </w:r>
      <w:r>
        <w:rPr>
          <w:b w:val="0"/>
          <w:i w:val="0"/>
          <w:smallCaps w:val="0"/>
          <w:strike w:val="0"/>
          <w:u w:val="none"/>
        </w:rPr>
        <w:t xml:space="preserve"> protect market position.'" </w:t>
      </w:r>
      <w:r>
        <w:rPr>
          <w:b w:val="0"/>
          <w:i w:val="0"/>
          <w:smallCaps w:val="0"/>
          <w:strike w:val="0"/>
          <w:sz w:val="22"/>
          <w:u w:val="single"/>
        </w:rPr>
        <w:t>Patents</w:t>
      </w:r>
      <w:r>
        <w:rPr>
          <w:b w:val="0"/>
          <w:i w:val="0"/>
          <w:smallCaps w:val="0"/>
          <w:strike w:val="0"/>
          <w:u w:val="none"/>
        </w:rPr>
        <w:t xml:space="preserve">, like poker chips, </w:t>
      </w:r>
      <w:r>
        <w:rPr>
          <w:b w:val="0"/>
          <w:i w:val="0"/>
          <w:smallCaps w:val="0"/>
          <w:strike w:val="0"/>
          <w:sz w:val="22"/>
          <w:u w:val="single"/>
        </w:rPr>
        <w:t>can be used as a status symbol, a necessary buy-in to a revenue stream</w:t>
      </w:r>
      <w:r>
        <w:rPr>
          <w:b w:val="0"/>
          <w:i w:val="0"/>
          <w:smallCaps w:val="0"/>
          <w:strike w:val="0"/>
          <w:u w:val="none"/>
        </w:rPr>
        <w:t xml:space="preserve">, or simply cashed in for monetary value. Innovators need access to patented information. As a player's patent portfolio grows, its relative bargaining power at the table over others who need access to the information grows. </w:t>
      </w:r>
    </w:p>
    <w:p>
      <w:pPr>
        <w:spacing w:after="60"/>
      </w:pPr>
      <w:r>
        <w:rPr>
          <w:b w:val="0"/>
          <w:i w:val="0"/>
          <w:smallCaps w:val="0"/>
          <w:strike w:val="0"/>
          <w:sz w:val="22"/>
          <w:u w:val="single"/>
        </w:rPr>
        <w:t xml:space="preserve">Therefore, patents serve an important part in commercial negotiations. There is a constant struggle to gain more </w:t>
      </w:r>
      <w:r>
        <w:rPr>
          <w:b w:val="0"/>
          <w:i w:val="0"/>
          <w:smallCaps w:val="0"/>
          <w:strike w:val="0"/>
          <w:sz w:val="22"/>
          <w:u w:val="single"/>
        </w:rPr>
        <w:t>chips;</w:t>
      </w:r>
      <w:r>
        <w:rPr>
          <w:b w:val="0"/>
          <w:i w:val="0"/>
          <w:smallCaps w:val="0"/>
          <w:strike w:val="0"/>
          <w:sz w:val="22"/>
          <w:u w:val="single"/>
        </w:rPr>
        <w:t xml:space="preserve"> more information access</w:t>
      </w:r>
      <w:r>
        <w:rPr>
          <w:b w:val="0"/>
          <w:i w:val="0"/>
          <w:smallCaps w:val="0"/>
          <w:strike w:val="0"/>
          <w:u w:val="none"/>
        </w:rPr>
        <w:t xml:space="preserve">. There comes a point where this constant struggle to maintain power over competitors tends to strain the poker chip analogy; when firms no longer seek to gain access but rather to restrict access. This is because patents serve an important blocking function for firms as well.' The contents of a patent can be of great value but the patent, by nature, restricts that access. </w:t>
      </w:r>
      <w:r>
        <w:rPr>
          <w:b w:val="0"/>
          <w:i w:val="0"/>
          <w:smallCaps w:val="0"/>
          <w:strike w:val="0"/>
          <w:sz w:val="22"/>
          <w:u w:val="single"/>
        </w:rPr>
        <w:t xml:space="preserve">For those who would </w:t>
      </w:r>
      <w:r>
        <w:rPr>
          <w:b w:val="0"/>
          <w:i w:val="0"/>
          <w:smallCaps w:val="0"/>
          <w:strike w:val="0"/>
          <w:sz w:val="22"/>
          <w:highlight w:val="cyan"/>
          <w:u w:val="single"/>
        </w:rPr>
        <w:t>bypass</w:t>
      </w:r>
      <w:r>
        <w:rPr>
          <w:b w:val="0"/>
          <w:i w:val="0"/>
          <w:smallCaps w:val="0"/>
          <w:strike w:val="0"/>
          <w:sz w:val="22"/>
          <w:u w:val="single"/>
        </w:rPr>
        <w:t xml:space="preserve"> these </w:t>
      </w:r>
      <w:r>
        <w:rPr>
          <w:b w:val="0"/>
          <w:i w:val="0"/>
          <w:smallCaps w:val="0"/>
          <w:strike w:val="0"/>
          <w:sz w:val="22"/>
          <w:highlight w:val="cyan"/>
          <w:u w:val="single"/>
        </w:rPr>
        <w:t>restrictions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highlight w:val="cyan"/>
          <w:u w:val="single"/>
        </w:rPr>
        <w:t>infringe</w:t>
      </w:r>
      <w:r>
        <w:rPr>
          <w:b w:val="0"/>
          <w:i w:val="0"/>
          <w:smallCaps w:val="0"/>
          <w:strike w:val="0"/>
          <w:sz w:val="22"/>
          <w:u w:val="single"/>
        </w:rPr>
        <w:t xml:space="preserve"> the patent's </w:t>
      </w:r>
      <w:r>
        <w:rPr>
          <w:b w:val="0"/>
          <w:i w:val="0"/>
          <w:smallCaps w:val="0"/>
          <w:strike w:val="0"/>
          <w:sz w:val="22"/>
          <w:highlight w:val="cyan"/>
          <w:u w:val="single"/>
        </w:rPr>
        <w:t>claims</w:t>
      </w:r>
      <w:r>
        <w:rPr>
          <w:b w:val="0"/>
          <w:i w:val="0"/>
          <w:smallCaps w:val="0"/>
          <w:strike w:val="0"/>
          <w:sz w:val="22"/>
          <w:u w:val="single"/>
        </w:rPr>
        <w:t xml:space="preserve">, the </w:t>
      </w:r>
      <w:r>
        <w:rPr>
          <w:b w:val="0"/>
          <w:i w:val="0"/>
          <w:smallCaps w:val="0"/>
          <w:strike w:val="0"/>
          <w:sz w:val="22"/>
          <w:highlight w:val="cyan"/>
          <w:u w:val="single"/>
        </w:rPr>
        <w:t>threat</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w:t>
      </w:r>
      <w:r>
        <w:rPr>
          <w:b w:val="0"/>
          <w:i w:val="0"/>
          <w:smallCaps w:val="0"/>
          <w:strike w:val="0"/>
          <w:sz w:val="22"/>
          <w:highlight w:val="cyan"/>
          <w:u w:val="single"/>
        </w:rPr>
        <w:t>litigation</w:t>
      </w:r>
      <w:r>
        <w:rPr>
          <w:b w:val="0"/>
          <w:i w:val="0"/>
          <w:smallCaps w:val="0"/>
          <w:strike w:val="0"/>
          <w:sz w:val="22"/>
          <w:u w:val="single"/>
        </w:rPr>
        <w:t xml:space="preserve"> is </w:t>
      </w:r>
      <w:r>
        <w:rPr>
          <w:b/>
          <w:i w:val="0"/>
          <w:smallCaps w:val="0"/>
          <w:strike w:val="0"/>
          <w:sz w:val="22"/>
          <w:highlight w:val="cyan"/>
          <w:u w:val="single"/>
        </w:rPr>
        <w:t>real and powerful</w:t>
      </w:r>
      <w:r>
        <w:rPr>
          <w:b w:val="0"/>
          <w:i w:val="0"/>
          <w:smallCaps w:val="0"/>
          <w:strike w:val="0"/>
          <w:u w:val="none"/>
        </w:rPr>
        <w:t xml:space="preserve">. Firms amass patents to wield over competitors, assuring mutual mass destruction when bargaining fails and the litigation dust settles. In this regard, patents are more likened to ballistic missiles. </w:t>
      </w:r>
      <w:r>
        <w:rPr>
          <w:b/>
          <w:i w:val="0"/>
          <w:smallCaps w:val="0"/>
          <w:strike w:val="0"/>
          <w:sz w:val="22"/>
          <w:highlight w:val="cyan"/>
          <w:u w:val="single"/>
        </w:rPr>
        <w:t>Companies</w:t>
      </w:r>
      <w:r>
        <w:rPr>
          <w:b w:val="0"/>
          <w:i w:val="0"/>
          <w:smallCaps w:val="0"/>
          <w:strike w:val="0"/>
          <w:u w:val="none"/>
        </w:rPr>
        <w:t xml:space="preserve"> may seek broad patent protection, with no intention of practicing the patent, in order to deprive competitors from accessing certain </w:t>
      </w:r>
      <w:r>
        <w:rPr>
          <w:b w:val="0"/>
          <w:i w:val="0"/>
          <w:smallCaps w:val="0"/>
          <w:strike w:val="0"/>
          <w:u w:val="none"/>
        </w:rPr>
        <w:t>technology?</w:t>
      </w:r>
      <w:r>
        <w:rPr>
          <w:b w:val="0"/>
          <w:i w:val="0"/>
          <w:smallCaps w:val="0"/>
          <w:strike w:val="0"/>
          <w:u w:val="none"/>
        </w:rPr>
        <w:t xml:space="preserve"> </w:t>
      </w:r>
      <w:r>
        <w:rPr>
          <w:b w:val="0"/>
          <w:i w:val="0"/>
          <w:smallCaps w:val="0"/>
          <w:strike w:val="0"/>
          <w:u w:val="single"/>
        </w:rPr>
        <w:t>T</w:t>
      </w:r>
      <w:r>
        <w:rPr>
          <w:b w:val="0"/>
          <w:i w:val="0"/>
          <w:smallCaps w:val="0"/>
          <w:strike w:val="0"/>
          <w:sz w:val="22"/>
          <w:u w:val="single"/>
        </w:rPr>
        <w:t xml:space="preserve">hey may also </w:t>
      </w:r>
      <w:r>
        <w:rPr>
          <w:b w:val="0"/>
          <w:i w:val="0"/>
          <w:smallCaps w:val="0"/>
          <w:strike w:val="0"/>
          <w:sz w:val="22"/>
          <w:highlight w:val="cyan"/>
          <w:u w:val="single"/>
        </w:rPr>
        <w:t>seek</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highlight w:val="cyan"/>
          <w:u w:val="single"/>
        </w:rPr>
        <w:t>defend</w:t>
      </w:r>
      <w:r>
        <w:rPr>
          <w:b w:val="0"/>
          <w:i w:val="0"/>
          <w:smallCaps w:val="0"/>
          <w:strike w:val="0"/>
          <w:sz w:val="22"/>
          <w:u w:val="single"/>
        </w:rPr>
        <w:t xml:space="preserve"> </w:t>
      </w:r>
      <w:r>
        <w:rPr>
          <w:b w:val="0"/>
          <w:i w:val="0"/>
          <w:smallCaps w:val="0"/>
          <w:strike w:val="0"/>
          <w:sz w:val="22"/>
          <w:u w:val="single"/>
        </w:rPr>
        <w:t>market</w:t>
      </w:r>
      <w:r>
        <w:rPr>
          <w:b w:val="0"/>
          <w:i w:val="0"/>
          <w:smallCaps w:val="0"/>
          <w:strike w:val="0"/>
          <w:sz w:val="22"/>
          <w:u w:val="single"/>
        </w:rPr>
        <w:t xml:space="preserve"> </w:t>
      </w:r>
      <w:r>
        <w:rPr>
          <w:b w:val="0"/>
          <w:i w:val="0"/>
          <w:smallCaps w:val="0"/>
          <w:strike w:val="0"/>
          <w:sz w:val="22"/>
          <w:highlight w:val="cyan"/>
          <w:u w:val="single"/>
        </w:rPr>
        <w:t>position</w:t>
      </w:r>
      <w:r>
        <w:rPr>
          <w:b w:val="0"/>
          <w:i w:val="0"/>
          <w:smallCaps w:val="0"/>
          <w:strike w:val="0"/>
          <w:sz w:val="22"/>
          <w:u w:val="single"/>
        </w:rPr>
        <w:t xml:space="preserve"> </w:t>
      </w:r>
      <w:r>
        <w:rPr>
          <w:b w:val="0"/>
          <w:i w:val="0"/>
          <w:smallCaps w:val="0"/>
          <w:strike w:val="0"/>
          <w:sz w:val="22"/>
          <w:highlight w:val="cyan"/>
          <w:u w:val="single"/>
        </w:rPr>
        <w:t>by</w:t>
      </w:r>
      <w:r>
        <w:rPr>
          <w:b w:val="0"/>
          <w:i w:val="0"/>
          <w:smallCaps w:val="0"/>
          <w:strike w:val="0"/>
          <w:sz w:val="22"/>
          <w:u w:val="single"/>
        </w:rPr>
        <w:t xml:space="preserve"> acquiring </w:t>
      </w:r>
      <w:r>
        <w:rPr>
          <w:b w:val="0"/>
          <w:i w:val="0"/>
          <w:smallCaps w:val="0"/>
          <w:strike w:val="0"/>
          <w:sz w:val="22"/>
          <w:highlight w:val="cyan"/>
          <w:u w:val="single"/>
        </w:rPr>
        <w:t>broad</w:t>
      </w:r>
      <w:r>
        <w:rPr>
          <w:b w:val="0"/>
          <w:i w:val="0"/>
          <w:smallCaps w:val="0"/>
          <w:strike w:val="0"/>
          <w:sz w:val="22"/>
          <w:u w:val="single"/>
        </w:rPr>
        <w:t xml:space="preserve"> </w:t>
      </w:r>
      <w:r>
        <w:rPr>
          <w:b w:val="0"/>
          <w:i w:val="0"/>
          <w:smallCaps w:val="0"/>
          <w:strike w:val="0"/>
          <w:sz w:val="22"/>
          <w:highlight w:val="cyan"/>
          <w:u w:val="single"/>
        </w:rPr>
        <w:t>patent</w:t>
      </w:r>
      <w:r>
        <w:rPr>
          <w:b w:val="0"/>
          <w:i w:val="0"/>
          <w:smallCaps w:val="0"/>
          <w:strike w:val="0"/>
          <w:sz w:val="22"/>
          <w:u w:val="single"/>
        </w:rPr>
        <w:t xml:space="preserve"> rights around a </w:t>
      </w:r>
      <w:r>
        <w:rPr>
          <w:b/>
          <w:i w:val="0"/>
          <w:smallCaps w:val="0"/>
          <w:strike w:val="0"/>
          <w:sz w:val="22"/>
          <w:highlight w:val="cyan"/>
          <w:u w:val="single"/>
        </w:rPr>
        <w:t>tech</w:t>
      </w:r>
      <w:r>
        <w:rPr>
          <w:b w:val="0"/>
          <w:i w:val="0"/>
          <w:smallCaps w:val="0"/>
          <w:strike w:val="0"/>
          <w:sz w:val="22"/>
          <w:u w:val="single"/>
        </w:rPr>
        <w:t xml:space="preserve">nology which allows for further advancement in the field and to avoid potential infringement suits. These strategic decisions are further influenced by the ever-growing uncertainty of patent rights. </w:t>
      </w:r>
      <w:r>
        <w:rPr>
          <w:b w:val="0"/>
          <w:i w:val="0"/>
          <w:smallCaps w:val="0"/>
          <w:strike w:val="0"/>
          <w:sz w:val="22"/>
          <w:highlight w:val="cyan"/>
          <w:u w:val="single"/>
        </w:rPr>
        <w:t>Poor</w:t>
      </w:r>
      <w:r>
        <w:rPr>
          <w:b w:val="0"/>
          <w:i w:val="0"/>
          <w:smallCaps w:val="0"/>
          <w:strike w:val="0"/>
          <w:sz w:val="22"/>
          <w:u w:val="single"/>
        </w:rPr>
        <w:t xml:space="preserve"> </w:t>
      </w:r>
      <w:r>
        <w:rPr>
          <w:b w:val="0"/>
          <w:i w:val="0"/>
          <w:smallCaps w:val="0"/>
          <w:strike w:val="0"/>
          <w:sz w:val="22"/>
          <w:highlight w:val="cyan"/>
          <w:u w:val="single"/>
        </w:rPr>
        <w:t>quality</w:t>
      </w:r>
      <w:r>
        <w:rPr>
          <w:b w:val="0"/>
          <w:i w:val="0"/>
          <w:smallCaps w:val="0"/>
          <w:strike w:val="0"/>
          <w:sz w:val="22"/>
          <w:u w:val="single"/>
        </w:rPr>
        <w:t xml:space="preserve"> </w:t>
      </w:r>
      <w:r>
        <w:rPr>
          <w:b w:val="0"/>
          <w:i w:val="0"/>
          <w:smallCaps w:val="0"/>
          <w:strike w:val="0"/>
          <w:sz w:val="22"/>
          <w:highlight w:val="cyan"/>
          <w:u w:val="single"/>
        </w:rPr>
        <w:t>patents</w:t>
      </w:r>
      <w:r>
        <w:rPr>
          <w:b w:val="0"/>
          <w:i w:val="0"/>
          <w:smallCaps w:val="0"/>
          <w:strike w:val="0"/>
          <w:sz w:val="22"/>
          <w:u w:val="single"/>
        </w:rPr>
        <w:t xml:space="preserve"> and the </w:t>
      </w:r>
      <w:r>
        <w:rPr>
          <w:b w:val="0"/>
          <w:i w:val="0"/>
          <w:smallCaps w:val="0"/>
          <w:strike w:val="0"/>
          <w:sz w:val="22"/>
          <w:highlight w:val="cyan"/>
          <w:u w:val="single"/>
        </w:rPr>
        <w:t>staggering</w:t>
      </w:r>
      <w:r>
        <w:rPr>
          <w:b w:val="0"/>
          <w:i w:val="0"/>
          <w:smallCaps w:val="0"/>
          <w:strike w:val="0"/>
          <w:sz w:val="22"/>
          <w:u w:val="single"/>
        </w:rPr>
        <w:t xml:space="preserve"> amount and </w:t>
      </w:r>
      <w:r>
        <w:rPr>
          <w:b w:val="0"/>
          <w:i w:val="0"/>
          <w:smallCaps w:val="0"/>
          <w:strike w:val="0"/>
          <w:sz w:val="22"/>
          <w:highlight w:val="cyan"/>
          <w:u w:val="single"/>
        </w:rPr>
        <w:t>cost</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w:t>
      </w:r>
      <w:r>
        <w:rPr>
          <w:b w:val="0"/>
          <w:i w:val="0"/>
          <w:smallCaps w:val="0"/>
          <w:strike w:val="0"/>
          <w:sz w:val="22"/>
          <w:highlight w:val="cyan"/>
          <w:u w:val="single"/>
        </w:rPr>
        <w:t>patent</w:t>
      </w:r>
      <w:r>
        <w:rPr>
          <w:b w:val="0"/>
          <w:i w:val="0"/>
          <w:smallCaps w:val="0"/>
          <w:strike w:val="0"/>
          <w:sz w:val="22"/>
          <w:u w:val="single"/>
        </w:rPr>
        <w:t xml:space="preserve"> </w:t>
      </w:r>
      <w:r>
        <w:rPr>
          <w:b w:val="0"/>
          <w:i w:val="0"/>
          <w:smallCaps w:val="0"/>
          <w:strike w:val="0"/>
          <w:sz w:val="22"/>
          <w:highlight w:val="cyan"/>
          <w:u w:val="single"/>
        </w:rPr>
        <w:t>litigation</w:t>
      </w:r>
      <w:r>
        <w:rPr>
          <w:b w:val="0"/>
          <w:i w:val="0"/>
          <w:smallCaps w:val="0"/>
          <w:strike w:val="0"/>
          <w:sz w:val="22"/>
          <w:u w:val="single"/>
        </w:rPr>
        <w:t xml:space="preserve"> suits have </w:t>
      </w:r>
      <w:r>
        <w:rPr>
          <w:b w:val="0"/>
          <w:i w:val="0"/>
          <w:smallCaps w:val="0"/>
          <w:strike w:val="0"/>
          <w:sz w:val="22"/>
          <w:highlight w:val="cyan"/>
          <w:u w:val="single"/>
        </w:rPr>
        <w:t>forced</w:t>
      </w:r>
      <w:r>
        <w:rPr>
          <w:b w:val="0"/>
          <w:i w:val="0"/>
          <w:smallCaps w:val="0"/>
          <w:strike w:val="0"/>
          <w:sz w:val="22"/>
          <w:u w:val="single"/>
        </w:rPr>
        <w:t xml:space="preserve"> </w:t>
      </w:r>
      <w:r>
        <w:rPr>
          <w:b w:val="0"/>
          <w:i w:val="0"/>
          <w:smallCaps w:val="0"/>
          <w:strike w:val="0"/>
          <w:sz w:val="22"/>
          <w:highlight w:val="cyan"/>
          <w:u w:val="single"/>
        </w:rPr>
        <w:t>companies</w:t>
      </w:r>
      <w:r>
        <w:rPr>
          <w:b w:val="0"/>
          <w:i w:val="0"/>
          <w:smallCaps w:val="0"/>
          <w:strike w:val="0"/>
          <w:sz w:val="22"/>
          <w:u w:val="single"/>
        </w:rPr>
        <w:t xml:space="preserve"> to </w:t>
      </w:r>
      <w:r>
        <w:rPr>
          <w:b w:val="0"/>
          <w:i w:val="0"/>
          <w:smallCaps w:val="0"/>
          <w:strike w:val="0"/>
          <w:sz w:val="22"/>
          <w:highlight w:val="cyan"/>
          <w:u w:val="single"/>
        </w:rPr>
        <w:t>amass</w:t>
      </w:r>
      <w:r>
        <w:rPr>
          <w:b w:val="0"/>
          <w:i w:val="0"/>
          <w:smallCaps w:val="0"/>
          <w:strike w:val="0"/>
          <w:sz w:val="22"/>
          <w:u w:val="single"/>
        </w:rPr>
        <w:t xml:space="preserve"> large </w:t>
      </w:r>
      <w:r>
        <w:rPr>
          <w:b/>
          <w:i w:val="0"/>
          <w:smallCaps w:val="0"/>
          <w:strike w:val="0"/>
          <w:sz w:val="22"/>
          <w:highlight w:val="cyan"/>
          <w:u w:val="single"/>
        </w:rPr>
        <w:t>defensive</w:t>
      </w:r>
      <w:r>
        <w:rPr>
          <w:b/>
          <w:i w:val="0"/>
          <w:smallCaps w:val="0"/>
          <w:strike w:val="0"/>
          <w:sz w:val="22"/>
          <w:u w:val="single"/>
        </w:rPr>
        <w:t xml:space="preserve"> </w:t>
      </w:r>
      <w:r>
        <w:rPr>
          <w:b/>
          <w:i w:val="0"/>
          <w:smallCaps w:val="0"/>
          <w:strike w:val="0"/>
          <w:sz w:val="22"/>
          <w:highlight w:val="cyan"/>
          <w:u w:val="single"/>
        </w:rPr>
        <w:t>portfolios</w:t>
      </w:r>
      <w:r>
        <w:rPr>
          <w:b w:val="0"/>
          <w:i w:val="0"/>
          <w:smallCaps w:val="0"/>
          <w:strike w:val="0"/>
          <w:sz w:val="22"/>
          <w:u w:val="single"/>
        </w:rPr>
        <w:t xml:space="preserve">.' This amassing of diverse and potentially </w:t>
      </w:r>
      <w:r>
        <w:rPr>
          <w:b w:val="0"/>
          <w:i w:val="0"/>
          <w:smallCaps w:val="0"/>
          <w:strike w:val="0"/>
          <w:sz w:val="22"/>
          <w:highlight w:val="cyan"/>
          <w:u w:val="single"/>
        </w:rPr>
        <w:t>overlapping</w:t>
      </w:r>
      <w:r>
        <w:rPr>
          <w:b w:val="0"/>
          <w:i w:val="0"/>
          <w:smallCaps w:val="0"/>
          <w:strike w:val="0"/>
          <w:sz w:val="22"/>
          <w:u w:val="single"/>
        </w:rPr>
        <w:t xml:space="preserve"> </w:t>
      </w:r>
      <w:r>
        <w:rPr>
          <w:b/>
          <w:i w:val="0"/>
          <w:smallCaps w:val="0"/>
          <w:strike w:val="0"/>
          <w:sz w:val="28"/>
          <w:highlight w:val="cyan"/>
          <w:u w:val="single"/>
        </w:rPr>
        <w:t>patent</w:t>
      </w:r>
      <w:r>
        <w:rPr>
          <w:b/>
          <w:i w:val="0"/>
          <w:smallCaps w:val="0"/>
          <w:strike w:val="0"/>
          <w:sz w:val="28"/>
          <w:u w:val="single"/>
        </w:rPr>
        <w:t xml:space="preserve"> </w:t>
      </w:r>
      <w:r>
        <w:rPr>
          <w:b/>
          <w:i w:val="0"/>
          <w:smallCaps w:val="0"/>
          <w:strike w:val="0"/>
          <w:sz w:val="28"/>
          <w:highlight w:val="cyan"/>
          <w:u w:val="single"/>
        </w:rPr>
        <w:t>protection</w:t>
      </w:r>
      <w:r>
        <w:rPr>
          <w:b w:val="0"/>
          <w:i w:val="0"/>
          <w:smallCaps w:val="0"/>
          <w:strike w:val="0"/>
          <w:sz w:val="22"/>
          <w:u w:val="single"/>
        </w:rPr>
        <w:t xml:space="preserve"> results</w:t>
      </w:r>
      <w:r>
        <w:rPr>
          <w:b w:val="0"/>
          <w:i w:val="0"/>
          <w:smallCaps w:val="0"/>
          <w:strike w:val="0"/>
          <w:u w:val="none"/>
        </w:rPr>
        <w:t xml:space="preserve"> in a sort of </w:t>
      </w:r>
      <w:r>
        <w:rPr>
          <w:b w:val="0"/>
          <w:i w:val="0"/>
          <w:smallCaps w:val="0"/>
          <w:strike w:val="0"/>
          <w:sz w:val="28"/>
          <w:highlight w:val="cyan"/>
          <w:u w:val="single"/>
        </w:rPr>
        <w:t>guaranteed</w:t>
      </w:r>
      <w:r>
        <w:rPr>
          <w:b w:val="0"/>
          <w:i w:val="0"/>
          <w:smallCaps w:val="0"/>
          <w:strike w:val="0"/>
          <w:sz w:val="28"/>
          <w:u w:val="single"/>
        </w:rPr>
        <w:t xml:space="preserve"> </w:t>
      </w:r>
      <w:r>
        <w:rPr>
          <w:b/>
          <w:i w:val="0"/>
          <w:smallCaps w:val="0"/>
          <w:strike w:val="0"/>
          <w:sz w:val="28"/>
          <w:highlight w:val="cyan"/>
          <w:u w:val="single"/>
        </w:rPr>
        <w:t>mutual</w:t>
      </w:r>
      <w:r>
        <w:rPr>
          <w:b/>
          <w:i w:val="0"/>
          <w:smallCaps w:val="0"/>
          <w:strike w:val="0"/>
          <w:sz w:val="28"/>
          <w:u w:val="single"/>
        </w:rPr>
        <w:t xml:space="preserve"> </w:t>
      </w:r>
      <w:r>
        <w:rPr>
          <w:b/>
          <w:i w:val="0"/>
          <w:smallCaps w:val="0"/>
          <w:strike w:val="0"/>
          <w:sz w:val="28"/>
          <w:highlight w:val="cyan"/>
          <w:u w:val="single"/>
        </w:rPr>
        <w:t>destruction</w:t>
      </w:r>
      <w:r>
        <w:rPr>
          <w:b w:val="0"/>
          <w:i w:val="0"/>
          <w:smallCaps w:val="0"/>
          <w:strike w:val="0"/>
          <w:sz w:val="22"/>
          <w:u w:val="single"/>
        </w:rPr>
        <w:t xml:space="preserve"> amongst competitors</w:t>
      </w:r>
      <w:r>
        <w:rPr>
          <w:b w:val="0"/>
          <w:i w:val="0"/>
          <w:smallCaps w:val="0"/>
          <w:strike w:val="0"/>
          <w:u w:val="none"/>
        </w:rPr>
        <w:t xml:space="preserve"> if either were to attempt to enforce their rights, forcing them into what has been referred to as a patent "arms race."" In poker, even high stakes poker, at least one player wins. </w:t>
      </w:r>
      <w:r>
        <w:rPr>
          <w:b w:val="0"/>
          <w:i w:val="0"/>
          <w:smallCaps w:val="0"/>
          <w:strike w:val="0"/>
          <w:sz w:val="22"/>
          <w:u w:val="single"/>
        </w:rPr>
        <w:t xml:space="preserve">But this </w:t>
      </w:r>
      <w:r>
        <w:rPr>
          <w:b w:val="0"/>
          <w:i w:val="0"/>
          <w:smallCaps w:val="0"/>
          <w:strike w:val="0"/>
          <w:sz w:val="22"/>
          <w:highlight w:val="cyan"/>
          <w:u w:val="single"/>
        </w:rPr>
        <w:t>practice</w:t>
      </w:r>
      <w:r>
        <w:rPr>
          <w:b w:val="0"/>
          <w:i w:val="0"/>
          <w:smallCaps w:val="0"/>
          <w:strike w:val="0"/>
          <w:sz w:val="22"/>
          <w:u w:val="single"/>
        </w:rPr>
        <w:t xml:space="preserve">, whereby each company must maintain a stockpile of patents, ready at the launch, has deleterious results for all parties. </w:t>
      </w:r>
      <w:r>
        <w:rPr>
          <w:b/>
          <w:i w:val="0"/>
          <w:smallCaps w:val="0"/>
          <w:strike w:val="0"/>
          <w:sz w:val="22"/>
          <w:u w:val="single"/>
        </w:rPr>
        <w:t xml:space="preserve">It also </w:t>
      </w:r>
      <w:r>
        <w:rPr>
          <w:b/>
          <w:i w:val="0"/>
          <w:smallCaps w:val="0"/>
          <w:strike w:val="0"/>
          <w:sz w:val="32"/>
          <w:highlight w:val="cyan"/>
          <w:u w:val="single"/>
        </w:rPr>
        <w:t>drives</w:t>
      </w:r>
      <w:r>
        <w:rPr>
          <w:b/>
          <w:i w:val="0"/>
          <w:smallCaps w:val="0"/>
          <w:strike w:val="0"/>
          <w:sz w:val="32"/>
          <w:u w:val="single"/>
        </w:rPr>
        <w:t xml:space="preserve"> </w:t>
      </w:r>
      <w:r>
        <w:rPr>
          <w:b/>
          <w:i w:val="0"/>
          <w:smallCaps w:val="0"/>
          <w:strike w:val="0"/>
          <w:sz w:val="32"/>
          <w:highlight w:val="cyan"/>
          <w:u w:val="single"/>
        </w:rPr>
        <w:t>application</w:t>
      </w:r>
      <w:r>
        <w:rPr>
          <w:b/>
          <w:i w:val="0"/>
          <w:smallCaps w:val="0"/>
          <w:strike w:val="0"/>
          <w:sz w:val="32"/>
          <w:u w:val="single"/>
        </w:rPr>
        <w:t xml:space="preserve"> </w:t>
      </w:r>
      <w:r>
        <w:rPr>
          <w:b/>
          <w:i w:val="0"/>
          <w:smallCaps w:val="0"/>
          <w:strike w:val="0"/>
          <w:sz w:val="32"/>
          <w:highlight w:val="cyan"/>
          <w:u w:val="single"/>
        </w:rPr>
        <w:t>numbers</w:t>
      </w:r>
      <w:r>
        <w:rPr>
          <w:b/>
          <w:i w:val="0"/>
          <w:smallCaps w:val="0"/>
          <w:strike w:val="0"/>
          <w:sz w:val="32"/>
          <w:u w:val="single"/>
        </w:rPr>
        <w:t xml:space="preserve"> </w:t>
      </w:r>
      <w:r>
        <w:rPr>
          <w:b/>
          <w:i w:val="0"/>
          <w:smallCaps w:val="0"/>
          <w:strike w:val="0"/>
          <w:sz w:val="32"/>
          <w:highlight w:val="cyan"/>
          <w:u w:val="single"/>
        </w:rPr>
        <w:t>at</w:t>
      </w:r>
      <w:r>
        <w:rPr>
          <w:b/>
          <w:i w:val="0"/>
          <w:smallCaps w:val="0"/>
          <w:strike w:val="0"/>
          <w:sz w:val="32"/>
          <w:u w:val="single"/>
        </w:rPr>
        <w:t xml:space="preserve"> the </w:t>
      </w:r>
      <w:r>
        <w:rPr>
          <w:b/>
          <w:i w:val="0"/>
          <w:smallCaps w:val="0"/>
          <w:strike w:val="0"/>
          <w:sz w:val="32"/>
          <w:highlight w:val="cyan"/>
          <w:u w:val="single"/>
        </w:rPr>
        <w:t>USPTO.</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