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No US-China war.</w:t>
      </w:r>
    </w:p>
    <w:p>
      <w:pPr>
        <w:spacing w:after="80"/>
      </w:pPr>
      <w:r>
        <w:rPr>
          <w:b/>
          <w:i w:val="0"/>
          <w:smallCaps w:val="0"/>
          <w:strike w:val="0"/>
          <w:sz w:val="26"/>
          <w:u w:val="none"/>
        </w:rPr>
        <w:t xml:space="preserve">Zhou 23 </w:t>
      </w:r>
      <w:r>
        <w:rPr>
          <w:b w:val="0"/>
          <w:i w:val="0"/>
          <w:smallCaps w:val="0"/>
          <w:strike w:val="0"/>
          <w:sz w:val="16"/>
          <w:u w:val="none"/>
        </w:rPr>
        <w:t>– Dr. Jinghao Zhou (PhD, Associate Professor, Asian Studies, Hobart &amp; William Smith Colleges), "War Is Not Imminent During the Great Power Competition," in Great Power Competition as the New Normal of China–US Relations, Chapter 8, 2023, pg. 215-225.</w:t>
      </w:r>
    </w:p>
    <w:p>
      <w:pPr>
        <w:spacing w:after="60"/>
      </w:pPr>
      <w:r>
        <w:rPr>
          <w:b w:val="0"/>
          <w:i w:val="0"/>
          <w:smallCaps w:val="0"/>
          <w:strike w:val="0"/>
          <w:color w:val="000000"/>
          <w:sz w:val="16"/>
          <w:u w:val="none"/>
        </w:rPr>
        <w:t xml:space="preserve">Even if China is willing to fulfill its mission by launching a war with the U.S., </w:t>
      </w:r>
      <w:r>
        <w:rPr>
          <w:b w:val="0"/>
          <w:i w:val="0"/>
          <w:smallCaps w:val="0"/>
          <w:strike w:val="0"/>
          <w:color w:val="000000"/>
          <w:u w:val="single"/>
        </w:rPr>
        <w:t>can</w:t>
      </w:r>
      <w:r>
        <w:rPr>
          <w:b w:val="0"/>
          <w:i w:val="0"/>
          <w:smallCaps w:val="0"/>
          <w:strike w:val="0"/>
          <w:color w:val="000000"/>
          <w:sz w:val="16"/>
          <w:u w:val="none"/>
        </w:rPr>
        <w:t xml:space="preserve"> </w:t>
      </w:r>
      <w:r>
        <w:rPr>
          <w:b w:val="0"/>
          <w:i w:val="0"/>
          <w:smallCaps w:val="0"/>
          <w:strike w:val="0"/>
          <w:color w:val="000000"/>
          <w:u w:val="single"/>
        </w:rPr>
        <w:t>China</w:t>
      </w:r>
      <w:r>
        <w:rPr>
          <w:b w:val="0"/>
          <w:i w:val="0"/>
          <w:smallCaps w:val="0"/>
          <w:strike w:val="0"/>
          <w:color w:val="000000"/>
          <w:sz w:val="16"/>
          <w:u w:val="none"/>
        </w:rPr>
        <w:t xml:space="preserve"> </w:t>
      </w:r>
      <w:r>
        <w:rPr>
          <w:b/>
          <w:i w:val="0"/>
          <w:smallCaps w:val="0"/>
          <w:strike w:val="0"/>
          <w:color w:val="000000"/>
          <w:u w:val="single"/>
        </w:rPr>
        <w:t>afford it</w:t>
      </w:r>
      <w:r>
        <w:rPr>
          <w:b w:val="0"/>
          <w:i w:val="0"/>
          <w:smallCaps w:val="0"/>
          <w:strike w:val="0"/>
          <w:color w:val="000000"/>
          <w:sz w:val="16"/>
          <w:u w:val="none"/>
        </w:rPr>
        <w:t xml:space="preserve">? First, </w:t>
      </w:r>
      <w:r>
        <w:rPr>
          <w:b w:val="0"/>
          <w:i w:val="0"/>
          <w:smallCaps w:val="0"/>
          <w:strike w:val="0"/>
          <w:color w:val="000000"/>
          <w:u w:val="single"/>
        </w:rPr>
        <w:t>the top Chinese leader</w:t>
      </w:r>
      <w:r>
        <w:rPr>
          <w:b w:val="0"/>
          <w:i w:val="0"/>
          <w:smallCaps w:val="0"/>
          <w:strike w:val="0"/>
          <w:color w:val="000000"/>
          <w:sz w:val="16"/>
          <w:u w:val="none"/>
        </w:rPr>
        <w:t xml:space="preserve"> </w:t>
      </w:r>
      <w:r>
        <w:rPr>
          <w:b w:val="0"/>
          <w:i w:val="0"/>
          <w:smallCaps w:val="0"/>
          <w:strike w:val="0"/>
          <w:color w:val="000000"/>
          <w:u w:val="single"/>
        </w:rPr>
        <w:t>is</w:t>
      </w:r>
      <w:r>
        <w:rPr>
          <w:b w:val="0"/>
          <w:i w:val="0"/>
          <w:smallCaps w:val="0"/>
          <w:strike w:val="0"/>
          <w:color w:val="000000"/>
          <w:sz w:val="16"/>
          <w:u w:val="none"/>
        </w:rPr>
        <w:t xml:space="preserve"> </w:t>
      </w:r>
      <w:r>
        <w:rPr>
          <w:b/>
          <w:i w:val="0"/>
          <w:smallCaps w:val="0"/>
          <w:strike w:val="0"/>
          <w:color w:val="000000"/>
          <w:u w:val="single"/>
        </w:rPr>
        <w:t>not ready for war</w:t>
      </w:r>
      <w:r>
        <w:rPr>
          <w:b w:val="0"/>
          <w:i w:val="0"/>
          <w:smallCaps w:val="0"/>
          <w:strike w:val="0"/>
          <w:color w:val="000000"/>
          <w:sz w:val="16"/>
          <w:u w:val="none"/>
        </w:rPr>
        <w:t xml:space="preserve"> </w:t>
      </w:r>
      <w:r>
        <w:rPr>
          <w:b w:val="0"/>
          <w:i w:val="0"/>
          <w:smallCaps w:val="0"/>
          <w:strike w:val="0"/>
          <w:color w:val="000000"/>
          <w:u w:val="single"/>
        </w:rPr>
        <w:t>with U.S</w:t>
      </w:r>
      <w:r>
        <w:rPr>
          <w:b w:val="0"/>
          <w:i w:val="0"/>
          <w:smallCaps w:val="0"/>
          <w:strike w:val="0"/>
          <w:color w:val="000000"/>
          <w:sz w:val="16"/>
          <w:u w:val="none"/>
        </w:rPr>
        <w:t xml:space="preserve">. </w:t>
      </w:r>
      <w:r>
        <w:rPr>
          <w:b w:val="0"/>
          <w:i w:val="0"/>
          <w:smallCaps w:val="0"/>
          <w:strike w:val="0"/>
          <w:color w:val="000000"/>
          <w:u w:val="single"/>
        </w:rPr>
        <w:t>China will</w:t>
      </w:r>
      <w:r>
        <w:rPr>
          <w:b w:val="0"/>
          <w:i w:val="0"/>
          <w:smallCaps w:val="0"/>
          <w:strike w:val="0"/>
          <w:color w:val="000000"/>
          <w:sz w:val="16"/>
          <w:u w:val="none"/>
        </w:rPr>
        <w:t xml:space="preserve"> </w:t>
      </w:r>
      <w:r>
        <w:rPr>
          <w:b/>
          <w:i w:val="0"/>
          <w:smallCaps w:val="0"/>
          <w:strike w:val="0"/>
          <w:color w:val="000000"/>
          <w:u w:val="single"/>
        </w:rPr>
        <w:t>not</w:t>
      </w:r>
      <w:r>
        <w:rPr>
          <w:b w:val="0"/>
          <w:i w:val="0"/>
          <w:smallCaps w:val="0"/>
          <w:strike w:val="0"/>
          <w:color w:val="000000"/>
          <w:sz w:val="16"/>
          <w:u w:val="none"/>
        </w:rPr>
        <w:t xml:space="preserve"> </w:t>
      </w:r>
      <w:r>
        <w:rPr>
          <w:b w:val="0"/>
          <w:i w:val="0"/>
          <w:smallCaps w:val="0"/>
          <w:strike w:val="0"/>
          <w:color w:val="000000"/>
          <w:u w:val="single"/>
        </w:rPr>
        <w:t>be able to take a risk</w:t>
      </w:r>
      <w:r>
        <w:rPr>
          <w:b w:val="0"/>
          <w:i w:val="0"/>
          <w:smallCaps w:val="0"/>
          <w:strike w:val="0"/>
          <w:color w:val="000000"/>
          <w:sz w:val="16"/>
          <w:u w:val="none"/>
        </w:rPr>
        <w:t xml:space="preserve"> </w:t>
      </w:r>
      <w:r>
        <w:rPr>
          <w:b/>
          <w:i w:val="0"/>
          <w:smallCaps w:val="0"/>
          <w:strike w:val="0"/>
          <w:color w:val="000000"/>
          <w:u w:val="single"/>
        </w:rPr>
        <w:t>without</w:t>
      </w:r>
      <w:r>
        <w:rPr>
          <w:b w:val="0"/>
          <w:i w:val="0"/>
          <w:smallCaps w:val="0"/>
          <w:strike w:val="0"/>
          <w:color w:val="000000"/>
          <w:sz w:val="16"/>
          <w:u w:val="none"/>
        </w:rPr>
        <w:t xml:space="preserve"> internal </w:t>
      </w:r>
      <w:r>
        <w:rPr>
          <w:b w:val="0"/>
          <w:i w:val="0"/>
          <w:smallCaps w:val="0"/>
          <w:strike w:val="0"/>
          <w:color w:val="000000"/>
          <w:u w:val="single"/>
        </w:rPr>
        <w:t>coordination and support</w:t>
      </w:r>
      <w:r>
        <w:rPr>
          <w:b w:val="0"/>
          <w:i w:val="0"/>
          <w:smallCaps w:val="0"/>
          <w:strike w:val="0"/>
          <w:color w:val="000000"/>
          <w:sz w:val="16"/>
          <w:u w:val="none"/>
        </w:rPr>
        <w:t xml:space="preserve">. The voice of China’s foreign policy comes from different departments. </w:t>
      </w:r>
      <w:r>
        <w:rPr>
          <w:b w:val="0"/>
          <w:i w:val="0"/>
          <w:smallCaps w:val="0"/>
          <w:strike w:val="0"/>
          <w:color w:val="000000"/>
          <w:u w:val="single"/>
        </w:rPr>
        <w:t>They are</w:t>
      </w:r>
      <w:r>
        <w:rPr>
          <w:b w:val="0"/>
          <w:i w:val="0"/>
          <w:smallCaps w:val="0"/>
          <w:strike w:val="0"/>
          <w:color w:val="000000"/>
          <w:sz w:val="16"/>
          <w:u w:val="none"/>
        </w:rPr>
        <w:t xml:space="preserve"> </w:t>
      </w:r>
      <w:r>
        <w:rPr>
          <w:b/>
          <w:i w:val="0"/>
          <w:smallCaps w:val="0"/>
          <w:strike w:val="0"/>
          <w:color w:val="000000"/>
          <w:u w:val="single"/>
        </w:rPr>
        <w:t>not</w:t>
      </w:r>
      <w:r>
        <w:rPr>
          <w:b w:val="0"/>
          <w:i w:val="0"/>
          <w:smallCaps w:val="0"/>
          <w:strike w:val="0"/>
          <w:color w:val="000000"/>
          <w:sz w:val="16"/>
          <w:u w:val="none"/>
        </w:rPr>
        <w:t xml:space="preserve"> </w:t>
      </w:r>
      <w:r>
        <w:rPr>
          <w:b/>
          <w:i w:val="0"/>
          <w:smallCaps w:val="0"/>
          <w:strike w:val="0"/>
          <w:color w:val="000000"/>
          <w:u w:val="single"/>
        </w:rPr>
        <w:t>well</w:t>
      </w:r>
      <w:r>
        <w:rPr>
          <w:b w:val="0"/>
          <w:i w:val="0"/>
          <w:smallCaps w:val="0"/>
          <w:strike w:val="0"/>
          <w:color w:val="000000"/>
          <w:sz w:val="16"/>
          <w:u w:val="none"/>
        </w:rPr>
        <w:t xml:space="preserve"> </w:t>
      </w:r>
      <w:r>
        <w:rPr>
          <w:b/>
          <w:i w:val="0"/>
          <w:smallCaps w:val="0"/>
          <w:strike w:val="0"/>
          <w:color w:val="000000"/>
          <w:u w:val="single"/>
        </w:rPr>
        <w:t>coordinated</w:t>
      </w:r>
      <w:r>
        <w:rPr>
          <w:b w:val="0"/>
          <w:i w:val="0"/>
          <w:smallCaps w:val="0"/>
          <w:strike w:val="0"/>
          <w:color w:val="000000"/>
          <w:sz w:val="16"/>
          <w:u w:val="none"/>
        </w:rPr>
        <w:t xml:space="preserve"> </w:t>
      </w:r>
      <w:r>
        <w:rPr>
          <w:b w:val="0"/>
          <w:i w:val="0"/>
          <w:smallCaps w:val="0"/>
          <w:strike w:val="0"/>
          <w:color w:val="000000"/>
          <w:u w:val="single"/>
        </w:rPr>
        <w:t>and lack</w:t>
      </w:r>
      <w:r>
        <w:rPr>
          <w:b w:val="0"/>
          <w:i w:val="0"/>
          <w:smallCaps w:val="0"/>
          <w:strike w:val="0"/>
          <w:color w:val="000000"/>
          <w:sz w:val="16"/>
          <w:u w:val="none"/>
        </w:rPr>
        <w:t xml:space="preserve"> </w:t>
      </w:r>
      <w:r>
        <w:rPr>
          <w:b w:val="0"/>
          <w:i w:val="0"/>
          <w:smallCaps w:val="0"/>
          <w:strike w:val="0"/>
          <w:color w:val="000000"/>
          <w:u w:val="single"/>
        </w:rPr>
        <w:t>a</w:t>
      </w:r>
      <w:r>
        <w:rPr>
          <w:b w:val="0"/>
          <w:i w:val="0"/>
          <w:smallCaps w:val="0"/>
          <w:strike w:val="0"/>
          <w:color w:val="000000"/>
          <w:sz w:val="16"/>
          <w:u w:val="none"/>
        </w:rPr>
        <w:t xml:space="preserve"> </w:t>
      </w:r>
      <w:r>
        <w:rPr>
          <w:b/>
          <w:i w:val="0"/>
          <w:smallCaps w:val="0"/>
          <w:strike w:val="0"/>
          <w:color w:val="000000"/>
          <w:u w:val="single"/>
        </w:rPr>
        <w:t>strategy</w:t>
      </w:r>
      <w:r>
        <w:rPr>
          <w:b w:val="0"/>
          <w:i w:val="0"/>
          <w:smallCaps w:val="0"/>
          <w:strike w:val="0"/>
          <w:color w:val="000000"/>
          <w:sz w:val="16"/>
          <w:u w:val="none"/>
        </w:rPr>
        <w:t xml:space="preserve"> with a long-term vision. </w:t>
      </w:r>
      <w:r>
        <w:rPr>
          <w:b w:val="0"/>
          <w:i w:val="0"/>
          <w:smallCaps w:val="0"/>
          <w:strike w:val="0"/>
          <w:color w:val="000000"/>
          <w:u w:val="single"/>
        </w:rPr>
        <w:t>China does not have a</w:t>
      </w:r>
      <w:r>
        <w:rPr>
          <w:b w:val="0"/>
          <w:i w:val="0"/>
          <w:smallCaps w:val="0"/>
          <w:strike w:val="0"/>
          <w:color w:val="000000"/>
          <w:sz w:val="16"/>
          <w:u w:val="none"/>
        </w:rPr>
        <w:t xml:space="preserve"> </w:t>
      </w:r>
      <w:r>
        <w:rPr>
          <w:b/>
          <w:i w:val="0"/>
          <w:smallCaps w:val="0"/>
          <w:strike w:val="0"/>
          <w:color w:val="000000"/>
          <w:u w:val="single"/>
        </w:rPr>
        <w:t>system</w:t>
      </w:r>
      <w:r>
        <w:rPr>
          <w:b w:val="0"/>
          <w:i w:val="0"/>
          <w:smallCaps w:val="0"/>
          <w:strike w:val="0"/>
          <w:color w:val="000000"/>
          <w:sz w:val="16"/>
          <w:u w:val="none"/>
        </w:rPr>
        <w:t xml:space="preserve"> </w:t>
      </w:r>
      <w:r>
        <w:rPr>
          <w:b w:val="0"/>
          <w:i w:val="0"/>
          <w:smallCaps w:val="0"/>
          <w:strike w:val="0"/>
          <w:color w:val="000000"/>
          <w:u w:val="single"/>
        </w:rPr>
        <w:t>for</w:t>
      </w:r>
      <w:r>
        <w:rPr>
          <w:b w:val="0"/>
          <w:i w:val="0"/>
          <w:smallCaps w:val="0"/>
          <w:strike w:val="0"/>
          <w:color w:val="000000"/>
          <w:sz w:val="16"/>
          <w:u w:val="none"/>
        </w:rPr>
        <w:t xml:space="preserve"> making </w:t>
      </w:r>
      <w:r>
        <w:rPr>
          <w:b w:val="0"/>
          <w:i w:val="0"/>
          <w:smallCaps w:val="0"/>
          <w:strike w:val="0"/>
          <w:color w:val="000000"/>
          <w:u w:val="single"/>
        </w:rPr>
        <w:t>consistent and workable foreign policy</w:t>
      </w:r>
      <w:r>
        <w:rPr>
          <w:b w:val="0"/>
          <w:i w:val="0"/>
          <w:smallCaps w:val="0"/>
          <w:strike w:val="0"/>
          <w:color w:val="000000"/>
          <w:sz w:val="16"/>
          <w:u w:val="none"/>
        </w:rPr>
        <w:t xml:space="preserve">, and the top leader has not gained sufficient power to manage foreign relations. </w:t>
      </w:r>
      <w:r>
        <w:rPr>
          <w:b w:val="0"/>
          <w:i w:val="0"/>
          <w:smallCaps w:val="0"/>
          <w:strike w:val="0"/>
          <w:color w:val="000000"/>
          <w:u w:val="single"/>
        </w:rPr>
        <w:t>China is</w:t>
      </w:r>
      <w:r>
        <w:rPr>
          <w:b w:val="0"/>
          <w:i w:val="0"/>
          <w:smallCaps w:val="0"/>
          <w:strike w:val="0"/>
          <w:color w:val="000000"/>
          <w:sz w:val="16"/>
          <w:u w:val="none"/>
        </w:rPr>
        <w:t xml:space="preserve"> </w:t>
      </w:r>
      <w:r>
        <w:rPr>
          <w:b w:val="0"/>
          <w:i w:val="0"/>
          <w:smallCaps w:val="0"/>
          <w:strike w:val="0"/>
          <w:color w:val="000000"/>
          <w:u w:val="single"/>
        </w:rPr>
        <w:t>facing a</w:t>
      </w:r>
      <w:r>
        <w:rPr>
          <w:b w:val="0"/>
          <w:i w:val="0"/>
          <w:smallCaps w:val="0"/>
          <w:strike w:val="0"/>
          <w:color w:val="000000"/>
          <w:sz w:val="16"/>
          <w:u w:val="none"/>
        </w:rPr>
        <w:t xml:space="preserve"> </w:t>
      </w:r>
      <w:r>
        <w:rPr>
          <w:b/>
          <w:i w:val="0"/>
          <w:smallCaps w:val="0"/>
          <w:strike w:val="0"/>
          <w:color w:val="000000"/>
          <w:u w:val="single"/>
        </w:rPr>
        <w:t>mountain of domestic problems</w:t>
      </w:r>
      <w:r>
        <w:rPr>
          <w:b w:val="0"/>
          <w:i w:val="0"/>
          <w:smallCaps w:val="0"/>
          <w:strike w:val="0"/>
          <w:color w:val="000000"/>
          <w:sz w:val="16"/>
          <w:u w:val="none"/>
        </w:rPr>
        <w:t xml:space="preserve">, </w:t>
      </w:r>
      <w:r>
        <w:rPr>
          <w:b w:val="0"/>
          <w:i w:val="0"/>
          <w:smallCaps w:val="0"/>
          <w:strike w:val="0"/>
          <w:color w:val="000000"/>
          <w:u w:val="single"/>
        </w:rPr>
        <w:t>including</w:t>
      </w:r>
      <w:r>
        <w:rPr>
          <w:b w:val="0"/>
          <w:i w:val="0"/>
          <w:smallCaps w:val="0"/>
          <w:strike w:val="0"/>
          <w:color w:val="000000"/>
          <w:sz w:val="16"/>
          <w:u w:val="none"/>
        </w:rPr>
        <w:t xml:space="preserve"> </w:t>
      </w:r>
      <w:r>
        <w:rPr>
          <w:b/>
          <w:i w:val="0"/>
          <w:smallCaps w:val="0"/>
          <w:strike w:val="0"/>
          <w:color w:val="000000"/>
          <w:u w:val="single"/>
        </w:rPr>
        <w:t>corruption</w:t>
      </w:r>
      <w:r>
        <w:rPr>
          <w:b w:val="0"/>
          <w:i w:val="0"/>
          <w:smallCaps w:val="0"/>
          <w:strike w:val="0"/>
          <w:color w:val="000000"/>
          <w:sz w:val="16"/>
          <w:u w:val="none"/>
        </w:rPr>
        <w:t xml:space="preserve"> </w:t>
      </w:r>
      <w:r>
        <w:rPr>
          <w:b w:val="0"/>
          <w:i w:val="0"/>
          <w:smallCaps w:val="0"/>
          <w:strike w:val="0"/>
          <w:color w:val="000000"/>
          <w:u w:val="single"/>
        </w:rPr>
        <w:t>in the military</w:t>
      </w:r>
      <w:r>
        <w:rPr>
          <w:b w:val="0"/>
          <w:i w:val="0"/>
          <w:smallCaps w:val="0"/>
          <w:strike w:val="0"/>
          <w:color w:val="000000"/>
          <w:sz w:val="16"/>
          <w:u w:val="none"/>
        </w:rPr>
        <w:t xml:space="preserve">. The </w:t>
      </w:r>
      <w:r>
        <w:rPr>
          <w:b w:val="0"/>
          <w:i w:val="0"/>
          <w:smallCaps w:val="0"/>
          <w:strike w:val="0"/>
          <w:color w:val="000000"/>
          <w:u w:val="single"/>
        </w:rPr>
        <w:t>Chinese government</w:t>
      </w:r>
      <w:r>
        <w:rPr>
          <w:b w:val="0"/>
          <w:i w:val="0"/>
          <w:smallCaps w:val="0"/>
          <w:strike w:val="0"/>
          <w:color w:val="000000"/>
          <w:sz w:val="16"/>
          <w:u w:val="none"/>
        </w:rPr>
        <w:t xml:space="preserve"> has </w:t>
      </w:r>
      <w:r>
        <w:rPr>
          <w:b w:val="0"/>
          <w:i w:val="0"/>
          <w:smallCaps w:val="0"/>
          <w:strike w:val="0"/>
          <w:color w:val="000000"/>
          <w:u w:val="single"/>
        </w:rPr>
        <w:t>learned the lesson</w:t>
      </w:r>
      <w:r>
        <w:rPr>
          <w:b w:val="0"/>
          <w:i w:val="0"/>
          <w:smallCaps w:val="0"/>
          <w:strike w:val="0"/>
          <w:color w:val="000000"/>
          <w:sz w:val="16"/>
          <w:u w:val="none"/>
        </w:rPr>
        <w:t xml:space="preserve"> that </w:t>
      </w:r>
      <w:r>
        <w:rPr>
          <w:b w:val="0"/>
          <w:i w:val="0"/>
          <w:smallCaps w:val="0"/>
          <w:strike w:val="0"/>
          <w:color w:val="000000"/>
          <w:u w:val="single"/>
        </w:rPr>
        <w:t>a combination of internal violence and external conflict can contribute to the</w:t>
      </w:r>
      <w:r>
        <w:rPr>
          <w:b w:val="0"/>
          <w:i w:val="0"/>
          <w:smallCaps w:val="0"/>
          <w:strike w:val="0"/>
          <w:color w:val="000000"/>
          <w:sz w:val="16"/>
          <w:u w:val="none"/>
        </w:rPr>
        <w:t xml:space="preserve"> </w:t>
      </w:r>
      <w:r>
        <w:rPr>
          <w:b/>
          <w:i w:val="0"/>
          <w:smallCaps w:val="0"/>
          <w:strike w:val="0"/>
          <w:color w:val="000000"/>
          <w:u w:val="single"/>
        </w:rPr>
        <w:t>collapse</w:t>
      </w:r>
      <w:r>
        <w:rPr>
          <w:b w:val="0"/>
          <w:i w:val="0"/>
          <w:smallCaps w:val="0"/>
          <w:strike w:val="0"/>
          <w:color w:val="000000"/>
          <w:sz w:val="16"/>
          <w:u w:val="none"/>
        </w:rPr>
        <w:t xml:space="preserve"> </w:t>
      </w:r>
      <w:r>
        <w:rPr>
          <w:b w:val="0"/>
          <w:i w:val="0"/>
          <w:smallCaps w:val="0"/>
          <w:strike w:val="0"/>
          <w:color w:val="000000"/>
          <w:u w:val="single"/>
        </w:rPr>
        <w:t>of the regime</w:t>
      </w:r>
      <w:r>
        <w:rPr>
          <w:b w:val="0"/>
          <w:i w:val="0"/>
          <w:smallCaps w:val="0"/>
          <w:strike w:val="0"/>
          <w:color w:val="000000"/>
          <w:sz w:val="16"/>
          <w:u w:val="none"/>
        </w:rPr>
        <w:t xml:space="preserve">. Now </w:t>
      </w:r>
      <w:r>
        <w:rPr>
          <w:b/>
          <w:i w:val="0"/>
          <w:smallCaps w:val="0"/>
          <w:strike w:val="0"/>
          <w:color w:val="000000"/>
          <w:u w:val="single"/>
        </w:rPr>
        <w:t>Xi</w:t>
      </w:r>
      <w:r>
        <w:rPr>
          <w:b w:val="0"/>
          <w:i w:val="0"/>
          <w:smallCaps w:val="0"/>
          <w:strike w:val="0"/>
          <w:color w:val="000000"/>
          <w:sz w:val="16"/>
          <w:u w:val="none"/>
        </w:rPr>
        <w:t xml:space="preserve"> Jinping </w:t>
      </w:r>
      <w:r>
        <w:rPr>
          <w:b w:val="0"/>
          <w:i w:val="0"/>
          <w:smallCaps w:val="0"/>
          <w:strike w:val="0"/>
          <w:color w:val="000000"/>
          <w:u w:val="single"/>
        </w:rPr>
        <w:t>is</w:t>
      </w:r>
      <w:r>
        <w:rPr>
          <w:b w:val="0"/>
          <w:i w:val="0"/>
          <w:smallCaps w:val="0"/>
          <w:strike w:val="0"/>
          <w:color w:val="000000"/>
          <w:sz w:val="16"/>
          <w:u w:val="none"/>
        </w:rPr>
        <w:t xml:space="preserve"> more </w:t>
      </w:r>
      <w:r>
        <w:rPr>
          <w:b w:val="0"/>
          <w:i w:val="0"/>
          <w:smallCaps w:val="0"/>
          <w:strike w:val="0"/>
          <w:color w:val="000000"/>
          <w:u w:val="single"/>
        </w:rPr>
        <w:t>likely to</w:t>
      </w:r>
      <w:r>
        <w:rPr>
          <w:b w:val="0"/>
          <w:i w:val="0"/>
          <w:smallCaps w:val="0"/>
          <w:strike w:val="0"/>
          <w:color w:val="000000"/>
          <w:sz w:val="16"/>
          <w:u w:val="none"/>
        </w:rPr>
        <w:t xml:space="preserve"> </w:t>
      </w:r>
      <w:r>
        <w:rPr>
          <w:b w:val="0"/>
          <w:i w:val="0"/>
          <w:smallCaps w:val="0"/>
          <w:strike w:val="0"/>
          <w:color w:val="000000"/>
          <w:u w:val="single"/>
        </w:rPr>
        <w:t>focus on</w:t>
      </w:r>
      <w:r>
        <w:rPr>
          <w:b w:val="0"/>
          <w:i w:val="0"/>
          <w:smallCaps w:val="0"/>
          <w:strike w:val="0"/>
          <w:color w:val="000000"/>
          <w:sz w:val="16"/>
          <w:u w:val="none"/>
        </w:rPr>
        <w:t xml:space="preserve"> </w:t>
      </w:r>
      <w:r>
        <w:rPr>
          <w:b w:val="0"/>
          <w:i w:val="0"/>
          <w:smallCaps w:val="0"/>
          <w:strike w:val="0"/>
          <w:color w:val="000000"/>
          <w:u w:val="single"/>
        </w:rPr>
        <w:t>China’s</w:t>
      </w:r>
      <w:r>
        <w:rPr>
          <w:b w:val="0"/>
          <w:i w:val="0"/>
          <w:smallCaps w:val="0"/>
          <w:strike w:val="0"/>
          <w:color w:val="000000"/>
          <w:sz w:val="16"/>
          <w:u w:val="none"/>
        </w:rPr>
        <w:t xml:space="preserve"> </w:t>
      </w:r>
      <w:r>
        <w:rPr>
          <w:b/>
          <w:i w:val="0"/>
          <w:smallCaps w:val="0"/>
          <w:strike w:val="0"/>
          <w:color w:val="000000"/>
          <w:u w:val="single"/>
        </w:rPr>
        <w:t>domestic</w:t>
      </w:r>
      <w:r>
        <w:rPr>
          <w:b w:val="0"/>
          <w:i w:val="0"/>
          <w:smallCaps w:val="0"/>
          <w:strike w:val="0"/>
          <w:color w:val="000000"/>
          <w:sz w:val="16"/>
          <w:u w:val="none"/>
        </w:rPr>
        <w:t xml:space="preserve"> </w:t>
      </w:r>
      <w:r>
        <w:rPr>
          <w:b w:val="0"/>
          <w:i w:val="0"/>
          <w:smallCaps w:val="0"/>
          <w:strike w:val="0"/>
          <w:color w:val="000000"/>
          <w:u w:val="single"/>
        </w:rPr>
        <w:t>issues especially</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pandemic</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val="0"/>
          <w:i w:val="0"/>
          <w:smallCaps w:val="0"/>
          <w:strike w:val="0"/>
          <w:color w:val="000000"/>
          <w:u w:val="single"/>
        </w:rPr>
        <w:t>its</w:t>
      </w:r>
      <w:r>
        <w:rPr>
          <w:b w:val="0"/>
          <w:i w:val="0"/>
          <w:smallCaps w:val="0"/>
          <w:strike w:val="0"/>
          <w:color w:val="000000"/>
          <w:sz w:val="16"/>
          <w:u w:val="none"/>
        </w:rPr>
        <w:t xml:space="preserve"> </w:t>
      </w:r>
      <w:r>
        <w:rPr>
          <w:b w:val="0"/>
          <w:i w:val="0"/>
          <w:smallCaps w:val="0"/>
          <w:strike w:val="0"/>
          <w:color w:val="000000"/>
          <w:u w:val="single"/>
        </w:rPr>
        <w:t>consequences in</w:t>
      </w:r>
      <w:r>
        <w:rPr>
          <w:b w:val="0"/>
          <w:i w:val="0"/>
          <w:smallCaps w:val="0"/>
          <w:strike w:val="0"/>
          <w:color w:val="000000"/>
          <w:sz w:val="16"/>
          <w:u w:val="none"/>
        </w:rPr>
        <w:t xml:space="preserve"> </w:t>
      </w:r>
      <w:r>
        <w:rPr>
          <w:b/>
          <w:i w:val="0"/>
          <w:smallCaps w:val="0"/>
          <w:strike w:val="0"/>
          <w:color w:val="000000"/>
          <w:u w:val="single"/>
        </w:rPr>
        <w:t>economic</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financial</w:t>
      </w:r>
      <w:r>
        <w:rPr>
          <w:b w:val="0"/>
          <w:i w:val="0"/>
          <w:smallCaps w:val="0"/>
          <w:strike w:val="0"/>
          <w:color w:val="000000"/>
          <w:sz w:val="16"/>
          <w:u w:val="none"/>
        </w:rPr>
        <w:t xml:space="preserve"> </w:t>
      </w:r>
      <w:r>
        <w:rPr>
          <w:b w:val="0"/>
          <w:i w:val="0"/>
          <w:smallCaps w:val="0"/>
          <w:strike w:val="0"/>
          <w:color w:val="000000"/>
          <w:u w:val="single"/>
        </w:rPr>
        <w:t>areas</w:t>
      </w:r>
      <w:r>
        <w:rPr>
          <w:b w:val="0"/>
          <w:i w:val="0"/>
          <w:smallCaps w:val="0"/>
          <w:strike w:val="0"/>
          <w:color w:val="000000"/>
          <w:sz w:val="16"/>
          <w:u w:val="none"/>
        </w:rPr>
        <w:t xml:space="preserve">. Xi’s </w:t>
      </w:r>
      <w:r>
        <w:rPr>
          <w:b w:val="0"/>
          <w:i w:val="0"/>
          <w:smallCaps w:val="0"/>
          <w:strike w:val="0"/>
          <w:color w:val="000000"/>
          <w:u w:val="single"/>
        </w:rPr>
        <w:t>top priority</w:t>
      </w:r>
      <w:r>
        <w:rPr>
          <w:b w:val="0"/>
          <w:i w:val="0"/>
          <w:smallCaps w:val="0"/>
          <w:strike w:val="0"/>
          <w:color w:val="000000"/>
          <w:sz w:val="16"/>
          <w:u w:val="none"/>
        </w:rPr>
        <w:t xml:space="preserve"> before the 20th Congress of the CCP </w:t>
      </w:r>
      <w:r>
        <w:rPr>
          <w:b w:val="0"/>
          <w:i w:val="0"/>
          <w:smallCaps w:val="0"/>
          <w:strike w:val="0"/>
          <w:color w:val="000000"/>
          <w:u w:val="single"/>
        </w:rPr>
        <w:t>is to</w:t>
      </w:r>
      <w:r>
        <w:rPr>
          <w:b w:val="0"/>
          <w:i w:val="0"/>
          <w:smallCaps w:val="0"/>
          <w:strike w:val="0"/>
          <w:color w:val="000000"/>
          <w:sz w:val="16"/>
          <w:u w:val="none"/>
        </w:rPr>
        <w:t xml:space="preserve"> carefully </w:t>
      </w:r>
      <w:r>
        <w:rPr>
          <w:b w:val="0"/>
          <w:i w:val="0"/>
          <w:smallCaps w:val="0"/>
          <w:strike w:val="0"/>
          <w:color w:val="000000"/>
          <w:u w:val="single"/>
        </w:rPr>
        <w:t>manage the</w:t>
      </w:r>
      <w:r>
        <w:rPr>
          <w:b w:val="0"/>
          <w:i w:val="0"/>
          <w:smallCaps w:val="0"/>
          <w:strike w:val="0"/>
          <w:color w:val="000000"/>
          <w:sz w:val="16"/>
          <w:u w:val="none"/>
        </w:rPr>
        <w:t xml:space="preserve"> </w:t>
      </w:r>
      <w:r>
        <w:rPr>
          <w:b/>
          <w:i w:val="0"/>
          <w:smallCaps w:val="0"/>
          <w:strike w:val="0"/>
          <w:color w:val="000000"/>
          <w:u w:val="single"/>
        </w:rPr>
        <w:t>power balance</w:t>
      </w:r>
      <w:r>
        <w:rPr>
          <w:b w:val="0"/>
          <w:i w:val="0"/>
          <w:smallCaps w:val="0"/>
          <w:strike w:val="0"/>
          <w:color w:val="000000"/>
          <w:sz w:val="16"/>
          <w:u w:val="none"/>
        </w:rPr>
        <w:t xml:space="preserve"> </w:t>
      </w:r>
      <w:r>
        <w:rPr>
          <w:b w:val="0"/>
          <w:i w:val="0"/>
          <w:smallCaps w:val="0"/>
          <w:strike w:val="0"/>
          <w:color w:val="000000"/>
          <w:u w:val="single"/>
        </w:rPr>
        <w:t>among factions in the party</w:t>
      </w:r>
      <w:r>
        <w:rPr>
          <w:b w:val="0"/>
          <w:i w:val="0"/>
          <w:smallCaps w:val="0"/>
          <w:strike w:val="0"/>
          <w:color w:val="000000"/>
          <w:sz w:val="16"/>
          <w:u w:val="none"/>
        </w:rPr>
        <w:t xml:space="preserve">, attempting to ensure his third term of presidency. After the 20th Congress, Xi will take some time to reorganize the system and put new policies in place. It is </w:t>
      </w:r>
      <w:r>
        <w:rPr>
          <w:b w:val="0"/>
          <w:i w:val="0"/>
          <w:smallCaps w:val="0"/>
          <w:strike w:val="0"/>
          <w:color w:val="000000"/>
          <w:u w:val="single"/>
        </w:rPr>
        <w:t>not wise for the CCP to take</w:t>
      </w:r>
      <w:r>
        <w:rPr>
          <w:b w:val="0"/>
          <w:i w:val="0"/>
          <w:smallCaps w:val="0"/>
          <w:strike w:val="0"/>
          <w:color w:val="000000"/>
          <w:sz w:val="16"/>
          <w:u w:val="none"/>
        </w:rPr>
        <w:t xml:space="preserve"> </w:t>
      </w:r>
      <w:r>
        <w:rPr>
          <w:b/>
          <w:i w:val="0"/>
          <w:smallCaps w:val="0"/>
          <w:strike w:val="0"/>
          <w:color w:val="000000"/>
          <w:u w:val="single"/>
        </w:rPr>
        <w:t>military risks</w:t>
      </w:r>
      <w:r>
        <w:rPr>
          <w:b w:val="0"/>
          <w:i w:val="0"/>
          <w:smallCaps w:val="0"/>
          <w:strike w:val="0"/>
          <w:color w:val="000000"/>
          <w:sz w:val="16"/>
          <w:u w:val="none"/>
        </w:rPr>
        <w:t xml:space="preserve"> </w:t>
      </w:r>
      <w:r>
        <w:rPr>
          <w:b w:val="0"/>
          <w:i w:val="0"/>
          <w:smallCaps w:val="0"/>
          <w:strike w:val="0"/>
          <w:color w:val="000000"/>
          <w:u w:val="single"/>
        </w:rPr>
        <w:t>in dealing with territorial disputes with various countries at the same time as it tries to maintain</w:t>
      </w:r>
      <w:r>
        <w:rPr>
          <w:b w:val="0"/>
          <w:i w:val="0"/>
          <w:smallCaps w:val="0"/>
          <w:strike w:val="0"/>
          <w:color w:val="000000"/>
          <w:sz w:val="16"/>
          <w:u w:val="none"/>
        </w:rPr>
        <w:t xml:space="preserve"> </w:t>
      </w:r>
      <w:r>
        <w:rPr>
          <w:b/>
          <w:i w:val="0"/>
          <w:smallCaps w:val="0"/>
          <w:strike w:val="0"/>
          <w:color w:val="000000"/>
          <w:u w:val="single"/>
        </w:rPr>
        <w:t>domestic</w:t>
      </w:r>
      <w:r>
        <w:rPr>
          <w:b w:val="0"/>
          <w:i w:val="0"/>
          <w:smallCaps w:val="0"/>
          <w:strike w:val="0"/>
          <w:color w:val="000000"/>
          <w:sz w:val="16"/>
          <w:u w:val="none"/>
        </w:rPr>
        <w:t xml:space="preserve"> </w:t>
      </w:r>
      <w:r>
        <w:rPr>
          <w:b w:val="0"/>
          <w:i w:val="0"/>
          <w:smallCaps w:val="0"/>
          <w:strike w:val="0"/>
          <w:color w:val="000000"/>
          <w:u w:val="single"/>
        </w:rPr>
        <w:t>social stability</w:t>
      </w:r>
      <w:r>
        <w:rPr>
          <w:b w:val="0"/>
          <w:i w:val="0"/>
          <w:smallCaps w:val="0"/>
          <w:strike w:val="0"/>
          <w:color w:val="000000"/>
          <w:sz w:val="16"/>
          <w:u w:val="none"/>
        </w:rPr>
        <w:t xml:space="preserve">. China cannot afford to fight against multiple countries at the same time because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U.S. has</w:t>
      </w:r>
      <w:r>
        <w:rPr>
          <w:b w:val="0"/>
          <w:i w:val="0"/>
          <w:smallCaps w:val="0"/>
          <w:strike w:val="0"/>
          <w:color w:val="000000"/>
          <w:sz w:val="16"/>
          <w:u w:val="none"/>
        </w:rPr>
        <w:t xml:space="preserve"> </w:t>
      </w:r>
      <w:r>
        <w:rPr>
          <w:b/>
          <w:i w:val="0"/>
          <w:smallCaps w:val="0"/>
          <w:strike w:val="0"/>
          <w:color w:val="000000"/>
          <w:u w:val="single"/>
        </w:rPr>
        <w:t>military treaties</w:t>
      </w:r>
      <w:r>
        <w:rPr>
          <w:b w:val="0"/>
          <w:i w:val="0"/>
          <w:smallCaps w:val="0"/>
          <w:strike w:val="0"/>
          <w:color w:val="000000"/>
          <w:sz w:val="16"/>
          <w:u w:val="none"/>
        </w:rPr>
        <w:t xml:space="preserve"> </w:t>
      </w:r>
      <w:r>
        <w:rPr>
          <w:b w:val="0"/>
          <w:i w:val="0"/>
          <w:smallCaps w:val="0"/>
          <w:strike w:val="0"/>
          <w:color w:val="000000"/>
          <w:u w:val="single"/>
        </w:rPr>
        <w:t>with several allies in the region</w:t>
      </w:r>
      <w:r>
        <w:rPr>
          <w:b w:val="0"/>
          <w:i w:val="0"/>
          <w:smallCaps w:val="0"/>
          <w:strike w:val="0"/>
          <w:color w:val="000000"/>
          <w:sz w:val="16"/>
          <w:u w:val="none"/>
        </w:rPr>
        <w:t xml:space="preserve">. </w:t>
      </w:r>
      <w:r>
        <w:rPr>
          <w:b w:val="0"/>
          <w:i w:val="0"/>
          <w:smallCaps w:val="0"/>
          <w:strike w:val="0"/>
          <w:color w:val="000000"/>
          <w:u w:val="single"/>
        </w:rPr>
        <w:t>Taking military action</w:t>
      </w:r>
      <w:r>
        <w:rPr>
          <w:b w:val="0"/>
          <w:i w:val="0"/>
          <w:smallCaps w:val="0"/>
          <w:strike w:val="0"/>
          <w:color w:val="000000"/>
          <w:u w:val="single"/>
        </w:rPr>
        <w:t>s</w:t>
      </w:r>
      <w:r>
        <w:rPr>
          <w:b w:val="0"/>
          <w:i w:val="0"/>
          <w:smallCaps w:val="0"/>
          <w:strike w:val="0"/>
          <w:color w:val="000000"/>
          <w:sz w:val="16"/>
          <w:u w:val="none"/>
        </w:rPr>
        <w:t xml:space="preserve"> </w:t>
      </w:r>
      <w:r>
        <w:rPr>
          <w:b w:val="0"/>
          <w:i w:val="0"/>
          <w:smallCaps w:val="0"/>
          <w:strike w:val="0"/>
          <w:color w:val="000000"/>
          <w:u w:val="single"/>
        </w:rPr>
        <w:t>could</w:t>
      </w:r>
      <w:r>
        <w:rPr>
          <w:b w:val="0"/>
          <w:i w:val="0"/>
          <w:smallCaps w:val="0"/>
          <w:strike w:val="0"/>
          <w:color w:val="000000"/>
          <w:sz w:val="16"/>
          <w:u w:val="none"/>
        </w:rPr>
        <w:t xml:space="preserve"> possibly </w:t>
      </w:r>
      <w:r>
        <w:rPr>
          <w:b/>
          <w:i w:val="0"/>
          <w:smallCaps w:val="0"/>
          <w:strike w:val="0"/>
          <w:color w:val="000000"/>
          <w:u w:val="single"/>
        </w:rPr>
        <w:t>destroy</w:t>
      </w:r>
      <w:r>
        <w:rPr>
          <w:b w:val="0"/>
          <w:i w:val="0"/>
          <w:smallCaps w:val="0"/>
          <w:strike w:val="0"/>
          <w:color w:val="000000"/>
          <w:sz w:val="16"/>
          <w:u w:val="none"/>
        </w:rPr>
        <w:t xml:space="preserve"> </w:t>
      </w:r>
      <w:r>
        <w:rPr>
          <w:b w:val="0"/>
          <w:i w:val="0"/>
          <w:smallCaps w:val="0"/>
          <w:strike w:val="0"/>
          <w:color w:val="000000"/>
          <w:u w:val="single"/>
        </w:rPr>
        <w:t>Xi’s China Dream</w:t>
      </w:r>
      <w:r>
        <w:rPr>
          <w:b w:val="0"/>
          <w:i w:val="0"/>
          <w:smallCaps w:val="0"/>
          <w:strike w:val="0"/>
          <w:color w:val="000000"/>
          <w:sz w:val="16"/>
          <w:u w:val="none"/>
        </w:rPr>
        <w:t xml:space="preserve">, his lifelong </w:t>
      </w:r>
      <w:r>
        <w:rPr>
          <w:b w:val="0"/>
          <w:i w:val="0"/>
          <w:smallCaps w:val="0"/>
          <w:strike w:val="0"/>
          <w:color w:val="000000"/>
          <w:u w:val="single"/>
        </w:rPr>
        <w:t>presidency</w:t>
      </w:r>
      <w:r>
        <w:rPr>
          <w:b w:val="0"/>
          <w:i w:val="0"/>
          <w:smallCaps w:val="0"/>
          <w:strike w:val="0"/>
          <w:color w:val="000000"/>
          <w:sz w:val="16"/>
          <w:u w:val="none"/>
        </w:rPr>
        <w:t xml:space="preserve">, his </w:t>
      </w:r>
      <w:r>
        <w:rPr>
          <w:b w:val="0"/>
          <w:i w:val="0"/>
          <w:smallCaps w:val="0"/>
          <w:strike w:val="0"/>
          <w:color w:val="000000"/>
          <w:u w:val="single"/>
        </w:rPr>
        <w:t>domestic</w:t>
      </w:r>
      <w:r>
        <w:rPr>
          <w:b w:val="0"/>
          <w:i w:val="0"/>
          <w:smallCaps w:val="0"/>
          <w:strike w:val="0"/>
          <w:color w:val="000000"/>
          <w:sz w:val="16"/>
          <w:u w:val="none"/>
        </w:rPr>
        <w:t xml:space="preserve"> </w:t>
      </w:r>
      <w:r>
        <w:rPr>
          <w:b w:val="0"/>
          <w:i w:val="0"/>
          <w:smallCaps w:val="0"/>
          <w:strike w:val="0"/>
          <w:color w:val="000000"/>
          <w:u w:val="single"/>
        </w:rPr>
        <w:t>agenda and</w:t>
      </w:r>
      <w:r>
        <w:rPr>
          <w:b w:val="0"/>
          <w:i w:val="0"/>
          <w:smallCaps w:val="0"/>
          <w:strike w:val="0"/>
          <w:color w:val="000000"/>
          <w:sz w:val="16"/>
          <w:u w:val="none"/>
        </w:rPr>
        <w:t xml:space="preserve"> China’s </w:t>
      </w:r>
      <w:r>
        <w:rPr>
          <w:b w:val="0"/>
          <w:i w:val="0"/>
          <w:smallCaps w:val="0"/>
          <w:strike w:val="0"/>
          <w:color w:val="000000"/>
          <w:u w:val="single"/>
        </w:rPr>
        <w:t>global</w:t>
      </w:r>
      <w:r>
        <w:rPr>
          <w:b w:val="0"/>
          <w:i w:val="0"/>
          <w:smallCaps w:val="0"/>
          <w:strike w:val="0"/>
          <w:color w:val="000000"/>
          <w:sz w:val="16"/>
          <w:u w:val="none"/>
        </w:rPr>
        <w:t xml:space="preserve"> </w:t>
      </w:r>
      <w:r>
        <w:rPr>
          <w:b w:val="0"/>
          <w:i w:val="0"/>
          <w:smallCaps w:val="0"/>
          <w:strike w:val="0"/>
          <w:color w:val="000000"/>
          <w:u w:val="single"/>
        </w:rPr>
        <w:t>ambitions</w:t>
      </w:r>
      <w:r>
        <w:rPr>
          <w:b w:val="0"/>
          <w:i w:val="0"/>
          <w:smallCaps w:val="0"/>
          <w:strike w:val="0"/>
          <w:color w:val="000000"/>
          <w:sz w:val="16"/>
          <w:u w:val="none"/>
        </w:rPr>
        <w:t xml:space="preserve"> eventually. Considering all these challenges, </w:t>
      </w:r>
      <w:r>
        <w:rPr>
          <w:b w:val="0"/>
          <w:i w:val="0"/>
          <w:smallCaps w:val="0"/>
          <w:strike w:val="0"/>
          <w:color w:val="000000"/>
          <w:u w:val="single"/>
        </w:rPr>
        <w:t>Chinese leaders</w:t>
      </w:r>
      <w:r>
        <w:rPr>
          <w:b w:val="0"/>
          <w:i w:val="0"/>
          <w:smallCaps w:val="0"/>
          <w:strike w:val="0"/>
          <w:color w:val="000000"/>
          <w:sz w:val="16"/>
          <w:u w:val="none"/>
        </w:rPr>
        <w:t xml:space="preserve"> may </w:t>
      </w:r>
      <w:r>
        <w:rPr>
          <w:b/>
          <w:i w:val="0"/>
          <w:smallCaps w:val="0"/>
          <w:strike w:val="0"/>
          <w:color w:val="000000"/>
          <w:u w:val="single"/>
        </w:rPr>
        <w:t>continue</w:t>
      </w:r>
      <w:r>
        <w:rPr>
          <w:b w:val="0"/>
          <w:i w:val="0"/>
          <w:smallCaps w:val="0"/>
          <w:strike w:val="0"/>
          <w:color w:val="000000"/>
          <w:sz w:val="16"/>
          <w:u w:val="none"/>
        </w:rPr>
        <w:t xml:space="preserve"> their </w:t>
      </w:r>
      <w:r>
        <w:rPr>
          <w:b w:val="0"/>
          <w:i w:val="0"/>
          <w:smallCaps w:val="0"/>
          <w:strike w:val="0"/>
          <w:color w:val="000000"/>
          <w:u w:val="single"/>
        </w:rPr>
        <w:t>efforts to</w:t>
      </w:r>
      <w:r>
        <w:rPr>
          <w:b w:val="0"/>
          <w:i w:val="0"/>
          <w:smallCaps w:val="0"/>
          <w:strike w:val="0"/>
          <w:color w:val="000000"/>
          <w:sz w:val="16"/>
          <w:u w:val="none"/>
        </w:rPr>
        <w:t xml:space="preserve"> </w:t>
      </w:r>
      <w:r>
        <w:rPr>
          <w:b/>
          <w:i w:val="0"/>
          <w:smallCaps w:val="0"/>
          <w:strike w:val="0"/>
          <w:color w:val="000000"/>
          <w:u w:val="single"/>
        </w:rPr>
        <w:t>rebalance</w:t>
      </w:r>
      <w:r>
        <w:rPr>
          <w:b w:val="0"/>
          <w:i w:val="0"/>
          <w:smallCaps w:val="0"/>
          <w:strike w:val="0"/>
          <w:color w:val="000000"/>
          <w:sz w:val="16"/>
          <w:u w:val="none"/>
        </w:rPr>
        <w:t xml:space="preserve"> </w:t>
      </w:r>
      <w:r>
        <w:rPr>
          <w:b w:val="0"/>
          <w:i w:val="0"/>
          <w:smallCaps w:val="0"/>
          <w:strike w:val="0"/>
          <w:color w:val="000000"/>
          <w:u w:val="single"/>
        </w:rPr>
        <w:t>the relationship between China and the U.S. while boosting</w:t>
      </w:r>
      <w:r>
        <w:rPr>
          <w:b w:val="0"/>
          <w:i w:val="0"/>
          <w:smallCaps w:val="0"/>
          <w:strike w:val="0"/>
          <w:color w:val="000000"/>
          <w:sz w:val="16"/>
          <w:u w:val="none"/>
        </w:rPr>
        <w:t xml:space="preserve"> the </w:t>
      </w:r>
      <w:r>
        <w:rPr>
          <w:b w:val="0"/>
          <w:i w:val="0"/>
          <w:smallCaps w:val="0"/>
          <w:strike w:val="0"/>
          <w:color w:val="000000"/>
          <w:u w:val="single"/>
        </w:rPr>
        <w:t>economic growth</w:t>
      </w:r>
      <w:r>
        <w:rPr>
          <w:b w:val="0"/>
          <w:i w:val="0"/>
          <w:smallCaps w:val="0"/>
          <w:strike w:val="0"/>
          <w:color w:val="000000"/>
          <w:sz w:val="16"/>
          <w:u w:val="none"/>
        </w:rPr>
        <w:t xml:space="preserve"> and preparing the unification with Taiwan after the 20th National Congress of the CCP in 2022.</w:t>
      </w:r>
    </w:p>
    <w:p>
      <w:pPr>
        <w:spacing w:after="60"/>
      </w:pPr>
      <w:r>
        <w:rPr>
          <w:b w:val="0"/>
          <w:i w:val="0"/>
          <w:smallCaps w:val="0"/>
          <w:strike w:val="0"/>
          <w:color w:val="000000"/>
          <w:sz w:val="16"/>
          <w:u w:val="none"/>
        </w:rPr>
        <w:t xml:space="preserve">Second, </w:t>
      </w:r>
      <w:r>
        <w:rPr>
          <w:b w:val="0"/>
          <w:i w:val="0"/>
          <w:smallCaps w:val="0"/>
          <w:strike w:val="0"/>
          <w:color w:val="000000"/>
          <w:u w:val="single"/>
        </w:rPr>
        <w:t>China</w:t>
      </w:r>
      <w:r>
        <w:rPr>
          <w:b w:val="0"/>
          <w:i w:val="0"/>
          <w:smallCaps w:val="0"/>
          <w:strike w:val="0"/>
          <w:color w:val="000000"/>
          <w:sz w:val="16"/>
          <w:u w:val="none"/>
        </w:rPr>
        <w:t xml:space="preserve"> has </w:t>
      </w:r>
      <w:r>
        <w:rPr>
          <w:b w:val="0"/>
          <w:i w:val="0"/>
          <w:smallCaps w:val="0"/>
          <w:strike w:val="0"/>
          <w:color w:val="000000"/>
          <w:u w:val="single"/>
        </w:rPr>
        <w:t>understood</w:t>
      </w:r>
      <w:r>
        <w:rPr>
          <w:b w:val="0"/>
          <w:i w:val="0"/>
          <w:smallCaps w:val="0"/>
          <w:strike w:val="0"/>
          <w:color w:val="000000"/>
          <w:sz w:val="16"/>
          <w:u w:val="none"/>
        </w:rPr>
        <w:t xml:space="preserve"> that </w:t>
      </w:r>
      <w:r>
        <w:rPr>
          <w:b/>
          <w:i w:val="0"/>
          <w:smallCaps w:val="0"/>
          <w:strike w:val="0"/>
          <w:color w:val="000000"/>
          <w:u w:val="single"/>
        </w:rPr>
        <w:t>any conflict</w:t>
      </w:r>
      <w:r>
        <w:rPr>
          <w:b w:val="0"/>
          <w:i w:val="0"/>
          <w:smallCaps w:val="0"/>
          <w:strike w:val="0"/>
          <w:color w:val="000000"/>
          <w:sz w:val="16"/>
          <w:u w:val="none"/>
        </w:rPr>
        <w:t xml:space="preserve"> between China and the U.S. </w:t>
      </w:r>
      <w:r>
        <w:rPr>
          <w:b w:val="0"/>
          <w:i w:val="0"/>
          <w:smallCaps w:val="0"/>
          <w:strike w:val="0"/>
          <w:color w:val="000000"/>
          <w:u w:val="single"/>
        </w:rPr>
        <w:t>would be a</w:t>
      </w:r>
      <w:r>
        <w:rPr>
          <w:b w:val="0"/>
          <w:i w:val="0"/>
          <w:smallCaps w:val="0"/>
          <w:strike w:val="0"/>
          <w:color w:val="000000"/>
          <w:sz w:val="16"/>
          <w:u w:val="none"/>
        </w:rPr>
        <w:t xml:space="preserve"> </w:t>
      </w:r>
      <w:r>
        <w:rPr>
          <w:b/>
          <w:i w:val="0"/>
          <w:smallCaps w:val="0"/>
          <w:strike w:val="0"/>
          <w:color w:val="000000"/>
          <w:u w:val="single"/>
        </w:rPr>
        <w:t>global</w:t>
      </w:r>
      <w:r>
        <w:rPr>
          <w:b w:val="0"/>
          <w:i w:val="0"/>
          <w:smallCaps w:val="0"/>
          <w:strike w:val="0"/>
          <w:color w:val="000000"/>
          <w:sz w:val="16"/>
          <w:u w:val="none"/>
        </w:rPr>
        <w:t xml:space="preserve"> </w:t>
      </w:r>
      <w:r>
        <w:rPr>
          <w:b w:val="0"/>
          <w:i w:val="0"/>
          <w:smallCaps w:val="0"/>
          <w:strike w:val="0"/>
          <w:color w:val="000000"/>
          <w:u w:val="single"/>
        </w:rPr>
        <w:t>disaster</w:t>
      </w:r>
      <w:r>
        <w:rPr>
          <w:b w:val="0"/>
          <w:i w:val="0"/>
          <w:smallCaps w:val="0"/>
          <w:strike w:val="0"/>
          <w:color w:val="000000"/>
          <w:sz w:val="16"/>
          <w:u w:val="none"/>
        </w:rPr>
        <w:t xml:space="preserve">, especially between the two nuclear powers.78 A war between the two giants is unthinkable.79 It could be a Third World War if the U.S. had a war with China.80 China now has 260 nuclear weapons in its stockpile, while the U.S. has 4670 or more. </w:t>
      </w:r>
      <w:r>
        <w:rPr>
          <w:b w:val="0"/>
          <w:i w:val="0"/>
          <w:smallCaps w:val="0"/>
          <w:strike w:val="0"/>
          <w:color w:val="000000"/>
          <w:u w:val="single"/>
        </w:rPr>
        <w:t>China</w:t>
      </w:r>
      <w:r>
        <w:rPr>
          <w:b w:val="0"/>
          <w:i w:val="0"/>
          <w:smallCaps w:val="0"/>
          <w:strike w:val="0"/>
          <w:color w:val="000000"/>
          <w:sz w:val="16"/>
          <w:u w:val="none"/>
        </w:rPr>
        <w:t xml:space="preserve"> </w:t>
      </w:r>
      <w:r>
        <w:rPr>
          <w:b w:val="0"/>
          <w:i w:val="0"/>
          <w:smallCaps w:val="0"/>
          <w:strike w:val="0"/>
          <w:color w:val="000000"/>
          <w:u w:val="single"/>
        </w:rPr>
        <w:t>promised that it would</w:t>
      </w:r>
      <w:r>
        <w:rPr>
          <w:b w:val="0"/>
          <w:i w:val="0"/>
          <w:smallCaps w:val="0"/>
          <w:strike w:val="0"/>
          <w:color w:val="000000"/>
          <w:sz w:val="16"/>
          <w:u w:val="none"/>
        </w:rPr>
        <w:t xml:space="preserve"> </w:t>
      </w:r>
      <w:r>
        <w:rPr>
          <w:b w:val="0"/>
          <w:i w:val="0"/>
          <w:smallCaps w:val="0"/>
          <w:strike w:val="0"/>
          <w:color w:val="000000"/>
          <w:u w:val="single"/>
        </w:rPr>
        <w:t>implement a</w:t>
      </w:r>
      <w:r>
        <w:rPr>
          <w:b w:val="0"/>
          <w:i w:val="0"/>
          <w:smallCaps w:val="0"/>
          <w:strike w:val="0"/>
          <w:color w:val="000000"/>
          <w:sz w:val="16"/>
          <w:u w:val="none"/>
        </w:rPr>
        <w:t xml:space="preserve"> “</w:t>
      </w:r>
      <w:r>
        <w:rPr>
          <w:b/>
          <w:i w:val="0"/>
          <w:smallCaps w:val="0"/>
          <w:strike w:val="0"/>
          <w:color w:val="000000"/>
          <w:u w:val="single"/>
        </w:rPr>
        <w:t>N</w:t>
      </w:r>
      <w:r>
        <w:rPr>
          <w:b w:val="0"/>
          <w:i w:val="0"/>
          <w:smallCaps w:val="0"/>
          <w:strike w:val="0"/>
          <w:color w:val="000000"/>
          <w:sz w:val="16"/>
          <w:u w:val="none"/>
        </w:rPr>
        <w:t xml:space="preserve">o </w:t>
      </w:r>
      <w:r>
        <w:rPr>
          <w:b/>
          <w:i w:val="0"/>
          <w:smallCaps w:val="0"/>
          <w:strike w:val="0"/>
          <w:color w:val="000000"/>
          <w:u w:val="single"/>
        </w:rPr>
        <w:t>f</w:t>
      </w:r>
      <w:r>
        <w:rPr>
          <w:b w:val="0"/>
          <w:i w:val="0"/>
          <w:smallCaps w:val="0"/>
          <w:strike w:val="0"/>
          <w:color w:val="000000"/>
          <w:sz w:val="16"/>
          <w:u w:val="none"/>
        </w:rPr>
        <w:t xml:space="preserve">irst </w:t>
      </w:r>
      <w:r>
        <w:rPr>
          <w:b/>
          <w:i w:val="0"/>
          <w:smallCaps w:val="0"/>
          <w:strike w:val="0"/>
          <w:color w:val="000000"/>
          <w:u w:val="single"/>
        </w:rPr>
        <w:t>u</w:t>
      </w:r>
      <w:r>
        <w:rPr>
          <w:b w:val="0"/>
          <w:i w:val="0"/>
          <w:smallCaps w:val="0"/>
          <w:strike w:val="0"/>
          <w:color w:val="000000"/>
          <w:sz w:val="16"/>
          <w:u w:val="none"/>
        </w:rPr>
        <w:t xml:space="preserve">se” nuclear </w:t>
      </w:r>
      <w:r>
        <w:rPr>
          <w:b w:val="0"/>
          <w:i w:val="0"/>
          <w:smallCaps w:val="0"/>
          <w:strike w:val="0"/>
          <w:color w:val="000000"/>
          <w:u w:val="single"/>
        </w:rPr>
        <w:t>policy</w:t>
      </w:r>
      <w:r>
        <w:rPr>
          <w:b w:val="0"/>
          <w:i w:val="0"/>
          <w:smallCaps w:val="0"/>
          <w:strike w:val="0"/>
          <w:color w:val="000000"/>
          <w:sz w:val="16"/>
          <w:u w:val="none"/>
        </w:rPr>
        <w:t xml:space="preserve">, implying that the country possesses nuclear weapons only to deter other states from a nuclear attack and expresses the purely self-defensive nature of China’s nuclear strategy. More fundamentally, </w:t>
      </w:r>
      <w:r>
        <w:rPr>
          <w:b w:val="0"/>
          <w:i w:val="0"/>
          <w:smallCaps w:val="0"/>
          <w:strike w:val="0"/>
          <w:color w:val="000000"/>
          <w:u w:val="single"/>
        </w:rPr>
        <w:t>it has demonstrated a</w:t>
      </w:r>
      <w:r>
        <w:rPr>
          <w:b w:val="0"/>
          <w:i w:val="0"/>
          <w:smallCaps w:val="0"/>
          <w:strike w:val="0"/>
          <w:color w:val="000000"/>
          <w:sz w:val="16"/>
          <w:u w:val="none"/>
        </w:rPr>
        <w:t xml:space="preserve"> viable </w:t>
      </w:r>
      <w:r>
        <w:rPr>
          <w:b w:val="0"/>
          <w:i w:val="0"/>
          <w:smallCaps w:val="0"/>
          <w:strike w:val="0"/>
          <w:color w:val="000000"/>
          <w:u w:val="single"/>
        </w:rPr>
        <w:t>path toward</w:t>
      </w:r>
      <w:r>
        <w:rPr>
          <w:b w:val="0"/>
          <w:i w:val="0"/>
          <w:smallCaps w:val="0"/>
          <w:strike w:val="0"/>
          <w:color w:val="000000"/>
          <w:sz w:val="16"/>
          <w:u w:val="none"/>
        </w:rPr>
        <w:t xml:space="preserve"> international </w:t>
      </w:r>
      <w:r>
        <w:rPr>
          <w:b/>
          <w:i w:val="0"/>
          <w:smallCaps w:val="0"/>
          <w:strike w:val="0"/>
          <w:color w:val="000000"/>
          <w:u w:val="single"/>
        </w:rPr>
        <w:t>nuclear disarmament</w:t>
      </w:r>
      <w:r>
        <w:rPr>
          <w:b w:val="0"/>
          <w:i w:val="0"/>
          <w:smallCaps w:val="0"/>
          <w:strike w:val="0"/>
          <w:color w:val="000000"/>
          <w:sz w:val="16"/>
          <w:u w:val="none"/>
        </w:rPr>
        <w:t xml:space="preserve">.81 Many China experts “appear not to be worried by China’s rapidly growing nuclear capabilities, because </w:t>
      </w:r>
      <w:r>
        <w:rPr>
          <w:b w:val="0"/>
          <w:i w:val="0"/>
          <w:smallCaps w:val="0"/>
          <w:strike w:val="0"/>
          <w:color w:val="000000"/>
          <w:u w:val="single"/>
        </w:rPr>
        <w:t>Beijing’s official policy promises</w:t>
      </w:r>
      <w:r>
        <w:rPr>
          <w:b w:val="0"/>
          <w:i w:val="0"/>
          <w:smallCaps w:val="0"/>
          <w:strike w:val="0"/>
          <w:color w:val="000000"/>
          <w:sz w:val="16"/>
          <w:u w:val="none"/>
        </w:rPr>
        <w:t xml:space="preserve"> that </w:t>
      </w:r>
      <w:r>
        <w:rPr>
          <w:b w:val="0"/>
          <w:i w:val="0"/>
          <w:smallCaps w:val="0"/>
          <w:strike w:val="0"/>
          <w:color w:val="000000"/>
          <w:u w:val="single"/>
        </w:rPr>
        <w:t>China will not be the</w:t>
      </w:r>
      <w:r>
        <w:rPr>
          <w:b w:val="0"/>
          <w:i w:val="0"/>
          <w:smallCaps w:val="0"/>
          <w:strike w:val="0"/>
          <w:color w:val="000000"/>
          <w:sz w:val="16"/>
          <w:u w:val="none"/>
        </w:rPr>
        <w:t xml:space="preserve"> </w:t>
      </w:r>
      <w:r>
        <w:rPr>
          <w:b/>
          <w:i w:val="0"/>
          <w:smallCaps w:val="0"/>
          <w:strike w:val="0"/>
          <w:color w:val="000000"/>
          <w:u w:val="single"/>
        </w:rPr>
        <w:t>first</w:t>
      </w:r>
      <w:r>
        <w:rPr>
          <w:b w:val="0"/>
          <w:i w:val="0"/>
          <w:smallCaps w:val="0"/>
          <w:strike w:val="0"/>
          <w:color w:val="000000"/>
          <w:sz w:val="16"/>
          <w:u w:val="none"/>
        </w:rPr>
        <w:t xml:space="preserve"> </w:t>
      </w:r>
      <w:r>
        <w:rPr>
          <w:b w:val="0"/>
          <w:i w:val="0"/>
          <w:smallCaps w:val="0"/>
          <w:strike w:val="0"/>
          <w:color w:val="000000"/>
          <w:u w:val="single"/>
        </w:rPr>
        <w:t>to employ nuclear weapons in a conflict</w:t>
      </w:r>
      <w:r>
        <w:rPr>
          <w:b w:val="0"/>
          <w:i w:val="0"/>
          <w:smallCaps w:val="0"/>
          <w:strike w:val="0"/>
          <w:color w:val="000000"/>
          <w:sz w:val="16"/>
          <w:u w:val="none"/>
        </w:rPr>
        <w:t>. Beijing promises that its nuclear forces are for deterrence and retaliation only, not for aggression.”82 However, China continues to develop its nuclear weapons. China is likely to double the size of its nuclear stockpile in a few years.83 U.S. military leaders are not as naïve as academics about China’s “no first use” pledge. Charles Richard, chief of U.S. Strategic Command, testified to the Senate Armed Services Committee that he could “drive a truck through China’s ‘no first use’ policy, because China’s unprecedented rapid expansion of its nuclear and missile capabilities is not consistent with a belief in ‘minimum deterrence’ and ‘no first use.’”84 In January 2022, five global nuclear powers who are the permanent members of the U.N. Security Council, the U.S., the UK, Russia, China, and France, signed a joint statement and agreed to prevent nuclear weapons from spreading and to ensure a nuclear war would not happen. The agreement itself is a positive sign, indicating that nuclear deterrence is working and there will be no massive war between China and the U.S.85 Practically, it is hard to trust a dictator’s words. In March 2022, Putin already put nuclear deterrent forces on high alert and attacked Europe’s largest nuclear plant just a month after Russia signed the joint statement.</w:t>
      </w:r>
    </w:p>
    <w:p>
      <w:pPr>
        <w:spacing w:after="60"/>
      </w:pPr>
      <w:r>
        <w:rPr>
          <w:b w:val="0"/>
          <w:i w:val="0"/>
          <w:smallCaps w:val="0"/>
          <w:strike w:val="0"/>
          <w:color w:val="000000"/>
          <w:sz w:val="16"/>
          <w:u w:val="none"/>
        </w:rPr>
        <w:t xml:space="preserve">Third, </w:t>
      </w:r>
      <w:r>
        <w:rPr>
          <w:b w:val="0"/>
          <w:i w:val="0"/>
          <w:smallCaps w:val="0"/>
          <w:strike w:val="0"/>
          <w:color w:val="000000"/>
          <w:u w:val="single"/>
        </w:rPr>
        <w:t>the Chinese</w:t>
      </w:r>
      <w:r>
        <w:rPr>
          <w:b w:val="0"/>
          <w:i w:val="0"/>
          <w:smallCaps w:val="0"/>
          <w:strike w:val="0"/>
          <w:color w:val="000000"/>
          <w:sz w:val="16"/>
          <w:u w:val="none"/>
        </w:rPr>
        <w:t xml:space="preserve"> </w:t>
      </w:r>
      <w:r>
        <w:rPr>
          <w:b w:val="0"/>
          <w:i w:val="0"/>
          <w:smallCaps w:val="0"/>
          <w:strike w:val="0"/>
          <w:color w:val="000000"/>
          <w:u w:val="single"/>
        </w:rPr>
        <w:t>economy and military</w:t>
      </w:r>
      <w:r>
        <w:rPr>
          <w:b w:val="0"/>
          <w:i w:val="0"/>
          <w:smallCaps w:val="0"/>
          <w:strike w:val="0"/>
          <w:color w:val="000000"/>
          <w:sz w:val="16"/>
          <w:u w:val="none"/>
        </w:rPr>
        <w:t xml:space="preserve"> </w:t>
      </w:r>
      <w:r>
        <w:rPr>
          <w:b w:val="0"/>
          <w:i w:val="0"/>
          <w:smallCaps w:val="0"/>
          <w:strike w:val="0"/>
          <w:color w:val="000000"/>
          <w:u w:val="single"/>
        </w:rPr>
        <w:t>are</w:t>
      </w:r>
      <w:r>
        <w:rPr>
          <w:b w:val="0"/>
          <w:i w:val="0"/>
          <w:smallCaps w:val="0"/>
          <w:strike w:val="0"/>
          <w:color w:val="000000"/>
          <w:sz w:val="16"/>
          <w:u w:val="none"/>
        </w:rPr>
        <w:t xml:space="preserve"> </w:t>
      </w:r>
      <w:r>
        <w:rPr>
          <w:b/>
          <w:i w:val="0"/>
          <w:smallCaps w:val="0"/>
          <w:strike w:val="0"/>
          <w:color w:val="000000"/>
          <w:u w:val="single"/>
        </w:rPr>
        <w:t>not strong enough</w:t>
      </w:r>
      <w:r>
        <w:rPr>
          <w:b w:val="0"/>
          <w:i w:val="0"/>
          <w:smallCaps w:val="0"/>
          <w:strike w:val="0"/>
          <w:color w:val="000000"/>
          <w:sz w:val="16"/>
          <w:u w:val="none"/>
        </w:rPr>
        <w:t xml:space="preserve"> </w:t>
      </w:r>
      <w:r>
        <w:rPr>
          <w:b w:val="0"/>
          <w:i w:val="0"/>
          <w:smallCaps w:val="0"/>
          <w:strike w:val="0"/>
          <w:color w:val="000000"/>
          <w:u w:val="single"/>
        </w:rPr>
        <w:t>to support war</w:t>
      </w:r>
      <w:r>
        <w:rPr>
          <w:b w:val="0"/>
          <w:i w:val="0"/>
          <w:smallCaps w:val="0"/>
          <w:strike w:val="0"/>
          <w:color w:val="000000"/>
          <w:sz w:val="16"/>
          <w:u w:val="none"/>
        </w:rPr>
        <w:t xml:space="preserve"> with the U.S. China will unlikely enter to war if it cannot win because </w:t>
      </w:r>
      <w:r>
        <w:rPr>
          <w:b w:val="0"/>
          <w:i w:val="0"/>
          <w:smallCaps w:val="0"/>
          <w:strike w:val="0"/>
          <w:color w:val="000000"/>
          <w:u w:val="single"/>
        </w:rPr>
        <w:t>the CCP</w:t>
      </w:r>
      <w:r>
        <w:rPr>
          <w:b w:val="0"/>
          <w:i w:val="0"/>
          <w:smallCaps w:val="0"/>
          <w:strike w:val="0"/>
          <w:color w:val="000000"/>
          <w:sz w:val="16"/>
          <w:u w:val="none"/>
        </w:rPr>
        <w:t xml:space="preserve"> </w:t>
      </w:r>
      <w:r>
        <w:rPr>
          <w:b/>
          <w:i w:val="0"/>
          <w:smallCaps w:val="0"/>
          <w:strike w:val="0"/>
          <w:color w:val="000000"/>
          <w:u w:val="single"/>
        </w:rPr>
        <w:t>cannot</w:t>
      </w:r>
      <w:r>
        <w:rPr>
          <w:b w:val="0"/>
          <w:i w:val="0"/>
          <w:smallCaps w:val="0"/>
          <w:strike w:val="0"/>
          <w:color w:val="000000"/>
          <w:sz w:val="16"/>
          <w:u w:val="none"/>
        </w:rPr>
        <w:t xml:space="preserve"> </w:t>
      </w:r>
      <w:r>
        <w:rPr>
          <w:b w:val="0"/>
          <w:i w:val="0"/>
          <w:smallCaps w:val="0"/>
          <w:strike w:val="0"/>
          <w:color w:val="000000"/>
          <w:u w:val="single"/>
        </w:rPr>
        <w:t>afford a loss</w:t>
      </w:r>
      <w:r>
        <w:rPr>
          <w:b w:val="0"/>
          <w:i w:val="0"/>
          <w:smallCaps w:val="0"/>
          <w:strike w:val="0"/>
          <w:color w:val="000000"/>
          <w:sz w:val="16"/>
          <w:u w:val="none"/>
        </w:rPr>
        <w:t xml:space="preserve">. China will wage war when it sees itself winning at least cost. China is the fastest-growing economy in the world but </w:t>
      </w:r>
      <w:r>
        <w:rPr>
          <w:b w:val="0"/>
          <w:i w:val="0"/>
          <w:smallCaps w:val="0"/>
          <w:strike w:val="0"/>
          <w:color w:val="000000"/>
          <w:u w:val="single"/>
        </w:rPr>
        <w:t>there are many</w:t>
      </w:r>
      <w:r>
        <w:rPr>
          <w:b w:val="0"/>
          <w:i w:val="0"/>
          <w:smallCaps w:val="0"/>
          <w:strike w:val="0"/>
          <w:color w:val="000000"/>
          <w:sz w:val="16"/>
          <w:u w:val="none"/>
        </w:rPr>
        <w:t xml:space="preserve"> more </w:t>
      </w:r>
      <w:r>
        <w:rPr>
          <w:b w:val="0"/>
          <w:i w:val="0"/>
          <w:smallCaps w:val="0"/>
          <w:strike w:val="0"/>
          <w:color w:val="000000"/>
          <w:u w:val="single"/>
        </w:rPr>
        <w:t>statistics that</w:t>
      </w:r>
      <w:r>
        <w:rPr>
          <w:b w:val="0"/>
          <w:i w:val="0"/>
          <w:smallCaps w:val="0"/>
          <w:strike w:val="0"/>
          <w:color w:val="000000"/>
          <w:sz w:val="16"/>
          <w:u w:val="none"/>
        </w:rPr>
        <w:t xml:space="preserve"> come to the front of arguments, which </w:t>
      </w:r>
      <w:r>
        <w:rPr>
          <w:b w:val="0"/>
          <w:i w:val="0"/>
          <w:smallCaps w:val="0"/>
          <w:strike w:val="0"/>
          <w:color w:val="000000"/>
          <w:u w:val="single"/>
        </w:rPr>
        <w:t>question the</w:t>
      </w:r>
      <w:r>
        <w:rPr>
          <w:b w:val="0"/>
          <w:i w:val="0"/>
          <w:smallCaps w:val="0"/>
          <w:strike w:val="0"/>
          <w:color w:val="000000"/>
          <w:sz w:val="16"/>
          <w:u w:val="none"/>
        </w:rPr>
        <w:t xml:space="preserve"> size of the </w:t>
      </w:r>
      <w:r>
        <w:rPr>
          <w:b w:val="0"/>
          <w:i w:val="0"/>
          <w:smallCaps w:val="0"/>
          <w:strike w:val="0"/>
          <w:color w:val="000000"/>
          <w:u w:val="single"/>
        </w:rPr>
        <w:t>Chinese</w:t>
      </w:r>
      <w:r>
        <w:rPr>
          <w:b w:val="0"/>
          <w:i w:val="0"/>
          <w:smallCaps w:val="0"/>
          <w:strike w:val="0"/>
          <w:color w:val="000000"/>
          <w:sz w:val="16"/>
          <w:u w:val="none"/>
        </w:rPr>
        <w:t xml:space="preserve"> economy and its actual </w:t>
      </w:r>
      <w:r>
        <w:rPr>
          <w:b/>
          <w:i w:val="0"/>
          <w:smallCaps w:val="0"/>
          <w:strike w:val="0"/>
          <w:color w:val="000000"/>
          <w:u w:val="single"/>
        </w:rPr>
        <w:t>economic</w:t>
      </w:r>
      <w:r>
        <w:rPr>
          <w:b w:val="0"/>
          <w:i w:val="0"/>
          <w:smallCaps w:val="0"/>
          <w:strike w:val="0"/>
          <w:color w:val="000000"/>
          <w:sz w:val="16"/>
          <w:u w:val="none"/>
        </w:rPr>
        <w:t xml:space="preserve"> </w:t>
      </w:r>
      <w:r>
        <w:rPr>
          <w:b w:val="0"/>
          <w:i w:val="0"/>
          <w:smallCaps w:val="0"/>
          <w:strike w:val="0"/>
          <w:color w:val="000000"/>
          <w:u w:val="single"/>
        </w:rPr>
        <w:t>situation</w:t>
      </w:r>
      <w:r>
        <w:rPr>
          <w:b w:val="0"/>
          <w:i w:val="0"/>
          <w:smallCaps w:val="0"/>
          <w:strike w:val="0"/>
          <w:color w:val="000000"/>
          <w:sz w:val="16"/>
          <w:u w:val="none"/>
        </w:rPr>
        <w:t xml:space="preserve">. The economic and social </w:t>
      </w:r>
      <w:r>
        <w:rPr>
          <w:b w:val="0"/>
          <w:i w:val="0"/>
          <w:smallCaps w:val="0"/>
          <w:strike w:val="0"/>
          <w:color w:val="000000"/>
          <w:u w:val="single"/>
        </w:rPr>
        <w:t>consequences of</w:t>
      </w:r>
      <w:r>
        <w:rPr>
          <w:b w:val="0"/>
          <w:i w:val="0"/>
          <w:smallCaps w:val="0"/>
          <w:strike w:val="0"/>
          <w:color w:val="000000"/>
          <w:sz w:val="16"/>
          <w:u w:val="none"/>
        </w:rPr>
        <w:t xml:space="preserve"> </w:t>
      </w:r>
      <w:r>
        <w:rPr>
          <w:b/>
          <w:i w:val="0"/>
          <w:smallCaps w:val="0"/>
          <w:strike w:val="0"/>
          <w:color w:val="000000"/>
          <w:u w:val="single"/>
        </w:rPr>
        <w:t>zero-case</w:t>
      </w:r>
      <w:r>
        <w:rPr>
          <w:b w:val="0"/>
          <w:i w:val="0"/>
          <w:smallCaps w:val="0"/>
          <w:strike w:val="0"/>
          <w:color w:val="000000"/>
          <w:sz w:val="16"/>
          <w:u w:val="none"/>
        </w:rPr>
        <w:t xml:space="preserve"> </w:t>
      </w:r>
      <w:r>
        <w:rPr>
          <w:b w:val="0"/>
          <w:i w:val="0"/>
          <w:smallCaps w:val="0"/>
          <w:strike w:val="0"/>
          <w:color w:val="000000"/>
          <w:u w:val="single"/>
        </w:rPr>
        <w:t>tolerance policy are</w:t>
      </w:r>
      <w:r>
        <w:rPr>
          <w:b w:val="0"/>
          <w:i w:val="0"/>
          <w:smallCaps w:val="0"/>
          <w:strike w:val="0"/>
          <w:color w:val="000000"/>
          <w:sz w:val="16"/>
          <w:u w:val="none"/>
        </w:rPr>
        <w:t xml:space="preserve"> clearly </w:t>
      </w:r>
      <w:r>
        <w:rPr>
          <w:b w:val="0"/>
          <w:i w:val="0"/>
          <w:smallCaps w:val="0"/>
          <w:strike w:val="0"/>
          <w:color w:val="000000"/>
          <w:u w:val="single"/>
        </w:rPr>
        <w:t>serious and far-reaching</w:t>
      </w:r>
      <w:r>
        <w:rPr>
          <w:b w:val="0"/>
          <w:i w:val="0"/>
          <w:smallCaps w:val="0"/>
          <w:strike w:val="0"/>
          <w:color w:val="000000"/>
          <w:sz w:val="16"/>
          <w:u w:val="none"/>
        </w:rPr>
        <w:t xml:space="preserve">. China is still a developing country. </w:t>
      </w:r>
      <w:r>
        <w:rPr>
          <w:b w:val="0"/>
          <w:i w:val="0"/>
          <w:smallCaps w:val="0"/>
          <w:strike w:val="0"/>
          <w:color w:val="000000"/>
          <w:u w:val="single"/>
        </w:rPr>
        <w:t>China does</w:t>
      </w:r>
      <w:r>
        <w:rPr>
          <w:b w:val="0"/>
          <w:i w:val="0"/>
          <w:smallCaps w:val="0"/>
          <w:strike w:val="0"/>
          <w:color w:val="000000"/>
          <w:sz w:val="16"/>
          <w:u w:val="none"/>
        </w:rPr>
        <w:t xml:space="preserve"> </w:t>
      </w:r>
      <w:r>
        <w:rPr>
          <w:b/>
          <w:i w:val="0"/>
          <w:smallCaps w:val="0"/>
          <w:strike w:val="0"/>
          <w:color w:val="000000"/>
          <w:u w:val="single"/>
        </w:rPr>
        <w:t>not</w:t>
      </w:r>
      <w:r>
        <w:rPr>
          <w:b w:val="0"/>
          <w:i w:val="0"/>
          <w:smallCaps w:val="0"/>
          <w:strike w:val="0"/>
          <w:color w:val="000000"/>
          <w:sz w:val="16"/>
          <w:u w:val="none"/>
        </w:rPr>
        <w:t xml:space="preserve"> </w:t>
      </w:r>
      <w:r>
        <w:rPr>
          <w:b w:val="0"/>
          <w:i w:val="0"/>
          <w:smallCaps w:val="0"/>
          <w:strike w:val="0"/>
          <w:color w:val="000000"/>
          <w:u w:val="single"/>
        </w:rPr>
        <w:t>rank</w:t>
      </w:r>
      <w:r>
        <w:rPr>
          <w:b w:val="0"/>
          <w:i w:val="0"/>
          <w:smallCaps w:val="0"/>
          <w:strike w:val="0"/>
          <w:color w:val="000000"/>
          <w:sz w:val="16"/>
          <w:u w:val="none"/>
        </w:rPr>
        <w:t xml:space="preserve"> </w:t>
      </w:r>
      <w:r>
        <w:rPr>
          <w:b w:val="0"/>
          <w:i w:val="0"/>
          <w:smallCaps w:val="0"/>
          <w:strike w:val="0"/>
          <w:color w:val="000000"/>
          <w:u w:val="single"/>
        </w:rPr>
        <w:t>among the 100 richest</w:t>
      </w:r>
      <w:r>
        <w:rPr>
          <w:b w:val="0"/>
          <w:i w:val="0"/>
          <w:smallCaps w:val="0"/>
          <w:strike w:val="0"/>
          <w:color w:val="000000"/>
          <w:sz w:val="16"/>
          <w:u w:val="none"/>
        </w:rPr>
        <w:t xml:space="preserve"> </w:t>
      </w:r>
      <w:r>
        <w:rPr>
          <w:b w:val="0"/>
          <w:i w:val="0"/>
          <w:smallCaps w:val="0"/>
          <w:strike w:val="0"/>
          <w:color w:val="000000"/>
          <w:u w:val="single"/>
        </w:rPr>
        <w:t>nations</w:t>
      </w:r>
      <w:r>
        <w:rPr>
          <w:b w:val="0"/>
          <w:i w:val="0"/>
          <w:smallCaps w:val="0"/>
          <w:strike w:val="0"/>
          <w:color w:val="000000"/>
          <w:sz w:val="16"/>
          <w:u w:val="none"/>
        </w:rPr>
        <w:t xml:space="preserve"> based on </w:t>
      </w:r>
      <w:r>
        <w:rPr>
          <w:b/>
          <w:i w:val="0"/>
          <w:smallCaps w:val="0"/>
          <w:strike w:val="0"/>
          <w:color w:val="000000"/>
          <w:u w:val="single"/>
        </w:rPr>
        <w:t>per capita</w:t>
      </w:r>
      <w:r>
        <w:rPr>
          <w:b w:val="0"/>
          <w:i w:val="0"/>
          <w:smallCaps w:val="0"/>
          <w:strike w:val="0"/>
          <w:color w:val="000000"/>
          <w:sz w:val="16"/>
          <w:u w:val="none"/>
        </w:rPr>
        <w:t xml:space="preserve">. Among 1.4 billion people, about 50% of Chinese people live in rural areas, 400 million people live on less than $2 a day, and 200 million people live on less than a dollar per day. Even if China will continue its economic growth for years, </w:t>
      </w:r>
      <w:r>
        <w:rPr>
          <w:b w:val="0"/>
          <w:i w:val="0"/>
          <w:smallCaps w:val="0"/>
          <w:strike w:val="0"/>
          <w:color w:val="000000"/>
          <w:u w:val="single"/>
        </w:rPr>
        <w:t>it may</w:t>
      </w:r>
      <w:r>
        <w:rPr>
          <w:b w:val="0"/>
          <w:i w:val="0"/>
          <w:smallCaps w:val="0"/>
          <w:strike w:val="0"/>
          <w:color w:val="000000"/>
          <w:sz w:val="16"/>
          <w:u w:val="none"/>
        </w:rPr>
        <w:t xml:space="preserve"> </w:t>
      </w:r>
      <w:r>
        <w:rPr>
          <w:b/>
          <w:i w:val="0"/>
          <w:smallCaps w:val="0"/>
          <w:strike w:val="0"/>
          <w:color w:val="000000"/>
          <w:u w:val="single"/>
        </w:rPr>
        <w:t>never</w:t>
      </w:r>
      <w:r>
        <w:rPr>
          <w:b w:val="0"/>
          <w:i w:val="0"/>
          <w:smallCaps w:val="0"/>
          <w:strike w:val="0"/>
          <w:color w:val="000000"/>
          <w:sz w:val="16"/>
          <w:u w:val="none"/>
        </w:rPr>
        <w:t xml:space="preserve"> </w:t>
      </w:r>
      <w:r>
        <w:rPr>
          <w:b w:val="0"/>
          <w:i w:val="0"/>
          <w:smallCaps w:val="0"/>
          <w:strike w:val="0"/>
          <w:color w:val="000000"/>
          <w:u w:val="single"/>
        </w:rPr>
        <w:t>surpass the U.S. because it faces</w:t>
      </w:r>
      <w:r>
        <w:rPr>
          <w:b w:val="0"/>
          <w:i w:val="0"/>
          <w:smallCaps w:val="0"/>
          <w:strike w:val="0"/>
          <w:color w:val="000000"/>
          <w:sz w:val="16"/>
          <w:u w:val="none"/>
        </w:rPr>
        <w:t xml:space="preserve"> </w:t>
      </w:r>
      <w:r>
        <w:rPr>
          <w:b/>
          <w:i w:val="0"/>
          <w:smallCaps w:val="0"/>
          <w:strike w:val="0"/>
          <w:color w:val="000000"/>
          <w:u w:val="single"/>
        </w:rPr>
        <w:t>many obstacles</w:t>
      </w:r>
      <w:r>
        <w:rPr>
          <w:b w:val="0"/>
          <w:i w:val="0"/>
          <w:smallCaps w:val="0"/>
          <w:strike w:val="0"/>
          <w:color w:val="000000"/>
          <w:sz w:val="16"/>
          <w:u w:val="none"/>
        </w:rPr>
        <w:t xml:space="preserve">.86 </w:t>
      </w:r>
      <w:r>
        <w:rPr>
          <w:b w:val="0"/>
          <w:i w:val="0"/>
          <w:smallCaps w:val="0"/>
          <w:strike w:val="0"/>
          <w:color w:val="000000"/>
          <w:u w:val="single"/>
        </w:rPr>
        <w:t>U.S. military spending grows as</w:t>
      </w:r>
      <w:r>
        <w:rPr>
          <w:b w:val="0"/>
          <w:i w:val="0"/>
          <w:smallCaps w:val="0"/>
          <w:strike w:val="0"/>
          <w:color w:val="000000"/>
          <w:sz w:val="16"/>
          <w:u w:val="none"/>
        </w:rPr>
        <w:t xml:space="preserve"> </w:t>
      </w:r>
      <w:r>
        <w:rPr>
          <w:b/>
          <w:i w:val="0"/>
          <w:smallCaps w:val="0"/>
          <w:strike w:val="0"/>
          <w:color w:val="000000"/>
          <w:u w:val="single"/>
        </w:rPr>
        <w:t>policy shifts</w:t>
      </w:r>
      <w:r>
        <w:rPr>
          <w:b w:val="0"/>
          <w:i w:val="0"/>
          <w:smallCaps w:val="0"/>
          <w:strike w:val="0"/>
          <w:color w:val="000000"/>
          <w:sz w:val="16"/>
          <w:u w:val="none"/>
        </w:rPr>
        <w:t xml:space="preserve"> </w:t>
      </w:r>
      <w:r>
        <w:rPr>
          <w:b w:val="0"/>
          <w:i w:val="0"/>
          <w:smallCaps w:val="0"/>
          <w:strike w:val="0"/>
          <w:color w:val="000000"/>
          <w:u w:val="single"/>
        </w:rPr>
        <w:t>to “prioritize China” with</w:t>
      </w:r>
      <w:r>
        <w:rPr>
          <w:b w:val="0"/>
          <w:i w:val="0"/>
          <w:smallCaps w:val="0"/>
          <w:strike w:val="0"/>
          <w:color w:val="000000"/>
          <w:sz w:val="16"/>
          <w:u w:val="none"/>
        </w:rPr>
        <w:t xml:space="preserve"> </w:t>
      </w:r>
      <w:r>
        <w:rPr>
          <w:b/>
          <w:i w:val="0"/>
          <w:smallCaps w:val="0"/>
          <w:strike w:val="0"/>
          <w:color w:val="000000"/>
          <w:u w:val="single"/>
        </w:rPr>
        <w:t>$813.3 billion</w:t>
      </w:r>
      <w:r>
        <w:rPr>
          <w:b w:val="0"/>
          <w:i w:val="0"/>
          <w:smallCaps w:val="0"/>
          <w:strike w:val="0"/>
          <w:color w:val="000000"/>
          <w:sz w:val="16"/>
          <w:u w:val="none"/>
        </w:rPr>
        <w:t xml:space="preserve"> in 2022 </w:t>
      </w:r>
      <w:r>
        <w:rPr>
          <w:b w:val="0"/>
          <w:i w:val="0"/>
          <w:smallCaps w:val="0"/>
          <w:strike w:val="0"/>
          <w:color w:val="000000"/>
          <w:u w:val="single"/>
        </w:rPr>
        <w:t>while China’s military spending has reached</w:t>
      </w:r>
      <w:r>
        <w:rPr>
          <w:b w:val="0"/>
          <w:i w:val="0"/>
          <w:smallCaps w:val="0"/>
          <w:strike w:val="0"/>
          <w:color w:val="000000"/>
          <w:sz w:val="16"/>
          <w:u w:val="none"/>
        </w:rPr>
        <w:t xml:space="preserve"> </w:t>
      </w:r>
      <w:r>
        <w:rPr>
          <w:b/>
          <w:i w:val="0"/>
          <w:smallCaps w:val="0"/>
          <w:strike w:val="0"/>
          <w:color w:val="000000"/>
          <w:u w:val="single"/>
        </w:rPr>
        <w:t>$230 billion</w:t>
      </w:r>
      <w:r>
        <w:rPr>
          <w:b w:val="0"/>
          <w:i w:val="0"/>
          <w:smallCaps w:val="0"/>
          <w:strike w:val="0"/>
          <w:color w:val="000000"/>
          <w:sz w:val="16"/>
          <w:u w:val="none"/>
        </w:rPr>
        <w:t xml:space="preserve"> in 2022. China’s military budget is only about 28% of the U.S. The PLA has approximately 975,000 active-duty personnel, the largest navy in the world with an overall battle force of approximately 355 ships and submarines, the largest aviation force in the region and the third largest in the world, with over 2800 total aircraft of which approximately 2250 are combat aircraft. China develops new intercontinental ballistic missiles, continues to increase its inventory of road-mobile DF-26 intermediate-range ballistic missiles (IRBM), and has its first operational hypersonic weapons system, the DF-17 hypersonic glide vehicle (HGV), and medium-range ballistic missile (MRBM). China is determined to build a “world-class” military by the end of 2049.87 However, </w:t>
      </w:r>
      <w:r>
        <w:rPr>
          <w:b w:val="0"/>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comprehensive</w:t>
      </w:r>
      <w:r>
        <w:rPr>
          <w:b w:val="0"/>
          <w:i w:val="0"/>
          <w:smallCaps w:val="0"/>
          <w:strike w:val="0"/>
          <w:color w:val="000000"/>
          <w:sz w:val="16"/>
          <w:u w:val="none"/>
        </w:rPr>
        <w:t xml:space="preserve"> </w:t>
      </w:r>
      <w:r>
        <w:rPr>
          <w:b w:val="0"/>
          <w:i w:val="0"/>
          <w:smallCaps w:val="0"/>
          <w:strike w:val="0"/>
          <w:color w:val="000000"/>
          <w:u w:val="single"/>
        </w:rPr>
        <w:t>power</w:t>
      </w:r>
      <w:r>
        <w:rPr>
          <w:b w:val="0"/>
          <w:i w:val="0"/>
          <w:smallCaps w:val="0"/>
          <w:strike w:val="0"/>
          <w:color w:val="000000"/>
          <w:sz w:val="16"/>
          <w:u w:val="none"/>
        </w:rPr>
        <w:t xml:space="preserve"> </w:t>
      </w:r>
      <w:r>
        <w:rPr>
          <w:b w:val="0"/>
          <w:i w:val="0"/>
          <w:smallCaps w:val="0"/>
          <w:strike w:val="0"/>
          <w:color w:val="000000"/>
          <w:u w:val="single"/>
        </w:rPr>
        <w:t>of the PLA</w:t>
      </w:r>
      <w:r>
        <w:rPr>
          <w:b w:val="0"/>
          <w:i w:val="0"/>
          <w:smallCaps w:val="0"/>
          <w:strike w:val="0"/>
          <w:color w:val="000000"/>
          <w:sz w:val="16"/>
          <w:u w:val="none"/>
        </w:rPr>
        <w:t xml:space="preserve"> still </w:t>
      </w:r>
      <w:r>
        <w:rPr>
          <w:b/>
          <w:i w:val="0"/>
          <w:smallCaps w:val="0"/>
          <w:strike w:val="0"/>
          <w:color w:val="000000"/>
          <w:u w:val="single"/>
        </w:rPr>
        <w:t>lags far behind</w:t>
      </w:r>
      <w:r>
        <w:rPr>
          <w:b w:val="0"/>
          <w:i w:val="0"/>
          <w:smallCaps w:val="0"/>
          <w:strike w:val="0"/>
          <w:color w:val="000000"/>
          <w:sz w:val="16"/>
          <w:u w:val="none"/>
        </w:rPr>
        <w:t xml:space="preserve"> </w:t>
      </w:r>
      <w:r>
        <w:rPr>
          <w:b/>
          <w:i w:val="0"/>
          <w:smallCaps w:val="0"/>
          <w:strike w:val="0"/>
          <w:color w:val="000000"/>
          <w:u w:val="single"/>
        </w:rPr>
        <w:t>the U.S.</w:t>
      </w:r>
      <w:r>
        <w:rPr>
          <w:b w:val="0"/>
          <w:i w:val="0"/>
          <w:smallCaps w:val="0"/>
          <w:strike w:val="0"/>
          <w:color w:val="000000"/>
          <w:sz w:val="16"/>
          <w:u w:val="none"/>
        </w:rPr>
        <w:t xml:space="preserve"> </w:t>
      </w:r>
      <w:r>
        <w:rPr>
          <w:b w:val="0"/>
          <w:i w:val="0"/>
          <w:smallCaps w:val="0"/>
          <w:strike w:val="0"/>
          <w:color w:val="000000"/>
          <w:u w:val="single"/>
        </w:rPr>
        <w:t>If China learned a lesson from</w:t>
      </w:r>
      <w:r>
        <w:rPr>
          <w:b w:val="0"/>
          <w:i w:val="0"/>
          <w:smallCaps w:val="0"/>
          <w:strike w:val="0"/>
          <w:color w:val="000000"/>
          <w:sz w:val="16"/>
          <w:u w:val="none"/>
        </w:rPr>
        <w:t xml:space="preserve"> </w:t>
      </w:r>
      <w:r>
        <w:rPr>
          <w:b/>
          <w:i w:val="0"/>
          <w:smallCaps w:val="0"/>
          <w:strike w:val="0"/>
          <w:color w:val="000000"/>
          <w:u w:val="single"/>
        </w:rPr>
        <w:t>Russia</w:t>
      </w:r>
      <w:r>
        <w:rPr>
          <w:b w:val="0"/>
          <w:i w:val="0"/>
          <w:smallCaps w:val="0"/>
          <w:strike w:val="0"/>
          <w:color w:val="000000"/>
          <w:sz w:val="16"/>
          <w:u w:val="none"/>
        </w:rPr>
        <w:t xml:space="preserve">’s failures in the invasion of Ukraine, </w:t>
      </w:r>
      <w:r>
        <w:rPr>
          <w:b w:val="0"/>
          <w:i w:val="0"/>
          <w:smallCaps w:val="0"/>
          <w:strike w:val="0"/>
          <w:color w:val="000000"/>
          <w:u w:val="single"/>
        </w:rPr>
        <w:t>it should never take on the U.S. head even when fully modernized</w:t>
      </w:r>
      <w:r>
        <w:rPr>
          <w:b w:val="0"/>
          <w:i w:val="0"/>
          <w:smallCaps w:val="0"/>
          <w:strike w:val="0"/>
          <w:color w:val="000000"/>
          <w:sz w:val="16"/>
          <w:u w:val="none"/>
        </w:rPr>
        <w:t xml:space="preserve">. Although China’s navy, ground troop, and air forces have developed rapidly in the past two decades, </w:t>
      </w:r>
      <w:r>
        <w:rPr>
          <w:b w:val="0"/>
          <w:i w:val="0"/>
          <w:smallCaps w:val="0"/>
          <w:strike w:val="0"/>
          <w:color w:val="000000"/>
          <w:u w:val="single"/>
        </w:rPr>
        <w:t>considering</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quality</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overall strength</w:t>
      </w:r>
      <w:r>
        <w:rPr>
          <w:b w:val="0"/>
          <w:i w:val="0"/>
          <w:smallCaps w:val="0"/>
          <w:strike w:val="0"/>
          <w:color w:val="000000"/>
          <w:sz w:val="16"/>
          <w:u w:val="none"/>
        </w:rPr>
        <w:t xml:space="preserve"> </w:t>
      </w:r>
      <w:r>
        <w:rPr>
          <w:b w:val="0"/>
          <w:i w:val="0"/>
          <w:smallCaps w:val="0"/>
          <w:strike w:val="0"/>
          <w:color w:val="000000"/>
          <w:u w:val="single"/>
        </w:rPr>
        <w:t>of the military,</w:t>
      </w:r>
      <w:r>
        <w:rPr>
          <w:b w:val="0"/>
          <w:i w:val="0"/>
          <w:smallCaps w:val="0"/>
          <w:strike w:val="0"/>
          <w:color w:val="000000"/>
          <w:sz w:val="16"/>
          <w:u w:val="none"/>
        </w:rPr>
        <w:t xml:space="preserve"> </w:t>
      </w:r>
      <w:r>
        <w:rPr>
          <w:b w:val="0"/>
          <w:i w:val="0"/>
          <w:smallCaps w:val="0"/>
          <w:strike w:val="0"/>
          <w:color w:val="000000"/>
          <w:u w:val="single"/>
        </w:rPr>
        <w:t>as well as</w:t>
      </w:r>
      <w:r>
        <w:rPr>
          <w:b w:val="0"/>
          <w:i w:val="0"/>
          <w:smallCaps w:val="0"/>
          <w:strike w:val="0"/>
          <w:color w:val="000000"/>
          <w:sz w:val="16"/>
          <w:u w:val="none"/>
        </w:rPr>
        <w:t xml:space="preserve"> </w:t>
      </w:r>
      <w:r>
        <w:rPr>
          <w:b w:val="0"/>
          <w:i w:val="0"/>
          <w:smallCaps w:val="0"/>
          <w:strike w:val="0"/>
          <w:color w:val="000000"/>
          <w:u w:val="single"/>
        </w:rPr>
        <w:t>the strength of military</w:t>
      </w:r>
      <w:r>
        <w:rPr>
          <w:b w:val="0"/>
          <w:i w:val="0"/>
          <w:smallCaps w:val="0"/>
          <w:strike w:val="0"/>
          <w:color w:val="000000"/>
          <w:sz w:val="16"/>
          <w:u w:val="none"/>
        </w:rPr>
        <w:t xml:space="preserve"> </w:t>
      </w:r>
      <w:r>
        <w:rPr>
          <w:b w:val="0"/>
          <w:i w:val="0"/>
          <w:smallCaps w:val="0"/>
          <w:strike w:val="0"/>
          <w:color w:val="000000"/>
          <w:u w:val="single"/>
        </w:rPr>
        <w:t>alliances</w:t>
      </w:r>
      <w:r>
        <w:rPr>
          <w:b w:val="0"/>
          <w:i w:val="0"/>
          <w:smallCaps w:val="0"/>
          <w:strike w:val="0"/>
          <w:color w:val="000000"/>
          <w:u w:val="single"/>
        </w:rPr>
        <w:t>, China would</w:t>
      </w:r>
      <w:r>
        <w:rPr>
          <w:b w:val="0"/>
          <w:i w:val="0"/>
          <w:smallCaps w:val="0"/>
          <w:strike w:val="0"/>
          <w:color w:val="000000"/>
          <w:sz w:val="16"/>
          <w:u w:val="none"/>
        </w:rPr>
        <w:t xml:space="preserve"> </w:t>
      </w:r>
      <w:r>
        <w:rPr>
          <w:b/>
          <w:i w:val="0"/>
          <w:smallCaps w:val="0"/>
          <w:strike w:val="0"/>
          <w:color w:val="000000"/>
          <w:u w:val="single"/>
        </w:rPr>
        <w:t>lose</w:t>
      </w:r>
      <w:r>
        <w:rPr>
          <w:b w:val="0"/>
          <w:i w:val="0"/>
          <w:smallCaps w:val="0"/>
          <w:strike w:val="0"/>
          <w:color w:val="000000"/>
          <w:sz w:val="16"/>
          <w:u w:val="none"/>
        </w:rPr>
        <w:t xml:space="preserve"> </w:t>
      </w:r>
      <w:r>
        <w:rPr>
          <w:b w:val="0"/>
          <w:i w:val="0"/>
          <w:smallCaps w:val="0"/>
          <w:strike w:val="0"/>
          <w:color w:val="000000"/>
          <w:u w:val="single"/>
        </w:rPr>
        <w:t>the war if it launched a war with the U.S.</w:t>
      </w:r>
      <w:r>
        <w:rPr>
          <w:b w:val="0"/>
          <w:i w:val="0"/>
          <w:smallCaps w:val="0"/>
          <w:strike w:val="0"/>
          <w:color w:val="000000"/>
          <w:sz w:val="16"/>
          <w:u w:val="none"/>
        </w:rPr>
        <w:t xml:space="preserve"> Any war with the U.S. will be near its shores where </w:t>
      </w:r>
      <w:r>
        <w:rPr>
          <w:b w:val="0"/>
          <w:i w:val="0"/>
          <w:smallCaps w:val="0"/>
          <w:strike w:val="0"/>
          <w:color w:val="000000"/>
          <w:u w:val="single"/>
        </w:rPr>
        <w:t>the U.S. will have a</w:t>
      </w:r>
      <w:r>
        <w:rPr>
          <w:b w:val="0"/>
          <w:i w:val="0"/>
          <w:smallCaps w:val="0"/>
          <w:strike w:val="0"/>
          <w:color w:val="000000"/>
          <w:sz w:val="16"/>
          <w:u w:val="none"/>
        </w:rPr>
        <w:t xml:space="preserve"> </w:t>
      </w:r>
      <w:r>
        <w:rPr>
          <w:b/>
          <w:i w:val="0"/>
          <w:smallCaps w:val="0"/>
          <w:strike w:val="0"/>
          <w:color w:val="000000"/>
          <w:u w:val="single"/>
        </w:rPr>
        <w:t>decisive</w:t>
      </w:r>
      <w:r>
        <w:rPr>
          <w:b w:val="0"/>
          <w:i w:val="0"/>
          <w:smallCaps w:val="0"/>
          <w:strike w:val="0"/>
          <w:color w:val="000000"/>
          <w:sz w:val="16"/>
          <w:u w:val="none"/>
        </w:rPr>
        <w:t xml:space="preserve"> </w:t>
      </w:r>
      <w:r>
        <w:rPr>
          <w:b w:val="0"/>
          <w:i w:val="0"/>
          <w:smallCaps w:val="0"/>
          <w:strike w:val="0"/>
          <w:color w:val="000000"/>
          <w:u w:val="single"/>
        </w:rPr>
        <w:t>winning advantage</w:t>
      </w:r>
      <w:r>
        <w:rPr>
          <w:b w:val="0"/>
          <w:i w:val="0"/>
          <w:smallCaps w:val="0"/>
          <w:strike w:val="0"/>
          <w:color w:val="000000"/>
          <w:sz w:val="16"/>
          <w:u w:val="none"/>
        </w:rPr>
        <w:t>.88</w:t>
      </w:r>
    </w:p>
    <w:p>
      <w:pPr>
        <w:spacing w:after="60"/>
      </w:pPr>
      <w:r>
        <w:rPr>
          <w:b w:val="0"/>
          <w:i w:val="0"/>
          <w:smallCaps w:val="0"/>
          <w:strike w:val="0"/>
          <w:color w:val="000000"/>
          <w:sz w:val="16"/>
          <w:u w:val="none"/>
        </w:rPr>
        <w:t xml:space="preserve">Fourth, </w:t>
      </w:r>
      <w:r>
        <w:rPr>
          <w:b w:val="0"/>
          <w:i w:val="0"/>
          <w:smallCaps w:val="0"/>
          <w:strike w:val="0"/>
          <w:color w:val="000000"/>
          <w:u w:val="single"/>
        </w:rPr>
        <w:t>China will feel</w:t>
      </w:r>
      <w:r>
        <w:rPr>
          <w:b w:val="0"/>
          <w:i w:val="0"/>
          <w:smallCaps w:val="0"/>
          <w:strike w:val="0"/>
          <w:color w:val="000000"/>
          <w:sz w:val="16"/>
          <w:u w:val="none"/>
        </w:rPr>
        <w:t xml:space="preserve"> </w:t>
      </w:r>
      <w:r>
        <w:rPr>
          <w:b/>
          <w:i w:val="0"/>
          <w:smallCaps w:val="0"/>
          <w:strike w:val="0"/>
          <w:color w:val="000000"/>
          <w:u w:val="single"/>
        </w:rPr>
        <w:t>difficult</w:t>
      </w:r>
      <w:r>
        <w:rPr>
          <w:b w:val="0"/>
          <w:i w:val="0"/>
          <w:smallCaps w:val="0"/>
          <w:strike w:val="0"/>
          <w:color w:val="000000"/>
          <w:sz w:val="16"/>
          <w:u w:val="none"/>
        </w:rPr>
        <w:t xml:space="preserve"> </w:t>
      </w:r>
      <w:r>
        <w:rPr>
          <w:b w:val="0"/>
          <w:i w:val="0"/>
          <w:smallCaps w:val="0"/>
          <w:strike w:val="0"/>
          <w:color w:val="000000"/>
          <w:u w:val="single"/>
        </w:rPr>
        <w:t>to justify a war</w:t>
      </w:r>
      <w:r>
        <w:rPr>
          <w:b w:val="0"/>
          <w:i w:val="0"/>
          <w:smallCaps w:val="0"/>
          <w:strike w:val="0"/>
          <w:color w:val="000000"/>
          <w:sz w:val="16"/>
          <w:u w:val="none"/>
        </w:rPr>
        <w:t xml:space="preserve"> with U.S. Military strength is the basis for consideration if China goes to war. </w:t>
      </w:r>
      <w:r>
        <w:rPr>
          <w:b w:val="0"/>
          <w:i w:val="0"/>
          <w:smallCaps w:val="0"/>
          <w:strike w:val="0"/>
          <w:color w:val="000000"/>
          <w:u w:val="single"/>
        </w:rPr>
        <w:t>If China’s military power is at an</w:t>
      </w:r>
      <w:r>
        <w:rPr>
          <w:b w:val="0"/>
          <w:i w:val="0"/>
          <w:smallCaps w:val="0"/>
          <w:strike w:val="0"/>
          <w:color w:val="000000"/>
          <w:sz w:val="16"/>
          <w:u w:val="none"/>
        </w:rPr>
        <w:t xml:space="preserve"> absolute </w:t>
      </w:r>
      <w:r>
        <w:rPr>
          <w:b/>
          <w:i w:val="0"/>
          <w:smallCaps w:val="0"/>
          <w:strike w:val="0"/>
          <w:color w:val="000000"/>
          <w:u w:val="single"/>
        </w:rPr>
        <w:t>advantage</w:t>
      </w:r>
      <w:r>
        <w:rPr>
          <w:b w:val="0"/>
          <w:i w:val="0"/>
          <w:smallCaps w:val="0"/>
          <w:strike w:val="0"/>
          <w:color w:val="000000"/>
          <w:sz w:val="16"/>
          <w:u w:val="none"/>
        </w:rPr>
        <w:t xml:space="preserve">, </w:t>
      </w:r>
      <w:r>
        <w:rPr>
          <w:b w:val="0"/>
          <w:i w:val="0"/>
          <w:smallCaps w:val="0"/>
          <w:strike w:val="0"/>
          <w:color w:val="000000"/>
          <w:u w:val="single"/>
        </w:rPr>
        <w:t>it</w:t>
      </w:r>
      <w:r>
        <w:rPr>
          <w:b w:val="0"/>
          <w:i w:val="0"/>
          <w:smallCaps w:val="0"/>
          <w:strike w:val="0"/>
          <w:color w:val="000000"/>
          <w:sz w:val="16"/>
          <w:u w:val="none"/>
        </w:rPr>
        <w:t xml:space="preserve"> still </w:t>
      </w:r>
      <w:r>
        <w:rPr>
          <w:b w:val="0"/>
          <w:i w:val="0"/>
          <w:smallCaps w:val="0"/>
          <w:strike w:val="0"/>
          <w:color w:val="000000"/>
          <w:u w:val="single"/>
        </w:rPr>
        <w:t>lacks the</w:t>
      </w:r>
      <w:r>
        <w:rPr>
          <w:b w:val="0"/>
          <w:i w:val="0"/>
          <w:smallCaps w:val="0"/>
          <w:strike w:val="0"/>
          <w:color w:val="000000"/>
          <w:sz w:val="16"/>
          <w:u w:val="none"/>
        </w:rPr>
        <w:t xml:space="preserve"> </w:t>
      </w:r>
      <w:r>
        <w:rPr>
          <w:b/>
          <w:i w:val="0"/>
          <w:smallCaps w:val="0"/>
          <w:strike w:val="0"/>
          <w:color w:val="000000"/>
          <w:u w:val="single"/>
        </w:rPr>
        <w:t>pre-conditions</w:t>
      </w:r>
      <w:r>
        <w:rPr>
          <w:b w:val="0"/>
          <w:i w:val="0"/>
          <w:smallCaps w:val="0"/>
          <w:strike w:val="0"/>
          <w:color w:val="000000"/>
          <w:sz w:val="16"/>
          <w:u w:val="none"/>
        </w:rPr>
        <w:t xml:space="preserve"> </w:t>
      </w:r>
      <w:r>
        <w:rPr>
          <w:b w:val="0"/>
          <w:i w:val="0"/>
          <w:smallCaps w:val="0"/>
          <w:strike w:val="0"/>
          <w:color w:val="000000"/>
          <w:u w:val="single"/>
        </w:rPr>
        <w:t>for war with the U.S.</w:t>
      </w:r>
      <w:r>
        <w:rPr>
          <w:b w:val="0"/>
          <w:i w:val="0"/>
          <w:smallCaps w:val="0"/>
          <w:strike w:val="0"/>
          <w:color w:val="000000"/>
          <w:sz w:val="16"/>
          <w:u w:val="none"/>
        </w:rPr>
        <w:t xml:space="preserve"> If China’s military power evenly matches with the U.S., it should be cautious about starting a war. China has not arrived at the stage to initiate a war. Military power is not simply about military budget and weapons. </w:t>
      </w:r>
      <w:r>
        <w:rPr>
          <w:b/>
          <w:i w:val="0"/>
          <w:smallCaps w:val="0"/>
          <w:strike w:val="0"/>
          <w:color w:val="000000"/>
          <w:u w:val="single"/>
        </w:rPr>
        <w:t>Real</w:t>
      </w:r>
      <w:r>
        <w:rPr>
          <w:b w:val="0"/>
          <w:i w:val="0"/>
          <w:smallCaps w:val="0"/>
          <w:strike w:val="0"/>
          <w:color w:val="000000"/>
          <w:sz w:val="16"/>
          <w:u w:val="none"/>
        </w:rPr>
        <w:t xml:space="preserve"> war </w:t>
      </w:r>
      <w:r>
        <w:rPr>
          <w:b/>
          <w:i w:val="0"/>
          <w:smallCaps w:val="0"/>
          <w:strike w:val="0"/>
          <w:color w:val="000000"/>
          <w:u w:val="single"/>
        </w:rPr>
        <w:t>experience</w:t>
      </w:r>
      <w:r>
        <w:rPr>
          <w:b w:val="0"/>
          <w:i w:val="0"/>
          <w:smallCaps w:val="0"/>
          <w:strike w:val="0"/>
          <w:color w:val="000000"/>
          <w:sz w:val="16"/>
          <w:u w:val="none"/>
        </w:rPr>
        <w:t xml:space="preserve"> </w:t>
      </w:r>
      <w:r>
        <w:rPr>
          <w:b w:val="0"/>
          <w:i w:val="0"/>
          <w:smallCaps w:val="0"/>
          <w:strike w:val="0"/>
          <w:color w:val="000000"/>
          <w:u w:val="single"/>
        </w:rPr>
        <w:t>must be taken into consideration</w:t>
      </w:r>
      <w:r>
        <w:rPr>
          <w:b w:val="0"/>
          <w:i w:val="0"/>
          <w:smallCaps w:val="0"/>
          <w:strike w:val="0"/>
          <w:color w:val="000000"/>
          <w:sz w:val="16"/>
          <w:u w:val="none"/>
        </w:rPr>
        <w:t xml:space="preserve">. </w:t>
      </w:r>
      <w:r>
        <w:rPr>
          <w:b w:val="0"/>
          <w:i w:val="0"/>
          <w:smallCaps w:val="0"/>
          <w:strike w:val="0"/>
          <w:color w:val="000000"/>
          <w:u w:val="single"/>
        </w:rPr>
        <w:t>China does not have real</w:t>
      </w:r>
      <w:r>
        <w:rPr>
          <w:b w:val="0"/>
          <w:i w:val="0"/>
          <w:smallCaps w:val="0"/>
          <w:strike w:val="0"/>
          <w:color w:val="000000"/>
          <w:sz w:val="16"/>
          <w:u w:val="none"/>
        </w:rPr>
        <w:t xml:space="preserve"> military </w:t>
      </w:r>
      <w:r>
        <w:rPr>
          <w:b w:val="0"/>
          <w:i w:val="0"/>
          <w:smallCaps w:val="0"/>
          <w:strike w:val="0"/>
          <w:color w:val="000000"/>
          <w:u w:val="single"/>
        </w:rPr>
        <w:t>experience to win a</w:t>
      </w:r>
      <w:r>
        <w:rPr>
          <w:b w:val="0"/>
          <w:i w:val="0"/>
          <w:smallCaps w:val="0"/>
          <w:strike w:val="0"/>
          <w:color w:val="000000"/>
          <w:sz w:val="16"/>
          <w:u w:val="none"/>
        </w:rPr>
        <w:t xml:space="preserve"> </w:t>
      </w:r>
      <w:r>
        <w:rPr>
          <w:b/>
          <w:i w:val="0"/>
          <w:smallCaps w:val="0"/>
          <w:strike w:val="0"/>
          <w:color w:val="000000"/>
          <w:u w:val="single"/>
        </w:rPr>
        <w:t>modern</w:t>
      </w:r>
      <w:r>
        <w:rPr>
          <w:b w:val="0"/>
          <w:i w:val="0"/>
          <w:smallCaps w:val="0"/>
          <w:strike w:val="0"/>
          <w:color w:val="000000"/>
          <w:sz w:val="16"/>
          <w:u w:val="none"/>
        </w:rPr>
        <w:t xml:space="preserve"> </w:t>
      </w:r>
      <w:r>
        <w:rPr>
          <w:b w:val="0"/>
          <w:i w:val="0"/>
          <w:smallCaps w:val="0"/>
          <w:strike w:val="0"/>
          <w:color w:val="000000"/>
          <w:u w:val="single"/>
        </w:rPr>
        <w:t>war</w:t>
      </w:r>
      <w:r>
        <w:rPr>
          <w:b w:val="0"/>
          <w:i w:val="0"/>
          <w:smallCaps w:val="0"/>
          <w:strike w:val="0"/>
          <w:color w:val="000000"/>
          <w:sz w:val="16"/>
          <w:u w:val="none"/>
        </w:rPr>
        <w:t xml:space="preserve"> with the U.S. After the establishment of the PRC, China went to conventional war several times, including the Korean War, the war with India (1967), and the Vietnam War (1979). It cannot rule out that China will follow the same pattern to go to war in the future. However, the Iraq war and the 2022 War between Russia and Ukraine indicate that contemporary war is completely different from traditional war. Chinese military power is untested in the contemporary military war. Moreover, the CCP has not faced an immediate military threat from the U.S. Military experts’ </w:t>
      </w:r>
      <w:r>
        <w:rPr>
          <w:b w:val="0"/>
          <w:i w:val="0"/>
          <w:smallCaps w:val="0"/>
          <w:strike w:val="0"/>
          <w:color w:val="000000"/>
          <w:u w:val="single"/>
        </w:rPr>
        <w:t>research projects on when and why Beijing</w:t>
      </w:r>
      <w:r>
        <w:rPr>
          <w:b w:val="0"/>
          <w:i w:val="0"/>
          <w:smallCaps w:val="0"/>
          <w:strike w:val="0"/>
          <w:color w:val="000000"/>
          <w:sz w:val="16"/>
          <w:u w:val="none"/>
        </w:rPr>
        <w:t xml:space="preserve"> </w:t>
      </w:r>
      <w:r>
        <w:rPr>
          <w:b/>
          <w:i w:val="0"/>
          <w:smallCaps w:val="0"/>
          <w:strike w:val="0"/>
          <w:color w:val="000000"/>
          <w:u w:val="single"/>
        </w:rPr>
        <w:t>uses force</w:t>
      </w:r>
      <w:r>
        <w:rPr>
          <w:b w:val="0"/>
          <w:i w:val="0"/>
          <w:smallCaps w:val="0"/>
          <w:strike w:val="0"/>
          <w:color w:val="000000"/>
          <w:sz w:val="16"/>
          <w:u w:val="none"/>
        </w:rPr>
        <w:t xml:space="preserve"> have </w:t>
      </w:r>
      <w:r>
        <w:rPr>
          <w:b w:val="0"/>
          <w:i w:val="0"/>
          <w:smallCaps w:val="0"/>
          <w:strike w:val="0"/>
          <w:color w:val="000000"/>
          <w:u w:val="single"/>
        </w:rPr>
        <w:t>reached a</w:t>
      </w:r>
      <w:r>
        <w:rPr>
          <w:b w:val="0"/>
          <w:i w:val="0"/>
          <w:smallCaps w:val="0"/>
          <w:strike w:val="0"/>
          <w:color w:val="000000"/>
          <w:sz w:val="16"/>
          <w:u w:val="none"/>
        </w:rPr>
        <w:t xml:space="preserve"> </w:t>
      </w:r>
      <w:r>
        <w:rPr>
          <w:b/>
          <w:i w:val="0"/>
          <w:smallCaps w:val="0"/>
          <w:strike w:val="0"/>
          <w:color w:val="000000"/>
          <w:u w:val="single"/>
        </w:rPr>
        <w:t>similar</w:t>
      </w:r>
      <w:r>
        <w:rPr>
          <w:b w:val="0"/>
          <w:i w:val="0"/>
          <w:smallCaps w:val="0"/>
          <w:strike w:val="0"/>
          <w:color w:val="000000"/>
          <w:sz w:val="16"/>
          <w:u w:val="none"/>
        </w:rPr>
        <w:t xml:space="preserve"> </w:t>
      </w:r>
      <w:r>
        <w:rPr>
          <w:b w:val="0"/>
          <w:i w:val="0"/>
          <w:smallCaps w:val="0"/>
          <w:strike w:val="0"/>
          <w:color w:val="000000"/>
          <w:u w:val="single"/>
        </w:rPr>
        <w:t>conclusion</w:t>
      </w:r>
      <w:r>
        <w:rPr>
          <w:b w:val="0"/>
          <w:i w:val="0"/>
          <w:smallCaps w:val="0"/>
          <w:strike w:val="0"/>
          <w:color w:val="000000"/>
          <w:sz w:val="16"/>
          <w:u w:val="none"/>
        </w:rPr>
        <w:t xml:space="preserve">: </w:t>
      </w:r>
      <w:r>
        <w:rPr>
          <w:b w:val="0"/>
          <w:i w:val="0"/>
          <w:smallCaps w:val="0"/>
          <w:strike w:val="0"/>
          <w:color w:val="000000"/>
          <w:u w:val="single"/>
        </w:rPr>
        <w:t>China attacks not when it feels</w:t>
      </w:r>
      <w:r>
        <w:rPr>
          <w:b w:val="0"/>
          <w:i w:val="0"/>
          <w:smallCaps w:val="0"/>
          <w:strike w:val="0"/>
          <w:color w:val="000000"/>
          <w:sz w:val="16"/>
          <w:u w:val="none"/>
        </w:rPr>
        <w:t xml:space="preserve"> </w:t>
      </w:r>
      <w:r>
        <w:rPr>
          <w:b/>
          <w:i w:val="0"/>
          <w:smallCaps w:val="0"/>
          <w:strike w:val="0"/>
          <w:color w:val="000000"/>
          <w:u w:val="single"/>
        </w:rPr>
        <w:t>confident</w:t>
      </w:r>
      <w:r>
        <w:rPr>
          <w:b w:val="0"/>
          <w:i w:val="0"/>
          <w:smallCaps w:val="0"/>
          <w:strike w:val="0"/>
          <w:color w:val="000000"/>
          <w:sz w:val="16"/>
          <w:u w:val="none"/>
        </w:rPr>
        <w:t xml:space="preserve"> about the future, </w:t>
      </w:r>
      <w:r>
        <w:rPr>
          <w:b w:val="0"/>
          <w:i w:val="0"/>
          <w:smallCaps w:val="0"/>
          <w:strike w:val="0"/>
          <w:color w:val="000000"/>
          <w:u w:val="single"/>
        </w:rPr>
        <w:t>but when it</w:t>
      </w:r>
      <w:r>
        <w:rPr>
          <w:b w:val="0"/>
          <w:i w:val="0"/>
          <w:smallCaps w:val="0"/>
          <w:strike w:val="0"/>
          <w:color w:val="000000"/>
          <w:sz w:val="16"/>
          <w:u w:val="none"/>
        </w:rPr>
        <w:t xml:space="preserve"> </w:t>
      </w:r>
      <w:r>
        <w:rPr>
          <w:b/>
          <w:i w:val="0"/>
          <w:smallCaps w:val="0"/>
          <w:strike w:val="0"/>
          <w:color w:val="000000"/>
          <w:u w:val="single"/>
        </w:rPr>
        <w:t>worries</w:t>
      </w:r>
      <w:r>
        <w:rPr>
          <w:b w:val="0"/>
          <w:i w:val="0"/>
          <w:smallCaps w:val="0"/>
          <w:strike w:val="0"/>
          <w:color w:val="000000"/>
          <w:sz w:val="16"/>
          <w:u w:val="none"/>
        </w:rPr>
        <w:t xml:space="preserve"> </w:t>
      </w:r>
      <w:r>
        <w:rPr>
          <w:b w:val="0"/>
          <w:i w:val="0"/>
          <w:smallCaps w:val="0"/>
          <w:strike w:val="0"/>
          <w:color w:val="000000"/>
          <w:u w:val="single"/>
        </w:rPr>
        <w:t>its enemies are closing in</w:t>
      </w:r>
      <w:r>
        <w:rPr>
          <w:b w:val="0"/>
          <w:i w:val="0"/>
          <w:smallCaps w:val="0"/>
          <w:strike w:val="0"/>
          <w:color w:val="000000"/>
          <w:sz w:val="16"/>
          <w:u w:val="none"/>
        </w:rPr>
        <w:t xml:space="preserve">. Thomas Christensen, the director of the China and the World Program at Columbia University, points out that the Chinese Communist Party wages war when it perceives an opening window of vulnerability regarding its territory and immediate periphery, or a closing window of opportunity to consolidate control over disputed areas. This </w:t>
      </w:r>
      <w:r>
        <w:rPr>
          <w:b w:val="0"/>
          <w:i w:val="0"/>
          <w:smallCaps w:val="0"/>
          <w:strike w:val="0"/>
          <w:color w:val="000000"/>
          <w:u w:val="single"/>
        </w:rPr>
        <w:t>pattern holds</w:t>
      </w:r>
      <w:r>
        <w:rPr>
          <w:b w:val="0"/>
          <w:i w:val="0"/>
          <w:smallCaps w:val="0"/>
          <w:strike w:val="0"/>
          <w:color w:val="000000"/>
          <w:sz w:val="16"/>
          <w:u w:val="none"/>
        </w:rPr>
        <w:t xml:space="preserve"> </w:t>
      </w:r>
      <w:r>
        <w:rPr>
          <w:b/>
          <w:i w:val="0"/>
          <w:smallCaps w:val="0"/>
          <w:strike w:val="0"/>
          <w:color w:val="000000"/>
          <w:u w:val="single"/>
        </w:rPr>
        <w:t>regardless</w:t>
      </w:r>
      <w:r>
        <w:rPr>
          <w:b w:val="0"/>
          <w:i w:val="0"/>
          <w:smallCaps w:val="0"/>
          <w:strike w:val="0"/>
          <w:color w:val="000000"/>
          <w:sz w:val="16"/>
          <w:u w:val="none"/>
        </w:rPr>
        <w:t xml:space="preserve"> </w:t>
      </w:r>
      <w:r>
        <w:rPr>
          <w:b w:val="0"/>
          <w:i w:val="0"/>
          <w:smallCaps w:val="0"/>
          <w:strike w:val="0"/>
          <w:color w:val="000000"/>
          <w:u w:val="single"/>
        </w:rPr>
        <w:t>of the strength of China’s opponent</w:t>
      </w:r>
      <w:r>
        <w:rPr>
          <w:b w:val="0"/>
          <w:i w:val="0"/>
          <w:smallCaps w:val="0"/>
          <w:strike w:val="0"/>
          <w:color w:val="000000"/>
          <w:sz w:val="16"/>
          <w:u w:val="none"/>
        </w:rPr>
        <w:t xml:space="preserve">.89 The </w:t>
      </w:r>
      <w:r>
        <w:rPr>
          <w:b/>
          <w:i w:val="0"/>
          <w:smallCaps w:val="0"/>
          <w:strike w:val="0"/>
          <w:color w:val="000000"/>
          <w:u w:val="single"/>
        </w:rPr>
        <w:t>Biden</w:t>
      </w:r>
      <w:r>
        <w:rPr>
          <w:b w:val="0"/>
          <w:i w:val="0"/>
          <w:smallCaps w:val="0"/>
          <w:strike w:val="0"/>
          <w:color w:val="000000"/>
          <w:sz w:val="16"/>
          <w:u w:val="none"/>
        </w:rPr>
        <w:t xml:space="preserve"> Administration has </w:t>
      </w:r>
      <w:r>
        <w:rPr>
          <w:b w:val="0"/>
          <w:i w:val="0"/>
          <w:smallCaps w:val="0"/>
          <w:strike w:val="0"/>
          <w:color w:val="000000"/>
          <w:u w:val="single"/>
        </w:rPr>
        <w:t>made it clear</w:t>
      </w:r>
      <w:r>
        <w:rPr>
          <w:b w:val="0"/>
          <w:i w:val="0"/>
          <w:smallCaps w:val="0"/>
          <w:strike w:val="0"/>
          <w:color w:val="000000"/>
          <w:sz w:val="16"/>
          <w:u w:val="none"/>
        </w:rPr>
        <w:t xml:space="preserve"> that </w:t>
      </w:r>
      <w:r>
        <w:rPr>
          <w:b w:val="0"/>
          <w:i w:val="0"/>
          <w:smallCaps w:val="0"/>
          <w:strike w:val="0"/>
          <w:color w:val="000000"/>
          <w:u w:val="single"/>
        </w:rPr>
        <w:t>the U.S. does not intend to change the Chinese regime</w:t>
      </w:r>
      <w:r>
        <w:rPr>
          <w:b w:val="0"/>
          <w:i w:val="0"/>
          <w:smallCaps w:val="0"/>
          <w:strike w:val="0"/>
          <w:color w:val="000000"/>
          <w:sz w:val="16"/>
          <w:u w:val="none"/>
        </w:rPr>
        <w:t xml:space="preserve"> while competing with China on various fronts. When China does not face a direct military threat from the U.S., </w:t>
      </w:r>
      <w:r>
        <w:rPr>
          <w:b w:val="0"/>
          <w:i w:val="0"/>
          <w:smallCaps w:val="0"/>
          <w:strike w:val="0"/>
          <w:color w:val="000000"/>
          <w:u w:val="single"/>
        </w:rPr>
        <w:t>the CCP does not have</w:t>
      </w:r>
      <w:r>
        <w:rPr>
          <w:b w:val="0"/>
          <w:i w:val="0"/>
          <w:smallCaps w:val="0"/>
          <w:strike w:val="0"/>
          <w:color w:val="000000"/>
          <w:sz w:val="16"/>
          <w:u w:val="none"/>
        </w:rPr>
        <w:t xml:space="preserve"> </w:t>
      </w:r>
      <w:r>
        <w:rPr>
          <w:b/>
          <w:i w:val="0"/>
          <w:smallCaps w:val="0"/>
          <w:strike w:val="0"/>
          <w:color w:val="000000"/>
          <w:u w:val="single"/>
        </w:rPr>
        <w:t>reason</w:t>
      </w:r>
      <w:r>
        <w:rPr>
          <w:b w:val="0"/>
          <w:i w:val="0"/>
          <w:smallCaps w:val="0"/>
          <w:strike w:val="0"/>
          <w:color w:val="000000"/>
          <w:sz w:val="16"/>
          <w:u w:val="none"/>
        </w:rPr>
        <w:t xml:space="preserve"> </w:t>
      </w:r>
      <w:r>
        <w:rPr>
          <w:b w:val="0"/>
          <w:i w:val="0"/>
          <w:smallCaps w:val="0"/>
          <w:strike w:val="0"/>
          <w:color w:val="000000"/>
          <w:u w:val="single"/>
        </w:rPr>
        <w:t>to take risk of going to war</w:t>
      </w:r>
      <w:r>
        <w:rPr>
          <w:b w:val="0"/>
          <w:i w:val="0"/>
          <w:smallCaps w:val="0"/>
          <w:strike w:val="0"/>
          <w:color w:val="000000"/>
          <w:sz w:val="16"/>
          <w:u w:val="none"/>
        </w:rPr>
        <w:t>.</w:t>
      </w:r>
    </w:p>
    <w:p>
      <w:pPr>
        <w:spacing w:after="60"/>
      </w:pPr>
      <w:r>
        <w:rPr>
          <w:b w:val="0"/>
          <w:i w:val="0"/>
          <w:smallCaps w:val="0"/>
          <w:strike w:val="0"/>
          <w:color w:val="000000"/>
          <w:sz w:val="16"/>
          <w:u w:val="none"/>
        </w:rPr>
        <w:t xml:space="preserve">Fifth, </w:t>
      </w:r>
      <w:r>
        <w:rPr>
          <w:b w:val="0"/>
          <w:i w:val="0"/>
          <w:smallCaps w:val="0"/>
          <w:strike w:val="0"/>
          <w:color w:val="000000"/>
          <w:u w:val="single"/>
        </w:rPr>
        <w:t>it could be</w:t>
      </w:r>
      <w:r>
        <w:rPr>
          <w:b w:val="0"/>
          <w:i w:val="0"/>
          <w:smallCaps w:val="0"/>
          <w:strike w:val="0"/>
          <w:color w:val="000000"/>
          <w:sz w:val="16"/>
          <w:u w:val="none"/>
        </w:rPr>
        <w:t xml:space="preserve"> </w:t>
      </w:r>
      <w:r>
        <w:rPr>
          <w:b w:val="0"/>
          <w:i w:val="0"/>
          <w:smallCaps w:val="0"/>
          <w:strike w:val="0"/>
          <w:color w:val="000000"/>
          <w:u w:val="single"/>
        </w:rPr>
        <w:t>a</w:t>
      </w:r>
      <w:r>
        <w:rPr>
          <w:b w:val="0"/>
          <w:i w:val="0"/>
          <w:smallCaps w:val="0"/>
          <w:strike w:val="0"/>
          <w:color w:val="000000"/>
          <w:sz w:val="16"/>
          <w:u w:val="none"/>
        </w:rPr>
        <w:t xml:space="preserve"> </w:t>
      </w:r>
      <w:r>
        <w:rPr>
          <w:b/>
          <w:i w:val="0"/>
          <w:smallCaps w:val="0"/>
          <w:strike w:val="0"/>
          <w:color w:val="000000"/>
          <w:u w:val="single"/>
        </w:rPr>
        <w:t>suicide</w:t>
      </w:r>
      <w:r>
        <w:rPr>
          <w:b w:val="0"/>
          <w:i w:val="0"/>
          <w:smallCaps w:val="0"/>
          <w:strike w:val="0"/>
          <w:color w:val="000000"/>
          <w:sz w:val="16"/>
          <w:u w:val="none"/>
        </w:rPr>
        <w:t xml:space="preserve"> </w:t>
      </w:r>
      <w:r>
        <w:rPr>
          <w:b w:val="0"/>
          <w:i w:val="0"/>
          <w:smallCaps w:val="0"/>
          <w:strike w:val="0"/>
          <w:color w:val="000000"/>
          <w:u w:val="single"/>
        </w:rPr>
        <w:t>mission</w:t>
      </w:r>
      <w:r>
        <w:rPr>
          <w:b w:val="0"/>
          <w:i w:val="0"/>
          <w:smallCaps w:val="0"/>
          <w:strike w:val="0"/>
          <w:color w:val="000000"/>
          <w:sz w:val="16"/>
          <w:u w:val="none"/>
        </w:rPr>
        <w:t xml:space="preserve"> </w:t>
      </w:r>
      <w:r>
        <w:rPr>
          <w:b w:val="0"/>
          <w:i w:val="0"/>
          <w:smallCaps w:val="0"/>
          <w:strike w:val="0"/>
          <w:color w:val="000000"/>
          <w:u w:val="single"/>
        </w:rPr>
        <w:t>if China decided</w:t>
      </w:r>
      <w:r>
        <w:rPr>
          <w:b w:val="0"/>
          <w:i w:val="0"/>
          <w:smallCaps w:val="0"/>
          <w:strike w:val="0"/>
          <w:color w:val="000000"/>
          <w:sz w:val="16"/>
          <w:u w:val="none"/>
        </w:rPr>
        <w:t xml:space="preserve"> </w:t>
      </w:r>
      <w:r>
        <w:rPr>
          <w:b w:val="0"/>
          <w:i w:val="0"/>
          <w:smallCaps w:val="0"/>
          <w:strike w:val="0"/>
          <w:color w:val="000000"/>
          <w:u w:val="single"/>
        </w:rPr>
        <w:t>to go to war</w:t>
      </w:r>
      <w:r>
        <w:rPr>
          <w:b w:val="0"/>
          <w:i w:val="0"/>
          <w:smallCaps w:val="0"/>
          <w:strike w:val="0"/>
          <w:color w:val="000000"/>
          <w:sz w:val="16"/>
          <w:u w:val="none"/>
        </w:rPr>
        <w:t xml:space="preserve"> with the U.S. before improving its military quality. </w:t>
      </w:r>
      <w:r>
        <w:rPr>
          <w:b w:val="0"/>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quality of</w:t>
      </w:r>
      <w:r>
        <w:rPr>
          <w:b w:val="0"/>
          <w:i w:val="0"/>
          <w:smallCaps w:val="0"/>
          <w:strike w:val="0"/>
          <w:color w:val="000000"/>
          <w:sz w:val="16"/>
          <w:u w:val="none"/>
        </w:rPr>
        <w:t xml:space="preserve"> military </w:t>
      </w:r>
      <w:r>
        <w:rPr>
          <w:b/>
          <w:i w:val="0"/>
          <w:smallCaps w:val="0"/>
          <w:strike w:val="0"/>
          <w:color w:val="000000"/>
          <w:u w:val="single"/>
        </w:rPr>
        <w:t>commanders</w:t>
      </w:r>
      <w:r>
        <w:rPr>
          <w:b w:val="0"/>
          <w:i w:val="0"/>
          <w:smallCaps w:val="0"/>
          <w:strike w:val="0"/>
          <w:color w:val="000000"/>
          <w:sz w:val="16"/>
          <w:u w:val="none"/>
        </w:rPr>
        <w:t xml:space="preserve"> </w:t>
      </w:r>
      <w:r>
        <w:rPr>
          <w:b w:val="0"/>
          <w:i w:val="0"/>
          <w:smallCaps w:val="0"/>
          <w:strike w:val="0"/>
          <w:color w:val="000000"/>
          <w:u w:val="single"/>
        </w:rPr>
        <w:t>is the key</w:t>
      </w:r>
      <w:r>
        <w:rPr>
          <w:b w:val="0"/>
          <w:i w:val="0"/>
          <w:smallCaps w:val="0"/>
          <w:strike w:val="0"/>
          <w:color w:val="000000"/>
          <w:sz w:val="16"/>
          <w:u w:val="none"/>
        </w:rPr>
        <w:t xml:space="preserve"> to win or defeat in wars. The quality of fighters and the wisdom of commanders are inseparable. Wise commanders should be capable of planning and deploying a variety of plans before the war starts. Even if Chinese military power cannot match the U.S. as long as they can carry out military strikes at a right time and at a favorable location, China can still win. Overall, </w:t>
      </w:r>
      <w:r>
        <w:rPr>
          <w:b w:val="0"/>
          <w:i w:val="0"/>
          <w:smallCaps w:val="0"/>
          <w:strike w:val="0"/>
          <w:color w:val="000000"/>
          <w:u w:val="single"/>
        </w:rPr>
        <w:t>Chinese military commanders</w:t>
      </w:r>
      <w:r>
        <w:rPr>
          <w:b w:val="0"/>
          <w:i w:val="0"/>
          <w:smallCaps w:val="0"/>
          <w:strike w:val="0"/>
          <w:color w:val="000000"/>
          <w:sz w:val="16"/>
          <w:u w:val="none"/>
        </w:rPr>
        <w:t xml:space="preserve"> </w:t>
      </w:r>
      <w:r>
        <w:rPr>
          <w:b/>
          <w:i w:val="0"/>
          <w:smallCaps w:val="0"/>
          <w:strike w:val="0"/>
          <w:color w:val="000000"/>
          <w:u w:val="single"/>
        </w:rPr>
        <w:t>do not</w:t>
      </w:r>
      <w:r>
        <w:rPr>
          <w:b w:val="0"/>
          <w:i w:val="0"/>
          <w:smallCaps w:val="0"/>
          <w:strike w:val="0"/>
          <w:color w:val="000000"/>
          <w:sz w:val="16"/>
          <w:u w:val="none"/>
        </w:rPr>
        <w:t xml:space="preserve"> </w:t>
      </w:r>
      <w:r>
        <w:rPr>
          <w:b w:val="0"/>
          <w:i w:val="0"/>
          <w:smallCaps w:val="0"/>
          <w:strike w:val="0"/>
          <w:color w:val="000000"/>
          <w:u w:val="single"/>
        </w:rPr>
        <w:t>possess</w:t>
      </w:r>
      <w:r>
        <w:rPr>
          <w:b w:val="0"/>
          <w:i w:val="0"/>
          <w:smallCaps w:val="0"/>
          <w:strike w:val="0"/>
          <w:color w:val="000000"/>
          <w:sz w:val="16"/>
          <w:u w:val="none"/>
        </w:rPr>
        <w:t xml:space="preserve"> such a </w:t>
      </w:r>
      <w:r>
        <w:rPr>
          <w:b w:val="0"/>
          <w:i w:val="0"/>
          <w:smallCaps w:val="0"/>
          <w:strike w:val="0"/>
          <w:color w:val="000000"/>
          <w:u w:val="single"/>
        </w:rPr>
        <w:t>quality</w:t>
      </w:r>
      <w:r>
        <w:rPr>
          <w:b w:val="0"/>
          <w:i w:val="0"/>
          <w:smallCaps w:val="0"/>
          <w:strike w:val="0"/>
          <w:color w:val="000000"/>
          <w:sz w:val="16"/>
          <w:u w:val="none"/>
        </w:rPr>
        <w:t xml:space="preserve">. Soldier qualities include military skills and knowledge, actual combat and decision-making capabilities, physical endurance, and psychological qualities. Since the war between China and Vietnam in 1979, China has been no war with other countries for more than 40 years. China’s active military personnel grew up in peacetime and enlisted in a peaceful environment. During the forty years of reform and opening-up period, the military is inevitably influenced by the peaceful lifestyle. </w:t>
      </w:r>
      <w:r>
        <w:rPr>
          <w:b w:val="0"/>
          <w:i w:val="0"/>
          <w:smallCaps w:val="0"/>
          <w:strike w:val="0"/>
          <w:color w:val="000000"/>
          <w:u w:val="single"/>
        </w:rPr>
        <w:t>Although China</w:t>
      </w:r>
      <w:r>
        <w:rPr>
          <w:b w:val="0"/>
          <w:i w:val="0"/>
          <w:smallCaps w:val="0"/>
          <w:strike w:val="0"/>
          <w:color w:val="000000"/>
          <w:sz w:val="16"/>
          <w:u w:val="none"/>
        </w:rPr>
        <w:t xml:space="preserve"> has </w:t>
      </w:r>
      <w:r>
        <w:rPr>
          <w:b/>
          <w:i w:val="0"/>
          <w:smallCaps w:val="0"/>
          <w:strike w:val="0"/>
          <w:color w:val="000000"/>
          <w:u w:val="single"/>
        </w:rPr>
        <w:t>dramatically</w:t>
      </w:r>
      <w:r>
        <w:rPr>
          <w:b w:val="0"/>
          <w:i w:val="0"/>
          <w:smallCaps w:val="0"/>
          <w:strike w:val="0"/>
          <w:color w:val="000000"/>
          <w:sz w:val="16"/>
          <w:u w:val="none"/>
        </w:rPr>
        <w:t xml:space="preserve"> </w:t>
      </w:r>
      <w:r>
        <w:rPr>
          <w:b w:val="0"/>
          <w:i w:val="0"/>
          <w:smallCaps w:val="0"/>
          <w:strike w:val="0"/>
          <w:color w:val="000000"/>
          <w:u w:val="single"/>
        </w:rPr>
        <w:t>increased military expenditures and speeded up</w:t>
      </w:r>
      <w:r>
        <w:rPr>
          <w:b w:val="0"/>
          <w:i w:val="0"/>
          <w:smallCaps w:val="0"/>
          <w:strike w:val="0"/>
          <w:color w:val="000000"/>
          <w:sz w:val="16"/>
          <w:u w:val="none"/>
        </w:rPr>
        <w:t xml:space="preserve"> its </w:t>
      </w:r>
      <w:r>
        <w:rPr>
          <w:b w:val="0"/>
          <w:i w:val="0"/>
          <w:smallCaps w:val="0"/>
          <w:strike w:val="0"/>
          <w:color w:val="000000"/>
          <w:u w:val="single"/>
        </w:rPr>
        <w:t>military modernization, the PLA obviously</w:t>
      </w:r>
      <w:r>
        <w:rPr>
          <w:b w:val="0"/>
          <w:i w:val="0"/>
          <w:smallCaps w:val="0"/>
          <w:strike w:val="0"/>
          <w:color w:val="000000"/>
          <w:sz w:val="16"/>
          <w:u w:val="none"/>
        </w:rPr>
        <w:t xml:space="preserve"> </w:t>
      </w:r>
      <w:r>
        <w:rPr>
          <w:b w:val="0"/>
          <w:i w:val="0"/>
          <w:smallCaps w:val="0"/>
          <w:strike w:val="0"/>
          <w:color w:val="000000"/>
          <w:u w:val="single"/>
        </w:rPr>
        <w:t>lacks</w:t>
      </w:r>
      <w:r>
        <w:rPr>
          <w:b w:val="0"/>
          <w:i w:val="0"/>
          <w:smallCaps w:val="0"/>
          <w:strike w:val="0"/>
          <w:color w:val="000000"/>
          <w:sz w:val="16"/>
          <w:u w:val="none"/>
        </w:rPr>
        <w:t xml:space="preserve"> </w:t>
      </w:r>
      <w:r>
        <w:rPr>
          <w:b/>
          <w:i w:val="0"/>
          <w:smallCaps w:val="0"/>
          <w:strike w:val="0"/>
          <w:color w:val="000000"/>
          <w:u w:val="single"/>
        </w:rPr>
        <w:t>sufficient actual</w:t>
      </w:r>
      <w:r>
        <w:rPr>
          <w:b w:val="0"/>
          <w:i w:val="0"/>
          <w:smallCaps w:val="0"/>
          <w:strike w:val="0"/>
          <w:color w:val="000000"/>
          <w:sz w:val="16"/>
          <w:u w:val="none"/>
        </w:rPr>
        <w:t xml:space="preserve"> combat </w:t>
      </w:r>
      <w:r>
        <w:rPr>
          <w:b/>
          <w:i w:val="0"/>
          <w:smallCaps w:val="0"/>
          <w:strike w:val="0"/>
          <w:color w:val="000000"/>
          <w:u w:val="single"/>
        </w:rPr>
        <w:t>exercises</w:t>
      </w:r>
      <w:r>
        <w:rPr>
          <w:b w:val="0"/>
          <w:i w:val="0"/>
          <w:smallCaps w:val="0"/>
          <w:strike w:val="0"/>
          <w:color w:val="000000"/>
          <w:sz w:val="16"/>
          <w:u w:val="none"/>
        </w:rPr>
        <w:t xml:space="preserve">, </w:t>
      </w:r>
      <w:r>
        <w:rPr>
          <w:b w:val="0"/>
          <w:i w:val="0"/>
          <w:smallCaps w:val="0"/>
          <w:strike w:val="0"/>
          <w:color w:val="000000"/>
          <w:u w:val="single"/>
        </w:rPr>
        <w:t>involving the integration of sea, land, and air battles</w:t>
      </w:r>
      <w:r>
        <w:rPr>
          <w:b w:val="0"/>
          <w:i w:val="0"/>
          <w:smallCaps w:val="0"/>
          <w:strike w:val="0"/>
          <w:color w:val="000000"/>
          <w:sz w:val="16"/>
          <w:u w:val="none"/>
        </w:rPr>
        <w:t xml:space="preserve">. In recent years, China has tried to improve its military combat effectiveness, but </w:t>
      </w:r>
      <w:r>
        <w:rPr>
          <w:b w:val="0"/>
          <w:i w:val="0"/>
          <w:smallCaps w:val="0"/>
          <w:strike w:val="0"/>
          <w:color w:val="000000"/>
          <w:u w:val="single"/>
        </w:rPr>
        <w:t>the Chinese military has a</w:t>
      </w:r>
      <w:r>
        <w:rPr>
          <w:b w:val="0"/>
          <w:i w:val="0"/>
          <w:smallCaps w:val="0"/>
          <w:strike w:val="0"/>
          <w:color w:val="000000"/>
          <w:sz w:val="16"/>
          <w:u w:val="none"/>
        </w:rPr>
        <w:t xml:space="preserve"> </w:t>
      </w:r>
      <w:r>
        <w:rPr>
          <w:b/>
          <w:i w:val="0"/>
          <w:smallCaps w:val="0"/>
          <w:strike w:val="0"/>
          <w:color w:val="000000"/>
          <w:u w:val="single"/>
        </w:rPr>
        <w:t>long way to catch up</w:t>
      </w:r>
      <w:r>
        <w:rPr>
          <w:b w:val="0"/>
          <w:i w:val="0"/>
          <w:smallCaps w:val="0"/>
          <w:strike w:val="0"/>
          <w:color w:val="000000"/>
          <w:sz w:val="16"/>
          <w:u w:val="none"/>
        </w:rPr>
        <w:t xml:space="preserve"> </w:t>
      </w:r>
      <w:r>
        <w:rPr>
          <w:b w:val="0"/>
          <w:i w:val="0"/>
          <w:smallCaps w:val="0"/>
          <w:strike w:val="0"/>
          <w:color w:val="000000"/>
          <w:u w:val="single"/>
        </w:rPr>
        <w:t>with</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U.S.’ experience</w:t>
      </w:r>
      <w:r>
        <w:rPr>
          <w:b w:val="0"/>
          <w:i w:val="0"/>
          <w:smallCaps w:val="0"/>
          <w:strike w:val="0"/>
          <w:color w:val="000000"/>
          <w:sz w:val="16"/>
          <w:u w:val="none"/>
        </w:rPr>
        <w:t xml:space="preserve"> </w:t>
      </w:r>
      <w:r>
        <w:rPr>
          <w:b w:val="0"/>
          <w:i w:val="0"/>
          <w:smallCaps w:val="0"/>
          <w:strike w:val="0"/>
          <w:color w:val="000000"/>
          <w:u w:val="single"/>
        </w:rPr>
        <w:t>of real war</w:t>
      </w:r>
      <w:r>
        <w:rPr>
          <w:b w:val="0"/>
          <w:i w:val="0"/>
          <w:smallCaps w:val="0"/>
          <w:strike w:val="0"/>
          <w:color w:val="000000"/>
          <w:sz w:val="16"/>
          <w:u w:val="none"/>
        </w:rPr>
        <w:t>. The one-child policy seriously affects the quality of the military. China’s active military personnel have grown up in a relatively superior environment, and men will be particularly favored regardless of whether they come from the city or the countryside, so they lack self-care ability, communication skills, patience, and endurance. Their personal character is very fragile and is likely to collapse on the battlefield.</w:t>
      </w:r>
    </w:p>
    <w:p>
      <w:pPr>
        <w:spacing w:after="60"/>
      </w:pPr>
      <w:r>
        <w:rPr>
          <w:b w:val="0"/>
          <w:i w:val="0"/>
          <w:smallCaps w:val="0"/>
          <w:strike w:val="0"/>
          <w:color w:val="000000"/>
          <w:sz w:val="16"/>
          <w:u w:val="none"/>
        </w:rPr>
        <w:t xml:space="preserve">Sixth, the morale of the Chinese army is low. The </w:t>
      </w:r>
      <w:r>
        <w:rPr>
          <w:b w:val="0"/>
          <w:i w:val="0"/>
          <w:smallCaps w:val="0"/>
          <w:strike w:val="0"/>
          <w:color w:val="000000"/>
          <w:u w:val="single"/>
        </w:rPr>
        <w:t>morale of the army is the</w:t>
      </w:r>
      <w:r>
        <w:rPr>
          <w:b w:val="0"/>
          <w:i w:val="0"/>
          <w:smallCaps w:val="0"/>
          <w:strike w:val="0"/>
          <w:color w:val="000000"/>
          <w:sz w:val="16"/>
          <w:u w:val="none"/>
        </w:rPr>
        <w:t xml:space="preserve"> </w:t>
      </w:r>
      <w:r>
        <w:rPr>
          <w:b/>
          <w:i w:val="0"/>
          <w:smallCaps w:val="0"/>
          <w:strike w:val="0"/>
          <w:color w:val="000000"/>
          <w:u w:val="single"/>
        </w:rPr>
        <w:t>spiritual pillar</w:t>
      </w:r>
      <w:r>
        <w:rPr>
          <w:b w:val="0"/>
          <w:i w:val="0"/>
          <w:smallCaps w:val="0"/>
          <w:strike w:val="0"/>
          <w:color w:val="000000"/>
          <w:sz w:val="16"/>
          <w:u w:val="none"/>
        </w:rPr>
        <w:t xml:space="preserve"> </w:t>
      </w:r>
      <w:r>
        <w:rPr>
          <w:b w:val="0"/>
          <w:i w:val="0"/>
          <w:smallCaps w:val="0"/>
          <w:strike w:val="0"/>
          <w:color w:val="000000"/>
          <w:u w:val="single"/>
        </w:rPr>
        <w:t>in the war</w:t>
      </w:r>
      <w:r>
        <w:rPr>
          <w:b w:val="0"/>
          <w:i w:val="0"/>
          <w:smallCaps w:val="0"/>
          <w:strike w:val="0"/>
          <w:color w:val="000000"/>
          <w:sz w:val="16"/>
          <w:u w:val="none"/>
        </w:rPr>
        <w:t xml:space="preserve">; morale makes the war invincible under certain conditions; and the army would be a mess without morale. Morale is not an empty political slogan, but it is courage and determination when they face the enemy. Morale is not injected by propaganda but is nurtured by faith and the example of officers and actual interests. Under the one-party system and the rigid censorship system, </w:t>
      </w:r>
      <w:r>
        <w:rPr>
          <w:b w:val="0"/>
          <w:i w:val="0"/>
          <w:smallCaps w:val="0"/>
          <w:strike w:val="0"/>
          <w:color w:val="000000"/>
          <w:u w:val="single"/>
        </w:rPr>
        <w:t>Chinese soldiers</w:t>
      </w:r>
      <w:r>
        <w:rPr>
          <w:b w:val="0"/>
          <w:i w:val="0"/>
          <w:smallCaps w:val="0"/>
          <w:strike w:val="0"/>
          <w:color w:val="000000"/>
          <w:sz w:val="16"/>
          <w:u w:val="none"/>
        </w:rPr>
        <w:t xml:space="preserve"> like all Chinese citizens </w:t>
      </w:r>
      <w:r>
        <w:rPr>
          <w:b w:val="0"/>
          <w:i w:val="0"/>
          <w:smallCaps w:val="0"/>
          <w:strike w:val="0"/>
          <w:color w:val="000000"/>
          <w:u w:val="single"/>
        </w:rPr>
        <w:t>have been</w:t>
      </w:r>
      <w:r>
        <w:rPr>
          <w:b w:val="0"/>
          <w:i w:val="0"/>
          <w:smallCaps w:val="0"/>
          <w:strike w:val="0"/>
          <w:color w:val="000000"/>
          <w:sz w:val="16"/>
          <w:u w:val="none"/>
        </w:rPr>
        <w:t xml:space="preserve"> </w:t>
      </w:r>
      <w:r>
        <w:rPr>
          <w:b/>
          <w:i w:val="0"/>
          <w:smallCaps w:val="0"/>
          <w:strike w:val="0"/>
          <w:color w:val="000000"/>
          <w:u w:val="single"/>
        </w:rPr>
        <w:t>brainwashed</w:t>
      </w:r>
      <w:r>
        <w:rPr>
          <w:b w:val="0"/>
          <w:i w:val="0"/>
          <w:smallCaps w:val="0"/>
          <w:strike w:val="0"/>
          <w:color w:val="000000"/>
          <w:sz w:val="16"/>
          <w:u w:val="none"/>
        </w:rPr>
        <w:t xml:space="preserve"> </w:t>
      </w:r>
      <w:r>
        <w:rPr>
          <w:b w:val="0"/>
          <w:i w:val="0"/>
          <w:smallCaps w:val="0"/>
          <w:strike w:val="0"/>
          <w:color w:val="000000"/>
          <w:u w:val="single"/>
        </w:rPr>
        <w:t>by communist ideas</w:t>
      </w:r>
      <w:r>
        <w:rPr>
          <w:b w:val="0"/>
          <w:i w:val="0"/>
          <w:smallCaps w:val="0"/>
          <w:strike w:val="0"/>
          <w:color w:val="000000"/>
          <w:sz w:val="16"/>
          <w:u w:val="none"/>
        </w:rPr>
        <w:t xml:space="preserve">. The </w:t>
      </w:r>
      <w:r>
        <w:rPr>
          <w:b w:val="0"/>
          <w:i w:val="0"/>
          <w:smallCaps w:val="0"/>
          <w:strike w:val="0"/>
          <w:color w:val="000000"/>
          <w:u w:val="single"/>
        </w:rPr>
        <w:t>injected</w:t>
      </w:r>
      <w:r>
        <w:rPr>
          <w:b w:val="0"/>
          <w:i w:val="0"/>
          <w:smallCaps w:val="0"/>
          <w:strike w:val="0"/>
          <w:color w:val="000000"/>
          <w:sz w:val="16"/>
          <w:u w:val="none"/>
        </w:rPr>
        <w:t xml:space="preserve"> so-called </w:t>
      </w:r>
      <w:r>
        <w:rPr>
          <w:b/>
          <w:i w:val="0"/>
          <w:smallCaps w:val="0"/>
          <w:strike w:val="0"/>
          <w:color w:val="000000"/>
          <w:u w:val="single"/>
        </w:rPr>
        <w:t>communist belief</w:t>
      </w:r>
      <w:r>
        <w:rPr>
          <w:b w:val="0"/>
          <w:i w:val="0"/>
          <w:smallCaps w:val="0"/>
          <w:strike w:val="0"/>
          <w:color w:val="000000"/>
          <w:sz w:val="16"/>
          <w:u w:val="none"/>
        </w:rPr>
        <w:t xml:space="preserve"> </w:t>
      </w:r>
      <w:r>
        <w:rPr>
          <w:b w:val="0"/>
          <w:i w:val="0"/>
          <w:smallCaps w:val="0"/>
          <w:strike w:val="0"/>
          <w:color w:val="000000"/>
          <w:u w:val="single"/>
        </w:rPr>
        <w:t>without faith could be</w:t>
      </w:r>
      <w:r>
        <w:rPr>
          <w:b w:val="0"/>
          <w:i w:val="0"/>
          <w:smallCaps w:val="0"/>
          <w:strike w:val="0"/>
          <w:color w:val="000000"/>
          <w:sz w:val="16"/>
          <w:u w:val="none"/>
        </w:rPr>
        <w:t xml:space="preserve"> </w:t>
      </w:r>
      <w:r>
        <w:rPr>
          <w:b/>
          <w:i w:val="0"/>
          <w:smallCaps w:val="0"/>
          <w:strike w:val="0"/>
          <w:color w:val="000000"/>
          <w:u w:val="single"/>
        </w:rPr>
        <w:t>suddenly</w:t>
      </w:r>
      <w:r>
        <w:rPr>
          <w:b w:val="0"/>
          <w:i w:val="0"/>
          <w:smallCaps w:val="0"/>
          <w:strike w:val="0"/>
          <w:color w:val="000000"/>
          <w:sz w:val="16"/>
          <w:u w:val="none"/>
        </w:rPr>
        <w:t xml:space="preserve"> </w:t>
      </w:r>
      <w:r>
        <w:rPr>
          <w:b w:val="0"/>
          <w:i w:val="0"/>
          <w:smallCaps w:val="0"/>
          <w:strike w:val="0"/>
          <w:color w:val="000000"/>
          <w:u w:val="single"/>
        </w:rPr>
        <w:t>collapsed during a real war in a real world</w:t>
      </w:r>
      <w:r>
        <w:rPr>
          <w:b w:val="0"/>
          <w:i w:val="0"/>
          <w:smallCaps w:val="0"/>
          <w:strike w:val="0"/>
          <w:color w:val="000000"/>
          <w:sz w:val="16"/>
          <w:u w:val="none"/>
        </w:rPr>
        <w:t xml:space="preserve">. In addition, China’s </w:t>
      </w:r>
      <w:r>
        <w:rPr>
          <w:b w:val="0"/>
          <w:i w:val="0"/>
          <w:smallCaps w:val="0"/>
          <w:strike w:val="0"/>
          <w:color w:val="000000"/>
          <w:u w:val="single"/>
        </w:rPr>
        <w:t>corruption is</w:t>
      </w:r>
      <w:r>
        <w:rPr>
          <w:b w:val="0"/>
          <w:i w:val="0"/>
          <w:smallCaps w:val="0"/>
          <w:strike w:val="0"/>
          <w:color w:val="000000"/>
          <w:sz w:val="16"/>
          <w:u w:val="none"/>
        </w:rPr>
        <w:t xml:space="preserve"> </w:t>
      </w:r>
      <w:r>
        <w:rPr>
          <w:b/>
          <w:i w:val="0"/>
          <w:smallCaps w:val="0"/>
          <w:strike w:val="0"/>
          <w:color w:val="000000"/>
          <w:u w:val="single"/>
        </w:rPr>
        <w:t>systematic</w:t>
      </w:r>
      <w:r>
        <w:rPr>
          <w:b w:val="0"/>
          <w:i w:val="0"/>
          <w:smallCaps w:val="0"/>
          <w:strike w:val="0"/>
          <w:color w:val="000000"/>
          <w:sz w:val="16"/>
          <w:u w:val="none"/>
        </w:rPr>
        <w:t xml:space="preserve">, </w:t>
      </w:r>
      <w:r>
        <w:rPr>
          <w:b w:val="0"/>
          <w:i w:val="0"/>
          <w:smallCaps w:val="0"/>
          <w:strike w:val="0"/>
          <w:color w:val="000000"/>
          <w:u w:val="single"/>
        </w:rPr>
        <w:t>and the military is</w:t>
      </w:r>
      <w:r>
        <w:rPr>
          <w:b w:val="0"/>
          <w:i w:val="0"/>
          <w:smallCaps w:val="0"/>
          <w:strike w:val="0"/>
          <w:color w:val="000000"/>
          <w:sz w:val="16"/>
          <w:u w:val="none"/>
        </w:rPr>
        <w:t xml:space="preserve"> </w:t>
      </w:r>
      <w:r>
        <w:rPr>
          <w:b/>
          <w:i w:val="0"/>
          <w:smallCaps w:val="0"/>
          <w:strike w:val="0"/>
          <w:color w:val="000000"/>
          <w:u w:val="single"/>
        </w:rPr>
        <w:t>no exception</w:t>
      </w:r>
      <w:r>
        <w:rPr>
          <w:b w:val="0"/>
          <w:i w:val="0"/>
          <w:smallCaps w:val="0"/>
          <w:strike w:val="0"/>
          <w:color w:val="000000"/>
          <w:sz w:val="16"/>
          <w:u w:val="none"/>
        </w:rPr>
        <w:t xml:space="preserve"> </w:t>
      </w:r>
      <w:r>
        <w:rPr>
          <w:b w:val="0"/>
          <w:i w:val="0"/>
          <w:smallCaps w:val="0"/>
          <w:strike w:val="0"/>
          <w:color w:val="000000"/>
          <w:u w:val="single"/>
        </w:rPr>
        <w:t>from the top to the bottom</w:t>
      </w:r>
      <w:r>
        <w:rPr>
          <w:b w:val="0"/>
          <w:i w:val="0"/>
          <w:smallCaps w:val="0"/>
          <w:strike w:val="0"/>
          <w:color w:val="000000"/>
          <w:sz w:val="16"/>
          <w:u w:val="none"/>
        </w:rPr>
        <w:t xml:space="preserve"> of the military system. By January 2015, sixteen senior military officers were under investigation for accusations of corruption. These officers are at the corps level or above. They include one general, four lieutenant generals, nine major generals, and one senior colonel. After Xu Caihou, former vice-chairman of the Central Military Commission, was caught in 2014, the CPC began to investigate Guo Boxiong in 2015, the second former top military officer on suspicion of corruption. Fang Fenghui, China’s military chief of staff was jailed for life for corruption in 2019. Military corruption deadly threatens China’s security and degrades China’s military capability in protecting its nation. One of the causes of the Nationalist government’s defeat was corruption, which destroyed the morale of the military. </w:t>
      </w:r>
      <w:r>
        <w:rPr>
          <w:b w:val="0"/>
          <w:i w:val="0"/>
          <w:smallCaps w:val="0"/>
          <w:strike w:val="0"/>
          <w:color w:val="000000"/>
          <w:u w:val="single"/>
        </w:rPr>
        <w:t>Chinese</w:t>
      </w:r>
      <w:r>
        <w:rPr>
          <w:b w:val="0"/>
          <w:i w:val="0"/>
          <w:smallCaps w:val="0"/>
          <w:strike w:val="0"/>
          <w:color w:val="000000"/>
          <w:sz w:val="16"/>
          <w:u w:val="none"/>
        </w:rPr>
        <w:t xml:space="preserve"> </w:t>
      </w:r>
      <w:r>
        <w:rPr>
          <w:b w:val="0"/>
          <w:i w:val="0"/>
          <w:smallCaps w:val="0"/>
          <w:strike w:val="0"/>
          <w:color w:val="000000"/>
          <w:u w:val="single"/>
        </w:rPr>
        <w:t>soldiers</w:t>
      </w:r>
      <w:r>
        <w:rPr>
          <w:b w:val="0"/>
          <w:i w:val="0"/>
          <w:smallCaps w:val="0"/>
          <w:strike w:val="0"/>
          <w:color w:val="000000"/>
          <w:sz w:val="16"/>
          <w:u w:val="none"/>
        </w:rPr>
        <w:t xml:space="preserve"> have </w:t>
      </w:r>
      <w:r>
        <w:rPr>
          <w:b w:val="0"/>
          <w:i w:val="0"/>
          <w:smallCaps w:val="0"/>
          <w:strike w:val="0"/>
          <w:color w:val="000000"/>
          <w:u w:val="single"/>
        </w:rPr>
        <w:t>witnessed</w:t>
      </w:r>
      <w:r>
        <w:rPr>
          <w:b w:val="0"/>
          <w:i w:val="0"/>
          <w:smallCaps w:val="0"/>
          <w:strike w:val="0"/>
          <w:color w:val="000000"/>
          <w:sz w:val="16"/>
          <w:u w:val="none"/>
        </w:rPr>
        <w:t xml:space="preserve"> </w:t>
      </w:r>
      <w:r>
        <w:rPr>
          <w:b/>
          <w:i w:val="0"/>
          <w:smallCaps w:val="0"/>
          <w:strike w:val="0"/>
          <w:color w:val="000000"/>
          <w:u w:val="single"/>
        </w:rPr>
        <w:t>systematic corruption</w:t>
      </w:r>
      <w:r>
        <w:rPr>
          <w:b w:val="0"/>
          <w:i w:val="0"/>
          <w:smallCaps w:val="0"/>
          <w:strike w:val="0"/>
          <w:color w:val="000000"/>
          <w:sz w:val="16"/>
          <w:u w:val="none"/>
        </w:rPr>
        <w:t xml:space="preserve"> in the post-Mao era, </w:t>
      </w:r>
      <w:r>
        <w:rPr>
          <w:b w:val="0"/>
          <w:i w:val="0"/>
          <w:smallCaps w:val="0"/>
          <w:strike w:val="0"/>
          <w:color w:val="000000"/>
          <w:u w:val="single"/>
        </w:rPr>
        <w:t>so they</w:t>
      </w:r>
      <w:r>
        <w:rPr>
          <w:b w:val="0"/>
          <w:i w:val="0"/>
          <w:smallCaps w:val="0"/>
          <w:strike w:val="0"/>
          <w:color w:val="000000"/>
          <w:sz w:val="16"/>
          <w:u w:val="none"/>
        </w:rPr>
        <w:t xml:space="preserve"> </w:t>
      </w:r>
      <w:r>
        <w:rPr>
          <w:b w:val="0"/>
          <w:i w:val="0"/>
          <w:smallCaps w:val="0"/>
          <w:strike w:val="0"/>
          <w:color w:val="000000"/>
          <w:u w:val="single"/>
        </w:rPr>
        <w:t>will not</w:t>
      </w:r>
      <w:r>
        <w:rPr>
          <w:b w:val="0"/>
          <w:i w:val="0"/>
          <w:smallCaps w:val="0"/>
          <w:strike w:val="0"/>
          <w:color w:val="000000"/>
          <w:sz w:val="16"/>
          <w:u w:val="none"/>
        </w:rPr>
        <w:t xml:space="preserve"> </w:t>
      </w:r>
      <w:r>
        <w:rPr>
          <w:b w:val="0"/>
          <w:i w:val="0"/>
          <w:smallCaps w:val="0"/>
          <w:strike w:val="0"/>
          <w:color w:val="000000"/>
          <w:u w:val="single"/>
        </w:rPr>
        <w:t>be willing to</w:t>
      </w:r>
      <w:r>
        <w:rPr>
          <w:b w:val="0"/>
          <w:i w:val="0"/>
          <w:smallCaps w:val="0"/>
          <w:strike w:val="0"/>
          <w:color w:val="000000"/>
          <w:sz w:val="16"/>
          <w:u w:val="none"/>
        </w:rPr>
        <w:t xml:space="preserve"> </w:t>
      </w:r>
      <w:r>
        <w:rPr>
          <w:b/>
          <w:i w:val="0"/>
          <w:smallCaps w:val="0"/>
          <w:strike w:val="0"/>
          <w:color w:val="000000"/>
          <w:u w:val="single"/>
        </w:rPr>
        <w:t>sacrifice</w:t>
      </w:r>
      <w:r>
        <w:rPr>
          <w:b w:val="0"/>
          <w:i w:val="0"/>
          <w:smallCaps w:val="0"/>
          <w:strike w:val="0"/>
          <w:color w:val="000000"/>
          <w:sz w:val="16"/>
          <w:u w:val="none"/>
        </w:rPr>
        <w:t xml:space="preserve"> </w:t>
      </w:r>
      <w:r>
        <w:rPr>
          <w:b w:val="0"/>
          <w:i w:val="0"/>
          <w:smallCaps w:val="0"/>
          <w:strike w:val="0"/>
          <w:color w:val="000000"/>
          <w:u w:val="single"/>
        </w:rPr>
        <w:t>for</w:t>
      </w:r>
      <w:r>
        <w:rPr>
          <w:b w:val="0"/>
          <w:i w:val="0"/>
          <w:smallCaps w:val="0"/>
          <w:strike w:val="0"/>
          <w:color w:val="000000"/>
          <w:sz w:val="16"/>
          <w:u w:val="none"/>
        </w:rPr>
        <w:t xml:space="preserve"> </w:t>
      </w:r>
      <w:r>
        <w:rPr>
          <w:b w:val="0"/>
          <w:i w:val="0"/>
          <w:smallCaps w:val="0"/>
          <w:strike w:val="0"/>
          <w:color w:val="000000"/>
          <w:u w:val="single"/>
        </w:rPr>
        <w:t>corrupted</w:t>
      </w:r>
      <w:r>
        <w:rPr>
          <w:b w:val="0"/>
          <w:i w:val="0"/>
          <w:smallCaps w:val="0"/>
          <w:strike w:val="0"/>
          <w:color w:val="000000"/>
          <w:sz w:val="16"/>
          <w:u w:val="none"/>
        </w:rPr>
        <w:t xml:space="preserve"> </w:t>
      </w:r>
      <w:r>
        <w:rPr>
          <w:b w:val="0"/>
          <w:i w:val="0"/>
          <w:smallCaps w:val="0"/>
          <w:strike w:val="0"/>
          <w:color w:val="000000"/>
          <w:u w:val="single"/>
        </w:rPr>
        <w:t>Chinese</w:t>
      </w:r>
      <w:r>
        <w:rPr>
          <w:b w:val="0"/>
          <w:i w:val="0"/>
          <w:smallCaps w:val="0"/>
          <w:strike w:val="0"/>
          <w:color w:val="000000"/>
          <w:sz w:val="16"/>
          <w:u w:val="none"/>
        </w:rPr>
        <w:t xml:space="preserve"> </w:t>
      </w:r>
      <w:r>
        <w:rPr>
          <w:b w:val="0"/>
          <w:i w:val="0"/>
          <w:smallCaps w:val="0"/>
          <w:strike w:val="0"/>
          <w:color w:val="000000"/>
          <w:u w:val="single"/>
        </w:rPr>
        <w:t>military</w:t>
      </w:r>
      <w:r>
        <w:rPr>
          <w:b w:val="0"/>
          <w:i w:val="0"/>
          <w:smallCaps w:val="0"/>
          <w:strike w:val="0"/>
          <w:color w:val="000000"/>
          <w:sz w:val="16"/>
          <w:u w:val="none"/>
        </w:rPr>
        <w:t xml:space="preserve"> </w:t>
      </w:r>
      <w:r>
        <w:rPr>
          <w:b w:val="0"/>
          <w:i w:val="0"/>
          <w:smallCaps w:val="0"/>
          <w:strike w:val="0"/>
          <w:color w:val="000000"/>
          <w:u w:val="single"/>
        </w:rPr>
        <w:t>leaders</w:t>
      </w:r>
      <w:r>
        <w:rPr>
          <w:b w:val="0"/>
          <w:i w:val="0"/>
          <w:smallCaps w:val="0"/>
          <w:strike w:val="0"/>
          <w:color w:val="000000"/>
          <w:sz w:val="16"/>
          <w:u w:val="none"/>
        </w:rPr>
        <w:t>. To regain morale, China must reform its political system, clean up corrupted military officials, change the compulsory military service system, and improve Chinese soldiers’ salaries and benefits.</w:t>
      </w:r>
    </w:p>
    <w:p>
      <w:pPr>
        <w:spacing w:after="60"/>
      </w:pPr>
      <w:r>
        <w:rPr>
          <w:b w:val="0"/>
          <w:i w:val="0"/>
          <w:smallCaps w:val="0"/>
          <w:strike w:val="0"/>
          <w:color w:val="000000"/>
          <w:sz w:val="16"/>
          <w:u w:val="none"/>
        </w:rPr>
        <w:t xml:space="preserve">Seventh, </w:t>
      </w:r>
      <w:r>
        <w:rPr>
          <w:b w:val="0"/>
          <w:i w:val="0"/>
          <w:smallCaps w:val="0"/>
          <w:strike w:val="0"/>
          <w:color w:val="000000"/>
          <w:u w:val="single"/>
        </w:rPr>
        <w:t>peaceful resolution to</w:t>
      </w:r>
      <w:r>
        <w:rPr>
          <w:b w:val="0"/>
          <w:i w:val="0"/>
          <w:smallCaps w:val="0"/>
          <w:strike w:val="0"/>
          <w:color w:val="000000"/>
          <w:sz w:val="16"/>
          <w:u w:val="none"/>
        </w:rPr>
        <w:t xml:space="preserve"> </w:t>
      </w:r>
      <w:r>
        <w:rPr>
          <w:b/>
          <w:i w:val="0"/>
          <w:smallCaps w:val="0"/>
          <w:strike w:val="0"/>
          <w:color w:val="000000"/>
          <w:u w:val="single"/>
        </w:rPr>
        <w:t>resolve territorial</w:t>
      </w:r>
      <w:r>
        <w:rPr>
          <w:b w:val="0"/>
          <w:i w:val="0"/>
          <w:smallCaps w:val="0"/>
          <w:strike w:val="0"/>
          <w:color w:val="000000"/>
          <w:sz w:val="16"/>
          <w:u w:val="none"/>
        </w:rPr>
        <w:t xml:space="preserve"> </w:t>
      </w:r>
      <w:r>
        <w:rPr>
          <w:b/>
          <w:i w:val="0"/>
          <w:smallCaps w:val="0"/>
          <w:strike w:val="0"/>
          <w:color w:val="000000"/>
          <w:u w:val="single"/>
        </w:rPr>
        <w:t>disputes</w:t>
      </w:r>
      <w:r>
        <w:rPr>
          <w:b w:val="0"/>
          <w:i w:val="0"/>
          <w:smallCaps w:val="0"/>
          <w:strike w:val="0"/>
          <w:color w:val="000000"/>
          <w:sz w:val="16"/>
          <w:u w:val="none"/>
        </w:rPr>
        <w:t xml:space="preserve"> </w:t>
      </w:r>
      <w:r>
        <w:rPr>
          <w:b w:val="0"/>
          <w:i w:val="0"/>
          <w:smallCaps w:val="0"/>
          <w:strike w:val="0"/>
          <w:color w:val="000000"/>
          <w:u w:val="single"/>
        </w:rPr>
        <w:t>remains the first choice</w:t>
      </w:r>
      <w:r>
        <w:rPr>
          <w:b w:val="0"/>
          <w:i w:val="0"/>
          <w:smallCaps w:val="0"/>
          <w:strike w:val="0"/>
          <w:color w:val="000000"/>
          <w:sz w:val="16"/>
          <w:u w:val="none"/>
        </w:rPr>
        <w:t xml:space="preserve"> </w:t>
      </w:r>
      <w:r>
        <w:rPr>
          <w:b w:val="0"/>
          <w:i w:val="0"/>
          <w:smallCaps w:val="0"/>
          <w:strike w:val="0"/>
          <w:color w:val="000000"/>
          <w:u w:val="single"/>
        </w:rPr>
        <w:t>for</w:t>
      </w:r>
      <w:r>
        <w:rPr>
          <w:b w:val="0"/>
          <w:i w:val="0"/>
          <w:smallCaps w:val="0"/>
          <w:strike w:val="0"/>
          <w:color w:val="000000"/>
          <w:sz w:val="16"/>
          <w:u w:val="none"/>
        </w:rPr>
        <w:t xml:space="preserve"> </w:t>
      </w:r>
      <w:r>
        <w:rPr>
          <w:b/>
          <w:i w:val="0"/>
          <w:smallCaps w:val="0"/>
          <w:strike w:val="0"/>
          <w:color w:val="000000"/>
          <w:u w:val="single"/>
        </w:rPr>
        <w:t>both</w:t>
      </w:r>
      <w:r>
        <w:rPr>
          <w:b w:val="0"/>
          <w:i w:val="0"/>
          <w:smallCaps w:val="0"/>
          <w:strike w:val="0"/>
          <w:color w:val="000000"/>
          <w:sz w:val="16"/>
          <w:u w:val="none"/>
        </w:rPr>
        <w:t xml:space="preserve"> </w:t>
      </w:r>
      <w:r>
        <w:rPr>
          <w:b w:val="0"/>
          <w:i w:val="0"/>
          <w:smallCaps w:val="0"/>
          <w:strike w:val="0"/>
          <w:color w:val="000000"/>
          <w:u w:val="single"/>
        </w:rPr>
        <w:t>sides</w:t>
      </w:r>
      <w:r>
        <w:rPr>
          <w:b w:val="0"/>
          <w:i w:val="0"/>
          <w:smallCaps w:val="0"/>
          <w:strike w:val="0"/>
          <w:color w:val="000000"/>
          <w:sz w:val="16"/>
          <w:u w:val="none"/>
        </w:rPr>
        <w:t xml:space="preserve">. The goal of diplomacy is to persuade your enemy to surrender without a fight. A weak country does not have diplomacy. National comprehensive power determines diplomatic confidence; and military power and popular support provide the precondition for winning war. If a country’s comprehensive power is insufficient, it can only deal with territory disputer through unequal diplomacy. If the military is powerful and the people’s aspirations are strong, military force deterrence should cooperate with diplomatic means. If a country is not ready, it must not advocate war. Otherwise, the government would lose its credibility at home and abroad. </w:t>
      </w:r>
      <w:r>
        <w:rPr>
          <w:b w:val="0"/>
          <w:i w:val="0"/>
          <w:smallCaps w:val="0"/>
          <w:strike w:val="0"/>
          <w:color w:val="000000"/>
          <w:u w:val="single"/>
        </w:rPr>
        <w:t>China and</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U.S.</w:t>
      </w:r>
      <w:r>
        <w:rPr>
          <w:b w:val="0"/>
          <w:i w:val="0"/>
          <w:smallCaps w:val="0"/>
          <w:strike w:val="0"/>
          <w:color w:val="000000"/>
          <w:sz w:val="16"/>
          <w:u w:val="none"/>
        </w:rPr>
        <w:t xml:space="preserve"> still </w:t>
      </w:r>
      <w:r>
        <w:rPr>
          <w:b w:val="0"/>
          <w:i w:val="0"/>
          <w:smallCaps w:val="0"/>
          <w:strike w:val="0"/>
          <w:color w:val="000000"/>
          <w:u w:val="single"/>
        </w:rPr>
        <w:t>have</w:t>
      </w:r>
      <w:r>
        <w:rPr>
          <w:b w:val="0"/>
          <w:i w:val="0"/>
          <w:smallCaps w:val="0"/>
          <w:strike w:val="0"/>
          <w:color w:val="000000"/>
          <w:sz w:val="16"/>
          <w:u w:val="none"/>
        </w:rPr>
        <w:t xml:space="preserve"> </w:t>
      </w:r>
      <w:r>
        <w:rPr>
          <w:b/>
          <w:i w:val="0"/>
          <w:smallCaps w:val="0"/>
          <w:strike w:val="0"/>
          <w:color w:val="000000"/>
          <w:u w:val="single"/>
        </w:rPr>
        <w:t>sufficient</w:t>
      </w:r>
      <w:r>
        <w:rPr>
          <w:b w:val="0"/>
          <w:i w:val="0"/>
          <w:smallCaps w:val="0"/>
          <w:strike w:val="0"/>
          <w:color w:val="000000"/>
          <w:sz w:val="16"/>
          <w:u w:val="none"/>
        </w:rPr>
        <w:t xml:space="preserve"> </w:t>
      </w:r>
      <w:r>
        <w:rPr>
          <w:b w:val="0"/>
          <w:i w:val="0"/>
          <w:smallCaps w:val="0"/>
          <w:strike w:val="0"/>
          <w:color w:val="000000"/>
          <w:u w:val="single"/>
        </w:rPr>
        <w:t>time to take</w:t>
      </w:r>
      <w:r>
        <w:rPr>
          <w:b w:val="0"/>
          <w:i w:val="0"/>
          <w:smallCaps w:val="0"/>
          <w:strike w:val="0"/>
          <w:color w:val="000000"/>
          <w:sz w:val="16"/>
          <w:u w:val="none"/>
        </w:rPr>
        <w:t xml:space="preserve"> </w:t>
      </w:r>
      <w:r>
        <w:rPr>
          <w:b/>
          <w:i w:val="0"/>
          <w:smallCaps w:val="0"/>
          <w:strike w:val="0"/>
          <w:color w:val="000000"/>
          <w:u w:val="single"/>
        </w:rPr>
        <w:t>diplomatic measures</w:t>
      </w:r>
      <w:r>
        <w:rPr>
          <w:b w:val="0"/>
          <w:i w:val="0"/>
          <w:smallCaps w:val="0"/>
          <w:strike w:val="0"/>
          <w:color w:val="000000"/>
          <w:sz w:val="16"/>
          <w:u w:val="none"/>
        </w:rPr>
        <w:t xml:space="preserve"> </w:t>
      </w:r>
      <w:r>
        <w:rPr>
          <w:b w:val="0"/>
          <w:i w:val="0"/>
          <w:smallCaps w:val="0"/>
          <w:strike w:val="0"/>
          <w:color w:val="000000"/>
          <w:u w:val="single"/>
        </w:rPr>
        <w:t>to fulfill their mission</w:t>
      </w:r>
      <w:r>
        <w:rPr>
          <w:b w:val="0"/>
          <w:i w:val="0"/>
          <w:smallCaps w:val="0"/>
          <w:strike w:val="0"/>
          <w:color w:val="000000"/>
          <w:sz w:val="16"/>
          <w:u w:val="none"/>
        </w:rPr>
        <w:t xml:space="preserve"> </w:t>
      </w:r>
      <w:r>
        <w:rPr>
          <w:b/>
          <w:i w:val="0"/>
          <w:smallCaps w:val="0"/>
          <w:strike w:val="0"/>
          <w:color w:val="000000"/>
          <w:u w:val="single"/>
        </w:rPr>
        <w:t>without</w:t>
      </w:r>
      <w:r>
        <w:rPr>
          <w:b w:val="0"/>
          <w:i w:val="0"/>
          <w:smallCaps w:val="0"/>
          <w:strike w:val="0"/>
          <w:color w:val="000000"/>
          <w:sz w:val="16"/>
          <w:u w:val="none"/>
        </w:rPr>
        <w:t xml:space="preserve"> </w:t>
      </w:r>
      <w:r>
        <w:rPr>
          <w:b w:val="0"/>
          <w:i w:val="0"/>
          <w:smallCaps w:val="0"/>
          <w:strike w:val="0"/>
          <w:color w:val="000000"/>
          <w:u w:val="single"/>
        </w:rPr>
        <w:t>any cost</w:t>
      </w:r>
      <w:r>
        <w:rPr>
          <w:b w:val="0"/>
          <w:i w:val="0"/>
          <w:smallCaps w:val="0"/>
          <w:strike w:val="0"/>
          <w:color w:val="000000"/>
          <w:sz w:val="16"/>
          <w:u w:val="none"/>
        </w:rPr>
        <w:t xml:space="preserve">. In addition, a </w:t>
      </w:r>
      <w:r>
        <w:rPr>
          <w:b w:val="0"/>
          <w:i w:val="0"/>
          <w:smallCaps w:val="0"/>
          <w:strike w:val="0"/>
          <w:color w:val="000000"/>
          <w:u w:val="single"/>
        </w:rPr>
        <w:t>possible war over the</w:t>
      </w:r>
      <w:r>
        <w:rPr>
          <w:b w:val="0"/>
          <w:i w:val="0"/>
          <w:smallCaps w:val="0"/>
          <w:strike w:val="0"/>
          <w:color w:val="000000"/>
          <w:sz w:val="16"/>
          <w:u w:val="none"/>
        </w:rPr>
        <w:t xml:space="preserve"> </w:t>
      </w:r>
      <w:r>
        <w:rPr>
          <w:b/>
          <w:i w:val="0"/>
          <w:smallCaps w:val="0"/>
          <w:strike w:val="0"/>
          <w:color w:val="000000"/>
          <w:u w:val="single"/>
        </w:rPr>
        <w:t>S</w:t>
      </w:r>
      <w:r>
        <w:rPr>
          <w:b w:val="0"/>
          <w:i w:val="0"/>
          <w:smallCaps w:val="0"/>
          <w:strike w:val="0"/>
          <w:color w:val="000000"/>
          <w:sz w:val="16"/>
          <w:u w:val="none"/>
        </w:rPr>
        <w:t xml:space="preserve">outh </w:t>
      </w:r>
      <w:r>
        <w:rPr>
          <w:b/>
          <w:i w:val="0"/>
          <w:smallCaps w:val="0"/>
          <w:strike w:val="0"/>
          <w:color w:val="000000"/>
          <w:u w:val="single"/>
        </w:rPr>
        <w:t>C</w:t>
      </w:r>
      <w:r>
        <w:rPr>
          <w:b w:val="0"/>
          <w:i w:val="0"/>
          <w:smallCaps w:val="0"/>
          <w:strike w:val="0"/>
          <w:color w:val="000000"/>
          <w:sz w:val="16"/>
          <w:u w:val="none"/>
        </w:rPr>
        <w:t xml:space="preserve">hina </w:t>
      </w:r>
      <w:r>
        <w:rPr>
          <w:b/>
          <w:i w:val="0"/>
          <w:smallCaps w:val="0"/>
          <w:strike w:val="0"/>
          <w:color w:val="000000"/>
          <w:u w:val="single"/>
        </w:rPr>
        <w:t>S</w:t>
      </w:r>
      <w:r>
        <w:rPr>
          <w:b w:val="0"/>
          <w:i w:val="0"/>
          <w:smallCaps w:val="0"/>
          <w:strike w:val="0"/>
          <w:color w:val="000000"/>
          <w:sz w:val="16"/>
          <w:u w:val="none"/>
        </w:rPr>
        <w:t xml:space="preserve">ea </w:t>
      </w:r>
      <w:r>
        <w:rPr>
          <w:b w:val="0"/>
          <w:i w:val="0"/>
          <w:smallCaps w:val="0"/>
          <w:strike w:val="0"/>
          <w:color w:val="000000"/>
          <w:u w:val="single"/>
        </w:rPr>
        <w:t>and</w:t>
      </w:r>
      <w:r>
        <w:rPr>
          <w:b w:val="0"/>
          <w:i w:val="0"/>
          <w:smallCaps w:val="0"/>
          <w:strike w:val="0"/>
          <w:color w:val="000000"/>
          <w:sz w:val="16"/>
          <w:u w:val="none"/>
        </w:rPr>
        <w:t xml:space="preserve"> the </w:t>
      </w:r>
      <w:r>
        <w:rPr>
          <w:b/>
          <w:i w:val="0"/>
          <w:smallCaps w:val="0"/>
          <w:strike w:val="0"/>
          <w:color w:val="000000"/>
          <w:u w:val="single"/>
        </w:rPr>
        <w:t>Taiwan</w:t>
      </w:r>
      <w:r>
        <w:rPr>
          <w:b w:val="0"/>
          <w:i w:val="0"/>
          <w:smallCaps w:val="0"/>
          <w:strike w:val="0"/>
          <w:color w:val="000000"/>
          <w:sz w:val="16"/>
          <w:u w:val="none"/>
        </w:rPr>
        <w:t xml:space="preserve"> Strait </w:t>
      </w:r>
      <w:r>
        <w:rPr>
          <w:b w:val="0"/>
          <w:i w:val="0"/>
          <w:smallCaps w:val="0"/>
          <w:strike w:val="0"/>
          <w:color w:val="000000"/>
          <w:u w:val="single"/>
        </w:rPr>
        <w:t>is not a conventional land war but sea-air warfare</w:t>
      </w:r>
      <w:r>
        <w:rPr>
          <w:b w:val="0"/>
          <w:i w:val="0"/>
          <w:smallCaps w:val="0"/>
          <w:strike w:val="0"/>
          <w:color w:val="000000"/>
          <w:sz w:val="16"/>
          <w:u w:val="none"/>
        </w:rPr>
        <w:t xml:space="preserve">. </w:t>
      </w:r>
      <w:r>
        <w:rPr>
          <w:b w:val="0"/>
          <w:i w:val="0"/>
          <w:smallCaps w:val="0"/>
          <w:strike w:val="0"/>
          <w:color w:val="000000"/>
          <w:u w:val="single"/>
        </w:rPr>
        <w:t>If war occurs</w:t>
      </w:r>
      <w:r>
        <w:rPr>
          <w:b w:val="0"/>
          <w:i w:val="0"/>
          <w:smallCaps w:val="0"/>
          <w:strike w:val="0"/>
          <w:color w:val="000000"/>
          <w:sz w:val="16"/>
          <w:u w:val="none"/>
        </w:rPr>
        <w:t xml:space="preserve"> over the region, </w:t>
      </w:r>
      <w:r>
        <w:rPr>
          <w:b w:val="0"/>
          <w:i w:val="0"/>
          <w:smallCaps w:val="0"/>
          <w:strike w:val="0"/>
          <w:color w:val="000000"/>
          <w:u w:val="single"/>
        </w:rPr>
        <w:t>the U.S.</w:t>
      </w:r>
      <w:r>
        <w:rPr>
          <w:b w:val="0"/>
          <w:i w:val="0"/>
          <w:smallCaps w:val="0"/>
          <w:strike w:val="0"/>
          <w:color w:val="000000"/>
          <w:sz w:val="16"/>
          <w:u w:val="none"/>
        </w:rPr>
        <w:t xml:space="preserve"> </w:t>
      </w:r>
      <w:r>
        <w:rPr>
          <w:b/>
          <w:i w:val="0"/>
          <w:smallCaps w:val="0"/>
          <w:strike w:val="0"/>
          <w:color w:val="000000"/>
          <w:u w:val="single"/>
        </w:rPr>
        <w:t>superiority</w:t>
      </w:r>
      <w:r>
        <w:rPr>
          <w:b w:val="0"/>
          <w:i w:val="0"/>
          <w:smallCaps w:val="0"/>
          <w:strike w:val="0"/>
          <w:color w:val="000000"/>
          <w:sz w:val="16"/>
          <w:u w:val="none"/>
        </w:rPr>
        <w:t xml:space="preserve"> </w:t>
      </w:r>
      <w:r>
        <w:rPr>
          <w:b w:val="0"/>
          <w:i w:val="0"/>
          <w:smallCaps w:val="0"/>
          <w:strike w:val="0"/>
          <w:color w:val="000000"/>
          <w:u w:val="single"/>
        </w:rPr>
        <w:t>in the</w:t>
      </w:r>
      <w:r>
        <w:rPr>
          <w:b w:val="0"/>
          <w:i w:val="0"/>
          <w:smallCaps w:val="0"/>
          <w:strike w:val="0"/>
          <w:color w:val="000000"/>
          <w:sz w:val="16"/>
          <w:u w:val="none"/>
        </w:rPr>
        <w:t xml:space="preserve"> </w:t>
      </w:r>
      <w:r>
        <w:rPr>
          <w:b/>
          <w:i w:val="0"/>
          <w:smallCaps w:val="0"/>
          <w:strike w:val="0"/>
          <w:color w:val="000000"/>
          <w:u w:val="single"/>
        </w:rPr>
        <w:t>ASB</w:t>
      </w:r>
      <w:r>
        <w:rPr>
          <w:b w:val="0"/>
          <w:i w:val="0"/>
          <w:smallCaps w:val="0"/>
          <w:strike w:val="0"/>
          <w:color w:val="000000"/>
          <w:sz w:val="16"/>
          <w:u w:val="none"/>
        </w:rPr>
        <w:t xml:space="preserve"> </w:t>
      </w:r>
      <w:r>
        <w:rPr>
          <w:b w:val="0"/>
          <w:i w:val="0"/>
          <w:smallCaps w:val="0"/>
          <w:strike w:val="0"/>
          <w:color w:val="000000"/>
          <w:u w:val="single"/>
        </w:rPr>
        <w:t>is still absolute and China’s military attempts would</w:t>
      </w:r>
      <w:r>
        <w:rPr>
          <w:b w:val="0"/>
          <w:i w:val="0"/>
          <w:smallCaps w:val="0"/>
          <w:strike w:val="0"/>
          <w:color w:val="000000"/>
          <w:sz w:val="16"/>
          <w:u w:val="none"/>
        </w:rPr>
        <w:t xml:space="preserve"> </w:t>
      </w:r>
      <w:r>
        <w:rPr>
          <w:b/>
          <w:i w:val="0"/>
          <w:smallCaps w:val="0"/>
          <w:strike w:val="0"/>
          <w:color w:val="000000"/>
          <w:u w:val="single"/>
        </w:rPr>
        <w:t>fail</w:t>
      </w:r>
      <w:r>
        <w:rPr>
          <w:b w:val="0"/>
          <w:i w:val="0"/>
          <w:smallCaps w:val="0"/>
          <w:strike w:val="0"/>
          <w:color w:val="000000"/>
          <w:sz w:val="16"/>
          <w:u w:val="none"/>
        </w:rPr>
        <w:t xml:space="preserve"> although China has massive ground troops and the largest size of navy force in the world.</w:t>
      </w:r>
    </w:p>
    <w:p>
      <w:pPr>
        <w:spacing w:after="60"/>
      </w:pPr>
      <w:r>
        <w:rPr>
          <w:b w:val="0"/>
          <w:i w:val="0"/>
          <w:smallCaps w:val="0"/>
          <w:strike w:val="0"/>
          <w:color w:val="000000"/>
          <w:sz w:val="16"/>
          <w:u w:val="none"/>
        </w:rPr>
        <w:t xml:space="preserve">Eighth, </w:t>
      </w:r>
      <w:r>
        <w:rPr>
          <w:b/>
          <w:i w:val="0"/>
          <w:smallCaps w:val="0"/>
          <w:strike w:val="0"/>
          <w:color w:val="000000"/>
          <w:u w:val="single"/>
        </w:rPr>
        <w:t>Russia</w:t>
      </w:r>
      <w:r>
        <w:rPr>
          <w:b w:val="0"/>
          <w:i w:val="0"/>
          <w:smallCaps w:val="0"/>
          <w:strike w:val="0"/>
          <w:color w:val="000000"/>
          <w:sz w:val="16"/>
          <w:u w:val="none"/>
        </w:rPr>
        <w:t xml:space="preserve"> could be a negative equity for China on the global stage and </w:t>
      </w:r>
      <w:r>
        <w:rPr>
          <w:b w:val="0"/>
          <w:i w:val="0"/>
          <w:smallCaps w:val="0"/>
          <w:strike w:val="0"/>
          <w:color w:val="000000"/>
          <w:u w:val="single"/>
        </w:rPr>
        <w:t>will</w:t>
      </w:r>
      <w:r>
        <w:rPr>
          <w:b w:val="0"/>
          <w:i w:val="0"/>
          <w:smallCaps w:val="0"/>
          <w:strike w:val="0"/>
          <w:color w:val="000000"/>
          <w:sz w:val="16"/>
          <w:u w:val="none"/>
        </w:rPr>
        <w:t xml:space="preserve"> </w:t>
      </w:r>
      <w:r>
        <w:rPr>
          <w:b/>
          <w:i w:val="0"/>
          <w:smallCaps w:val="0"/>
          <w:strike w:val="0"/>
          <w:color w:val="000000"/>
          <w:u w:val="single"/>
        </w:rPr>
        <w:t>not help China</w:t>
      </w:r>
      <w:r>
        <w:rPr>
          <w:b w:val="0"/>
          <w:i w:val="0"/>
          <w:smallCaps w:val="0"/>
          <w:strike w:val="0"/>
          <w:color w:val="000000"/>
          <w:sz w:val="16"/>
          <w:u w:val="none"/>
        </w:rPr>
        <w:t xml:space="preserve"> </w:t>
      </w:r>
      <w:r>
        <w:rPr>
          <w:b w:val="0"/>
          <w:i w:val="0"/>
          <w:smallCaps w:val="0"/>
          <w:strike w:val="0"/>
          <w:color w:val="000000"/>
          <w:u w:val="single"/>
        </w:rPr>
        <w:t>win war with the U.S. after</w:t>
      </w:r>
      <w:r>
        <w:rPr>
          <w:b w:val="0"/>
          <w:i w:val="0"/>
          <w:smallCaps w:val="0"/>
          <w:strike w:val="0"/>
          <w:color w:val="000000"/>
          <w:sz w:val="16"/>
          <w:u w:val="none"/>
        </w:rPr>
        <w:t xml:space="preserve"> Russian invasion of </w:t>
      </w:r>
      <w:r>
        <w:rPr>
          <w:b w:val="0"/>
          <w:i w:val="0"/>
          <w:smallCaps w:val="0"/>
          <w:strike w:val="0"/>
          <w:color w:val="000000"/>
          <w:u w:val="single"/>
        </w:rPr>
        <w:t>Ukraine</w:t>
      </w:r>
      <w:r>
        <w:rPr>
          <w:b w:val="0"/>
          <w:i w:val="0"/>
          <w:smallCaps w:val="0"/>
          <w:strike w:val="0"/>
          <w:color w:val="000000"/>
          <w:sz w:val="16"/>
          <w:u w:val="none"/>
        </w:rPr>
        <w:t xml:space="preserve">. </w:t>
      </w:r>
      <w:r>
        <w:rPr>
          <w:b w:val="0"/>
          <w:i w:val="0"/>
          <w:smallCaps w:val="0"/>
          <w:strike w:val="0"/>
          <w:color w:val="000000"/>
          <w:u w:val="single"/>
        </w:rPr>
        <w:t>China has</w:t>
      </w:r>
      <w:r>
        <w:rPr>
          <w:b w:val="0"/>
          <w:i w:val="0"/>
          <w:smallCaps w:val="0"/>
          <w:strike w:val="0"/>
          <w:color w:val="000000"/>
          <w:sz w:val="16"/>
          <w:u w:val="none"/>
        </w:rPr>
        <w:t xml:space="preserve"> very </w:t>
      </w:r>
      <w:r>
        <w:rPr>
          <w:b/>
          <w:i w:val="0"/>
          <w:smallCaps w:val="0"/>
          <w:strike w:val="0"/>
          <w:color w:val="000000"/>
          <w:u w:val="single"/>
        </w:rPr>
        <w:t>few allies</w:t>
      </w:r>
      <w:r>
        <w:rPr>
          <w:b w:val="0"/>
          <w:i w:val="0"/>
          <w:smallCaps w:val="0"/>
          <w:strike w:val="0"/>
          <w:color w:val="000000"/>
          <w:sz w:val="16"/>
          <w:u w:val="none"/>
        </w:rPr>
        <w:t xml:space="preserve"> </w:t>
      </w:r>
      <w:r>
        <w:rPr>
          <w:b w:val="0"/>
          <w:i w:val="0"/>
          <w:smallCaps w:val="0"/>
          <w:strike w:val="0"/>
          <w:color w:val="000000"/>
          <w:u w:val="single"/>
        </w:rPr>
        <w:t>whereas American allies in the Pacific include</w:t>
      </w:r>
      <w:r>
        <w:rPr>
          <w:b w:val="0"/>
          <w:i w:val="0"/>
          <w:smallCaps w:val="0"/>
          <w:strike w:val="0"/>
          <w:color w:val="000000"/>
          <w:sz w:val="16"/>
          <w:u w:val="none"/>
        </w:rPr>
        <w:t xml:space="preserve"> </w:t>
      </w:r>
      <w:r>
        <w:rPr>
          <w:b/>
          <w:i w:val="0"/>
          <w:smallCaps w:val="0"/>
          <w:strike w:val="0"/>
          <w:color w:val="000000"/>
          <w:u w:val="single"/>
        </w:rPr>
        <w:t>Japan</w:t>
      </w:r>
      <w:r>
        <w:rPr>
          <w:b w:val="0"/>
          <w:i w:val="0"/>
          <w:smallCaps w:val="0"/>
          <w:strike w:val="0"/>
          <w:color w:val="000000"/>
          <w:sz w:val="16"/>
          <w:u w:val="none"/>
        </w:rPr>
        <w:t xml:space="preserve">, </w:t>
      </w:r>
      <w:r>
        <w:rPr>
          <w:b/>
          <w:i w:val="0"/>
          <w:smallCaps w:val="0"/>
          <w:strike w:val="0"/>
          <w:color w:val="000000"/>
          <w:u w:val="single"/>
        </w:rPr>
        <w:t>Australia</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So</w:t>
      </w:r>
      <w:r>
        <w:rPr>
          <w:b w:val="0"/>
          <w:i w:val="0"/>
          <w:smallCaps w:val="0"/>
          <w:strike w:val="0"/>
          <w:color w:val="000000"/>
          <w:sz w:val="16"/>
          <w:u w:val="none"/>
        </w:rPr>
        <w:t xml:space="preserve">uth </w:t>
      </w:r>
      <w:r>
        <w:rPr>
          <w:b/>
          <w:i w:val="0"/>
          <w:smallCaps w:val="0"/>
          <w:strike w:val="0"/>
          <w:color w:val="000000"/>
          <w:u w:val="single"/>
        </w:rPr>
        <w:t>Ko</w:t>
      </w:r>
      <w:r>
        <w:rPr>
          <w:b w:val="0"/>
          <w:i w:val="0"/>
          <w:smallCaps w:val="0"/>
          <w:strike w:val="0"/>
          <w:color w:val="000000"/>
          <w:sz w:val="16"/>
          <w:u w:val="none"/>
        </w:rPr>
        <w:t xml:space="preserve">rea. While China is losing its neighboring friends, </w:t>
      </w:r>
      <w:r>
        <w:rPr>
          <w:b w:val="0"/>
          <w:i w:val="0"/>
          <w:smallCaps w:val="0"/>
          <w:strike w:val="0"/>
          <w:color w:val="000000"/>
          <w:u w:val="single"/>
        </w:rPr>
        <w:t>the U.S. has been</w:t>
      </w:r>
      <w:r>
        <w:rPr>
          <w:b w:val="0"/>
          <w:i w:val="0"/>
          <w:smallCaps w:val="0"/>
          <w:strike w:val="0"/>
          <w:color w:val="000000"/>
          <w:sz w:val="16"/>
          <w:u w:val="none"/>
        </w:rPr>
        <w:t xml:space="preserve"> </w:t>
      </w:r>
      <w:r>
        <w:rPr>
          <w:b/>
          <w:i w:val="0"/>
          <w:smallCaps w:val="0"/>
          <w:strike w:val="0"/>
          <w:color w:val="000000"/>
          <w:u w:val="single"/>
        </w:rPr>
        <w:t>strengthening</w:t>
      </w:r>
      <w:r>
        <w:rPr>
          <w:b w:val="0"/>
          <w:i w:val="0"/>
          <w:smallCaps w:val="0"/>
          <w:strike w:val="0"/>
          <w:color w:val="000000"/>
          <w:sz w:val="16"/>
          <w:u w:val="none"/>
        </w:rPr>
        <w:t xml:space="preserve"> </w:t>
      </w:r>
      <w:r>
        <w:rPr>
          <w:b w:val="0"/>
          <w:i w:val="0"/>
          <w:smallCaps w:val="0"/>
          <w:strike w:val="0"/>
          <w:color w:val="000000"/>
          <w:u w:val="single"/>
        </w:rPr>
        <w:t>its alliance with China’s neighboring countries</w:t>
      </w:r>
      <w:r>
        <w:rPr>
          <w:b w:val="0"/>
          <w:i w:val="0"/>
          <w:smallCaps w:val="0"/>
          <w:strike w:val="0"/>
          <w:color w:val="000000"/>
          <w:sz w:val="16"/>
          <w:u w:val="none"/>
        </w:rPr>
        <w:t xml:space="preserve">, including Japan, South Korea, the Philippines, Afghanistan, and India. </w:t>
      </w:r>
      <w:r>
        <w:rPr>
          <w:b w:val="0"/>
          <w:i w:val="0"/>
          <w:smallCaps w:val="0"/>
          <w:strike w:val="0"/>
          <w:color w:val="000000"/>
          <w:u w:val="single"/>
        </w:rPr>
        <w:t>Other countries, such as</w:t>
      </w:r>
      <w:r>
        <w:rPr>
          <w:b w:val="0"/>
          <w:i w:val="0"/>
          <w:smallCaps w:val="0"/>
          <w:strike w:val="0"/>
          <w:color w:val="000000"/>
          <w:sz w:val="16"/>
          <w:u w:val="none"/>
        </w:rPr>
        <w:t xml:space="preserve"> </w:t>
      </w:r>
      <w:r>
        <w:rPr>
          <w:b/>
          <w:i w:val="0"/>
          <w:smallCaps w:val="0"/>
          <w:strike w:val="0"/>
          <w:color w:val="000000"/>
          <w:u w:val="single"/>
        </w:rPr>
        <w:t>Vietnam</w:t>
      </w:r>
      <w:r>
        <w:rPr>
          <w:b w:val="0"/>
          <w:i w:val="0"/>
          <w:smallCaps w:val="0"/>
          <w:strike w:val="0"/>
          <w:color w:val="000000"/>
          <w:sz w:val="16"/>
          <w:u w:val="none"/>
        </w:rPr>
        <w:t xml:space="preserve">, </w:t>
      </w:r>
      <w:r>
        <w:rPr>
          <w:b/>
          <w:i w:val="0"/>
          <w:smallCaps w:val="0"/>
          <w:strike w:val="0"/>
          <w:color w:val="000000"/>
          <w:u w:val="single"/>
        </w:rPr>
        <w:t>Malaysia</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Myanmar</w:t>
      </w:r>
      <w:r>
        <w:rPr>
          <w:b w:val="0"/>
          <w:i w:val="0"/>
          <w:smallCaps w:val="0"/>
          <w:strike w:val="0"/>
          <w:color w:val="000000"/>
          <w:sz w:val="16"/>
          <w:u w:val="none"/>
        </w:rPr>
        <w:t xml:space="preserve"> </w:t>
      </w:r>
      <w:r>
        <w:rPr>
          <w:b w:val="0"/>
          <w:i w:val="0"/>
          <w:smallCaps w:val="0"/>
          <w:strike w:val="0"/>
          <w:color w:val="000000"/>
          <w:u w:val="single"/>
        </w:rPr>
        <w:t>are drawing closer</w:t>
      </w:r>
      <w:r>
        <w:rPr>
          <w:b w:val="0"/>
          <w:i w:val="0"/>
          <w:smallCaps w:val="0"/>
          <w:strike w:val="0"/>
          <w:color w:val="000000"/>
          <w:sz w:val="16"/>
          <w:u w:val="none"/>
        </w:rPr>
        <w:t xml:space="preserve"> to the U.S. The Chinese government views the regional tension as the outcome of Washington’s “returning to Asia” policy. Under this circumstance, </w:t>
      </w:r>
      <w:r>
        <w:rPr>
          <w:b w:val="0"/>
          <w:i w:val="0"/>
          <w:smallCaps w:val="0"/>
          <w:strike w:val="0"/>
          <w:color w:val="000000"/>
          <w:u w:val="single"/>
        </w:rPr>
        <w:t>China needs</w:t>
      </w:r>
      <w:r>
        <w:rPr>
          <w:b w:val="0"/>
          <w:i w:val="0"/>
          <w:smallCaps w:val="0"/>
          <w:strike w:val="0"/>
          <w:color w:val="000000"/>
          <w:sz w:val="16"/>
          <w:u w:val="none"/>
        </w:rPr>
        <w:t xml:space="preserve"> </w:t>
      </w:r>
      <w:r>
        <w:rPr>
          <w:b/>
          <w:i w:val="0"/>
          <w:smallCaps w:val="0"/>
          <w:strike w:val="0"/>
          <w:color w:val="000000"/>
          <w:u w:val="single"/>
        </w:rPr>
        <w:t>help</w:t>
      </w:r>
      <w:r>
        <w:rPr>
          <w:b w:val="0"/>
          <w:i w:val="0"/>
          <w:smallCaps w:val="0"/>
          <w:strike w:val="0"/>
          <w:color w:val="000000"/>
          <w:sz w:val="16"/>
          <w:u w:val="none"/>
        </w:rPr>
        <w:t xml:space="preserve"> from Russia </w:t>
      </w:r>
      <w:r>
        <w:rPr>
          <w:b w:val="0"/>
          <w:i w:val="0"/>
          <w:smallCaps w:val="0"/>
          <w:strike w:val="0"/>
          <w:color w:val="000000"/>
          <w:u w:val="single"/>
        </w:rPr>
        <w:t>to avoid escalating confrontations</w:t>
      </w:r>
      <w:r>
        <w:rPr>
          <w:b w:val="0"/>
          <w:i w:val="0"/>
          <w:smallCaps w:val="0"/>
          <w:strike w:val="0"/>
          <w:color w:val="000000"/>
          <w:sz w:val="16"/>
          <w:u w:val="none"/>
        </w:rPr>
        <w:t xml:space="preserve"> with multiple neighboring countries. In a global context, Russia has played a considerable role in China–U.S. relations since the Cold War. The recent development of China–Russia relations has once again raised American concerns about the implications of Beijing–Moscow relations. Many experts believe that China’s motive for deepening its relations with Russia is anti-America. According to the joint statement between Russia and China released before the 2022 Beijing Winter Olympic Games, the two countries’ relationship has no limits and there are no forbidden areas. Now there are two parallel geopolitical conflicts—the Ukraine–Russia war and China–U.S. tension over the Taiwan Strait. After Russia invaded Ukraine, Chinese Foreign Minister Wang Yi reaffirmed that the China–Russia partnership is solid as stone and the Sino-Russian partnership continues, no matter how serious the international situation is. China’s current stance seems that China has fully thrown itself into a de facto alliance with Russia.</w:t>
      </w:r>
    </w:p>
    <w:p>
      <w:pPr>
        <w:spacing w:after="60"/>
      </w:pPr>
      <w:r>
        <w:rPr>
          <w:b w:val="0"/>
          <w:i w:val="0"/>
          <w:smallCaps w:val="0"/>
          <w:strike w:val="0"/>
          <w:color w:val="000000"/>
          <w:sz w:val="16"/>
          <w:u w:val="none"/>
        </w:rPr>
        <w:t>China and Russia are almost impossible to form a solid partnership. Superficially, the top leaders of the two countries can get along but their personal relationship cannot be automatically translated into foreign policy and military alliances. The restoration of the friendship between Beijing and Moscow is mainly driven by their domestic pressures and security concerns. A stable relationship between the two countries will relieve the financial burdens in support of the hostility along the sizeable border. Beijing and Moscow also have common interests to work together. Beijing demands more oil and natural gas from Russia and needs more advanced military weapons supplies, including submarines, warships, and aircraft. Russia wants more investments from China to speed up the development of the Russian economy. Arguably, China does not really need military technologies from Russia. For example, the Chinese J-20 fighter is more advanced than Su-35, equivalent to Russia’s T50 and the U.S. F-22. The purpose of China to purchase 24 Su-35 is not to bridge the gap between Chinese and U.S. military power, but to show its sincerity to consolidate its ties with Russia by offering economic incentives. Strategically, they believe that the two nations face similar strategic challenge posed by the U.S. and its allies: NATO expansion for Russia and the U.S. conflicts with China over the Taiwan Strait. On the global stage, they stand against American hegemony with sovereignty and non-intervention as their core values.90</w:t>
      </w:r>
    </w:p>
    <w:p>
      <w:pPr>
        <w:spacing w:after="60"/>
      </w:pPr>
      <w:r>
        <w:rPr>
          <w:b w:val="0"/>
          <w:i w:val="0"/>
          <w:smallCaps w:val="0"/>
          <w:strike w:val="0"/>
          <w:color w:val="000000"/>
          <w:sz w:val="16"/>
          <w:u w:val="none"/>
        </w:rPr>
        <w:t>China’s quick move closer to Russia has not convinced the Russian people to believe that China is trustworthy in part because of the inconsistency of Chinese foreign policy. China aligned with Russia in the 1950s and with the U.S. in the 1970s but implemented a nonaligned policy in the 1980s. In recent years, the Russian protests against the Chinese economic invasion have taken place from time to time. The most recent Russian protests took place in March 2019, which were triggered by a China-funded project to bottle water from Russia’s Lake Baikal that has caused environmental problems and made Russian people very angry. The Russian protests indicate that the China–Russia tie is fragile.91 China’s move closer to Russia has received a lukewarm response from public opinion in China. The Chinese people also have reasons to doubt Moscow’s sincerity. China is not happy that Russia has maintained close military ties with and sold advanced weapons to India and Vietnam, both are locked in territorial disputes with China.92 From a historical perspective, Russia occupied China’s territories totaling more than four million square kilometers from 1689 to 1898, forced China to sign the Yalta Agreement for recognizing Outer Mongolia as an independent country in the 1940s, and stopped all financial and technological aid during the Chinese economic crisis in the 1960s. Finally, Zhen Bao Island military conflict in Heilongjiang Province broke out in 1969. Although in 1991 Russia acknowledged that the island belonged to China, the tension between the two countries along the 2500 miles long border remained high until the Chinese military troops retreated 500 km in 2008. In addition, China cannot forget that Russia took the territories in northeast China more than 100 years ago. On 2 July 2020, the Russian embassy in Beijing posted a video of a party celebrating the 160th anniversary of the founding of Vladivostok, which means “ruler of the east” in Russian and was annexed from China by the Tsarist empire in 1860. The video reminded the Chinese emotions over historic wounds and prompted an online backlash with the posts such as “Today we can only endure, but the Chinese people will remember!” “This ancestral land will return home in the future!”93 In comparison with China–U.S. relations, the U.S. never had a single territory dispute with China, so the Chinese people have not had a similar historical complex toward the U.S. The mutual distrust between China and Russia partially explains why Chinese students do not enthusiastically choose to study in Russia. According to Russian media, in 2020, only about 48,000 Chinese students studied in Russian universities while 20,000 Russian students were in Chinese universities.94 By contrast, more than 317,000 Chinese students enrolled in U.S. institutions in 2020/21 regardless of Covid-19 spread across the country. The list of other favorite destinations for Chinese students does not include Russia, but Britain, Australia, Canada, Japan, France, Germany, the Netherlands, Singapore, and South Korea. As a result, Russian culture has little impact on Chinese society and intellectual circle while American culture is very popular in China. The future of Sino-Russia relations will be tested by public opinion in both countries. It is expected that it would be difficult for both countries to continue drawing closer without the support of the public opinion.</w:t>
      </w:r>
    </w:p>
    <w:p>
      <w:pPr>
        <w:spacing w:after="60"/>
      </w:pPr>
      <w:r>
        <w:rPr>
          <w:b w:val="0"/>
          <w:i w:val="0"/>
          <w:smallCaps w:val="0"/>
          <w:strike w:val="0"/>
          <w:color w:val="000000"/>
          <w:sz w:val="16"/>
          <w:u w:val="none"/>
        </w:rPr>
        <w:t xml:space="preserve">For now, the status of Sino-Russia relations is not a full-fledged alliance, but a quasi-alliance. It seems that China and Russia are closer than ever. Although a close relationship between China and Russia could help China to get more advantage in bargaining with the U.S. to smoothly solve its territorial disputes with neighboring countries, in the long run, </w:t>
      </w:r>
      <w:r>
        <w:rPr>
          <w:b w:val="0"/>
          <w:i w:val="0"/>
          <w:smallCaps w:val="0"/>
          <w:strike w:val="0"/>
          <w:color w:val="000000"/>
          <w:u w:val="single"/>
        </w:rPr>
        <w:t>China will</w:t>
      </w:r>
      <w:r>
        <w:rPr>
          <w:b w:val="0"/>
          <w:i w:val="0"/>
          <w:smallCaps w:val="0"/>
          <w:strike w:val="0"/>
          <w:color w:val="000000"/>
          <w:sz w:val="16"/>
          <w:u w:val="none"/>
        </w:rPr>
        <w:t xml:space="preserve"> </w:t>
      </w:r>
      <w:r>
        <w:rPr>
          <w:b w:val="0"/>
          <w:i w:val="0"/>
          <w:smallCaps w:val="0"/>
          <w:strike w:val="0"/>
          <w:color w:val="000000"/>
          <w:u w:val="single"/>
        </w:rPr>
        <w:t>gain</w:t>
      </w:r>
      <w:r>
        <w:rPr>
          <w:b w:val="0"/>
          <w:i w:val="0"/>
          <w:smallCaps w:val="0"/>
          <w:strike w:val="0"/>
          <w:color w:val="000000"/>
          <w:sz w:val="16"/>
          <w:u w:val="none"/>
        </w:rPr>
        <w:t xml:space="preserve"> less but </w:t>
      </w:r>
      <w:r>
        <w:rPr>
          <w:b/>
          <w:i w:val="0"/>
          <w:smallCaps w:val="0"/>
          <w:strike w:val="0"/>
          <w:color w:val="000000"/>
          <w:u w:val="single"/>
        </w:rPr>
        <w:t>lose more</w:t>
      </w:r>
      <w:r>
        <w:rPr>
          <w:b w:val="0"/>
          <w:i w:val="0"/>
          <w:smallCaps w:val="0"/>
          <w:strike w:val="0"/>
          <w:color w:val="000000"/>
          <w:sz w:val="16"/>
          <w:u w:val="none"/>
        </w:rPr>
        <w:t xml:space="preserve"> </w:t>
      </w:r>
      <w:r>
        <w:rPr>
          <w:b w:val="0"/>
          <w:i w:val="0"/>
          <w:smallCaps w:val="0"/>
          <w:strike w:val="0"/>
          <w:color w:val="000000"/>
          <w:u w:val="single"/>
        </w:rPr>
        <w:t>in the</w:t>
      </w:r>
      <w:r>
        <w:rPr>
          <w:b w:val="0"/>
          <w:i w:val="0"/>
          <w:smallCaps w:val="0"/>
          <w:strike w:val="0"/>
          <w:color w:val="000000"/>
          <w:sz w:val="16"/>
          <w:u w:val="none"/>
        </w:rPr>
        <w:t xml:space="preserve"> </w:t>
      </w:r>
      <w:r>
        <w:rPr>
          <w:b w:val="0"/>
          <w:i w:val="0"/>
          <w:smallCaps w:val="0"/>
          <w:strike w:val="0"/>
          <w:color w:val="000000"/>
          <w:u w:val="single"/>
        </w:rPr>
        <w:t>great power</w:t>
      </w:r>
      <w:r>
        <w:rPr>
          <w:b w:val="0"/>
          <w:i w:val="0"/>
          <w:smallCaps w:val="0"/>
          <w:strike w:val="0"/>
          <w:color w:val="000000"/>
          <w:sz w:val="16"/>
          <w:u w:val="none"/>
        </w:rPr>
        <w:t xml:space="preserve"> </w:t>
      </w:r>
      <w:r>
        <w:rPr>
          <w:b w:val="0"/>
          <w:i w:val="0"/>
          <w:smallCaps w:val="0"/>
          <w:strike w:val="0"/>
          <w:color w:val="000000"/>
          <w:u w:val="single"/>
        </w:rPr>
        <w:t>competition</w:t>
      </w:r>
      <w:r>
        <w:rPr>
          <w:b w:val="0"/>
          <w:i w:val="0"/>
          <w:smallCaps w:val="0"/>
          <w:strike w:val="0"/>
          <w:color w:val="000000"/>
          <w:sz w:val="16"/>
          <w:u w:val="none"/>
        </w:rPr>
        <w:t xml:space="preserve"> </w:t>
      </w:r>
      <w:r>
        <w:rPr>
          <w:b w:val="0"/>
          <w:i w:val="0"/>
          <w:smallCaps w:val="0"/>
          <w:strike w:val="0"/>
          <w:color w:val="000000"/>
          <w:u w:val="single"/>
        </w:rPr>
        <w:t>when China moves</w:t>
      </w:r>
      <w:r>
        <w:rPr>
          <w:b w:val="0"/>
          <w:i w:val="0"/>
          <w:smallCaps w:val="0"/>
          <w:strike w:val="0"/>
          <w:color w:val="000000"/>
          <w:sz w:val="16"/>
          <w:u w:val="none"/>
        </w:rPr>
        <w:t xml:space="preserve"> </w:t>
      </w:r>
      <w:r>
        <w:rPr>
          <w:b/>
          <w:i w:val="0"/>
          <w:smallCaps w:val="0"/>
          <w:strike w:val="0"/>
          <w:color w:val="000000"/>
          <w:u w:val="single"/>
        </w:rPr>
        <w:t>closer to Russia</w:t>
      </w:r>
      <w:r>
        <w:rPr>
          <w:b w:val="0"/>
          <w:i w:val="0"/>
          <w:smallCaps w:val="0"/>
          <w:strike w:val="0"/>
          <w:color w:val="000000"/>
          <w:sz w:val="16"/>
          <w:u w:val="none"/>
        </w:rPr>
        <w:t xml:space="preserve">. Moscow and Beijing are on their honeymoon now, but it may not last long. On the one hand, China’s initial move closer to Russia reflects that Chinese leaders lack confidence in dealing with potential regional crises alone. Beijing does not necessarily have the intention to save Russia, but it must save the Putin’s regime in order to retain Xi Jinping’s power and the one-party system. On the other hand, Russia will not satisfy with its lower position under Xi’s umbrella after Russia becomes significantly weaker because of the failures of Putin’s war with Ukraine. Russian ambassador already made it clear that Russia does not seek an alliance with China. If China unilaterally pursued the goal, the result would be poor. Therefore, it is un-matured to predict that China and Russia will become alliances in a decade. According to Schell-Shirk China Task Force, “China’s alignment is not set in stone. There are significant ways in which China’s long-term national interests are not, in fact, aligned with Russia’s, and deft U.S. diplomacy might still be able to find ways to temper Beijing’s alliance with Moscow.”95 In the long term, Beijing and Moscow might have more potential conflicts than cooperation and could become main competitors or rivals down the road. </w:t>
      </w:r>
      <w:r>
        <w:rPr>
          <w:b w:val="0"/>
          <w:i w:val="0"/>
          <w:smallCaps w:val="0"/>
          <w:strike w:val="0"/>
          <w:color w:val="000000"/>
          <w:u w:val="single"/>
        </w:rPr>
        <w:t>It is</w:t>
      </w:r>
      <w:r>
        <w:rPr>
          <w:b w:val="0"/>
          <w:i w:val="0"/>
          <w:smallCaps w:val="0"/>
          <w:strike w:val="0"/>
          <w:color w:val="000000"/>
          <w:sz w:val="16"/>
          <w:u w:val="none"/>
        </w:rPr>
        <w:t xml:space="preserve"> </w:t>
      </w:r>
      <w:r>
        <w:rPr>
          <w:b/>
          <w:i w:val="0"/>
          <w:smallCaps w:val="0"/>
          <w:strike w:val="0"/>
          <w:color w:val="000000"/>
          <w:u w:val="single"/>
        </w:rPr>
        <w:t>not wise</w:t>
      </w:r>
      <w:r>
        <w:rPr>
          <w:b w:val="0"/>
          <w:i w:val="0"/>
          <w:smallCaps w:val="0"/>
          <w:strike w:val="0"/>
          <w:color w:val="000000"/>
          <w:sz w:val="16"/>
          <w:u w:val="none"/>
        </w:rPr>
        <w:t xml:space="preserve"> </w:t>
      </w:r>
      <w:r>
        <w:rPr>
          <w:b w:val="0"/>
          <w:i w:val="0"/>
          <w:smallCaps w:val="0"/>
          <w:strike w:val="0"/>
          <w:color w:val="000000"/>
          <w:u w:val="single"/>
        </w:rPr>
        <w:t>for Chinese leaders to</w:t>
      </w:r>
      <w:r>
        <w:rPr>
          <w:b w:val="0"/>
          <w:i w:val="0"/>
          <w:smallCaps w:val="0"/>
          <w:strike w:val="0"/>
          <w:color w:val="000000"/>
          <w:sz w:val="16"/>
          <w:u w:val="none"/>
        </w:rPr>
        <w:t xml:space="preserve"> </w:t>
      </w:r>
      <w:r>
        <w:rPr>
          <w:b/>
          <w:i w:val="0"/>
          <w:smallCaps w:val="0"/>
          <w:strike w:val="0"/>
          <w:color w:val="000000"/>
          <w:u w:val="single"/>
        </w:rPr>
        <w:t>distance</w:t>
      </w:r>
      <w:r>
        <w:rPr>
          <w:b w:val="0"/>
          <w:i w:val="0"/>
          <w:smallCaps w:val="0"/>
          <w:strike w:val="0"/>
          <w:color w:val="000000"/>
          <w:sz w:val="16"/>
          <w:u w:val="none"/>
        </w:rPr>
        <w:t xml:space="preserve"> themselves </w:t>
      </w:r>
      <w:r>
        <w:rPr>
          <w:b w:val="0"/>
          <w:i w:val="0"/>
          <w:smallCaps w:val="0"/>
          <w:strike w:val="0"/>
          <w:color w:val="000000"/>
          <w:u w:val="single"/>
        </w:rPr>
        <w:t>from the U.S. by</w:t>
      </w:r>
      <w:r>
        <w:rPr>
          <w:b w:val="0"/>
          <w:i w:val="0"/>
          <w:smallCaps w:val="0"/>
          <w:strike w:val="0"/>
          <w:color w:val="000000"/>
          <w:sz w:val="16"/>
          <w:u w:val="none"/>
        </w:rPr>
        <w:t xml:space="preserve"> </w:t>
      </w:r>
      <w:r>
        <w:rPr>
          <w:b/>
          <w:i w:val="0"/>
          <w:smallCaps w:val="0"/>
          <w:strike w:val="0"/>
          <w:color w:val="000000"/>
          <w:u w:val="single"/>
        </w:rPr>
        <w:t>overplaying</w:t>
      </w:r>
      <w:r>
        <w:rPr>
          <w:b w:val="0"/>
          <w:i w:val="0"/>
          <w:smallCaps w:val="0"/>
          <w:strike w:val="0"/>
          <w:color w:val="000000"/>
          <w:sz w:val="16"/>
          <w:u w:val="none"/>
        </w:rPr>
        <w:t xml:space="preserve"> </w:t>
      </w:r>
      <w:r>
        <w:rPr>
          <w:b w:val="0"/>
          <w:i w:val="0"/>
          <w:smallCaps w:val="0"/>
          <w:strike w:val="0"/>
          <w:color w:val="000000"/>
          <w:u w:val="single"/>
        </w:rPr>
        <w:t>the “Russian card.”</w:t>
      </w:r>
      <w:r>
        <w:rPr>
          <w:b w:val="0"/>
          <w:i w:val="0"/>
          <w:smallCaps w:val="0"/>
          <w:strike w:val="0"/>
          <w:color w:val="000000"/>
          <w:sz w:val="16"/>
          <w:u w:val="none"/>
        </w:rPr>
        <w:t xml:space="preserve"> Essentially, </w:t>
      </w:r>
      <w:r>
        <w:rPr>
          <w:b w:val="0"/>
          <w:i w:val="0"/>
          <w:smallCaps w:val="0"/>
          <w:strike w:val="0"/>
          <w:color w:val="000000"/>
          <w:u w:val="single"/>
        </w:rPr>
        <w:t>China–U.S. relations</w:t>
      </w:r>
      <w:r>
        <w:rPr>
          <w:b w:val="0"/>
          <w:i w:val="0"/>
          <w:smallCaps w:val="0"/>
          <w:strike w:val="0"/>
          <w:color w:val="000000"/>
          <w:sz w:val="16"/>
          <w:u w:val="none"/>
        </w:rPr>
        <w:t xml:space="preserve"> </w:t>
      </w:r>
      <w:r>
        <w:rPr>
          <w:b w:val="0"/>
          <w:i w:val="0"/>
          <w:smallCaps w:val="0"/>
          <w:strike w:val="0"/>
          <w:color w:val="000000"/>
          <w:u w:val="single"/>
        </w:rPr>
        <w:t>will</w:t>
      </w:r>
      <w:r>
        <w:rPr>
          <w:b w:val="0"/>
          <w:i w:val="0"/>
          <w:smallCaps w:val="0"/>
          <w:strike w:val="0"/>
          <w:color w:val="000000"/>
          <w:sz w:val="16"/>
          <w:u w:val="none"/>
        </w:rPr>
        <w:t xml:space="preserve"> </w:t>
      </w:r>
      <w:r>
        <w:rPr>
          <w:b w:val="0"/>
          <w:i w:val="0"/>
          <w:smallCaps w:val="0"/>
          <w:strike w:val="0"/>
          <w:color w:val="000000"/>
          <w:u w:val="single"/>
        </w:rPr>
        <w:t>continue to be the</w:t>
      </w:r>
      <w:r>
        <w:rPr>
          <w:b w:val="0"/>
          <w:i w:val="0"/>
          <w:smallCaps w:val="0"/>
          <w:strike w:val="0"/>
          <w:color w:val="000000"/>
          <w:sz w:val="16"/>
          <w:u w:val="none"/>
        </w:rPr>
        <w:t xml:space="preserve"> </w:t>
      </w:r>
      <w:r>
        <w:rPr>
          <w:b/>
          <w:i w:val="0"/>
          <w:smallCaps w:val="0"/>
          <w:strike w:val="0"/>
          <w:color w:val="000000"/>
          <w:u w:val="single"/>
        </w:rPr>
        <w:t>top priority</w:t>
      </w:r>
      <w:r>
        <w:rPr>
          <w:b w:val="0"/>
          <w:i w:val="0"/>
          <w:smallCaps w:val="0"/>
          <w:strike w:val="0"/>
          <w:color w:val="000000"/>
          <w:sz w:val="16"/>
          <w:u w:val="none"/>
        </w:rPr>
        <w:t xml:space="preserve"> </w:t>
      </w:r>
      <w:r>
        <w:rPr>
          <w:b w:val="0"/>
          <w:i w:val="0"/>
          <w:smallCaps w:val="0"/>
          <w:strike w:val="0"/>
          <w:color w:val="000000"/>
          <w:u w:val="single"/>
        </w:rPr>
        <w:t>of China</w:t>
      </w:r>
      <w:r>
        <w:rPr>
          <w:b w:val="0"/>
          <w:i w:val="0"/>
          <w:smallCaps w:val="0"/>
          <w:strike w:val="0"/>
          <w:color w:val="000000"/>
          <w:u w:val="single"/>
        </w:rPr>
        <w:t>’s foreign policy</w:t>
      </w:r>
      <w:r>
        <w:rPr>
          <w:b w:val="0"/>
          <w:i w:val="0"/>
          <w:smallCaps w:val="0"/>
          <w:strike w:val="0"/>
          <w:color w:val="000000"/>
          <w:sz w:val="16"/>
          <w:u w:val="none"/>
        </w:rPr>
        <w:t>, when the CCP carefully balances the triangle relations between China and the U.S. and Russia.</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