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color w:val="000000"/>
          <w:sz w:val="26"/>
          <w:u w:val="none"/>
        </w:rPr>
        <w:t>No US China war - they’d proxy fight and use soft power, but never escalate.</w:t>
      </w:r>
    </w:p>
    <w:p>
      <w:pPr>
        <w:spacing w:after="80"/>
      </w:pPr>
      <w:r>
        <w:rPr>
          <w:b/>
          <w:i w:val="0"/>
          <w:smallCaps w:val="0"/>
          <w:strike w:val="0"/>
          <w:sz w:val="26"/>
          <w:u w:val="none"/>
        </w:rPr>
        <w:t xml:space="preserve">Krulak &amp; Friedman 21 </w:t>
      </w:r>
      <w:r>
        <w:rPr>
          <w:b w:val="0"/>
          <w:i w:val="0"/>
          <w:smallCaps w:val="0"/>
          <w:strike w:val="0"/>
          <w:sz w:val="16"/>
          <w:u w:val="none"/>
        </w:rPr>
        <w:t>– Charles C. Krulak (former President of Birmingham-Southern College, former Commandant of the US Marine Corps, M.S. from George Washington University); Alex Friedman (former Chief Financial Officer of the Bill &amp; Melinda Gates Foundation, J.D. from Columbia University), “The US and China Are Not Destined for War,” Project Syndicate, 08-17-2021, https://www.project-syndicate.org/commentary/us-china-not-destined-for-war-by-charles-c-krulak-and-alex-friedman-1-2021-08</w:t>
      </w:r>
    </w:p>
    <w:p>
      <w:pPr>
        <w:spacing w:after="60"/>
      </w:pPr>
      <w:r>
        <w:rPr>
          <w:b w:val="0"/>
          <w:i w:val="0"/>
          <w:smallCaps w:val="0"/>
          <w:strike w:val="0"/>
          <w:color w:val="000000"/>
          <w:sz w:val="16"/>
          <w:u w:val="none"/>
        </w:rPr>
        <w:t xml:space="preserve">True, throughout history, when a rising power has challenged a ruling one, war has often been the result. But there are notable exceptions. </w:t>
      </w:r>
      <w:r>
        <w:rPr>
          <w:b w:val="0"/>
          <w:i w:val="0"/>
          <w:smallCaps w:val="0"/>
          <w:strike w:val="0"/>
          <w:color w:val="000000"/>
          <w:u w:val="single"/>
        </w:rPr>
        <w:t>A war between the US and China</w:t>
      </w:r>
      <w:r>
        <w:rPr>
          <w:b w:val="0"/>
          <w:i w:val="0"/>
          <w:smallCaps w:val="0"/>
          <w:strike w:val="0"/>
          <w:color w:val="000000"/>
          <w:sz w:val="16"/>
          <w:u w:val="none"/>
        </w:rPr>
        <w:t xml:space="preserve"> today </w:t>
      </w:r>
      <w:r>
        <w:rPr>
          <w:b w:val="0"/>
          <w:i w:val="0"/>
          <w:smallCaps w:val="0"/>
          <w:strike w:val="0"/>
          <w:color w:val="000000"/>
          <w:u w:val="single"/>
        </w:rPr>
        <w:t>is no more inevitable than</w:t>
      </w:r>
      <w:r>
        <w:rPr>
          <w:b w:val="0"/>
          <w:i w:val="0"/>
          <w:smallCaps w:val="0"/>
          <w:strike w:val="0"/>
          <w:color w:val="000000"/>
          <w:sz w:val="16"/>
          <w:u w:val="none"/>
        </w:rPr>
        <w:t xml:space="preserve"> was war between </w:t>
      </w:r>
      <w:r>
        <w:rPr>
          <w:b w:val="0"/>
          <w:i w:val="0"/>
          <w:smallCaps w:val="0"/>
          <w:strike w:val="0"/>
          <w:color w:val="000000"/>
          <w:u w:val="single"/>
        </w:rPr>
        <w:t>the</w:t>
      </w:r>
      <w:r>
        <w:rPr>
          <w:b w:val="0"/>
          <w:i w:val="0"/>
          <w:smallCaps w:val="0"/>
          <w:strike w:val="0"/>
          <w:color w:val="000000"/>
          <w:sz w:val="16"/>
          <w:u w:val="none"/>
        </w:rPr>
        <w:t xml:space="preserve"> rising </w:t>
      </w:r>
      <w:r>
        <w:rPr>
          <w:b w:val="0"/>
          <w:i w:val="0"/>
          <w:smallCaps w:val="0"/>
          <w:strike w:val="0"/>
          <w:color w:val="000000"/>
          <w:u w:val="single"/>
        </w:rPr>
        <w:t>US and</w:t>
      </w:r>
      <w:r>
        <w:rPr>
          <w:b w:val="0"/>
          <w:i w:val="0"/>
          <w:smallCaps w:val="0"/>
          <w:strike w:val="0"/>
          <w:color w:val="000000"/>
          <w:sz w:val="16"/>
          <w:u w:val="none"/>
        </w:rPr>
        <w:t xml:space="preserve"> the declining </w:t>
      </w:r>
      <w:r>
        <w:rPr>
          <w:b/>
          <w:i w:val="0"/>
          <w:smallCaps w:val="0"/>
          <w:strike w:val="0"/>
          <w:color w:val="000000"/>
          <w:u w:val="single"/>
        </w:rPr>
        <w:t>U</w:t>
      </w:r>
      <w:r>
        <w:rPr>
          <w:b w:val="0"/>
          <w:i w:val="0"/>
          <w:smallCaps w:val="0"/>
          <w:strike w:val="0"/>
          <w:color w:val="000000"/>
          <w:u w:val="single"/>
        </w:rPr>
        <w:t>nited</w:t>
      </w:r>
      <w:r>
        <w:rPr>
          <w:b w:val="0"/>
          <w:i w:val="0"/>
          <w:smallCaps w:val="0"/>
          <w:strike w:val="0"/>
          <w:color w:val="000000"/>
          <w:sz w:val="16"/>
          <w:u w:val="none"/>
        </w:rPr>
        <w:t xml:space="preserve"> </w:t>
      </w:r>
      <w:r>
        <w:rPr>
          <w:b/>
          <w:i w:val="0"/>
          <w:smallCaps w:val="0"/>
          <w:strike w:val="0"/>
          <w:color w:val="000000"/>
          <w:u w:val="single"/>
        </w:rPr>
        <w:t>K</w:t>
      </w:r>
      <w:r>
        <w:rPr>
          <w:b w:val="0"/>
          <w:i w:val="0"/>
          <w:smallCaps w:val="0"/>
          <w:strike w:val="0"/>
          <w:color w:val="000000"/>
          <w:u w:val="single"/>
        </w:rPr>
        <w:t>ingdom a century ago</w:t>
      </w:r>
      <w:r>
        <w:rPr>
          <w:b w:val="0"/>
          <w:i w:val="0"/>
          <w:smallCaps w:val="0"/>
          <w:strike w:val="0"/>
          <w:color w:val="000000"/>
          <w:sz w:val="16"/>
          <w:u w:val="none"/>
        </w:rPr>
        <w:t>. And in today’s context, there are four compelling reasons to believe that war between the US and China can be avoided.</w:t>
      </w:r>
    </w:p>
    <w:p>
      <w:pPr>
        <w:spacing w:after="60"/>
      </w:pPr>
      <w:r>
        <w:rPr>
          <w:b w:val="0"/>
          <w:i w:val="0"/>
          <w:smallCaps w:val="0"/>
          <w:strike w:val="0"/>
          <w:color w:val="000000"/>
          <w:sz w:val="16"/>
          <w:u w:val="none"/>
        </w:rPr>
        <w:t xml:space="preserve">First and foremost, any </w:t>
      </w:r>
      <w:r>
        <w:rPr>
          <w:b w:val="0"/>
          <w:i w:val="0"/>
          <w:smallCaps w:val="0"/>
          <w:strike w:val="0"/>
          <w:color w:val="000000"/>
          <w:u w:val="single"/>
        </w:rPr>
        <w:t>military conflict</w:t>
      </w:r>
      <w:r>
        <w:rPr>
          <w:b w:val="0"/>
          <w:i w:val="0"/>
          <w:smallCaps w:val="0"/>
          <w:strike w:val="0"/>
          <w:color w:val="000000"/>
          <w:sz w:val="16"/>
          <w:u w:val="none"/>
        </w:rPr>
        <w:t xml:space="preserve"> between the two </w:t>
      </w:r>
      <w:r>
        <w:rPr>
          <w:b w:val="0"/>
          <w:i w:val="0"/>
          <w:smallCaps w:val="0"/>
          <w:strike w:val="0"/>
          <w:color w:val="000000"/>
          <w:u w:val="single"/>
        </w:rPr>
        <w:t>would quickly turn</w:t>
      </w:r>
      <w:r>
        <w:rPr>
          <w:b w:val="0"/>
          <w:i w:val="0"/>
          <w:smallCaps w:val="0"/>
          <w:strike w:val="0"/>
          <w:color w:val="000000"/>
          <w:sz w:val="16"/>
          <w:u w:val="none"/>
        </w:rPr>
        <w:t xml:space="preserve"> </w:t>
      </w:r>
      <w:r>
        <w:rPr>
          <w:b/>
          <w:i w:val="0"/>
          <w:smallCaps w:val="0"/>
          <w:strike w:val="0"/>
          <w:color w:val="000000"/>
          <w:u w:val="single"/>
        </w:rPr>
        <w:t>nuc</w:t>
      </w:r>
      <w:r>
        <w:rPr>
          <w:b w:val="0"/>
          <w:i w:val="0"/>
          <w:smallCaps w:val="0"/>
          <w:strike w:val="0"/>
          <w:color w:val="000000"/>
          <w:u w:val="single"/>
        </w:rPr>
        <w:t>lear</w:t>
      </w:r>
      <w:r>
        <w:rPr>
          <w:b w:val="0"/>
          <w:i w:val="0"/>
          <w:smallCaps w:val="0"/>
          <w:strike w:val="0"/>
          <w:color w:val="000000"/>
          <w:sz w:val="16"/>
          <w:u w:val="none"/>
        </w:rPr>
        <w:t>. The US thus finds itself in the same situation that it was in vis-à-vis the Soviet Union. Taiwan could easily become this century’s tripwire, just as the “Fulda Gap” in Germany was during the Cold War. But the same dynamic of “</w:t>
      </w:r>
      <w:r>
        <w:rPr>
          <w:b/>
          <w:i w:val="0"/>
          <w:smallCaps w:val="0"/>
          <w:strike w:val="0"/>
          <w:color w:val="000000"/>
          <w:u w:val="single"/>
        </w:rPr>
        <w:t>m</w:t>
      </w:r>
      <w:r>
        <w:rPr>
          <w:b w:val="0"/>
          <w:i w:val="0"/>
          <w:smallCaps w:val="0"/>
          <w:strike w:val="0"/>
          <w:color w:val="000000"/>
          <w:u w:val="single"/>
        </w:rPr>
        <w:t>utual</w:t>
      </w:r>
      <w:r>
        <w:rPr>
          <w:b w:val="0"/>
          <w:i w:val="0"/>
          <w:smallCaps w:val="0"/>
          <w:strike w:val="0"/>
          <w:color w:val="000000"/>
          <w:sz w:val="16"/>
          <w:u w:val="none"/>
        </w:rPr>
        <w:t xml:space="preserve"> </w:t>
      </w:r>
      <w:r>
        <w:rPr>
          <w:b/>
          <w:i w:val="0"/>
          <w:smallCaps w:val="0"/>
          <w:strike w:val="0"/>
          <w:color w:val="000000"/>
          <w:u w:val="single"/>
        </w:rPr>
        <w:t>a</w:t>
      </w:r>
      <w:r>
        <w:rPr>
          <w:b w:val="0"/>
          <w:i w:val="0"/>
          <w:smallCaps w:val="0"/>
          <w:strike w:val="0"/>
          <w:color w:val="000000"/>
          <w:u w:val="single"/>
        </w:rPr>
        <w:t>ssured</w:t>
      </w:r>
      <w:r>
        <w:rPr>
          <w:b w:val="0"/>
          <w:i w:val="0"/>
          <w:smallCaps w:val="0"/>
          <w:strike w:val="0"/>
          <w:color w:val="000000"/>
          <w:sz w:val="16"/>
          <w:u w:val="none"/>
        </w:rPr>
        <w:t xml:space="preserve"> </w:t>
      </w:r>
      <w:r>
        <w:rPr>
          <w:b/>
          <w:i w:val="0"/>
          <w:smallCaps w:val="0"/>
          <w:strike w:val="0"/>
          <w:color w:val="000000"/>
          <w:u w:val="single"/>
        </w:rPr>
        <w:t>d</w:t>
      </w:r>
      <w:r>
        <w:rPr>
          <w:b w:val="0"/>
          <w:i w:val="0"/>
          <w:smallCaps w:val="0"/>
          <w:strike w:val="0"/>
          <w:color w:val="000000"/>
          <w:u w:val="single"/>
        </w:rPr>
        <w:t>estruction”</w:t>
      </w:r>
      <w:r>
        <w:rPr>
          <w:b w:val="0"/>
          <w:i w:val="0"/>
          <w:smallCaps w:val="0"/>
          <w:strike w:val="0"/>
          <w:color w:val="000000"/>
          <w:sz w:val="16"/>
          <w:u w:val="none"/>
        </w:rPr>
        <w:t xml:space="preserve"> that limited US-Soviet conflict </w:t>
      </w:r>
      <w:r>
        <w:rPr>
          <w:b/>
          <w:i w:val="0"/>
          <w:smallCaps w:val="0"/>
          <w:strike w:val="0"/>
          <w:color w:val="000000"/>
          <w:u w:val="single"/>
        </w:rPr>
        <w:t>applies to the US and China</w:t>
      </w:r>
      <w:r>
        <w:rPr>
          <w:b w:val="0"/>
          <w:i w:val="0"/>
          <w:smallCaps w:val="0"/>
          <w:strike w:val="0"/>
          <w:color w:val="000000"/>
          <w:sz w:val="16"/>
          <w:u w:val="none"/>
        </w:rPr>
        <w:t xml:space="preserve">. And </w:t>
      </w:r>
      <w:r>
        <w:rPr>
          <w:b w:val="0"/>
          <w:i w:val="0"/>
          <w:smallCaps w:val="0"/>
          <w:strike w:val="0"/>
          <w:color w:val="000000"/>
          <w:u w:val="single"/>
        </w:rPr>
        <w:t>the</w:t>
      </w:r>
      <w:r>
        <w:rPr>
          <w:b w:val="0"/>
          <w:i w:val="0"/>
          <w:smallCaps w:val="0"/>
          <w:strike w:val="0"/>
          <w:color w:val="000000"/>
          <w:sz w:val="16"/>
          <w:u w:val="none"/>
        </w:rPr>
        <w:t xml:space="preserve"> </w:t>
      </w:r>
      <w:r>
        <w:rPr>
          <w:b w:val="0"/>
          <w:i w:val="0"/>
          <w:smallCaps w:val="0"/>
          <w:strike w:val="0"/>
          <w:color w:val="000000"/>
          <w:u w:val="single"/>
        </w:rPr>
        <w:t>international community</w:t>
      </w:r>
      <w:r>
        <w:rPr>
          <w:b w:val="0"/>
          <w:i w:val="0"/>
          <w:smallCaps w:val="0"/>
          <w:strike w:val="0"/>
          <w:color w:val="000000"/>
          <w:sz w:val="16"/>
          <w:u w:val="none"/>
        </w:rPr>
        <w:t xml:space="preserve"> </w:t>
      </w:r>
      <w:r>
        <w:rPr>
          <w:b w:val="0"/>
          <w:i w:val="0"/>
          <w:smallCaps w:val="0"/>
          <w:strike w:val="0"/>
          <w:color w:val="000000"/>
          <w:u w:val="single"/>
        </w:rPr>
        <w:t>would do everything</w:t>
      </w:r>
      <w:r>
        <w:rPr>
          <w:b w:val="0"/>
          <w:i w:val="0"/>
          <w:smallCaps w:val="0"/>
          <w:strike w:val="0"/>
          <w:color w:val="000000"/>
          <w:sz w:val="16"/>
          <w:u w:val="none"/>
        </w:rPr>
        <w:t xml:space="preserve"> in its power </w:t>
      </w:r>
      <w:r>
        <w:rPr>
          <w:b w:val="0"/>
          <w:i w:val="0"/>
          <w:smallCaps w:val="0"/>
          <w:strike w:val="0"/>
          <w:color w:val="000000"/>
          <w:u w:val="single"/>
        </w:rPr>
        <w:t>to</w:t>
      </w:r>
      <w:r>
        <w:rPr>
          <w:b w:val="0"/>
          <w:i w:val="0"/>
          <w:smallCaps w:val="0"/>
          <w:strike w:val="0"/>
          <w:color w:val="000000"/>
          <w:sz w:val="16"/>
          <w:u w:val="none"/>
        </w:rPr>
        <w:t xml:space="preserve"> </w:t>
      </w:r>
      <w:r>
        <w:rPr>
          <w:b w:val="0"/>
          <w:i w:val="0"/>
          <w:smallCaps w:val="0"/>
          <w:strike w:val="0"/>
          <w:color w:val="000000"/>
          <w:u w:val="single"/>
        </w:rPr>
        <w:t>ensure</w:t>
      </w:r>
      <w:r>
        <w:rPr>
          <w:b w:val="0"/>
          <w:i w:val="0"/>
          <w:smallCaps w:val="0"/>
          <w:strike w:val="0"/>
          <w:color w:val="000000"/>
          <w:sz w:val="16"/>
          <w:u w:val="none"/>
        </w:rPr>
        <w:t xml:space="preserve"> that a potential </w:t>
      </w:r>
      <w:r>
        <w:rPr>
          <w:b/>
          <w:i w:val="0"/>
          <w:smallCaps w:val="0"/>
          <w:strike w:val="0"/>
          <w:color w:val="000000"/>
          <w:u w:val="single"/>
        </w:rPr>
        <w:t>nuc</w:t>
      </w:r>
      <w:r>
        <w:rPr>
          <w:b w:val="0"/>
          <w:i w:val="0"/>
          <w:smallCaps w:val="0"/>
          <w:strike w:val="0"/>
          <w:color w:val="000000"/>
          <w:u w:val="single"/>
        </w:rPr>
        <w:t>lear</w:t>
      </w:r>
      <w:r>
        <w:rPr>
          <w:b w:val="0"/>
          <w:i w:val="0"/>
          <w:smallCaps w:val="0"/>
          <w:strike w:val="0"/>
          <w:color w:val="000000"/>
          <w:sz w:val="16"/>
          <w:u w:val="none"/>
        </w:rPr>
        <w:t xml:space="preserve"> </w:t>
      </w:r>
      <w:r>
        <w:rPr>
          <w:b w:val="0"/>
          <w:i w:val="0"/>
          <w:smallCaps w:val="0"/>
          <w:strike w:val="0"/>
          <w:color w:val="000000"/>
          <w:u w:val="single"/>
        </w:rPr>
        <w:t>conflict did not materialize</w:t>
      </w:r>
      <w:r>
        <w:rPr>
          <w:b w:val="0"/>
          <w:i w:val="0"/>
          <w:smallCaps w:val="0"/>
          <w:strike w:val="0"/>
          <w:color w:val="000000"/>
          <w:u w:val="single"/>
        </w:rPr>
        <w:t>,</w:t>
      </w:r>
      <w:r>
        <w:rPr>
          <w:b w:val="0"/>
          <w:i w:val="0"/>
          <w:smallCaps w:val="0"/>
          <w:strike w:val="0"/>
          <w:color w:val="000000"/>
          <w:sz w:val="16"/>
          <w:u w:val="none"/>
        </w:rPr>
        <w:t xml:space="preserve"> </w:t>
      </w:r>
      <w:r>
        <w:rPr>
          <w:b w:val="0"/>
          <w:i w:val="0"/>
          <w:smallCaps w:val="0"/>
          <w:strike w:val="0"/>
          <w:color w:val="000000"/>
          <w:u w:val="single"/>
        </w:rPr>
        <w:t>given</w:t>
      </w:r>
      <w:r>
        <w:rPr>
          <w:b w:val="0"/>
          <w:i w:val="0"/>
          <w:smallCaps w:val="0"/>
          <w:strike w:val="0"/>
          <w:color w:val="000000"/>
          <w:sz w:val="16"/>
          <w:u w:val="none"/>
        </w:rPr>
        <w:t xml:space="preserve"> that </w:t>
      </w:r>
      <w:r>
        <w:rPr>
          <w:b w:val="0"/>
          <w:i w:val="0"/>
          <w:smallCaps w:val="0"/>
          <w:strike w:val="0"/>
          <w:color w:val="000000"/>
          <w:u w:val="single"/>
        </w:rPr>
        <w:t>the consequences</w:t>
      </w:r>
      <w:r>
        <w:rPr>
          <w:b w:val="0"/>
          <w:i w:val="0"/>
          <w:smallCaps w:val="0"/>
          <w:strike w:val="0"/>
          <w:color w:val="000000"/>
          <w:sz w:val="16"/>
          <w:u w:val="none"/>
        </w:rPr>
        <w:t xml:space="preserve"> would be fundamentally transnational and – unlike climate change – immediate.</w:t>
      </w:r>
    </w:p>
    <w:p>
      <w:pPr>
        <w:spacing w:after="60"/>
      </w:pPr>
      <w:r>
        <w:rPr>
          <w:b w:val="0"/>
          <w:i w:val="0"/>
          <w:smallCaps w:val="0"/>
          <w:strike w:val="0"/>
          <w:color w:val="000000"/>
          <w:sz w:val="16"/>
          <w:u w:val="none"/>
        </w:rPr>
        <w:t xml:space="preserve">A </w:t>
      </w:r>
      <w:r>
        <w:rPr>
          <w:b/>
          <w:i w:val="0"/>
          <w:smallCaps w:val="0"/>
          <w:strike w:val="0"/>
          <w:color w:val="000000"/>
          <w:u w:val="single"/>
        </w:rPr>
        <w:t>US-China</w:t>
      </w:r>
      <w:r>
        <w:rPr>
          <w:b w:val="0"/>
          <w:i w:val="0"/>
          <w:smallCaps w:val="0"/>
          <w:strike w:val="0"/>
          <w:color w:val="000000"/>
          <w:sz w:val="16"/>
          <w:u w:val="none"/>
        </w:rPr>
        <w:t xml:space="preserve"> </w:t>
      </w:r>
      <w:r>
        <w:rPr>
          <w:b/>
          <w:i w:val="0"/>
          <w:smallCaps w:val="0"/>
          <w:strike w:val="0"/>
          <w:color w:val="000000"/>
          <w:u w:val="single"/>
        </w:rPr>
        <w:t>conflict</w:t>
      </w:r>
      <w:r>
        <w:rPr>
          <w:b w:val="0"/>
          <w:i w:val="0"/>
          <w:smallCaps w:val="0"/>
          <w:strike w:val="0"/>
          <w:color w:val="000000"/>
          <w:sz w:val="16"/>
          <w:u w:val="none"/>
        </w:rPr>
        <w:t xml:space="preserve"> </w:t>
      </w:r>
      <w:r>
        <w:rPr>
          <w:b/>
          <w:i w:val="0"/>
          <w:smallCaps w:val="0"/>
          <w:strike w:val="0"/>
          <w:color w:val="000000"/>
          <w:u w:val="single"/>
        </w:rPr>
        <w:t>would</w:t>
      </w:r>
      <w:r>
        <w:rPr>
          <w:b w:val="0"/>
          <w:i w:val="0"/>
          <w:smallCaps w:val="0"/>
          <w:strike w:val="0"/>
          <w:color w:val="000000"/>
          <w:sz w:val="16"/>
          <w:u w:val="none"/>
        </w:rPr>
        <w:t xml:space="preserve"> almost certainly </w:t>
      </w:r>
      <w:r>
        <w:rPr>
          <w:b/>
          <w:i w:val="0"/>
          <w:smallCaps w:val="0"/>
          <w:strike w:val="0"/>
          <w:color w:val="000000"/>
          <w:u w:val="single"/>
        </w:rPr>
        <w:t>take the form of a proxy war</w:t>
      </w:r>
      <w:r>
        <w:rPr>
          <w:b/>
          <w:i w:val="0"/>
          <w:smallCaps w:val="0"/>
          <w:strike w:val="0"/>
          <w:color w:val="000000"/>
          <w:u w:val="single"/>
        </w:rPr>
        <w:t>, rather than a major-power confrontation</w:t>
      </w:r>
      <w:r>
        <w:rPr>
          <w:b w:val="0"/>
          <w:i w:val="0"/>
          <w:smallCaps w:val="0"/>
          <w:strike w:val="0"/>
          <w:color w:val="000000"/>
          <w:sz w:val="16"/>
          <w:u w:val="none"/>
        </w:rPr>
        <w:t xml:space="preserve">. </w:t>
      </w:r>
      <w:r>
        <w:rPr>
          <w:b w:val="0"/>
          <w:i w:val="0"/>
          <w:smallCaps w:val="0"/>
          <w:strike w:val="0"/>
          <w:color w:val="000000"/>
          <w:u w:val="single"/>
        </w:rPr>
        <w:t>Each</w:t>
      </w:r>
      <w:r>
        <w:rPr>
          <w:b w:val="0"/>
          <w:i w:val="0"/>
          <w:smallCaps w:val="0"/>
          <w:strike w:val="0"/>
          <w:color w:val="000000"/>
          <w:sz w:val="16"/>
          <w:u w:val="none"/>
        </w:rPr>
        <w:t xml:space="preserve"> superpower </w:t>
      </w:r>
      <w:r>
        <w:rPr>
          <w:b w:val="0"/>
          <w:i w:val="0"/>
          <w:smallCaps w:val="0"/>
          <w:strike w:val="0"/>
          <w:color w:val="000000"/>
          <w:u w:val="single"/>
        </w:rPr>
        <w:t>might take a different side in a domestic conflict</w:t>
      </w:r>
      <w:r>
        <w:rPr>
          <w:b w:val="0"/>
          <w:i w:val="0"/>
          <w:smallCaps w:val="0"/>
          <w:strike w:val="0"/>
          <w:color w:val="000000"/>
          <w:sz w:val="16"/>
          <w:u w:val="none"/>
        </w:rPr>
        <w:t xml:space="preserve"> in a country such as Pakistan, Venezuela, Iran, or North Korea, </w:t>
      </w:r>
      <w:r>
        <w:rPr>
          <w:b w:val="0"/>
          <w:i w:val="0"/>
          <w:smallCaps w:val="0"/>
          <w:strike w:val="0"/>
          <w:color w:val="000000"/>
          <w:u w:val="single"/>
        </w:rPr>
        <w:t>and</w:t>
      </w:r>
      <w:r>
        <w:rPr>
          <w:b w:val="0"/>
          <w:i w:val="0"/>
          <w:smallCaps w:val="0"/>
          <w:strike w:val="0"/>
          <w:color w:val="000000"/>
          <w:sz w:val="16"/>
          <w:u w:val="none"/>
        </w:rPr>
        <w:t xml:space="preserve"> </w:t>
      </w:r>
      <w:r>
        <w:rPr>
          <w:b w:val="0"/>
          <w:i w:val="0"/>
          <w:smallCaps w:val="0"/>
          <w:strike w:val="0"/>
          <w:color w:val="000000"/>
          <w:u w:val="single"/>
        </w:rPr>
        <w:t>deploy</w:t>
      </w:r>
      <w:r>
        <w:rPr>
          <w:b w:val="0"/>
          <w:i w:val="0"/>
          <w:smallCaps w:val="0"/>
          <w:strike w:val="0"/>
          <w:color w:val="000000"/>
          <w:sz w:val="16"/>
          <w:u w:val="none"/>
        </w:rPr>
        <w:t xml:space="preserve"> some combination of </w:t>
      </w:r>
      <w:r>
        <w:rPr>
          <w:b w:val="0"/>
          <w:i w:val="0"/>
          <w:smallCaps w:val="0"/>
          <w:strike w:val="0"/>
          <w:color w:val="000000"/>
          <w:u w:val="single"/>
        </w:rPr>
        <w:t>economic, cyber, and diplomatic instruments</w:t>
      </w:r>
      <w:r>
        <w:rPr>
          <w:b w:val="0"/>
          <w:i w:val="0"/>
          <w:smallCaps w:val="0"/>
          <w:strike w:val="0"/>
          <w:color w:val="000000"/>
          <w:sz w:val="16"/>
          <w:u w:val="none"/>
        </w:rPr>
        <w:t>. We have seen this type of conflict many times before: from Vietnam to Bosnia, the US faced surrogates rather than its principal foe.</w:t>
      </w:r>
    </w:p>
    <w:p>
      <w:pPr>
        <w:spacing w:after="60"/>
      </w:pPr>
      <w:r>
        <w:rPr>
          <w:b w:val="0"/>
          <w:i w:val="0"/>
          <w:smallCaps w:val="0"/>
          <w:strike w:val="0"/>
          <w:color w:val="000000"/>
          <w:sz w:val="16"/>
          <w:u w:val="none"/>
        </w:rPr>
        <w:t xml:space="preserve">Second, it is important to remember that, historically, </w:t>
      </w:r>
      <w:r>
        <w:rPr>
          <w:b/>
          <w:i w:val="0"/>
          <w:smallCaps w:val="0"/>
          <w:strike w:val="0"/>
          <w:color w:val="000000"/>
          <w:u w:val="single"/>
        </w:rPr>
        <w:t>China plays a long game</w:t>
      </w:r>
      <w:r>
        <w:rPr>
          <w:b w:val="0"/>
          <w:i w:val="0"/>
          <w:smallCaps w:val="0"/>
          <w:strike w:val="0"/>
          <w:color w:val="000000"/>
          <w:sz w:val="16"/>
          <w:u w:val="none"/>
        </w:rPr>
        <w:t xml:space="preserve">. Although Chinese military power has grown dramatically, </w:t>
      </w:r>
      <w:r>
        <w:rPr>
          <w:b w:val="0"/>
          <w:i w:val="0"/>
          <w:smallCaps w:val="0"/>
          <w:strike w:val="0"/>
          <w:color w:val="000000"/>
          <w:u w:val="single"/>
        </w:rPr>
        <w:t>it</w:t>
      </w:r>
      <w:r>
        <w:rPr>
          <w:b w:val="0"/>
          <w:i w:val="0"/>
          <w:smallCaps w:val="0"/>
          <w:strike w:val="0"/>
          <w:color w:val="000000"/>
          <w:sz w:val="16"/>
          <w:u w:val="none"/>
        </w:rPr>
        <w:t xml:space="preserve"> still </w:t>
      </w:r>
      <w:r>
        <w:rPr>
          <w:b w:val="0"/>
          <w:i w:val="0"/>
          <w:smallCaps w:val="0"/>
          <w:strike w:val="0"/>
          <w:color w:val="000000"/>
          <w:u w:val="single"/>
        </w:rPr>
        <w:t>lags behind the US on</w:t>
      </w:r>
      <w:r>
        <w:rPr>
          <w:b w:val="0"/>
          <w:i w:val="0"/>
          <w:smallCaps w:val="0"/>
          <w:strike w:val="0"/>
          <w:color w:val="000000"/>
          <w:sz w:val="16"/>
          <w:u w:val="none"/>
        </w:rPr>
        <w:t xml:space="preserve"> </w:t>
      </w:r>
      <w:r>
        <w:rPr>
          <w:b w:val="0"/>
          <w:i w:val="0"/>
          <w:smallCaps w:val="0"/>
          <w:strike w:val="0"/>
          <w:color w:val="000000"/>
          <w:u w:val="single"/>
        </w:rPr>
        <w:t>almost</w:t>
      </w:r>
      <w:r>
        <w:rPr>
          <w:b w:val="0"/>
          <w:i w:val="0"/>
          <w:smallCaps w:val="0"/>
          <w:strike w:val="0"/>
          <w:color w:val="000000"/>
          <w:sz w:val="16"/>
          <w:u w:val="none"/>
        </w:rPr>
        <w:t xml:space="preserve"> </w:t>
      </w:r>
      <w:r>
        <w:rPr>
          <w:b w:val="0"/>
          <w:i w:val="0"/>
          <w:smallCaps w:val="0"/>
          <w:strike w:val="0"/>
          <w:color w:val="000000"/>
          <w:u w:val="single"/>
        </w:rPr>
        <w:t>every measure</w:t>
      </w:r>
      <w:r>
        <w:rPr>
          <w:b w:val="0"/>
          <w:i w:val="0"/>
          <w:smallCaps w:val="0"/>
          <w:strike w:val="0"/>
          <w:color w:val="000000"/>
          <w:sz w:val="16"/>
          <w:u w:val="none"/>
        </w:rPr>
        <w:t xml:space="preserve"> </w:t>
      </w:r>
      <w:r>
        <w:rPr>
          <w:b w:val="0"/>
          <w:i w:val="0"/>
          <w:smallCaps w:val="0"/>
          <w:strike w:val="0"/>
          <w:color w:val="000000"/>
          <w:u w:val="single"/>
        </w:rPr>
        <w:t>that matters</w:t>
      </w:r>
      <w:r>
        <w:rPr>
          <w:b w:val="0"/>
          <w:i w:val="0"/>
          <w:smallCaps w:val="0"/>
          <w:strike w:val="0"/>
          <w:color w:val="000000"/>
          <w:sz w:val="16"/>
          <w:u w:val="none"/>
        </w:rPr>
        <w:t xml:space="preserve">. And while China is investing heavily in </w:t>
      </w:r>
      <w:r>
        <w:rPr>
          <w:b w:val="0"/>
          <w:i w:val="0"/>
          <w:smallCaps w:val="0"/>
          <w:strike w:val="0"/>
          <w:color w:val="000000"/>
          <w:u w:val="single"/>
        </w:rPr>
        <w:t>asymmetric equalizers</w:t>
      </w:r>
      <w:r>
        <w:rPr>
          <w:b w:val="0"/>
          <w:i w:val="0"/>
          <w:smallCaps w:val="0"/>
          <w:strike w:val="0"/>
          <w:color w:val="000000"/>
          <w:sz w:val="16"/>
          <w:u w:val="none"/>
        </w:rPr>
        <w:t xml:space="preserve"> (long-range anti-ship and hypersonic missiles, military applications of cyber, and more), it </w:t>
      </w:r>
      <w:r>
        <w:rPr>
          <w:b w:val="0"/>
          <w:i w:val="0"/>
          <w:smallCaps w:val="0"/>
          <w:strike w:val="0"/>
          <w:color w:val="000000"/>
          <w:u w:val="single"/>
        </w:rPr>
        <w:t>will not match</w:t>
      </w:r>
      <w:r>
        <w:rPr>
          <w:b w:val="0"/>
          <w:i w:val="0"/>
          <w:smallCaps w:val="0"/>
          <w:strike w:val="0"/>
          <w:color w:val="000000"/>
          <w:sz w:val="16"/>
          <w:u w:val="none"/>
        </w:rPr>
        <w:t xml:space="preserve"> the </w:t>
      </w:r>
      <w:r>
        <w:rPr>
          <w:b w:val="0"/>
          <w:i w:val="0"/>
          <w:smallCaps w:val="0"/>
          <w:strike w:val="0"/>
          <w:color w:val="000000"/>
          <w:u w:val="single"/>
        </w:rPr>
        <w:t>US</w:t>
      </w:r>
      <w:r>
        <w:rPr>
          <w:b w:val="0"/>
          <w:i w:val="0"/>
          <w:smallCaps w:val="0"/>
          <w:strike w:val="0"/>
          <w:color w:val="000000"/>
          <w:sz w:val="16"/>
          <w:u w:val="none"/>
        </w:rPr>
        <w:t xml:space="preserve"> in </w:t>
      </w:r>
      <w:r>
        <w:rPr>
          <w:b w:val="0"/>
          <w:i w:val="0"/>
          <w:smallCaps w:val="0"/>
          <w:strike w:val="0"/>
          <w:color w:val="000000"/>
          <w:u w:val="single"/>
        </w:rPr>
        <w:t>conventional means</w:t>
      </w:r>
      <w:r>
        <w:rPr>
          <w:b w:val="0"/>
          <w:i w:val="0"/>
          <w:smallCaps w:val="0"/>
          <w:strike w:val="0"/>
          <w:color w:val="000000"/>
          <w:sz w:val="16"/>
          <w:u w:val="none"/>
        </w:rPr>
        <w:t xml:space="preserve"> such as aircraft and large ships </w:t>
      </w:r>
      <w:r>
        <w:rPr>
          <w:b w:val="0"/>
          <w:i w:val="0"/>
          <w:smallCaps w:val="0"/>
          <w:strike w:val="0"/>
          <w:color w:val="000000"/>
          <w:u w:val="single"/>
        </w:rPr>
        <w:t>for decades, if ever.</w:t>
      </w:r>
    </w:p>
    <w:p>
      <w:pPr>
        <w:spacing w:after="60"/>
      </w:pPr>
      <w:r>
        <w:rPr>
          <w:b w:val="0"/>
          <w:i w:val="0"/>
          <w:smallCaps w:val="0"/>
          <w:strike w:val="0"/>
          <w:color w:val="000000"/>
          <w:sz w:val="16"/>
          <w:u w:val="none"/>
        </w:rPr>
        <w:t xml:space="preserve">A </w:t>
      </w:r>
      <w:r>
        <w:rPr>
          <w:b w:val="0"/>
          <w:i w:val="0"/>
          <w:smallCaps w:val="0"/>
          <w:strike w:val="0"/>
          <w:color w:val="000000"/>
          <w:u w:val="single"/>
        </w:rPr>
        <w:t>head-to-head conflict</w:t>
      </w:r>
      <w:r>
        <w:rPr>
          <w:b w:val="0"/>
          <w:i w:val="0"/>
          <w:smallCaps w:val="0"/>
          <w:strike w:val="0"/>
          <w:color w:val="000000"/>
          <w:sz w:val="16"/>
          <w:u w:val="none"/>
        </w:rPr>
        <w:t xml:space="preserve"> with the US </w:t>
      </w:r>
      <w:r>
        <w:rPr>
          <w:b w:val="0"/>
          <w:i w:val="0"/>
          <w:smallCaps w:val="0"/>
          <w:strike w:val="0"/>
          <w:color w:val="000000"/>
          <w:u w:val="single"/>
        </w:rPr>
        <w:t>would</w:t>
      </w:r>
      <w:r>
        <w:rPr>
          <w:b w:val="0"/>
          <w:i w:val="0"/>
          <w:smallCaps w:val="0"/>
          <w:strike w:val="0"/>
          <w:color w:val="000000"/>
          <w:sz w:val="16"/>
          <w:u w:val="none"/>
        </w:rPr>
        <w:t xml:space="preserve"> thus </w:t>
      </w:r>
      <w:r>
        <w:rPr>
          <w:b w:val="0"/>
          <w:i w:val="0"/>
          <w:smallCaps w:val="0"/>
          <w:strike w:val="0"/>
          <w:color w:val="000000"/>
          <w:u w:val="single"/>
        </w:rPr>
        <w:t>be</w:t>
      </w:r>
      <w:r>
        <w:rPr>
          <w:b w:val="0"/>
          <w:i w:val="0"/>
          <w:smallCaps w:val="0"/>
          <w:strike w:val="0"/>
          <w:color w:val="000000"/>
          <w:sz w:val="16"/>
          <w:u w:val="none"/>
        </w:rPr>
        <w:t xml:space="preserve"> </w:t>
      </w:r>
      <w:r>
        <w:rPr>
          <w:b/>
          <w:i w:val="0"/>
          <w:smallCaps w:val="0"/>
          <w:strike w:val="0"/>
          <w:color w:val="000000"/>
          <w:u w:val="single"/>
        </w:rPr>
        <w:t>too dangerous for China</w:t>
      </w:r>
      <w:r>
        <w:rPr>
          <w:b w:val="0"/>
          <w:i w:val="0"/>
          <w:smallCaps w:val="0"/>
          <w:strike w:val="0"/>
          <w:color w:val="000000"/>
          <w:sz w:val="16"/>
          <w:u w:val="none"/>
        </w:rPr>
        <w:t xml:space="preserve"> </w:t>
      </w:r>
      <w:r>
        <w:rPr>
          <w:b w:val="0"/>
          <w:i w:val="0"/>
          <w:smallCaps w:val="0"/>
          <w:strike w:val="0"/>
          <w:color w:val="000000"/>
          <w:u w:val="single"/>
        </w:rPr>
        <w:t>to countenance at its current stage of development</w:t>
      </w:r>
      <w:r>
        <w:rPr>
          <w:b w:val="0"/>
          <w:i w:val="0"/>
          <w:smallCaps w:val="0"/>
          <w:strike w:val="0"/>
          <w:color w:val="000000"/>
          <w:sz w:val="16"/>
          <w:u w:val="none"/>
        </w:rPr>
        <w:t>. If such a conflict did occur, China would have few options but to let the nuclear genie out of the bottle. In thinking about baseline scenarios, therefore, we should give less weight to any scenario in which the Chinese consciously precipitate a military confrontation with America. The US military, however, tends to plan for worst-case scenarios and is currently focused on a potential direct conflict with China – a fixation with overtones of the US-Soviet dynamic.</w:t>
      </w:r>
    </w:p>
    <w:p>
      <w:pPr>
        <w:spacing w:after="60"/>
      </w:pPr>
      <w:r>
        <w:rPr>
          <w:b w:val="0"/>
          <w:i w:val="0"/>
          <w:smallCaps w:val="0"/>
          <w:strike w:val="0"/>
          <w:color w:val="000000"/>
          <w:sz w:val="16"/>
          <w:u w:val="none"/>
        </w:rPr>
        <w:t>This raises the risk of being blindsided by other threats. Time and again since the Korean War, asymmetric threats have proven the most problematic to national security. Building a force that can handle the worst-case scenario does not guarantee success across the spectrum of warfare.</w:t>
      </w:r>
    </w:p>
    <w:p>
      <w:pPr>
        <w:spacing w:after="60"/>
      </w:pPr>
      <w:r>
        <w:rPr>
          <w:b w:val="0"/>
          <w:i w:val="0"/>
          <w:smallCaps w:val="0"/>
          <w:strike w:val="0"/>
          <w:color w:val="000000"/>
          <w:sz w:val="16"/>
          <w:u w:val="none"/>
        </w:rPr>
        <w:t xml:space="preserve">The third reason to think that a Sino-American conflict can be avoided is that </w:t>
      </w:r>
      <w:r>
        <w:rPr>
          <w:b w:val="0"/>
          <w:i w:val="0"/>
          <w:smallCaps w:val="0"/>
          <w:strike w:val="0"/>
          <w:color w:val="000000"/>
          <w:u w:val="single"/>
        </w:rPr>
        <w:t>China is already</w:t>
      </w:r>
      <w:r>
        <w:rPr>
          <w:b w:val="0"/>
          <w:i w:val="0"/>
          <w:smallCaps w:val="0"/>
          <w:strike w:val="0"/>
          <w:color w:val="000000"/>
          <w:sz w:val="16"/>
          <w:u w:val="none"/>
        </w:rPr>
        <w:t xml:space="preserve"> </w:t>
      </w:r>
      <w:r>
        <w:rPr>
          <w:b w:val="0"/>
          <w:i w:val="0"/>
          <w:smallCaps w:val="0"/>
          <w:strike w:val="0"/>
          <w:color w:val="000000"/>
          <w:u w:val="single"/>
        </w:rPr>
        <w:t>chalking up victories in</w:t>
      </w:r>
      <w:r>
        <w:rPr>
          <w:b w:val="0"/>
          <w:i w:val="0"/>
          <w:smallCaps w:val="0"/>
          <w:strike w:val="0"/>
          <w:color w:val="000000"/>
          <w:sz w:val="16"/>
          <w:u w:val="none"/>
        </w:rPr>
        <w:t xml:space="preserve"> </w:t>
      </w:r>
      <w:r>
        <w:rPr>
          <w:b w:val="0"/>
          <w:i w:val="0"/>
          <w:smallCaps w:val="0"/>
          <w:strike w:val="0"/>
          <w:color w:val="000000"/>
          <w:u w:val="single"/>
        </w:rPr>
        <w:t>the</w:t>
      </w:r>
      <w:r>
        <w:rPr>
          <w:b w:val="0"/>
          <w:i w:val="0"/>
          <w:smallCaps w:val="0"/>
          <w:strike w:val="0"/>
          <w:color w:val="000000"/>
          <w:sz w:val="16"/>
          <w:u w:val="none"/>
        </w:rPr>
        <w:t xml:space="preserve"> global </w:t>
      </w:r>
      <w:r>
        <w:rPr>
          <w:b w:val="0"/>
          <w:i w:val="0"/>
          <w:smallCaps w:val="0"/>
          <w:strike w:val="0"/>
          <w:color w:val="000000"/>
          <w:u w:val="single"/>
        </w:rPr>
        <w:t>soft-power</w:t>
      </w:r>
      <w:r>
        <w:rPr>
          <w:b w:val="0"/>
          <w:i w:val="0"/>
          <w:smallCaps w:val="0"/>
          <w:strike w:val="0"/>
          <w:color w:val="000000"/>
          <w:sz w:val="16"/>
          <w:u w:val="none"/>
        </w:rPr>
        <w:t xml:space="preserve"> </w:t>
      </w:r>
      <w:r>
        <w:rPr>
          <w:b w:val="0"/>
          <w:i w:val="0"/>
          <w:smallCaps w:val="0"/>
          <w:strike w:val="0"/>
          <w:color w:val="000000"/>
          <w:u w:val="single"/>
        </w:rPr>
        <w:t>war</w:t>
      </w:r>
      <w:r>
        <w:rPr>
          <w:b w:val="0"/>
          <w:i w:val="0"/>
          <w:smallCaps w:val="0"/>
          <w:strike w:val="0"/>
          <w:color w:val="000000"/>
          <w:sz w:val="16"/>
          <w:u w:val="none"/>
        </w:rPr>
        <w:t xml:space="preserve">. Notwithstanding accusations that COVID-19 escaped from a virology lab in Wuhan, </w:t>
      </w:r>
      <w:r>
        <w:rPr>
          <w:b w:val="0"/>
          <w:i w:val="0"/>
          <w:smallCaps w:val="0"/>
          <w:strike w:val="0"/>
          <w:color w:val="000000"/>
          <w:u w:val="single"/>
        </w:rPr>
        <w:t>China</w:t>
      </w:r>
      <w:r>
        <w:rPr>
          <w:b w:val="0"/>
          <w:i w:val="0"/>
          <w:smallCaps w:val="0"/>
          <w:strike w:val="0"/>
          <w:color w:val="000000"/>
          <w:sz w:val="16"/>
          <w:u w:val="none"/>
        </w:rPr>
        <w:t xml:space="preserve"> has </w:t>
      </w:r>
      <w:r>
        <w:rPr>
          <w:b w:val="0"/>
          <w:i w:val="0"/>
          <w:smallCaps w:val="0"/>
          <w:strike w:val="0"/>
          <w:color w:val="000000"/>
          <w:u w:val="single"/>
        </w:rPr>
        <w:t>emerged from the pandemic looking</w:t>
      </w:r>
      <w:r>
        <w:rPr>
          <w:b w:val="0"/>
          <w:i w:val="0"/>
          <w:smallCaps w:val="0"/>
          <w:strike w:val="0"/>
          <w:color w:val="000000"/>
          <w:sz w:val="16"/>
          <w:u w:val="none"/>
        </w:rPr>
        <w:t xml:space="preserve"> much </w:t>
      </w:r>
      <w:r>
        <w:rPr>
          <w:b w:val="0"/>
          <w:i w:val="0"/>
          <w:smallCaps w:val="0"/>
          <w:strike w:val="0"/>
          <w:color w:val="000000"/>
          <w:u w:val="single"/>
        </w:rPr>
        <w:t>better than the US</w:t>
      </w:r>
      <w:r>
        <w:rPr>
          <w:b w:val="0"/>
          <w:i w:val="0"/>
          <w:smallCaps w:val="0"/>
          <w:strike w:val="0"/>
          <w:color w:val="000000"/>
          <w:sz w:val="16"/>
          <w:u w:val="none"/>
        </w:rPr>
        <w:t xml:space="preserve">. And </w:t>
      </w:r>
      <w:r>
        <w:rPr>
          <w:b w:val="0"/>
          <w:i w:val="0"/>
          <w:smallCaps w:val="0"/>
          <w:strike w:val="0"/>
          <w:color w:val="000000"/>
          <w:u w:val="single"/>
        </w:rPr>
        <w:t>with</w:t>
      </w:r>
      <w:r>
        <w:rPr>
          <w:b w:val="0"/>
          <w:i w:val="0"/>
          <w:smallCaps w:val="0"/>
          <w:strike w:val="0"/>
          <w:color w:val="000000"/>
          <w:sz w:val="16"/>
          <w:u w:val="none"/>
        </w:rPr>
        <w:t xml:space="preserve"> its </w:t>
      </w:r>
      <w:r>
        <w:rPr>
          <w:b/>
          <w:i w:val="0"/>
          <w:smallCaps w:val="0"/>
          <w:strike w:val="0"/>
          <w:color w:val="000000"/>
          <w:u w:val="single"/>
        </w:rPr>
        <w:t>B</w:t>
      </w:r>
      <w:r>
        <w:rPr>
          <w:b w:val="0"/>
          <w:i w:val="0"/>
          <w:smallCaps w:val="0"/>
          <w:strike w:val="0"/>
          <w:color w:val="000000"/>
          <w:u w:val="single"/>
        </w:rPr>
        <w:t>elt and</w:t>
      </w:r>
      <w:r>
        <w:rPr>
          <w:b w:val="0"/>
          <w:i w:val="0"/>
          <w:smallCaps w:val="0"/>
          <w:strike w:val="0"/>
          <w:color w:val="000000"/>
          <w:sz w:val="16"/>
          <w:u w:val="none"/>
        </w:rPr>
        <w:t xml:space="preserve"> </w:t>
      </w:r>
      <w:r>
        <w:rPr>
          <w:b/>
          <w:i w:val="0"/>
          <w:smallCaps w:val="0"/>
          <w:strike w:val="0"/>
          <w:color w:val="000000"/>
          <w:u w:val="single"/>
        </w:rPr>
        <w:t>R</w:t>
      </w:r>
      <w:r>
        <w:rPr>
          <w:b w:val="0"/>
          <w:i w:val="0"/>
          <w:smallCaps w:val="0"/>
          <w:strike w:val="0"/>
          <w:color w:val="000000"/>
          <w:u w:val="single"/>
        </w:rPr>
        <w:t>oad</w:t>
      </w:r>
      <w:r>
        <w:rPr>
          <w:b w:val="0"/>
          <w:i w:val="0"/>
          <w:smallCaps w:val="0"/>
          <w:strike w:val="0"/>
          <w:color w:val="000000"/>
          <w:sz w:val="16"/>
          <w:u w:val="none"/>
        </w:rPr>
        <w:t xml:space="preserve"> </w:t>
      </w:r>
      <w:r>
        <w:rPr>
          <w:b/>
          <w:i w:val="0"/>
          <w:smallCaps w:val="0"/>
          <w:strike w:val="0"/>
          <w:color w:val="000000"/>
          <w:u w:val="single"/>
        </w:rPr>
        <w:t>I</w:t>
      </w:r>
      <w:r>
        <w:rPr>
          <w:b w:val="0"/>
          <w:i w:val="0"/>
          <w:smallCaps w:val="0"/>
          <w:strike w:val="0"/>
          <w:color w:val="000000"/>
          <w:u w:val="single"/>
        </w:rPr>
        <w:t>nitiative</w:t>
      </w:r>
      <w:r>
        <w:rPr>
          <w:b w:val="0"/>
          <w:i w:val="0"/>
          <w:smallCaps w:val="0"/>
          <w:strike w:val="0"/>
          <w:color w:val="000000"/>
          <w:sz w:val="16"/>
          <w:u w:val="none"/>
        </w:rPr>
        <w:t xml:space="preserve"> to finance infrastructure development around the world, </w:t>
      </w:r>
      <w:r>
        <w:rPr>
          <w:b w:val="0"/>
          <w:i w:val="0"/>
          <w:smallCaps w:val="0"/>
          <w:strike w:val="0"/>
          <w:color w:val="000000"/>
          <w:u w:val="single"/>
        </w:rPr>
        <w:t>it</w:t>
      </w:r>
      <w:r>
        <w:rPr>
          <w:b w:val="0"/>
          <w:i w:val="0"/>
          <w:smallCaps w:val="0"/>
          <w:strike w:val="0"/>
          <w:color w:val="000000"/>
          <w:sz w:val="16"/>
          <w:u w:val="none"/>
        </w:rPr>
        <w:t xml:space="preserve"> has </w:t>
      </w:r>
      <w:r>
        <w:rPr>
          <w:b w:val="0"/>
          <w:i w:val="0"/>
          <w:smallCaps w:val="0"/>
          <w:strike w:val="0"/>
          <w:color w:val="000000"/>
          <w:u w:val="single"/>
        </w:rPr>
        <w:t>aggressively stepped into the void left by US retrenchment</w:t>
      </w:r>
      <w:r>
        <w:rPr>
          <w:b w:val="0"/>
          <w:i w:val="0"/>
          <w:smallCaps w:val="0"/>
          <w:strike w:val="0"/>
          <w:color w:val="000000"/>
          <w:sz w:val="16"/>
          <w:u w:val="none"/>
        </w:rPr>
        <w:t xml:space="preserve"> during Donald Trump’s four-year presidency. </w:t>
      </w:r>
      <w:r>
        <w:rPr>
          <w:b/>
          <w:i w:val="0"/>
          <w:smallCaps w:val="0"/>
          <w:strike w:val="0"/>
          <w:color w:val="000000"/>
          <w:u w:val="single"/>
        </w:rPr>
        <w:t>China’s</w:t>
      </w:r>
      <w:r>
        <w:rPr>
          <w:b w:val="0"/>
          <w:i w:val="0"/>
          <w:smallCaps w:val="0"/>
          <w:strike w:val="0"/>
          <w:color w:val="000000"/>
          <w:sz w:val="16"/>
          <w:u w:val="none"/>
        </w:rPr>
        <w:t xml:space="preserve"> </w:t>
      </w:r>
      <w:r>
        <w:rPr>
          <w:b/>
          <w:i w:val="0"/>
          <w:smallCaps w:val="0"/>
          <w:strike w:val="0"/>
          <w:color w:val="000000"/>
          <w:u w:val="single"/>
        </w:rPr>
        <w:t>leaders</w:t>
      </w:r>
      <w:r>
        <w:rPr>
          <w:b w:val="0"/>
          <w:i w:val="0"/>
          <w:smallCaps w:val="0"/>
          <w:strike w:val="0"/>
          <w:color w:val="000000"/>
          <w:sz w:val="16"/>
          <w:u w:val="none"/>
        </w:rPr>
        <w:t xml:space="preserve"> may very well </w:t>
      </w:r>
      <w:r>
        <w:rPr>
          <w:b/>
          <w:i w:val="0"/>
          <w:smallCaps w:val="0"/>
          <w:strike w:val="0"/>
          <w:color w:val="000000"/>
          <w:u w:val="single"/>
        </w:rPr>
        <w:t>look at the</w:t>
      </w:r>
      <w:r>
        <w:rPr>
          <w:b w:val="0"/>
          <w:i w:val="0"/>
          <w:smallCaps w:val="0"/>
          <w:strike w:val="0"/>
          <w:color w:val="000000"/>
          <w:sz w:val="16"/>
          <w:u w:val="none"/>
        </w:rPr>
        <w:t xml:space="preserve"> current </w:t>
      </w:r>
      <w:r>
        <w:rPr>
          <w:b/>
          <w:i w:val="0"/>
          <w:smallCaps w:val="0"/>
          <w:strike w:val="0"/>
          <w:color w:val="000000"/>
          <w:u w:val="single"/>
        </w:rPr>
        <w:t>s</w:t>
      </w:r>
      <w:r>
        <w:rPr>
          <w:b w:val="0"/>
          <w:i w:val="0"/>
          <w:smallCaps w:val="0"/>
          <w:strike w:val="0"/>
          <w:color w:val="000000"/>
          <w:u w:val="single"/>
        </w:rPr>
        <w:t>tatus</w:t>
      </w:r>
      <w:r>
        <w:rPr>
          <w:b w:val="0"/>
          <w:i w:val="0"/>
          <w:smallCaps w:val="0"/>
          <w:strike w:val="0"/>
          <w:color w:val="000000"/>
          <w:sz w:val="16"/>
          <w:u w:val="none"/>
        </w:rPr>
        <w:t xml:space="preserve"> </w:t>
      </w:r>
      <w:r>
        <w:rPr>
          <w:b/>
          <w:i w:val="0"/>
          <w:smallCaps w:val="0"/>
          <w:strike w:val="0"/>
          <w:color w:val="000000"/>
          <w:u w:val="single"/>
        </w:rPr>
        <w:t>quo</w:t>
      </w:r>
      <w:r>
        <w:rPr>
          <w:b w:val="0"/>
          <w:i w:val="0"/>
          <w:smallCaps w:val="0"/>
          <w:strike w:val="0"/>
          <w:color w:val="000000"/>
          <w:sz w:val="16"/>
          <w:u w:val="none"/>
        </w:rPr>
        <w:t xml:space="preserve"> </w:t>
      </w:r>
      <w:r>
        <w:rPr>
          <w:b/>
          <w:i w:val="0"/>
          <w:smallCaps w:val="0"/>
          <w:strike w:val="0"/>
          <w:color w:val="000000"/>
          <w:u w:val="single"/>
        </w:rPr>
        <w:t>and</w:t>
      </w:r>
      <w:r>
        <w:rPr>
          <w:b w:val="0"/>
          <w:i w:val="0"/>
          <w:smallCaps w:val="0"/>
          <w:strike w:val="0"/>
          <w:color w:val="000000"/>
          <w:sz w:val="16"/>
          <w:u w:val="none"/>
        </w:rPr>
        <w:t xml:space="preserve"> </w:t>
      </w:r>
      <w:r>
        <w:rPr>
          <w:b/>
          <w:i w:val="0"/>
          <w:smallCaps w:val="0"/>
          <w:strike w:val="0"/>
          <w:color w:val="000000"/>
          <w:u w:val="single"/>
        </w:rPr>
        <w:t>conclude</w:t>
      </w:r>
      <w:r>
        <w:rPr>
          <w:b w:val="0"/>
          <w:i w:val="0"/>
          <w:smallCaps w:val="0"/>
          <w:strike w:val="0"/>
          <w:color w:val="000000"/>
          <w:sz w:val="16"/>
          <w:u w:val="none"/>
        </w:rPr>
        <w:t xml:space="preserve"> that </w:t>
      </w:r>
      <w:r>
        <w:rPr>
          <w:b/>
          <w:i w:val="0"/>
          <w:smallCaps w:val="0"/>
          <w:strike w:val="0"/>
          <w:color w:val="000000"/>
          <w:u w:val="single"/>
        </w:rPr>
        <w:t>they are on the right</w:t>
      </w:r>
      <w:r>
        <w:rPr>
          <w:b w:val="0"/>
          <w:i w:val="0"/>
          <w:smallCaps w:val="0"/>
          <w:strike w:val="0"/>
          <w:color w:val="000000"/>
          <w:sz w:val="16"/>
          <w:u w:val="none"/>
        </w:rPr>
        <w:t xml:space="preserve"> strategic </w:t>
      </w:r>
      <w:r>
        <w:rPr>
          <w:b/>
          <w:i w:val="0"/>
          <w:smallCaps w:val="0"/>
          <w:strike w:val="0"/>
          <w:color w:val="000000"/>
          <w:u w:val="single"/>
        </w:rPr>
        <w:t>path</w:t>
      </w:r>
      <w:r>
        <w:rPr>
          <w:b w:val="0"/>
          <w:i w:val="0"/>
          <w:smallCaps w:val="0"/>
          <w:strike w:val="0"/>
          <w:color w:val="000000"/>
          <w:sz w:val="16"/>
          <w:u w:val="none"/>
        </w:rPr>
        <w:t>.</w:t>
      </w:r>
    </w:p>
    <w:p>
      <w:pPr>
        <w:spacing w:after="60"/>
      </w:pPr>
      <w:r>
        <w:rPr>
          <w:b w:val="0"/>
          <w:i w:val="0"/>
          <w:smallCaps w:val="0"/>
          <w:strike w:val="0"/>
          <w:color w:val="000000"/>
          <w:sz w:val="16"/>
          <w:u w:val="none"/>
        </w:rPr>
        <w:t xml:space="preserve">Finally, </w:t>
      </w:r>
      <w:r>
        <w:rPr>
          <w:b/>
          <w:i w:val="0"/>
          <w:smallCaps w:val="0"/>
          <w:strike w:val="0"/>
          <w:color w:val="000000"/>
          <w:u w:val="single"/>
        </w:rPr>
        <w:t>China and the US are deeply intertwined</w:t>
      </w:r>
      <w:r>
        <w:rPr>
          <w:b w:val="0"/>
          <w:i w:val="0"/>
          <w:smallCaps w:val="0"/>
          <w:strike w:val="0"/>
          <w:color w:val="000000"/>
          <w:sz w:val="16"/>
          <w:u w:val="none"/>
        </w:rPr>
        <w:t xml:space="preserve"> </w:t>
      </w:r>
      <w:r>
        <w:rPr>
          <w:b/>
          <w:i w:val="0"/>
          <w:smallCaps w:val="0"/>
          <w:strike w:val="0"/>
          <w:color w:val="000000"/>
          <w:u w:val="single"/>
        </w:rPr>
        <w:t>economically</w:t>
      </w:r>
      <w:r>
        <w:rPr>
          <w:b w:val="0"/>
          <w:i w:val="0"/>
          <w:smallCaps w:val="0"/>
          <w:strike w:val="0"/>
          <w:color w:val="000000"/>
          <w:sz w:val="16"/>
          <w:u w:val="none"/>
        </w:rPr>
        <w:t xml:space="preserve">. Despite Trump’s trade war, Sino-American bilateral trade in 2020 was around $650 billion, and </w:t>
      </w:r>
      <w:r>
        <w:rPr>
          <w:b w:val="0"/>
          <w:i w:val="0"/>
          <w:smallCaps w:val="0"/>
          <w:strike w:val="0"/>
          <w:color w:val="000000"/>
          <w:u w:val="single"/>
        </w:rPr>
        <w:t>China was</w:t>
      </w:r>
      <w:r>
        <w:rPr>
          <w:b w:val="0"/>
          <w:i w:val="0"/>
          <w:smallCaps w:val="0"/>
          <w:strike w:val="0"/>
          <w:color w:val="000000"/>
          <w:sz w:val="16"/>
          <w:u w:val="none"/>
        </w:rPr>
        <w:t xml:space="preserve"> </w:t>
      </w:r>
      <w:r>
        <w:rPr>
          <w:b w:val="0"/>
          <w:i w:val="0"/>
          <w:smallCaps w:val="0"/>
          <w:strike w:val="0"/>
          <w:color w:val="000000"/>
          <w:u w:val="single"/>
        </w:rPr>
        <w:t>America’s largest</w:t>
      </w:r>
      <w:r>
        <w:rPr>
          <w:b w:val="0"/>
          <w:i w:val="0"/>
          <w:smallCaps w:val="0"/>
          <w:strike w:val="0"/>
          <w:color w:val="000000"/>
          <w:sz w:val="16"/>
          <w:u w:val="none"/>
        </w:rPr>
        <w:t xml:space="preserve"> </w:t>
      </w:r>
      <w:r>
        <w:rPr>
          <w:b w:val="0"/>
          <w:i w:val="0"/>
          <w:smallCaps w:val="0"/>
          <w:strike w:val="0"/>
          <w:color w:val="000000"/>
          <w:u w:val="single"/>
        </w:rPr>
        <w:t>trade partner</w:t>
      </w:r>
      <w:r>
        <w:rPr>
          <w:b w:val="0"/>
          <w:i w:val="0"/>
          <w:smallCaps w:val="0"/>
          <w:strike w:val="0"/>
          <w:color w:val="000000"/>
          <w:sz w:val="16"/>
          <w:u w:val="none"/>
        </w:rPr>
        <w:t xml:space="preserve">. The two countries’ </w:t>
      </w:r>
      <w:r>
        <w:rPr>
          <w:b w:val="0"/>
          <w:i w:val="0"/>
          <w:smallCaps w:val="0"/>
          <w:strike w:val="0"/>
          <w:color w:val="000000"/>
          <w:u w:val="single"/>
        </w:rPr>
        <w:t>supply-chain linkages are vast</w:t>
      </w:r>
      <w:r>
        <w:rPr>
          <w:b w:val="0"/>
          <w:i w:val="0"/>
          <w:smallCaps w:val="0"/>
          <w:strike w:val="0"/>
          <w:color w:val="000000"/>
          <w:sz w:val="16"/>
          <w:u w:val="none"/>
        </w:rPr>
        <w:t xml:space="preserve">, and </w:t>
      </w:r>
      <w:r>
        <w:rPr>
          <w:b w:val="0"/>
          <w:i w:val="0"/>
          <w:smallCaps w:val="0"/>
          <w:strike w:val="0"/>
          <w:color w:val="000000"/>
          <w:u w:val="single"/>
        </w:rPr>
        <w:t>China holds more</w:t>
      </w:r>
      <w:r>
        <w:rPr>
          <w:b w:val="0"/>
          <w:i w:val="0"/>
          <w:smallCaps w:val="0"/>
          <w:strike w:val="0"/>
          <w:color w:val="000000"/>
          <w:sz w:val="16"/>
          <w:u w:val="none"/>
        </w:rPr>
        <w:t xml:space="preserve"> </w:t>
      </w:r>
      <w:r>
        <w:rPr>
          <w:b w:val="0"/>
          <w:i w:val="0"/>
          <w:smallCaps w:val="0"/>
          <w:strike w:val="0"/>
          <w:color w:val="000000"/>
          <w:u w:val="single"/>
        </w:rPr>
        <w:t>than $1 trillion in US</w:t>
      </w:r>
      <w:r>
        <w:rPr>
          <w:b w:val="0"/>
          <w:i w:val="0"/>
          <w:smallCaps w:val="0"/>
          <w:strike w:val="0"/>
          <w:color w:val="000000"/>
          <w:sz w:val="16"/>
          <w:u w:val="none"/>
        </w:rPr>
        <w:t xml:space="preserve"> </w:t>
      </w:r>
      <w:r>
        <w:rPr>
          <w:b w:val="0"/>
          <w:i w:val="0"/>
          <w:smallCaps w:val="0"/>
          <w:strike w:val="0"/>
          <w:color w:val="000000"/>
          <w:u w:val="single"/>
        </w:rPr>
        <w:t>Treasuries</w:t>
      </w:r>
      <w:r>
        <w:rPr>
          <w:b w:val="0"/>
          <w:i w:val="0"/>
          <w:smallCaps w:val="0"/>
          <w:strike w:val="0"/>
          <w:color w:val="000000"/>
          <w:sz w:val="16"/>
          <w:u w:val="none"/>
        </w:rPr>
        <w:t xml:space="preserve">, most of </w:t>
      </w:r>
      <w:r>
        <w:rPr>
          <w:b w:val="0"/>
          <w:i w:val="0"/>
          <w:smallCaps w:val="0"/>
          <w:strike w:val="0"/>
          <w:color w:val="000000"/>
          <w:u w:val="single"/>
        </w:rPr>
        <w:t>which it cannot</w:t>
      </w:r>
      <w:r>
        <w:rPr>
          <w:b w:val="0"/>
          <w:i w:val="0"/>
          <w:smallCaps w:val="0"/>
          <w:strike w:val="0"/>
          <w:color w:val="000000"/>
          <w:sz w:val="16"/>
          <w:u w:val="none"/>
        </w:rPr>
        <w:t xml:space="preserve"> </w:t>
      </w:r>
      <w:r>
        <w:rPr>
          <w:b w:val="0"/>
          <w:i w:val="0"/>
          <w:smallCaps w:val="0"/>
          <w:strike w:val="0"/>
          <w:color w:val="000000"/>
          <w:u w:val="single"/>
        </w:rPr>
        <w:t>easily</w:t>
      </w:r>
      <w:r>
        <w:rPr>
          <w:b w:val="0"/>
          <w:i w:val="0"/>
          <w:smallCaps w:val="0"/>
          <w:strike w:val="0"/>
          <w:color w:val="000000"/>
          <w:sz w:val="16"/>
          <w:u w:val="none"/>
        </w:rPr>
        <w:t xml:space="preserve"> </w:t>
      </w:r>
      <w:r>
        <w:rPr>
          <w:b w:val="0"/>
          <w:i w:val="0"/>
          <w:smallCaps w:val="0"/>
          <w:strike w:val="0"/>
          <w:color w:val="000000"/>
          <w:u w:val="single"/>
        </w:rPr>
        <w:t>unload</w:t>
      </w:r>
      <w:r>
        <w:rPr>
          <w:b w:val="0"/>
          <w:i w:val="0"/>
          <w:smallCaps w:val="0"/>
          <w:strike w:val="0"/>
          <w:color w:val="000000"/>
          <w:sz w:val="16"/>
          <w:u w:val="none"/>
        </w:rPr>
        <w:t>, lest it reduce their value and incur massive losses.</w:t>
      </w:r>
    </w:p>
    <w:p>
      <w:pPr>
        <w:spacing w:after="60"/>
      </w:pPr>
      <w:r>
        <w:rPr>
          <w:b w:val="0"/>
          <w:i w:val="0"/>
          <w:smallCaps w:val="0"/>
          <w:strike w:val="0"/>
          <w:color w:val="000000"/>
          <w:sz w:val="16"/>
          <w:u w:val="none"/>
        </w:rPr>
        <w:t>To be sure, logic can be undermined by a single act and its unintended consequences. Something as simple as a miscommunication can escalate a proxy war into an interstate conflagration. And as the situations in Afghanistan and Iraq show, America’s track record in war-torn countries is not encouraging. China, meanwhile, has dramatically stepped up its foreign interventions. Between its expansionist mentality, its growing foreign-aid program, and rising nationalism at home, China could all too easily launch a foreign intervention that might threaten US interests.</w:t>
      </w:r>
    </w:p>
    <w:p>
      <w:pPr>
        <w:spacing w:after="60"/>
      </w:pPr>
      <w:r>
        <w:rPr>
          <w:b w:val="0"/>
          <w:i w:val="0"/>
          <w:smallCaps w:val="0"/>
          <w:strike w:val="0"/>
          <w:color w:val="000000"/>
          <w:sz w:val="16"/>
          <w:u w:val="none"/>
        </w:rPr>
        <w:t>Cyber mischief, in particular, could undercut conventional military command-and-control systems, forcing leaders into bad decisions if more traditional options are no longer on the table. And Sino-American economic ties may come to matter less than they used to, especially as China moves from an export-led growth model to one based on domestic consumption, and as two-way investment flows decline amid escalating bilateral tensions.</w:t>
      </w:r>
    </w:p>
    <w:p>
      <w:pPr>
        <w:spacing w:after="60"/>
      </w:pPr>
      <w:r>
        <w:rPr>
          <w:b w:val="0"/>
          <w:i w:val="0"/>
          <w:smallCaps w:val="0"/>
          <w:strike w:val="0"/>
          <w:color w:val="000000"/>
          <w:u w:val="single"/>
        </w:rPr>
        <w:t>A “mistake”</w:t>
      </w:r>
      <w:r>
        <w:rPr>
          <w:b w:val="0"/>
          <w:i w:val="0"/>
          <w:smallCaps w:val="0"/>
          <w:strike w:val="0"/>
          <w:color w:val="000000"/>
          <w:sz w:val="16"/>
          <w:u w:val="none"/>
        </w:rPr>
        <w:t xml:space="preserve"> on the part of either country </w:t>
      </w:r>
      <w:r>
        <w:rPr>
          <w:b w:val="0"/>
          <w:i w:val="0"/>
          <w:smallCaps w:val="0"/>
          <w:strike w:val="0"/>
          <w:color w:val="000000"/>
          <w:u w:val="single"/>
        </w:rPr>
        <w:t>is</w:t>
      </w:r>
      <w:r>
        <w:rPr>
          <w:b w:val="0"/>
          <w:i w:val="0"/>
          <w:smallCaps w:val="0"/>
          <w:strike w:val="0"/>
          <w:color w:val="000000"/>
          <w:sz w:val="16"/>
          <w:u w:val="none"/>
        </w:rPr>
        <w:t xml:space="preserve"> </w:t>
      </w:r>
      <w:r>
        <w:rPr>
          <w:b w:val="0"/>
          <w:i w:val="0"/>
          <w:smallCaps w:val="0"/>
          <w:strike w:val="0"/>
          <w:color w:val="000000"/>
          <w:u w:val="single"/>
        </w:rPr>
        <w:t>always</w:t>
      </w:r>
      <w:r>
        <w:rPr>
          <w:b w:val="0"/>
          <w:i w:val="0"/>
          <w:smallCaps w:val="0"/>
          <w:strike w:val="0"/>
          <w:color w:val="000000"/>
          <w:sz w:val="16"/>
          <w:u w:val="none"/>
        </w:rPr>
        <w:t xml:space="preserve"> </w:t>
      </w:r>
      <w:r>
        <w:rPr>
          <w:b w:val="0"/>
          <w:i w:val="0"/>
          <w:smallCaps w:val="0"/>
          <w:strike w:val="0"/>
          <w:color w:val="000000"/>
          <w:u w:val="single"/>
        </w:rPr>
        <w:t>possible</w:t>
      </w:r>
      <w:r>
        <w:rPr>
          <w:b w:val="0"/>
          <w:i w:val="0"/>
          <w:smallCaps w:val="0"/>
          <w:strike w:val="0"/>
          <w:color w:val="000000"/>
          <w:sz w:val="16"/>
          <w:u w:val="none"/>
        </w:rPr>
        <w:t xml:space="preserve">. That is why </w:t>
      </w:r>
      <w:r>
        <w:rPr>
          <w:b/>
          <w:i w:val="0"/>
          <w:smallCaps w:val="0"/>
          <w:strike w:val="0"/>
          <w:color w:val="000000"/>
          <w:u w:val="single"/>
        </w:rPr>
        <w:t>diplomacy is essential</w:t>
      </w:r>
      <w:r>
        <w:rPr>
          <w:b w:val="0"/>
          <w:i w:val="0"/>
          <w:smallCaps w:val="0"/>
          <w:strike w:val="0"/>
          <w:color w:val="000000"/>
          <w:sz w:val="16"/>
          <w:u w:val="none"/>
        </w:rPr>
        <w:t>. Each country needs to determine its vital national interests vis-à-vis the other, and both need to consider the same question from the other’s perspective. For example, it may be hard to accept (and unpopular to say), but civil rights within China might not be a vital US national interest. By the same token, China should understand that the US does indeed have vital interests in Taiwan.</w:t>
      </w:r>
    </w:p>
    <w:p>
      <w:pPr>
        <w:spacing w:after="60"/>
      </w:pPr>
      <w:r>
        <w:rPr>
          <w:b w:val="0"/>
          <w:i w:val="0"/>
          <w:smallCaps w:val="0"/>
          <w:strike w:val="0"/>
          <w:color w:val="000000"/>
          <w:u w:val="single"/>
        </w:rPr>
        <w:t>The US and China are destined to clash in many ways.</w:t>
      </w:r>
      <w:r>
        <w:rPr>
          <w:b w:val="0"/>
          <w:i w:val="0"/>
          <w:smallCaps w:val="0"/>
          <w:strike w:val="0"/>
          <w:color w:val="000000"/>
          <w:sz w:val="16"/>
          <w:u w:val="none"/>
        </w:rPr>
        <w:t xml:space="preserve"> But a direct, </w:t>
      </w:r>
      <w:r>
        <w:rPr>
          <w:b/>
          <w:i w:val="0"/>
          <w:smallCaps w:val="0"/>
          <w:strike w:val="0"/>
          <w:color w:val="000000"/>
          <w:u w:val="single"/>
        </w:rPr>
        <w:t>interstate war need not be one of them</w:t>
      </w:r>
      <w:r>
        <w:rPr>
          <w:b w:val="0"/>
          <w:i w:val="0"/>
          <w:smallCaps w:val="0"/>
          <w:strike w:val="0"/>
          <w:color w:val="000000"/>
          <w:sz w:val="16"/>
          <w:u w:val="none"/>
        </w:rPr>
        <w:t>.</w:t>
      </w:r>
    </w:p>
    <w:p>
      <w:pPr>
        <w:pStyle w:val="Caption"/>
      </w:pPr>
      <w:r>
        <w:t>Source: Bona Fide De Minimis Neg - Michigan 7 2024 HHRS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