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No US-China war ever.</w:t>
      </w:r>
    </w:p>
    <w:p>
      <w:pPr>
        <w:spacing w:after="80"/>
      </w:pPr>
      <w:r>
        <w:rPr>
          <w:b/>
          <w:i w:val="0"/>
          <w:smallCaps w:val="0"/>
          <w:strike w:val="0"/>
          <w:color w:val="000000"/>
          <w:sz w:val="26"/>
          <w:u w:val="none"/>
        </w:rPr>
        <w:t>Thorton 22</w:t>
      </w:r>
      <w:r>
        <w:rPr>
          <w:b w:val="0"/>
          <w:i w:val="0"/>
          <w:smallCaps w:val="0"/>
          <w:strike w:val="0"/>
          <w:color w:val="000000"/>
          <w:u w:val="none"/>
        </w:rPr>
        <w:t xml:space="preserve"> </w:t>
      </w:r>
      <w:r>
        <w:rPr>
          <w:b w:val="0"/>
          <w:i w:val="0"/>
          <w:smallCaps w:val="0"/>
          <w:strike w:val="0"/>
          <w:color w:val="000000"/>
          <w:sz w:val="16"/>
          <w:u w:val="none"/>
        </w:rPr>
        <w:t>- Senior Fellow at the Paul Tsai China Center at Yale Law School [Susan, March/April, "A Rival of America’s Making? The Debate Over Washington’s China Strategy," https://www.foreignaffairs.com/articles/china/2022-02-11/china-strategy-rival-americas-making]</w:t>
      </w:r>
    </w:p>
    <w:p>
      <w:pPr>
        <w:spacing w:after="60"/>
      </w:pPr>
      <w:r>
        <w:rPr>
          <w:b w:val="0"/>
          <w:i w:val="0"/>
          <w:smallCaps w:val="0"/>
          <w:strike w:val="0"/>
          <w:color w:val="000000"/>
          <w:u w:val="single"/>
        </w:rPr>
        <w:t>There are</w:t>
      </w:r>
      <w:r>
        <w:rPr>
          <w:b w:val="0"/>
          <w:i w:val="0"/>
          <w:smallCaps w:val="0"/>
          <w:strike w:val="0"/>
          <w:color w:val="000000"/>
          <w:sz w:val="16"/>
          <w:u w:val="none"/>
        </w:rPr>
        <w:t xml:space="preserve"> </w:t>
      </w:r>
      <w:r>
        <w:rPr>
          <w:b w:val="0"/>
          <w:i w:val="0"/>
          <w:smallCaps w:val="0"/>
          <w:strike w:val="0"/>
          <w:color w:val="000000"/>
          <w:u w:val="single"/>
        </w:rPr>
        <w:t>a number of formidable</w:t>
      </w:r>
      <w:r>
        <w:rPr>
          <w:b w:val="0"/>
          <w:i w:val="0"/>
          <w:smallCaps w:val="0"/>
          <w:strike w:val="0"/>
          <w:color w:val="000000"/>
          <w:sz w:val="16"/>
          <w:u w:val="none"/>
        </w:rPr>
        <w:t xml:space="preserve"> </w:t>
      </w:r>
      <w:r>
        <w:rPr>
          <w:b/>
          <w:i w:val="0"/>
          <w:smallCaps w:val="0"/>
          <w:strike w:val="0"/>
          <w:color w:val="000000"/>
          <w:u w:val="single"/>
        </w:rPr>
        <w:t>restraints</w:t>
      </w:r>
      <w:r>
        <w:rPr>
          <w:b w:val="0"/>
          <w:i w:val="0"/>
          <w:smallCaps w:val="0"/>
          <w:strike w:val="0"/>
          <w:color w:val="000000"/>
          <w:sz w:val="16"/>
          <w:u w:val="none"/>
        </w:rPr>
        <w:t xml:space="preserve"> </w:t>
      </w:r>
      <w:r>
        <w:rPr>
          <w:b w:val="0"/>
          <w:i w:val="0"/>
          <w:smallCaps w:val="0"/>
          <w:strike w:val="0"/>
          <w:color w:val="000000"/>
          <w:u w:val="single"/>
        </w:rPr>
        <w:t>in place</w:t>
      </w:r>
      <w:r>
        <w:rPr>
          <w:b w:val="0"/>
          <w:i w:val="0"/>
          <w:smallCaps w:val="0"/>
          <w:strike w:val="0"/>
          <w:color w:val="000000"/>
          <w:sz w:val="16"/>
          <w:u w:val="none"/>
        </w:rPr>
        <w:t xml:space="preserve"> </w:t>
      </w:r>
      <w:r>
        <w:rPr>
          <w:b w:val="0"/>
          <w:i w:val="0"/>
          <w:smallCaps w:val="0"/>
          <w:strike w:val="0"/>
          <w:color w:val="000000"/>
          <w:u w:val="single"/>
        </w:rPr>
        <w:t>to keep</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peace</w:t>
      </w:r>
      <w:r>
        <w:rPr>
          <w:b w:val="0"/>
          <w:i w:val="0"/>
          <w:smallCaps w:val="0"/>
          <w:strike w:val="0"/>
          <w:color w:val="000000"/>
          <w:sz w:val="16"/>
          <w:u w:val="none"/>
        </w:rPr>
        <w:t xml:space="preserve">. The United States has worked hard over the decades to build these barriers—often as part of the very engagement strategy that Mearsheimer criticizes. </w:t>
      </w:r>
      <w:r>
        <w:rPr>
          <w:b w:val="0"/>
          <w:i w:val="0"/>
          <w:smallCaps w:val="0"/>
          <w:strike w:val="0"/>
          <w:color w:val="000000"/>
          <w:u w:val="single"/>
        </w:rPr>
        <w:t>These bulwarks have helped preserve peace and promote prosperity for the last 70 years, and</w:t>
      </w:r>
      <w:r>
        <w:rPr>
          <w:b w:val="0"/>
          <w:i w:val="0"/>
          <w:smallCaps w:val="0"/>
          <w:strike w:val="0"/>
          <w:color w:val="000000"/>
          <w:sz w:val="16"/>
          <w:u w:val="none"/>
        </w:rPr>
        <w:t xml:space="preserve"> </w:t>
      </w:r>
      <w:r>
        <w:rPr>
          <w:b/>
          <w:i w:val="0"/>
          <w:smallCaps w:val="0"/>
          <w:strike w:val="0"/>
          <w:color w:val="000000"/>
          <w:u w:val="single"/>
        </w:rPr>
        <w:t>they are still strong</w:t>
      </w:r>
      <w:r>
        <w:rPr>
          <w:b w:val="0"/>
          <w:i w:val="0"/>
          <w:smallCaps w:val="0"/>
          <w:strike w:val="0"/>
          <w:color w:val="000000"/>
          <w:sz w:val="16"/>
          <w:u w:val="none"/>
        </w:rPr>
        <w:t xml:space="preserve"> </w:t>
      </w:r>
      <w:r>
        <w:rPr>
          <w:b w:val="0"/>
          <w:i w:val="0"/>
          <w:smallCaps w:val="0"/>
          <w:strike w:val="0"/>
          <w:color w:val="000000"/>
          <w:u w:val="single"/>
        </w:rPr>
        <w:t>enough to prevent a U.S.-Chinese conflict.</w:t>
      </w:r>
      <w:r>
        <w:rPr>
          <w:b w:val="0"/>
          <w:i w:val="0"/>
          <w:smallCaps w:val="0"/>
          <w:strike w:val="0"/>
          <w:color w:val="000000"/>
          <w:sz w:val="16"/>
          <w:u w:val="none"/>
        </w:rPr>
        <w:t xml:space="preserve"> </w:t>
      </w:r>
      <w:r>
        <w:rPr>
          <w:b w:val="0"/>
          <w:i w:val="0"/>
          <w:smallCaps w:val="0"/>
          <w:strike w:val="0"/>
          <w:color w:val="000000"/>
          <w:u w:val="single"/>
        </w:rPr>
        <w:t>Although</w:t>
      </w:r>
      <w:r>
        <w:rPr>
          <w:b w:val="0"/>
          <w:i w:val="0"/>
          <w:smallCaps w:val="0"/>
          <w:strike w:val="0"/>
          <w:color w:val="000000"/>
          <w:sz w:val="16"/>
          <w:u w:val="none"/>
        </w:rPr>
        <w:t xml:space="preserve"> </w:t>
      </w:r>
      <w:r>
        <w:rPr>
          <w:b/>
          <w:i w:val="0"/>
          <w:smallCaps w:val="0"/>
          <w:strike w:val="0"/>
          <w:color w:val="000000"/>
          <w:u w:val="single"/>
        </w:rPr>
        <w:t>accidents</w:t>
      </w:r>
      <w:r>
        <w:rPr>
          <w:b w:val="0"/>
          <w:i w:val="0"/>
          <w:smallCaps w:val="0"/>
          <w:strike w:val="0"/>
          <w:color w:val="000000"/>
          <w:sz w:val="16"/>
          <w:u w:val="none"/>
        </w:rPr>
        <w:t xml:space="preserve"> </w:t>
      </w:r>
      <w:r>
        <w:rPr>
          <w:b w:val="0"/>
          <w:i w:val="0"/>
          <w:smallCaps w:val="0"/>
          <w:strike w:val="0"/>
          <w:color w:val="000000"/>
          <w:u w:val="single"/>
        </w:rPr>
        <w:t>or incidents connected to military brinkmanship</w:t>
      </w:r>
      <w:r>
        <w:rPr>
          <w:b w:val="0"/>
          <w:i w:val="0"/>
          <w:smallCaps w:val="0"/>
          <w:strike w:val="0"/>
          <w:color w:val="000000"/>
          <w:sz w:val="16"/>
          <w:u w:val="none"/>
        </w:rPr>
        <w:t xml:space="preserve"> </w:t>
      </w:r>
      <w:r>
        <w:rPr>
          <w:b w:val="0"/>
          <w:i w:val="0"/>
          <w:smallCaps w:val="0"/>
          <w:strike w:val="0"/>
          <w:color w:val="000000"/>
          <w:u w:val="single"/>
        </w:rPr>
        <w:t>may occur</w:t>
      </w:r>
      <w:r>
        <w:rPr>
          <w:b w:val="0"/>
          <w:i w:val="0"/>
          <w:smallCaps w:val="0"/>
          <w:strike w:val="0"/>
          <w:color w:val="000000"/>
          <w:sz w:val="16"/>
          <w:u w:val="none"/>
        </w:rPr>
        <w:t xml:space="preserve">, </w:t>
      </w:r>
      <w:r>
        <w:rPr>
          <w:b w:val="0"/>
          <w:i w:val="0"/>
          <w:smallCaps w:val="0"/>
          <w:strike w:val="0"/>
          <w:color w:val="000000"/>
          <w:u w:val="single"/>
        </w:rPr>
        <w:t>they would</w:t>
      </w:r>
      <w:r>
        <w:rPr>
          <w:b w:val="0"/>
          <w:i w:val="0"/>
          <w:smallCaps w:val="0"/>
          <w:strike w:val="0"/>
          <w:color w:val="000000"/>
          <w:sz w:val="16"/>
          <w:u w:val="none"/>
        </w:rPr>
        <w:t xml:space="preserve"> </w:t>
      </w:r>
      <w:r>
        <w:rPr>
          <w:b w:val="0"/>
          <w:i w:val="0"/>
          <w:smallCaps w:val="0"/>
          <w:strike w:val="0"/>
          <w:color w:val="000000"/>
          <w:u w:val="single"/>
        </w:rPr>
        <w:t>almost certainly</w:t>
      </w:r>
      <w:r>
        <w:rPr>
          <w:b w:val="0"/>
          <w:i w:val="0"/>
          <w:smallCaps w:val="0"/>
          <w:strike w:val="0"/>
          <w:color w:val="000000"/>
          <w:sz w:val="16"/>
          <w:u w:val="none"/>
        </w:rPr>
        <w:t xml:space="preserve"> </w:t>
      </w:r>
      <w:r>
        <w:rPr>
          <w:b/>
          <w:i w:val="0"/>
          <w:smallCaps w:val="0"/>
          <w:strike w:val="0"/>
          <w:color w:val="000000"/>
          <w:u w:val="single"/>
        </w:rPr>
        <w:t>not lead to</w:t>
      </w:r>
      <w:r>
        <w:rPr>
          <w:b w:val="0"/>
          <w:i w:val="0"/>
          <w:smallCaps w:val="0"/>
          <w:strike w:val="0"/>
          <w:color w:val="000000"/>
          <w:sz w:val="16"/>
          <w:u w:val="none"/>
        </w:rPr>
        <w:t xml:space="preserve"> </w:t>
      </w:r>
      <w:r>
        <w:rPr>
          <w:b/>
          <w:i w:val="0"/>
          <w:smallCaps w:val="0"/>
          <w:strike w:val="0"/>
          <w:color w:val="000000"/>
          <w:u w:val="single"/>
        </w:rPr>
        <w:t>a wider</w:t>
      </w:r>
      <w:r>
        <w:rPr>
          <w:b w:val="0"/>
          <w:i w:val="0"/>
          <w:smallCaps w:val="0"/>
          <w:strike w:val="0"/>
          <w:color w:val="000000"/>
          <w:sz w:val="16"/>
          <w:u w:val="none"/>
        </w:rPr>
        <w:t xml:space="preserve"> </w:t>
      </w:r>
      <w:r>
        <w:rPr>
          <w:b/>
          <w:i w:val="0"/>
          <w:smallCaps w:val="0"/>
          <w:strike w:val="0"/>
          <w:color w:val="000000"/>
          <w:u w:val="single"/>
        </w:rPr>
        <w:t>war</w:t>
      </w:r>
      <w:r>
        <w:rPr>
          <w:b w:val="0"/>
          <w:i w:val="0"/>
          <w:smallCaps w:val="0"/>
          <w:strike w:val="0"/>
          <w:color w:val="000000"/>
          <w:sz w:val="16"/>
          <w:u w:val="none"/>
        </w:rPr>
        <w:t>. That would require something exceedingly unlikely: the simultaneous failure of every restraint.</w:t>
      </w:r>
    </w:p>
    <w:p>
      <w:pPr>
        <w:spacing w:after="60"/>
      </w:pPr>
      <w:r>
        <w:rPr>
          <w:b w:val="0"/>
          <w:i w:val="0"/>
          <w:smallCaps w:val="0"/>
          <w:strike w:val="0"/>
          <w:color w:val="000000"/>
          <w:sz w:val="16"/>
          <w:u w:val="none"/>
        </w:rPr>
        <w:t xml:space="preserve">First, </w:t>
      </w:r>
      <w:r>
        <w:rPr>
          <w:b w:val="0"/>
          <w:i w:val="0"/>
          <w:smallCaps w:val="0"/>
          <w:strike w:val="0"/>
          <w:color w:val="000000"/>
          <w:u w:val="single"/>
        </w:rPr>
        <w:t>bilateral diplomacy would have to break down</w:t>
      </w:r>
      <w:r>
        <w:rPr>
          <w:b w:val="0"/>
          <w:i w:val="0"/>
          <w:smallCaps w:val="0"/>
          <w:strike w:val="0"/>
          <w:color w:val="000000"/>
          <w:u w:val="single"/>
        </w:rPr>
        <w:t>. Engagement is the opposite of estrangement</w:t>
      </w:r>
      <w:r>
        <w:rPr>
          <w:b w:val="0"/>
          <w:i w:val="0"/>
          <w:smallCaps w:val="0"/>
          <w:strike w:val="0"/>
          <w:color w:val="000000"/>
          <w:sz w:val="16"/>
          <w:u w:val="none"/>
        </w:rPr>
        <w:t xml:space="preserve">, which describes the absence of U.S.-Chinese relations from 1949 to 1972. </w:t>
      </w:r>
      <w:r>
        <w:rPr>
          <w:b w:val="0"/>
          <w:i w:val="0"/>
          <w:smallCaps w:val="0"/>
          <w:strike w:val="0"/>
          <w:color w:val="000000"/>
          <w:u w:val="single"/>
        </w:rPr>
        <w:t>The purpose of engagement is to forestall misperceptions, provide reassurance, and prevent conflict</w:t>
      </w:r>
      <w:r>
        <w:rPr>
          <w:b w:val="0"/>
          <w:i w:val="0"/>
          <w:smallCaps w:val="0"/>
          <w:strike w:val="0"/>
          <w:color w:val="000000"/>
          <w:sz w:val="16"/>
          <w:u w:val="none"/>
        </w:rPr>
        <w:t xml:space="preserve">. It is true that diplomacy and communication between China and the United States have been anemic for the past five years. And it is difficult to discern authoritative policy amid the current cacophony of diplomatic posturing on Twitter and elsewhere, creating an environment ripe for confusion and overreaction. But </w:t>
      </w:r>
      <w:r>
        <w:rPr>
          <w:b w:val="0"/>
          <w:i w:val="0"/>
          <w:smallCaps w:val="0"/>
          <w:strike w:val="0"/>
          <w:color w:val="000000"/>
          <w:u w:val="single"/>
        </w:rPr>
        <w:t>these deficiencies are not structural; they can be remedied</w:t>
      </w:r>
      <w:r>
        <w:rPr>
          <w:b w:val="0"/>
          <w:i w:val="0"/>
          <w:smallCaps w:val="0"/>
          <w:strike w:val="0"/>
          <w:color w:val="000000"/>
          <w:sz w:val="16"/>
          <w:u w:val="none"/>
        </w:rPr>
        <w:t xml:space="preserve">. If top-level leaders in both countries consistently communicate and work to reduce public posturing, as they should, then </w:t>
      </w:r>
      <w:r>
        <w:rPr>
          <w:b w:val="0"/>
          <w:i w:val="0"/>
          <w:smallCaps w:val="0"/>
          <w:strike w:val="0"/>
          <w:color w:val="000000"/>
          <w:u w:val="single"/>
        </w:rPr>
        <w:t>the diplomatic barriers to war can be reinforced.</w:t>
      </w:r>
    </w:p>
    <w:p>
      <w:pPr>
        <w:spacing w:after="60"/>
      </w:pPr>
      <w:r>
        <w:rPr>
          <w:b w:val="0"/>
          <w:i w:val="0"/>
          <w:smallCaps w:val="0"/>
          <w:strike w:val="0"/>
          <w:color w:val="000000"/>
          <w:u w:val="single"/>
        </w:rPr>
        <w:t>For a war to break out,</w:t>
      </w:r>
      <w:r>
        <w:rPr>
          <w:b w:val="0"/>
          <w:i w:val="0"/>
          <w:smallCaps w:val="0"/>
          <w:strike w:val="0"/>
          <w:color w:val="000000"/>
          <w:sz w:val="16"/>
          <w:u w:val="none"/>
        </w:rPr>
        <w:t xml:space="preserve"> </w:t>
      </w:r>
      <w:r>
        <w:rPr>
          <w:b w:val="0"/>
          <w:i w:val="0"/>
          <w:smallCaps w:val="0"/>
          <w:strike w:val="0"/>
          <w:color w:val="000000"/>
          <w:u w:val="single"/>
        </w:rPr>
        <w:t>the international system</w:t>
      </w:r>
      <w:r>
        <w:rPr>
          <w:b w:val="0"/>
          <w:i w:val="0"/>
          <w:smallCaps w:val="0"/>
          <w:strike w:val="0"/>
          <w:color w:val="000000"/>
          <w:sz w:val="16"/>
          <w:u w:val="none"/>
        </w:rPr>
        <w:t xml:space="preserve"> </w:t>
      </w:r>
      <w:r>
        <w:rPr>
          <w:b w:val="0"/>
          <w:i w:val="0"/>
          <w:smallCaps w:val="0"/>
          <w:strike w:val="0"/>
          <w:color w:val="000000"/>
          <w:u w:val="single"/>
        </w:rPr>
        <w:t>would also have to fail. China and the United States</w:t>
      </w:r>
      <w:r>
        <w:rPr>
          <w:b w:val="0"/>
          <w:i w:val="0"/>
          <w:smallCaps w:val="0"/>
          <w:strike w:val="0"/>
          <w:color w:val="000000"/>
          <w:sz w:val="16"/>
          <w:u w:val="none"/>
        </w:rPr>
        <w:t xml:space="preserve"> </w:t>
      </w:r>
      <w:r>
        <w:rPr>
          <w:b w:val="0"/>
          <w:i w:val="0"/>
          <w:smallCaps w:val="0"/>
          <w:strike w:val="0"/>
          <w:color w:val="000000"/>
          <w:u w:val="single"/>
        </w:rPr>
        <w:t>are connected to a</w:t>
      </w:r>
      <w:r>
        <w:rPr>
          <w:b w:val="0"/>
          <w:i w:val="0"/>
          <w:smallCaps w:val="0"/>
          <w:strike w:val="0"/>
          <w:color w:val="000000"/>
          <w:sz w:val="16"/>
          <w:u w:val="none"/>
        </w:rPr>
        <w:t xml:space="preserve"> </w:t>
      </w:r>
      <w:r>
        <w:rPr>
          <w:b/>
          <w:i w:val="0"/>
          <w:smallCaps w:val="0"/>
          <w:strike w:val="0"/>
          <w:color w:val="000000"/>
          <w:u w:val="single"/>
        </w:rPr>
        <w:t>global network</w:t>
      </w:r>
      <w:r>
        <w:rPr>
          <w:b w:val="0"/>
          <w:i w:val="0"/>
          <w:smallCaps w:val="0"/>
          <w:strike w:val="0"/>
          <w:color w:val="000000"/>
          <w:sz w:val="16"/>
          <w:u w:val="none"/>
        </w:rPr>
        <w:t xml:space="preserve"> </w:t>
      </w:r>
      <w:r>
        <w:rPr>
          <w:b w:val="0"/>
          <w:i w:val="0"/>
          <w:smallCaps w:val="0"/>
          <w:strike w:val="0"/>
          <w:color w:val="000000"/>
          <w:u w:val="single"/>
        </w:rPr>
        <w:t>of</w:t>
      </w:r>
      <w:r>
        <w:rPr>
          <w:b w:val="0"/>
          <w:i w:val="0"/>
          <w:smallCaps w:val="0"/>
          <w:strike w:val="0"/>
          <w:color w:val="000000"/>
          <w:sz w:val="16"/>
          <w:u w:val="none"/>
        </w:rPr>
        <w:t xml:space="preserve"> </w:t>
      </w:r>
      <w:r>
        <w:rPr>
          <w:b w:val="0"/>
          <w:i w:val="0"/>
          <w:smallCaps w:val="0"/>
          <w:strike w:val="0"/>
          <w:color w:val="000000"/>
          <w:u w:val="single"/>
        </w:rPr>
        <w:t>countries and</w:t>
      </w:r>
      <w:r>
        <w:rPr>
          <w:b w:val="0"/>
          <w:i w:val="0"/>
          <w:smallCaps w:val="0"/>
          <w:strike w:val="0"/>
          <w:color w:val="000000"/>
          <w:sz w:val="16"/>
          <w:u w:val="none"/>
        </w:rPr>
        <w:t xml:space="preserve"> </w:t>
      </w:r>
      <w:r>
        <w:rPr>
          <w:b/>
          <w:i w:val="0"/>
          <w:smallCaps w:val="0"/>
          <w:strike w:val="0"/>
          <w:color w:val="000000"/>
          <w:u w:val="single"/>
        </w:rPr>
        <w:t>institutions</w:t>
      </w:r>
      <w:r>
        <w:rPr>
          <w:b w:val="0"/>
          <w:i w:val="0"/>
          <w:smallCaps w:val="0"/>
          <w:strike w:val="0"/>
          <w:color w:val="000000"/>
          <w:sz w:val="16"/>
          <w:u w:val="none"/>
        </w:rPr>
        <w:t xml:space="preserve"> </w:t>
      </w:r>
      <w:r>
        <w:rPr>
          <w:b w:val="0"/>
          <w:i w:val="0"/>
          <w:smallCaps w:val="0"/>
          <w:strike w:val="0"/>
          <w:color w:val="000000"/>
          <w:u w:val="single"/>
        </w:rPr>
        <w:t>that have a stake</w:t>
      </w:r>
      <w:r>
        <w:rPr>
          <w:b w:val="0"/>
          <w:i w:val="0"/>
          <w:smallCaps w:val="0"/>
          <w:strike w:val="0"/>
          <w:color w:val="000000"/>
          <w:sz w:val="16"/>
          <w:u w:val="none"/>
        </w:rPr>
        <w:t>—in some cases, an existential stake—</w:t>
      </w:r>
      <w:r>
        <w:rPr>
          <w:b w:val="0"/>
          <w:i w:val="0"/>
          <w:smallCaps w:val="0"/>
          <w:strike w:val="0"/>
          <w:color w:val="000000"/>
          <w:u w:val="single"/>
        </w:rPr>
        <w:t>in preventing conflict between these two countries</w:t>
      </w:r>
      <w:r>
        <w:rPr>
          <w:b w:val="0"/>
          <w:i w:val="0"/>
          <w:smallCaps w:val="0"/>
          <w:strike w:val="0"/>
          <w:color w:val="000000"/>
          <w:sz w:val="16"/>
          <w:u w:val="none"/>
        </w:rPr>
        <w:t>. Almost every government and institution on the globe would be grievously damaged by a U.S.-Chinese war, and so they all would try to prevent an imminent conflict through diplomatic pressure, mediation, or acts of resistance, such as denying overflight and basing rights. Critics may be quick to deny the influence of others in heading off a major-power clash. But in the current international system, there is no way for either side to emerge victorious, and those outside China and the United States would see this most clearly.</w:t>
      </w:r>
    </w:p>
    <w:p>
      <w:pPr>
        <w:spacing w:after="60"/>
      </w:pPr>
      <w:r>
        <w:rPr>
          <w:b w:val="0"/>
          <w:i w:val="0"/>
          <w:smallCaps w:val="0"/>
          <w:strike w:val="0"/>
          <w:color w:val="000000"/>
          <w:sz w:val="16"/>
          <w:u w:val="none"/>
        </w:rPr>
        <w:t xml:space="preserve">Then </w:t>
      </w:r>
      <w:r>
        <w:rPr>
          <w:b w:val="0"/>
          <w:i w:val="0"/>
          <w:smallCaps w:val="0"/>
          <w:strike w:val="0"/>
          <w:color w:val="000000"/>
          <w:u w:val="single"/>
        </w:rPr>
        <w:t>there is the restraint created by globalization</w:t>
      </w:r>
      <w:r>
        <w:rPr>
          <w:b w:val="0"/>
          <w:i w:val="0"/>
          <w:smallCaps w:val="0"/>
          <w:strike w:val="0"/>
          <w:color w:val="000000"/>
          <w:sz w:val="16"/>
          <w:u w:val="none"/>
        </w:rPr>
        <w:t xml:space="preserve">. Mearsheimer argues that it was a catastrophic mistake for the United States to help China grow wealthy, as its resulting strength will inevitably lead it to challenge the United States. But it is also plausible that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inextricably</w:t>
      </w:r>
      <w:r>
        <w:rPr>
          <w:b w:val="0"/>
          <w:i w:val="0"/>
          <w:smallCaps w:val="0"/>
          <w:strike w:val="0"/>
          <w:color w:val="000000"/>
          <w:sz w:val="16"/>
          <w:u w:val="none"/>
        </w:rPr>
        <w:t xml:space="preserve"> </w:t>
      </w:r>
      <w:r>
        <w:rPr>
          <w:b/>
          <w:i w:val="0"/>
          <w:smallCaps w:val="0"/>
          <w:strike w:val="0"/>
          <w:color w:val="000000"/>
          <w:u w:val="single"/>
        </w:rPr>
        <w:t>integrated nature</w:t>
      </w:r>
      <w:r>
        <w:rPr>
          <w:b w:val="0"/>
          <w:i w:val="0"/>
          <w:smallCaps w:val="0"/>
          <w:strike w:val="0"/>
          <w:color w:val="000000"/>
          <w:sz w:val="16"/>
          <w:u w:val="none"/>
        </w:rPr>
        <w:t xml:space="preserve"> </w:t>
      </w:r>
      <w:r>
        <w:rPr>
          <w:b w:val="0"/>
          <w:i w:val="0"/>
          <w:smallCaps w:val="0"/>
          <w:strike w:val="0"/>
          <w:color w:val="000000"/>
          <w:u w:val="single"/>
        </w:rPr>
        <w:t>of the</w:t>
      </w:r>
      <w:r>
        <w:rPr>
          <w:b w:val="0"/>
          <w:i w:val="0"/>
          <w:smallCaps w:val="0"/>
          <w:strike w:val="0"/>
          <w:color w:val="000000"/>
          <w:sz w:val="16"/>
          <w:u w:val="none"/>
        </w:rPr>
        <w:t xml:space="preserve"> </w:t>
      </w:r>
      <w:r>
        <w:rPr>
          <w:b w:val="0"/>
          <w:i w:val="0"/>
          <w:smallCaps w:val="0"/>
          <w:strike w:val="0"/>
          <w:color w:val="000000"/>
          <w:u w:val="single"/>
        </w:rPr>
        <w:t>global</w:t>
      </w:r>
      <w:r>
        <w:rPr>
          <w:b w:val="0"/>
          <w:i w:val="0"/>
          <w:smallCaps w:val="0"/>
          <w:strike w:val="0"/>
          <w:color w:val="000000"/>
          <w:sz w:val="16"/>
          <w:u w:val="none"/>
        </w:rPr>
        <w:t xml:space="preserve"> </w:t>
      </w:r>
      <w:r>
        <w:rPr>
          <w:b/>
          <w:i w:val="0"/>
          <w:smallCaps w:val="0"/>
          <w:strike w:val="0"/>
          <w:color w:val="000000"/>
          <w:u w:val="single"/>
        </w:rPr>
        <w:t>economy</w:t>
      </w:r>
      <w:r>
        <w:rPr>
          <w:b w:val="0"/>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and specifically of the Chinese and U.S. economies,</w:t>
      </w:r>
      <w:r>
        <w:rPr>
          <w:b w:val="0"/>
          <w:i w:val="0"/>
          <w:smallCaps w:val="0"/>
          <w:strike w:val="0"/>
          <w:color w:val="000000"/>
          <w:sz w:val="16"/>
          <w:u w:val="none"/>
        </w:rPr>
        <w:t xml:space="preserve"> </w:t>
      </w:r>
      <w:r>
        <w:rPr>
          <w:b w:val="0"/>
          <w:i w:val="0"/>
          <w:smallCaps w:val="0"/>
          <w:strike w:val="0"/>
          <w:color w:val="000000"/>
          <w:u w:val="single"/>
        </w:rPr>
        <w:t>makes</w:t>
      </w:r>
      <w:r>
        <w:rPr>
          <w:b w:val="0"/>
          <w:i w:val="0"/>
          <w:smallCaps w:val="0"/>
          <w:strike w:val="0"/>
          <w:color w:val="000000"/>
          <w:sz w:val="16"/>
          <w:u w:val="none"/>
        </w:rPr>
        <w:t xml:space="preserve"> </w:t>
      </w:r>
      <w:r>
        <w:rPr>
          <w:b/>
          <w:i w:val="0"/>
          <w:smallCaps w:val="0"/>
          <w:strike w:val="0"/>
          <w:color w:val="000000"/>
          <w:u w:val="single"/>
        </w:rPr>
        <w:t>any war unwinnable</w:t>
      </w:r>
      <w:r>
        <w:rPr>
          <w:b w:val="0"/>
          <w:i w:val="0"/>
          <w:smallCaps w:val="0"/>
          <w:strike w:val="0"/>
          <w:color w:val="000000"/>
          <w:sz w:val="16"/>
          <w:u w:val="none"/>
        </w:rPr>
        <w:t xml:space="preserve"> </w:t>
      </w:r>
      <w:r>
        <w:rPr>
          <w:b w:val="0"/>
          <w:i w:val="0"/>
          <w:smallCaps w:val="0"/>
          <w:strike w:val="0"/>
          <w:color w:val="000000"/>
          <w:u w:val="single"/>
        </w:rPr>
        <w:t>and thus acts as a deterrent to conflict</w:t>
      </w:r>
      <w:r>
        <w:rPr>
          <w:b w:val="0"/>
          <w:i w:val="0"/>
          <w:smallCaps w:val="0"/>
          <w:strike w:val="0"/>
          <w:color w:val="000000"/>
          <w:sz w:val="16"/>
          <w:u w:val="none"/>
        </w:rPr>
        <w:t xml:space="preserve">. It is true, as critics will point out, that economic dependencies failed to prevent World War I. But </w:t>
      </w:r>
      <w:r>
        <w:rPr>
          <w:b w:val="0"/>
          <w:i w:val="0"/>
          <w:smallCaps w:val="0"/>
          <w:strike w:val="0"/>
          <w:color w:val="000000"/>
          <w:u w:val="single"/>
        </w:rPr>
        <w:t>the economic relations of the early twentieth century were nothing like the complex entanglements of today’s international economic system</w:t>
      </w:r>
      <w:r>
        <w:rPr>
          <w:b w:val="0"/>
          <w:i w:val="0"/>
          <w:smallCaps w:val="0"/>
          <w:strike w:val="0"/>
          <w:color w:val="000000"/>
          <w:sz w:val="16"/>
          <w:u w:val="none"/>
        </w:rPr>
        <w:t xml:space="preserve">. </w:t>
      </w:r>
      <w:r>
        <w:rPr>
          <w:b w:val="0"/>
          <w:i w:val="0"/>
          <w:smallCaps w:val="0"/>
          <w:strike w:val="0"/>
          <w:color w:val="000000"/>
          <w:u w:val="single"/>
        </w:rPr>
        <w:t>In the case of China and the United States,</w:t>
      </w:r>
      <w:r>
        <w:rPr>
          <w:b w:val="0"/>
          <w:i w:val="0"/>
          <w:smallCaps w:val="0"/>
          <w:strike w:val="0"/>
          <w:color w:val="000000"/>
          <w:sz w:val="16"/>
          <w:u w:val="none"/>
        </w:rPr>
        <w:t xml:space="preserve"> </w:t>
      </w:r>
      <w:r>
        <w:rPr>
          <w:b w:val="0"/>
          <w:i w:val="0"/>
          <w:smallCaps w:val="0"/>
          <w:strike w:val="0"/>
          <w:color w:val="000000"/>
          <w:u w:val="single"/>
        </w:rPr>
        <w:t>they create a</w:t>
      </w:r>
      <w:r>
        <w:rPr>
          <w:b w:val="0"/>
          <w:i w:val="0"/>
          <w:smallCaps w:val="0"/>
          <w:strike w:val="0"/>
          <w:color w:val="000000"/>
          <w:sz w:val="16"/>
          <w:u w:val="none"/>
        </w:rPr>
        <w:t xml:space="preserve"> </w:t>
      </w:r>
      <w:r>
        <w:rPr>
          <w:b w:val="0"/>
          <w:i w:val="0"/>
          <w:smallCaps w:val="0"/>
          <w:strike w:val="0"/>
          <w:color w:val="000000"/>
          <w:u w:val="single"/>
        </w:rPr>
        <w:t>situation of</w:t>
      </w:r>
      <w:r>
        <w:rPr>
          <w:b w:val="0"/>
          <w:i w:val="0"/>
          <w:smallCaps w:val="0"/>
          <w:strike w:val="0"/>
          <w:color w:val="000000"/>
          <w:sz w:val="16"/>
          <w:u w:val="none"/>
        </w:rPr>
        <w:t xml:space="preserve"> </w:t>
      </w:r>
      <w:r>
        <w:rPr>
          <w:b/>
          <w:i w:val="0"/>
          <w:smallCaps w:val="0"/>
          <w:strike w:val="0"/>
          <w:color w:val="000000"/>
          <w:u w:val="single"/>
        </w:rPr>
        <w:t>mutual assured economic</w:t>
      </w:r>
      <w:r>
        <w:rPr>
          <w:b w:val="0"/>
          <w:i w:val="0"/>
          <w:smallCaps w:val="0"/>
          <w:strike w:val="0"/>
          <w:color w:val="000000"/>
          <w:sz w:val="16"/>
          <w:u w:val="none"/>
        </w:rPr>
        <w:t xml:space="preserve"> </w:t>
      </w:r>
      <w:r>
        <w:rPr>
          <w:b/>
          <w:i w:val="0"/>
          <w:smallCaps w:val="0"/>
          <w:strike w:val="0"/>
          <w:color w:val="000000"/>
          <w:u w:val="single"/>
        </w:rPr>
        <w:t>destruction</w:t>
      </w:r>
      <w:r>
        <w:rPr>
          <w:b/>
          <w:i w:val="0"/>
          <w:smallCaps w:val="0"/>
          <w:strike w:val="0"/>
          <w:color w:val="000000"/>
          <w:u w:val="single"/>
        </w:rPr>
        <w:t>.</w:t>
      </w:r>
    </w:p>
    <w:p>
      <w:pPr>
        <w:spacing w:after="60"/>
      </w:pPr>
      <w:r>
        <w:rPr>
          <w:b w:val="0"/>
          <w:i w:val="0"/>
          <w:smallCaps w:val="0"/>
          <w:strike w:val="0"/>
          <w:color w:val="000000"/>
          <w:sz w:val="16"/>
          <w:u w:val="none"/>
        </w:rPr>
        <w:t>Another restraint is public opinion, at least on the U.S. side. Politicians in the United States respond to various incentives, but they cannot ignore the sentiments of their voters. And after a 20-year fight against terrorism, the American public is decidedly wary of protracted and costly overseas conflicts. If U.S. policymakers appeared poised for a conflict with China, one would also expect that the press, having learned its lesson from the war in Iraq, would perform its watchdog function, question the official narratives, and activate public concern.</w:t>
      </w:r>
    </w:p>
    <w:p>
      <w:pPr>
        <w:spacing w:after="60"/>
      </w:pPr>
      <w:r>
        <w:rPr>
          <w:b w:val="0"/>
          <w:i w:val="0"/>
          <w:smallCaps w:val="0"/>
          <w:strike w:val="0"/>
          <w:color w:val="000000"/>
          <w:u w:val="single"/>
        </w:rPr>
        <w:t>All</w:t>
      </w:r>
      <w:r>
        <w:rPr>
          <w:b w:val="0"/>
          <w:i w:val="0"/>
          <w:smallCaps w:val="0"/>
          <w:strike w:val="0"/>
          <w:color w:val="000000"/>
          <w:sz w:val="16"/>
          <w:u w:val="none"/>
        </w:rPr>
        <w:t xml:space="preserve"> </w:t>
      </w:r>
      <w:r>
        <w:rPr>
          <w:b w:val="0"/>
          <w:i w:val="0"/>
          <w:smallCaps w:val="0"/>
          <w:strike w:val="0"/>
          <w:color w:val="000000"/>
          <w:u w:val="single"/>
        </w:rPr>
        <w:t>these</w:t>
      </w:r>
      <w:r>
        <w:rPr>
          <w:b w:val="0"/>
          <w:i w:val="0"/>
          <w:smallCaps w:val="0"/>
          <w:strike w:val="0"/>
          <w:color w:val="000000"/>
          <w:sz w:val="16"/>
          <w:u w:val="none"/>
        </w:rPr>
        <w:t xml:space="preserve"> </w:t>
      </w:r>
      <w:r>
        <w:rPr>
          <w:b/>
          <w:i w:val="0"/>
          <w:smallCaps w:val="0"/>
          <w:strike w:val="0"/>
          <w:color w:val="000000"/>
          <w:u w:val="single"/>
        </w:rPr>
        <w:t>barriers</w:t>
      </w:r>
      <w:r>
        <w:rPr>
          <w:b w:val="0"/>
          <w:i w:val="0"/>
          <w:smallCaps w:val="0"/>
          <w:strike w:val="0"/>
          <w:color w:val="000000"/>
          <w:sz w:val="16"/>
          <w:u w:val="none"/>
        </w:rPr>
        <w:t xml:space="preserve"> </w:t>
      </w:r>
      <w:r>
        <w:rPr>
          <w:b w:val="0"/>
          <w:i w:val="0"/>
          <w:smallCaps w:val="0"/>
          <w:strike w:val="0"/>
          <w:color w:val="000000"/>
          <w:u w:val="single"/>
        </w:rPr>
        <w:t>should work to</w:t>
      </w:r>
      <w:r>
        <w:rPr>
          <w:b w:val="0"/>
          <w:i w:val="0"/>
          <w:smallCaps w:val="0"/>
          <w:strike w:val="0"/>
          <w:color w:val="000000"/>
          <w:sz w:val="16"/>
          <w:u w:val="none"/>
        </w:rPr>
        <w:t xml:space="preserve"> </w:t>
      </w:r>
      <w:r>
        <w:rPr>
          <w:b/>
          <w:i w:val="0"/>
          <w:smallCaps w:val="0"/>
          <w:strike w:val="0"/>
          <w:color w:val="000000"/>
          <w:u w:val="single"/>
        </w:rPr>
        <w:t>prevent a conflict</w:t>
      </w:r>
      <w:r>
        <w:rPr>
          <w:b w:val="0"/>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But if they somehow didn’t, there is a final fail-safe that is even harder to imagine not working:</w:t>
      </w:r>
      <w:r>
        <w:rPr>
          <w:b w:val="0"/>
          <w:i w:val="0"/>
          <w:smallCaps w:val="0"/>
          <w:strike w:val="0"/>
          <w:color w:val="000000"/>
          <w:sz w:val="16"/>
          <w:u w:val="none"/>
        </w:rPr>
        <w:t xml:space="preserve"> </w:t>
      </w:r>
      <w:r>
        <w:rPr>
          <w:b/>
          <w:i w:val="0"/>
          <w:smallCaps w:val="0"/>
          <w:strike w:val="0"/>
          <w:color w:val="000000"/>
          <w:u w:val="single"/>
        </w:rPr>
        <w:t>military deterrence</w:t>
      </w:r>
      <w:r>
        <w:rPr>
          <w:b w:val="0"/>
          <w:i w:val="0"/>
          <w:smallCaps w:val="0"/>
          <w:strike w:val="0"/>
          <w:color w:val="000000"/>
          <w:u w:val="single"/>
        </w:rPr>
        <w:t>.</w:t>
      </w:r>
      <w:r>
        <w:rPr>
          <w:b w:val="0"/>
          <w:i w:val="0"/>
          <w:smallCaps w:val="0"/>
          <w:strike w:val="0"/>
          <w:color w:val="000000"/>
          <w:sz w:val="16"/>
          <w:u w:val="none"/>
        </w:rPr>
        <w:t xml:space="preserve"> Taiwan is the most likely issue over which a U.S.-Chinese war could break out. But the quantity and quality of the weaponry on both sides translates to certain catastrophic losses for all, which should provide a sufficient deterrent to war. And </w:t>
      </w:r>
      <w:r>
        <w:rPr>
          <w:b w:val="0"/>
          <w:i w:val="0"/>
          <w:smallCaps w:val="0"/>
          <w:strike w:val="0"/>
          <w:color w:val="000000"/>
          <w:u w:val="single"/>
        </w:rPr>
        <w:t>because the devastation of a conflict over Taiwan would spiral out of control quickly, one cannot rule out the use of nuclear weapons. Strange as it may sound, that is good news</w:t>
      </w:r>
      <w:r>
        <w:rPr>
          <w:b w:val="0"/>
          <w:i w:val="0"/>
          <w:smallCaps w:val="0"/>
          <w:strike w:val="0"/>
          <w:color w:val="000000"/>
          <w:sz w:val="16"/>
          <w:u w:val="none"/>
        </w:rPr>
        <w:t xml:space="preserve">: just as the nuclear age prevented direct military conflict between the Soviet Union and the United States for more than 40 years, so it should between China and the United States, </w:t>
      </w:r>
      <w:r>
        <w:rPr>
          <w:b w:val="0"/>
          <w:i w:val="0"/>
          <w:smallCaps w:val="0"/>
          <w:strike w:val="0"/>
          <w:color w:val="000000"/>
          <w:u w:val="single"/>
        </w:rPr>
        <w:t>both</w:t>
      </w:r>
      <w:r>
        <w:rPr>
          <w:b w:val="0"/>
          <w:i w:val="0"/>
          <w:smallCaps w:val="0"/>
          <w:strike w:val="0"/>
          <w:color w:val="000000"/>
          <w:sz w:val="16"/>
          <w:u w:val="none"/>
        </w:rPr>
        <w:t xml:space="preserve"> </w:t>
      </w:r>
      <w:r>
        <w:rPr>
          <w:b w:val="0"/>
          <w:i w:val="0"/>
          <w:smallCaps w:val="0"/>
          <w:strike w:val="0"/>
          <w:color w:val="000000"/>
          <w:u w:val="single"/>
        </w:rPr>
        <w:t>of which</w:t>
      </w:r>
      <w:r>
        <w:rPr>
          <w:b w:val="0"/>
          <w:i w:val="0"/>
          <w:smallCaps w:val="0"/>
          <w:strike w:val="0"/>
          <w:color w:val="000000"/>
          <w:sz w:val="16"/>
          <w:u w:val="none"/>
        </w:rPr>
        <w:t xml:space="preserve"> </w:t>
      </w:r>
      <w:r>
        <w:rPr>
          <w:b w:val="0"/>
          <w:i w:val="0"/>
          <w:smallCaps w:val="0"/>
          <w:strike w:val="0"/>
          <w:color w:val="000000"/>
          <w:u w:val="single"/>
        </w:rPr>
        <w:t>are nuclear-armed</w:t>
      </w:r>
      <w:r>
        <w:rPr>
          <w:b w:val="0"/>
          <w:i w:val="0"/>
          <w:smallCaps w:val="0"/>
          <w:strike w:val="0"/>
          <w:color w:val="000000"/>
          <w:sz w:val="16"/>
          <w:u w:val="none"/>
        </w:rPr>
        <w:t xml:space="preserve"> </w:t>
      </w:r>
      <w:r>
        <w:rPr>
          <w:b w:val="0"/>
          <w:i w:val="0"/>
          <w:smallCaps w:val="0"/>
          <w:strike w:val="0"/>
          <w:color w:val="000000"/>
          <w:u w:val="single"/>
        </w:rPr>
        <w:t>powers</w:t>
      </w:r>
      <w:r>
        <w:rPr>
          <w:b w:val="0"/>
          <w:i w:val="0"/>
          <w:smallCaps w:val="0"/>
          <w:strike w:val="0"/>
          <w:color w:val="000000"/>
          <w:sz w:val="16"/>
          <w:u w:val="none"/>
        </w:rPr>
        <w:t xml:space="preserve"> </w:t>
      </w:r>
      <w:r>
        <w:rPr>
          <w:b w:val="0"/>
          <w:i w:val="0"/>
          <w:smallCaps w:val="0"/>
          <w:strike w:val="0"/>
          <w:color w:val="000000"/>
          <w:u w:val="single"/>
        </w:rPr>
        <w:t>with survivable second-strike</w:t>
      </w:r>
      <w:r>
        <w:rPr>
          <w:b w:val="0"/>
          <w:i w:val="0"/>
          <w:smallCaps w:val="0"/>
          <w:strike w:val="0"/>
          <w:color w:val="000000"/>
          <w:sz w:val="16"/>
          <w:u w:val="none"/>
        </w:rPr>
        <w:t xml:space="preserve"> </w:t>
      </w:r>
      <w:r>
        <w:rPr>
          <w:b w:val="0"/>
          <w:i w:val="0"/>
          <w:smallCaps w:val="0"/>
          <w:strike w:val="0"/>
          <w:color w:val="000000"/>
          <w:u w:val="single"/>
        </w:rPr>
        <w:t>capabilities</w:t>
      </w:r>
      <w:r>
        <w:rPr>
          <w:b w:val="0"/>
          <w:i w:val="0"/>
          <w:smallCaps w:val="0"/>
          <w:strike w:val="0"/>
          <w:color w:val="000000"/>
          <w:sz w:val="16"/>
          <w:u w:val="none"/>
        </w:rPr>
        <w:t xml:space="preserve">. Although China has many fewer missiles and warheads than the United States—something China is working on remedying—the doctrine of mutually assured destruction still operates. </w:t>
      </w:r>
      <w:r>
        <w:rPr>
          <w:b/>
          <w:i w:val="0"/>
          <w:smallCaps w:val="0"/>
          <w:strike w:val="0"/>
          <w:color w:val="000000"/>
          <w:u w:val="single"/>
        </w:rPr>
        <w:t>The balance of terror holds.</w:t>
      </w:r>
    </w:p>
    <w:p>
      <w:pPr>
        <w:spacing w:after="60"/>
      </w:pPr>
      <w:r>
        <w:rPr>
          <w:b w:val="0"/>
          <w:i w:val="0"/>
          <w:smallCaps w:val="0"/>
          <w:strike w:val="0"/>
          <w:color w:val="000000"/>
          <w:sz w:val="16"/>
          <w:u w:val="none"/>
        </w:rPr>
        <w:t xml:space="preserve">Looking through this list of potential failures, one might find cause for pessimism, given that each restraint has seen its share of erosion in recent years. But </w:t>
      </w:r>
      <w:r>
        <w:rPr>
          <w:b w:val="0"/>
          <w:i w:val="0"/>
          <w:smallCaps w:val="0"/>
          <w:strike w:val="0"/>
          <w:color w:val="000000"/>
          <w:u w:val="single"/>
        </w:rPr>
        <w:t>China and the United States are not prisoners of history. The two</w:t>
      </w:r>
      <w:r>
        <w:rPr>
          <w:b w:val="0"/>
          <w:i w:val="0"/>
          <w:smallCaps w:val="0"/>
          <w:strike w:val="0"/>
          <w:color w:val="000000"/>
          <w:sz w:val="16"/>
          <w:u w:val="none"/>
        </w:rPr>
        <w:t xml:space="preserve"> </w:t>
      </w:r>
      <w:r>
        <w:rPr>
          <w:b w:val="0"/>
          <w:i w:val="0"/>
          <w:smallCaps w:val="0"/>
          <w:strike w:val="0"/>
          <w:color w:val="000000"/>
          <w:u w:val="single"/>
        </w:rPr>
        <w:t>countries</w:t>
      </w:r>
      <w:r>
        <w:rPr>
          <w:b w:val="0"/>
          <w:i w:val="0"/>
          <w:smallCaps w:val="0"/>
          <w:strike w:val="0"/>
          <w:color w:val="000000"/>
          <w:sz w:val="16"/>
          <w:u w:val="none"/>
        </w:rPr>
        <w:t xml:space="preserve"> </w:t>
      </w:r>
      <w:r>
        <w:rPr>
          <w:b w:val="0"/>
          <w:i w:val="0"/>
          <w:smallCaps w:val="0"/>
          <w:strike w:val="0"/>
          <w:color w:val="000000"/>
          <w:u w:val="single"/>
        </w:rPr>
        <w:t>will find that they</w:t>
      </w:r>
      <w:r>
        <w:rPr>
          <w:b w:val="0"/>
          <w:i w:val="0"/>
          <w:smallCaps w:val="0"/>
          <w:strike w:val="0"/>
          <w:color w:val="000000"/>
          <w:sz w:val="16"/>
          <w:u w:val="none"/>
        </w:rPr>
        <w:t xml:space="preserve"> </w:t>
      </w:r>
      <w:r>
        <w:rPr>
          <w:b/>
          <w:i w:val="0"/>
          <w:smallCaps w:val="0"/>
          <w:strike w:val="0"/>
          <w:color w:val="000000"/>
          <w:u w:val="single"/>
        </w:rPr>
        <w:t>cannot escape</w:t>
      </w:r>
      <w:r>
        <w:rPr>
          <w:b w:val="0"/>
          <w:i w:val="0"/>
          <w:smallCaps w:val="0"/>
          <w:strike w:val="0"/>
          <w:color w:val="000000"/>
          <w:sz w:val="16"/>
          <w:u w:val="none"/>
        </w:rPr>
        <w:t xml:space="preserve"> </w:t>
      </w:r>
      <w:r>
        <w:rPr>
          <w:b w:val="0"/>
          <w:i w:val="0"/>
          <w:smallCaps w:val="0"/>
          <w:strike w:val="0"/>
          <w:color w:val="000000"/>
          <w:u w:val="single"/>
        </w:rPr>
        <w:t>one another</w:t>
      </w:r>
      <w:r>
        <w:rPr>
          <w:b w:val="0"/>
          <w:i w:val="0"/>
          <w:smallCaps w:val="0"/>
          <w:strike w:val="0"/>
          <w:color w:val="000000"/>
          <w:sz w:val="16"/>
          <w:u w:val="none"/>
        </w:rPr>
        <w:t xml:space="preserve">, and eventually, </w:t>
      </w:r>
      <w:r>
        <w:rPr>
          <w:b w:val="0"/>
          <w:i w:val="0"/>
          <w:smallCaps w:val="0"/>
          <w:strike w:val="0"/>
          <w:color w:val="000000"/>
          <w:u w:val="single"/>
        </w:rPr>
        <w:t>they will</w:t>
      </w:r>
      <w:r>
        <w:rPr>
          <w:b w:val="0"/>
          <w:i w:val="0"/>
          <w:smallCaps w:val="0"/>
          <w:strike w:val="0"/>
          <w:color w:val="000000"/>
          <w:sz w:val="16"/>
          <w:u w:val="none"/>
        </w:rPr>
        <w:t xml:space="preserve"> </w:t>
      </w:r>
      <w:r>
        <w:rPr>
          <w:b w:val="0"/>
          <w:i w:val="0"/>
          <w:smallCaps w:val="0"/>
          <w:strike w:val="0"/>
          <w:color w:val="000000"/>
          <w:u w:val="single"/>
        </w:rPr>
        <w:t>have to</w:t>
      </w:r>
      <w:r>
        <w:rPr>
          <w:b w:val="0"/>
          <w:i w:val="0"/>
          <w:smallCaps w:val="0"/>
          <w:strike w:val="0"/>
          <w:color w:val="000000"/>
          <w:sz w:val="16"/>
          <w:u w:val="none"/>
        </w:rPr>
        <w:t xml:space="preserve"> </w:t>
      </w:r>
      <w:r>
        <w:rPr>
          <w:b w:val="0"/>
          <w:i w:val="0"/>
          <w:smallCaps w:val="0"/>
          <w:strike w:val="0"/>
          <w:color w:val="000000"/>
          <w:u w:val="single"/>
        </w:rPr>
        <w:t>seek accommodation</w:t>
      </w:r>
      <w:r>
        <w:rPr>
          <w:b w:val="0"/>
          <w:i w:val="0"/>
          <w:smallCaps w:val="0"/>
          <w:strike w:val="0"/>
          <w:color w:val="000000"/>
          <w:sz w:val="16"/>
          <w:u w:val="none"/>
        </w:rPr>
        <w:t xml:space="preserve">. This may now seem a distant vision, but it </w:t>
      </w:r>
      <w:r>
        <w:rPr>
          <w:b w:val="0"/>
          <w:i w:val="0"/>
          <w:smallCaps w:val="0"/>
          <w:strike w:val="0"/>
          <w:color w:val="000000"/>
          <w:u w:val="single"/>
        </w:rPr>
        <w:t>is a</w:t>
      </w:r>
      <w:r>
        <w:rPr>
          <w:b w:val="0"/>
          <w:i w:val="0"/>
          <w:smallCaps w:val="0"/>
          <w:strike w:val="0"/>
          <w:color w:val="000000"/>
          <w:sz w:val="16"/>
          <w:u w:val="none"/>
        </w:rPr>
        <w:t xml:space="preserve"> </w:t>
      </w:r>
      <w:r>
        <w:rPr>
          <w:b/>
          <w:i w:val="0"/>
          <w:smallCaps w:val="0"/>
          <w:strike w:val="0"/>
          <w:color w:val="000000"/>
          <w:u w:val="single"/>
        </w:rPr>
        <w:t>far more likely</w:t>
      </w:r>
      <w:r>
        <w:rPr>
          <w:b w:val="0"/>
          <w:i w:val="0"/>
          <w:smallCaps w:val="0"/>
          <w:strike w:val="0"/>
          <w:color w:val="000000"/>
          <w:sz w:val="16"/>
          <w:u w:val="none"/>
        </w:rPr>
        <w:t xml:space="preserve"> </w:t>
      </w:r>
      <w:r>
        <w:rPr>
          <w:b w:val="0"/>
          <w:i w:val="0"/>
          <w:smallCaps w:val="0"/>
          <w:strike w:val="0"/>
          <w:color w:val="000000"/>
          <w:u w:val="single"/>
        </w:rPr>
        <w:t>outcome,</w:t>
      </w:r>
      <w:r>
        <w:rPr>
          <w:b w:val="0"/>
          <w:i w:val="0"/>
          <w:smallCaps w:val="0"/>
          <w:strike w:val="0"/>
          <w:color w:val="000000"/>
          <w:sz w:val="16"/>
          <w:u w:val="none"/>
        </w:rPr>
        <w:t xml:space="preserve"> given the countervailing currents, </w:t>
      </w:r>
      <w:r>
        <w:rPr>
          <w:b w:val="0"/>
          <w:i w:val="0"/>
          <w:smallCaps w:val="0"/>
          <w:strike w:val="0"/>
          <w:color w:val="000000"/>
          <w:u w:val="single"/>
        </w:rPr>
        <w:t>than</w:t>
      </w:r>
      <w:r>
        <w:rPr>
          <w:b w:val="0"/>
          <w:i w:val="0"/>
          <w:smallCaps w:val="0"/>
          <w:strike w:val="0"/>
          <w:color w:val="000000"/>
          <w:sz w:val="16"/>
          <w:u w:val="none"/>
        </w:rPr>
        <w:t xml:space="preserve"> </w:t>
      </w:r>
      <w:r>
        <w:rPr>
          <w:b w:val="0"/>
          <w:i w:val="0"/>
          <w:smallCaps w:val="0"/>
          <w:strike w:val="0"/>
          <w:color w:val="000000"/>
          <w:u w:val="single"/>
        </w:rPr>
        <w:t>an</w:t>
      </w:r>
      <w:r>
        <w:rPr>
          <w:b w:val="0"/>
          <w:i w:val="0"/>
          <w:smallCaps w:val="0"/>
          <w:strike w:val="0"/>
          <w:color w:val="000000"/>
          <w:sz w:val="16"/>
          <w:u w:val="none"/>
        </w:rPr>
        <w:t xml:space="preserve"> </w:t>
      </w:r>
      <w:r>
        <w:rPr>
          <w:b/>
          <w:i w:val="0"/>
          <w:smallCaps w:val="0"/>
          <w:strike w:val="0"/>
          <w:color w:val="000000"/>
          <w:u w:val="single"/>
        </w:rPr>
        <w:t>apocalyptic</w:t>
      </w:r>
      <w:r>
        <w:rPr>
          <w:b w:val="0"/>
          <w:i w:val="0"/>
          <w:smallCaps w:val="0"/>
          <w:strike w:val="0"/>
          <w:color w:val="000000"/>
          <w:sz w:val="16"/>
          <w:u w:val="none"/>
        </w:rPr>
        <w:t xml:space="preserve"> </w:t>
      </w:r>
      <w:r>
        <w:rPr>
          <w:b/>
          <w:i w:val="0"/>
          <w:smallCaps w:val="0"/>
          <w:strike w:val="0"/>
          <w:color w:val="000000"/>
          <w:u w:val="single"/>
        </w:rPr>
        <w:t>war</w:t>
      </w:r>
      <w:r>
        <w:rPr>
          <w:b/>
          <w:i w:val="0"/>
          <w:smallCaps w:val="0"/>
          <w:strike w:val="0"/>
          <w:color w:val="000000"/>
          <w:u w:val="singl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