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Solves</w:t>
      </w:r>
      <w:r>
        <w:rPr>
          <w:b/>
          <w:i w:val="0"/>
          <w:smallCaps w:val="0"/>
          <w:strike w:val="0"/>
          <w:sz w:val="26"/>
          <w:u w:val="none"/>
        </w:rPr>
        <w:t xml:space="preserve"> US tech lead---</w:t>
      </w:r>
      <w:r>
        <w:rPr>
          <w:b/>
          <w:i w:val="0"/>
          <w:smallCaps w:val="0"/>
          <w:strike w:val="0"/>
          <w:sz w:val="26"/>
          <w:u w:val="single"/>
        </w:rPr>
        <w:t>high-skill</w:t>
      </w:r>
      <w:r>
        <w:rPr>
          <w:b/>
          <w:i w:val="0"/>
          <w:smallCaps w:val="0"/>
          <w:strike w:val="0"/>
          <w:sz w:val="26"/>
          <w:u w:val="single"/>
        </w:rPr>
        <w:t>ed</w:t>
      </w:r>
      <w:r>
        <w:rPr>
          <w:b/>
          <w:i w:val="0"/>
          <w:smallCaps w:val="0"/>
          <w:strike w:val="0"/>
          <w:sz w:val="26"/>
          <w:u w:val="single"/>
        </w:rPr>
        <w:t xml:space="preserve"> workers</w:t>
      </w:r>
      <w:r>
        <w:rPr>
          <w:b/>
          <w:i w:val="0"/>
          <w:smallCaps w:val="0"/>
          <w:strike w:val="0"/>
          <w:sz w:val="26"/>
          <w:u w:val="none"/>
        </w:rPr>
        <w:t xml:space="preserve"> are the </w:t>
      </w:r>
      <w:r>
        <w:rPr>
          <w:b/>
          <w:i w:val="0"/>
          <w:smallCaps w:val="0"/>
          <w:strike w:val="0"/>
          <w:sz w:val="26"/>
          <w:u w:val="none"/>
        </w:rPr>
        <w:t xml:space="preserve">key </w:t>
      </w:r>
      <w:r>
        <w:rPr>
          <w:b/>
          <w:i w:val="0"/>
          <w:smallCaps w:val="0"/>
          <w:strike w:val="0"/>
          <w:sz w:val="26"/>
          <w:u w:val="single"/>
        </w:rPr>
        <w:t>internal</w:t>
      </w:r>
      <w:r>
        <w:rPr>
          <w:b/>
          <w:i w:val="0"/>
          <w:smallCaps w:val="0"/>
          <w:strike w:val="0"/>
          <w:sz w:val="26"/>
          <w:u w:val="none"/>
        </w:rPr>
        <w:t xml:space="preserve"> link.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Vivek </w:t>
      </w:r>
      <w:r>
        <w:rPr>
          <w:b/>
          <w:i w:val="0"/>
          <w:smallCaps w:val="0"/>
          <w:strike w:val="0"/>
          <w:sz w:val="26"/>
          <w:u w:val="none"/>
        </w:rPr>
        <w:t>Chilukuri and</w:t>
      </w:r>
      <w:r>
        <w:rPr>
          <w:b w:val="0"/>
          <w:i w:val="0"/>
          <w:smallCaps w:val="0"/>
          <w:strike w:val="0"/>
          <w:u w:val="none"/>
        </w:rPr>
        <w:t xml:space="preserve"> Sam</w:t>
      </w:r>
      <w:r>
        <w:rPr>
          <w:b/>
          <w:i w:val="0"/>
          <w:smallCaps w:val="0"/>
          <w:strike w:val="0"/>
          <w:sz w:val="26"/>
          <w:u w:val="none"/>
        </w:rPr>
        <w:t xml:space="preserve"> Howell</w:t>
      </w:r>
      <w:r>
        <w:rPr>
          <w:b/>
          <w:i w:val="0"/>
          <w:smallCaps w:val="0"/>
          <w:strike w:val="0"/>
          <w:sz w:val="26"/>
          <w:u w:val="none"/>
        </w:rPr>
        <w:t xml:space="preserve"> 23</w:t>
      </w:r>
      <w:r>
        <w:rPr>
          <w:b w:val="0"/>
          <w:i w:val="0"/>
          <w:smallCaps w:val="0"/>
          <w:strike w:val="0"/>
          <w:u w:val="none"/>
        </w:rPr>
        <w:t>, Senior Fellow and Program Director of the Technology and National Security Program at CNAS</w:t>
      </w:r>
      <w:r>
        <w:rPr>
          <w:b w:val="0"/>
          <w:i w:val="0"/>
          <w:smallCaps w:val="0"/>
          <w:strike w:val="0"/>
          <w:u w:val="none"/>
        </w:rPr>
        <w:t>;</w:t>
      </w:r>
      <w:r>
        <w:rPr>
          <w:b w:val="0"/>
          <w:i w:val="0"/>
          <w:smallCaps w:val="0"/>
          <w:strike w:val="0"/>
          <w:color w:val="687279"/>
          <w:sz w:val="29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Adjunct Associate Fellow with the Technology and National Security Program at the Center for a New American Security</w:t>
      </w:r>
      <w:r>
        <w:rPr>
          <w:b w:val="0"/>
          <w:i w:val="0"/>
          <w:smallCaps w:val="0"/>
          <w:strike w:val="0"/>
          <w:u w:val="none"/>
        </w:rPr>
        <w:t>, 01/04/2023, “</w:t>
      </w:r>
      <w:r>
        <w:rPr>
          <w:b w:val="0"/>
          <w:i w:val="0"/>
          <w:smallCaps w:val="0"/>
          <w:strike w:val="0"/>
          <w:u w:val="none"/>
        </w:rPr>
        <w:t>To Win the Tech Race, America Needs High-Skilled Immigration Reform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 w:val="0"/>
          <w:smallCaps w:val="0"/>
          <w:strike w:val="0"/>
          <w:u w:val="none"/>
        </w:rPr>
        <w:t>https://www.cnas.org/publications/commentary/to-win-the-tech-race-america-needs-high-skilled-immigration-reform</w:t>
      </w:r>
      <w:r>
        <w:rPr>
          <w:b w:val="0"/>
          <w:i w:val="0"/>
          <w:smallCaps w:val="0"/>
          <w:strike w:val="0"/>
          <w:u w:val="none"/>
        </w:rPr>
        <w:t>, avr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If the </w:t>
      </w:r>
      <w:r>
        <w:rPr>
          <w:b/>
          <w:i w:val="0"/>
          <w:smallCaps w:val="0"/>
          <w:strike w:val="0"/>
          <w:sz w:val="22"/>
          <w:u w:val="single"/>
        </w:rPr>
        <w:t>dangers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falling </w:t>
      </w:r>
      <w:r>
        <w:rPr>
          <w:b w:val="0"/>
          <w:i w:val="0"/>
          <w:smallCaps w:val="0"/>
          <w:strike w:val="0"/>
          <w:sz w:val="22"/>
          <w:u w:val="single"/>
        </w:rPr>
        <w:t>behind in the global 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race are </w:t>
      </w:r>
      <w:r>
        <w:rPr>
          <w:b/>
          <w:i w:val="0"/>
          <w:smallCaps w:val="0"/>
          <w:strike w:val="0"/>
          <w:sz w:val="22"/>
          <w:u w:val="single"/>
        </w:rPr>
        <w:t>obvious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so is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best way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America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stay ahead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: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high-skilled immigration reform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</w:t>
      </w:r>
      <w:r>
        <w:rPr>
          <w:b w:val="0"/>
          <w:i w:val="0"/>
          <w:smallCaps w:val="0"/>
          <w:strike w:val="0"/>
          <w:sz w:val="22"/>
          <w:u w:val="single"/>
        </w:rPr>
        <w:t>policy imperative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reflects three hard truths: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First, </w:t>
      </w:r>
      <w:r>
        <w:rPr>
          <w:b w:val="0"/>
          <w:i w:val="0"/>
          <w:smallCaps w:val="0"/>
          <w:strike w:val="0"/>
          <w:sz w:val="22"/>
          <w:u w:val="single"/>
        </w:rPr>
        <w:t>America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lacks the </w:t>
      </w:r>
      <w:r>
        <w:rPr>
          <w:b/>
          <w:i w:val="0"/>
          <w:smallCaps w:val="0"/>
          <w:strike w:val="0"/>
          <w:sz w:val="22"/>
          <w:u w:val="single"/>
        </w:rPr>
        <w:t>STEM workforce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needed </w:t>
      </w:r>
      <w:r>
        <w:rPr>
          <w:b w:val="0"/>
          <w:i w:val="0"/>
          <w:smallCaps w:val="0"/>
          <w:strike w:val="0"/>
          <w:sz w:val="22"/>
          <w:u w:val="single"/>
        </w:rPr>
        <w:t>to unleash our tech potential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country faces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 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estimated 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shortage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1.4 million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technicians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computer scientists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engineers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2030, and </w:t>
      </w:r>
      <w:r>
        <w:rPr>
          <w:b w:val="0"/>
          <w:i w:val="0"/>
          <w:smallCaps w:val="0"/>
          <w:strike w:val="0"/>
          <w:sz w:val="22"/>
          <w:u w:val="single"/>
        </w:rPr>
        <w:t>90% of technology industry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leaders say 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recruiting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major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moderate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challenge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Second,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America’s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workforce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pipeline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cannot fill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tech </w:t>
      </w:r>
      <w:r>
        <w:rPr>
          <w:b w:val="0"/>
          <w:i w:val="0"/>
          <w:smallCaps w:val="0"/>
          <w:strike w:val="0"/>
          <w:sz w:val="22"/>
          <w:u w:val="single"/>
        </w:rPr>
        <w:t>talent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gaps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the short-term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Expanding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domestic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STEM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talent takes </w:t>
      </w:r>
      <w:r>
        <w:rPr>
          <w:b/>
          <w:i w:val="0"/>
          <w:smallCaps w:val="0"/>
          <w:strike w:val="0"/>
          <w:sz w:val="22"/>
          <w:u w:val="single"/>
        </w:rPr>
        <w:t>years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even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decades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One study found that the United States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will require 300,000 more engineers than </w:t>
      </w:r>
      <w:r>
        <w:rPr>
          <w:b/>
          <w:i w:val="0"/>
          <w:smallCaps w:val="0"/>
          <w:strike w:val="0"/>
          <w:sz w:val="22"/>
          <w:u w:val="single"/>
        </w:rPr>
        <w:t>U.S. universities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graduate by 2030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realize the full potential of the </w:t>
      </w:r>
      <w:r>
        <w:rPr>
          <w:b/>
          <w:i w:val="0"/>
          <w:smallCaps w:val="0"/>
          <w:strike w:val="0"/>
          <w:sz w:val="22"/>
          <w:u w:val="single"/>
        </w:rPr>
        <w:t>CHIPS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Science Act (“CHIPS Act”).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Third, </w:t>
      </w:r>
      <w:r>
        <w:rPr>
          <w:b/>
          <w:i w:val="0"/>
          <w:smallCaps w:val="0"/>
          <w:strike w:val="0"/>
          <w:sz w:val="22"/>
          <w:u w:val="single"/>
        </w:rPr>
        <w:t>comprehensive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immigration reform is highly unlikely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anytime soon. As technologies like AI advance at breakneck speed, holding a </w:t>
      </w:r>
      <w:r>
        <w:rPr>
          <w:b w:val="0"/>
          <w:i w:val="0"/>
          <w:smallCaps w:val="0"/>
          <w:strike w:val="0"/>
          <w:sz w:val="22"/>
          <w:u w:val="single"/>
        </w:rPr>
        <w:t>high-tech immigration fix hostage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a decades-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long political stalemate risks </w:t>
      </w:r>
      <w:r>
        <w:rPr>
          <w:b/>
          <w:i w:val="0"/>
          <w:smallCaps w:val="0"/>
          <w:strike w:val="0"/>
          <w:sz w:val="22"/>
          <w:u w:val="single"/>
        </w:rPr>
        <w:t>irreversible damage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</w:t>
      </w:r>
      <w:r>
        <w:rPr>
          <w:b w:val="0"/>
          <w:i w:val="0"/>
          <w:smallCaps w:val="0"/>
          <w:strike w:val="0"/>
          <w:sz w:val="22"/>
          <w:u w:val="single"/>
        </w:rPr>
        <w:t>America’s tech edge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by extension, our </w:t>
      </w:r>
      <w:r>
        <w:rPr>
          <w:b/>
          <w:i w:val="0"/>
          <w:smallCaps w:val="0"/>
          <w:strike w:val="0"/>
          <w:sz w:val="22"/>
          <w:u w:val="single"/>
        </w:rPr>
        <w:t>national security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damage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already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apparent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 Eighty two percent of defense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companies struggle to find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qualified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STEM workers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almost 70% of top AI employers in the </w:t>
      </w:r>
      <w:r>
        <w:rPr>
          <w:b w:val="0"/>
          <w:i w:val="0"/>
          <w:smallCaps w:val="0"/>
          <w:strike w:val="0"/>
          <w:sz w:val="22"/>
          <w:u w:val="single"/>
        </w:rPr>
        <w:t>United States cite visa and immigration problems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a barrier to filling critical vacancies. After the </w:t>
      </w:r>
      <w:r>
        <w:rPr>
          <w:b w:val="0"/>
          <w:i w:val="0"/>
          <w:smallCaps w:val="0"/>
          <w:strike w:val="0"/>
          <w:sz w:val="22"/>
          <w:u w:val="single"/>
        </w:rPr>
        <w:t>CHIPS Act invested $53 billion to restore advanced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chip manufacturing in the United States, TSMC was forced to delay construction of its Arizona fab over a shortage of skilled workers.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the past,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America filled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shortages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through immigration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And in turn,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immigration made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America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superpower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Over a quarter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America’s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high-tech startups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immigrant co-founders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along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more than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half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all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startups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Silicon Valley.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People born abroad are now 50% of workers in the defense industrial base with a STEM degree, 60% of PhDs for computer science, mathematics, and engineering, and nearly two-thirds of graduate students in AI and semiconductor-related programs.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America’s </w:t>
      </w:r>
      <w:r>
        <w:rPr>
          <w:b w:val="0"/>
          <w:i w:val="0"/>
          <w:smallCaps w:val="0"/>
          <w:strike w:val="0"/>
          <w:sz w:val="22"/>
          <w:u w:val="single"/>
        </w:rPr>
        <w:t>immigration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once propelled the nation’s tech edge; today, it’s become a </w:t>
      </w:r>
      <w:r>
        <w:rPr>
          <w:b/>
          <w:i w:val="0"/>
          <w:smallCaps w:val="0"/>
          <w:strike w:val="0"/>
          <w:sz w:val="22"/>
          <w:u w:val="single"/>
        </w:rPr>
        <w:t>self-inflicted wound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last time Washington meaningfully </w:t>
      </w:r>
      <w:r>
        <w:rPr>
          <w:b w:val="0"/>
          <w:i w:val="0"/>
          <w:smallCaps w:val="0"/>
          <w:strike w:val="0"/>
          <w:sz w:val="22"/>
          <w:u w:val="single"/>
        </w:rPr>
        <w:t>reformed the employment-based immigration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system was in </w:t>
      </w:r>
      <w:r>
        <w:rPr>
          <w:b/>
          <w:i w:val="0"/>
          <w:smallCaps w:val="0"/>
          <w:strike w:val="0"/>
          <w:sz w:val="22"/>
          <w:u w:val="single"/>
        </w:rPr>
        <w:t>1990</w:t>
      </w:r>
      <w:r>
        <w:rPr>
          <w:b w:val="0"/>
          <w:i w:val="0"/>
          <w:smallCaps w:val="0"/>
          <w:strike w:val="0"/>
          <w:sz w:val="16"/>
          <w:u w:val="none"/>
        </w:rPr>
        <w:t>, when most Americans still watched VHS tapes.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Antiquated </w:t>
      </w:r>
      <w:r>
        <w:rPr>
          <w:b w:val="0"/>
          <w:i w:val="0"/>
          <w:smallCaps w:val="0"/>
          <w:strike w:val="0"/>
          <w:sz w:val="22"/>
          <w:u w:val="single"/>
        </w:rPr>
        <w:t>country caps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a relic from the 1960s — continue to strangle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America’s access to high-tech talent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and feed a </w:t>
      </w:r>
      <w:r>
        <w:rPr>
          <w:b/>
          <w:i w:val="0"/>
          <w:smallCaps w:val="0"/>
          <w:strike w:val="0"/>
          <w:sz w:val="22"/>
          <w:u w:val="single"/>
        </w:rPr>
        <w:t>backlog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over </w:t>
      </w:r>
      <w:r>
        <w:rPr>
          <w:b/>
          <w:i w:val="0"/>
          <w:smallCaps w:val="0"/>
          <w:strike w:val="0"/>
          <w:sz w:val="22"/>
          <w:u w:val="single"/>
        </w:rPr>
        <w:t>1.4 million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people for </w:t>
      </w:r>
      <w:r>
        <w:rPr>
          <w:b w:val="0"/>
          <w:i w:val="0"/>
          <w:smallCaps w:val="0"/>
          <w:strike w:val="0"/>
          <w:sz w:val="22"/>
          <w:u w:val="single"/>
        </w:rPr>
        <w:t>green cards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According to one study, </w:t>
      </w:r>
      <w:r>
        <w:rPr>
          <w:b w:val="0"/>
          <w:i w:val="0"/>
          <w:smallCaps w:val="0"/>
          <w:strike w:val="0"/>
          <w:sz w:val="22"/>
          <w:u w:val="single"/>
        </w:rPr>
        <w:t>visa holders from India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applying for green cards have to wait </w:t>
      </w:r>
      <w:r>
        <w:rPr>
          <w:b/>
          <w:i w:val="0"/>
          <w:smallCaps w:val="0"/>
          <w:strike w:val="0"/>
          <w:sz w:val="22"/>
          <w:u w:val="single"/>
        </w:rPr>
        <w:t>89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years </w:t>
      </w:r>
      <w:r>
        <w:rPr>
          <w:b w:val="0"/>
          <w:i w:val="0"/>
          <w:smallCaps w:val="0"/>
          <w:strike w:val="0"/>
          <w:sz w:val="22"/>
          <w:u w:val="single"/>
        </w:rPr>
        <w:t>before receiving 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Understandably, many give up. More than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half 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PhD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students with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AI expertise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who leave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America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blame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immigration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issues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result is an absurd status quo: American </w:t>
      </w:r>
      <w:r>
        <w:rPr>
          <w:b w:val="0"/>
          <w:i w:val="0"/>
          <w:smallCaps w:val="0"/>
          <w:strike w:val="0"/>
          <w:sz w:val="22"/>
          <w:u w:val="single"/>
        </w:rPr>
        <w:t>universities train the next generation of tech-savvy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graduates, but the </w:t>
      </w:r>
      <w:r>
        <w:rPr>
          <w:b w:val="0"/>
          <w:i w:val="0"/>
          <w:smallCaps w:val="0"/>
          <w:strike w:val="0"/>
          <w:sz w:val="22"/>
          <w:u w:val="single"/>
        </w:rPr>
        <w:t>country’s broken immigration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exports many of them back to competitors — often, </w:t>
      </w:r>
      <w:r>
        <w:rPr>
          <w:b w:val="0"/>
          <w:i w:val="0"/>
          <w:smallCaps w:val="0"/>
          <w:strike w:val="0"/>
          <w:sz w:val="22"/>
          <w:u w:val="single"/>
        </w:rPr>
        <w:t>China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Even friendly nations have seized on </w:t>
      </w:r>
      <w:r>
        <w:rPr>
          <w:b w:val="0"/>
          <w:i w:val="0"/>
          <w:smallCaps w:val="0"/>
          <w:strike w:val="0"/>
          <w:sz w:val="22"/>
          <w:u w:val="single"/>
        </w:rPr>
        <w:t>America’s broken immigration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an opportunity. In July, Canada launched a new Tech Talent Strategy that includes 10</w:t>
      </w:r>
      <w:r>
        <w:rPr>
          <w:b w:val="0"/>
          <w:i w:val="0"/>
          <w:smallCaps w:val="0"/>
          <w:strike w:val="0"/>
          <w:sz w:val="22"/>
          <w:u w:val="single"/>
        </w:rPr>
        <w:t>,000 permits for U.S. immigrants with H-1B visas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Last year, the UK created a new High </w:t>
      </w:r>
      <w:r>
        <w:rPr>
          <w:b w:val="0"/>
          <w:i w:val="0"/>
          <w:smallCaps w:val="0"/>
          <w:strike w:val="0"/>
          <w:sz w:val="22"/>
          <w:u w:val="single"/>
        </w:rPr>
        <w:t>Potential Individual visa for graduates of top universities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(many of them American), offering a decision on your application in two months or less.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Although </w:t>
      </w:r>
      <w:r>
        <w:rPr>
          <w:b/>
          <w:i w:val="0"/>
          <w:smallCaps w:val="0"/>
          <w:strike w:val="0"/>
          <w:sz w:val="22"/>
          <w:u w:val="single"/>
        </w:rPr>
        <w:t>America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still boasts the world’s top </w:t>
      </w:r>
      <w:r>
        <w:rPr>
          <w:b/>
          <w:i w:val="0"/>
          <w:smallCaps w:val="0"/>
          <w:strike w:val="0"/>
          <w:sz w:val="22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talent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China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racing to close the gap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Beijing doubled 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funding for </w:t>
      </w:r>
      <w:r>
        <w:rPr>
          <w:b/>
          <w:i w:val="0"/>
          <w:smallCaps w:val="0"/>
          <w:strike w:val="0"/>
          <w:sz w:val="22"/>
          <w:u w:val="single"/>
        </w:rPr>
        <w:t>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education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last decade, and some provinces now require 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elementary and middle schools to study </w:t>
      </w:r>
      <w:r>
        <w:rPr>
          <w:b/>
          <w:i w:val="0"/>
          <w:smallCaps w:val="0"/>
          <w:strike w:val="0"/>
          <w:sz w:val="22"/>
          <w:u w:val="single"/>
        </w:rPr>
        <w:t>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China already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graduates more </w:t>
      </w:r>
      <w:r>
        <w:rPr>
          <w:b/>
          <w:i w:val="0"/>
          <w:smallCaps w:val="0"/>
          <w:strike w:val="0"/>
          <w:sz w:val="22"/>
          <w:u w:val="single"/>
        </w:rPr>
        <w:t>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doctoral students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than the United States each year, and is projected to double the </w:t>
      </w:r>
      <w:r>
        <w:rPr>
          <w:b w:val="0"/>
          <w:i w:val="0"/>
          <w:smallCaps w:val="0"/>
          <w:strike w:val="0"/>
          <w:sz w:val="22"/>
          <w:u w:val="single"/>
        </w:rPr>
        <w:t>number of annual 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graduates by </w:t>
      </w:r>
      <w:r>
        <w:rPr>
          <w:b/>
          <w:i w:val="0"/>
          <w:smallCaps w:val="0"/>
          <w:strike w:val="0"/>
          <w:sz w:val="22"/>
          <w:u w:val="single"/>
        </w:rPr>
        <w:t>2025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High-skilled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immigration reform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remains the </w:t>
      </w:r>
      <w:r>
        <w:rPr>
          <w:b w:val="0"/>
          <w:i w:val="0"/>
          <w:smallCaps w:val="0"/>
          <w:strike w:val="0"/>
          <w:sz w:val="22"/>
          <w:u w:val="single"/>
        </w:rPr>
        <w:t>single best card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American can play to </w:t>
      </w:r>
      <w:r>
        <w:rPr>
          <w:b w:val="0"/>
          <w:i w:val="0"/>
          <w:smallCaps w:val="0"/>
          <w:strike w:val="0"/>
          <w:sz w:val="22"/>
          <w:u w:val="single"/>
        </w:rPr>
        <w:t>secure its technology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leadership. It not only draws the best minds into U.S. classrooms, labs, and fabs; it also deprives competitors of top talent. Chinese and Indian nationals are almost half of </w:t>
      </w:r>
      <w:r>
        <w:rPr>
          <w:b w:val="0"/>
          <w:i w:val="0"/>
          <w:smallCaps w:val="0"/>
          <w:strike w:val="0"/>
          <w:sz w:val="22"/>
          <w:u w:val="single"/>
        </w:rPr>
        <w:t>all our STEM PhD graduates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with the overwhelming majority </w:t>
      </w:r>
      <w:r>
        <w:rPr>
          <w:b w:val="0"/>
          <w:i w:val="0"/>
          <w:smallCaps w:val="0"/>
          <w:strike w:val="0"/>
          <w:sz w:val="22"/>
          <w:u w:val="single"/>
        </w:rPr>
        <w:t>choosing to stay in the country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upon graduation.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America should let them. Two recent policies suggest the </w:t>
      </w:r>
      <w:r>
        <w:rPr>
          <w:b w:val="0"/>
          <w:i w:val="0"/>
          <w:smallCaps w:val="0"/>
          <w:strike w:val="0"/>
          <w:sz w:val="22"/>
          <w:u w:val="single"/>
        </w:rPr>
        <w:t>Biden administration recognizes the vital importance of high-skilled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workers to </w:t>
      </w:r>
      <w:r>
        <w:rPr>
          <w:b/>
          <w:i w:val="0"/>
          <w:smallCaps w:val="0"/>
          <w:strike w:val="0"/>
          <w:sz w:val="22"/>
          <w:u w:val="single"/>
        </w:rPr>
        <w:t>U.S. tech leadership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On October 23, the </w:t>
      </w:r>
      <w:r>
        <w:rPr>
          <w:b/>
          <w:i w:val="0"/>
          <w:smallCaps w:val="0"/>
          <w:strike w:val="0"/>
          <w:sz w:val="22"/>
          <w:u w:val="single"/>
        </w:rPr>
        <w:t>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epartment of </w:t>
      </w:r>
      <w:r>
        <w:rPr>
          <w:b/>
          <w:i w:val="0"/>
          <w:smallCaps w:val="0"/>
          <w:strike w:val="0"/>
          <w:sz w:val="22"/>
          <w:u w:val="single"/>
        </w:rPr>
        <w:t>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omeland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ecurity announced steps to modernize </w:t>
      </w:r>
      <w:r>
        <w:rPr>
          <w:b w:val="0"/>
          <w:i w:val="0"/>
          <w:smallCaps w:val="0"/>
          <w:strike w:val="0"/>
          <w:sz w:val="22"/>
          <w:u w:val="single"/>
        </w:rPr>
        <w:t>the H-1B visa program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high-skilled workers. A week later, President Biden’s sweeping </w:t>
      </w:r>
      <w:r>
        <w:rPr>
          <w:b w:val="0"/>
          <w:i w:val="0"/>
          <w:smallCaps w:val="0"/>
          <w:strike w:val="0"/>
          <w:sz w:val="22"/>
          <w:u w:val="single"/>
        </w:rPr>
        <w:t>Executive Order on AI sought to streamline visa appointments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applications for immigrants who plan </w:t>
      </w:r>
      <w:r>
        <w:rPr>
          <w:b w:val="0"/>
          <w:i w:val="0"/>
          <w:smallCaps w:val="0"/>
          <w:strike w:val="0"/>
          <w:sz w:val="22"/>
          <w:u w:val="single"/>
        </w:rPr>
        <w:t>to work in tech</w:t>
      </w:r>
      <w:r>
        <w:rPr>
          <w:b w:val="0"/>
          <w:i w:val="0"/>
          <w:smallCaps w:val="0"/>
          <w:strike w:val="0"/>
          <w:sz w:val="16"/>
          <w:u w:val="none"/>
        </w:rPr>
        <w:t>, among many other actions. Both steps reflect the administration’s attempt to make the most of a broken immigration system.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in the end,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only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Congress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can fix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members </w:t>
      </w:r>
      <w:r>
        <w:rPr>
          <w:b w:val="0"/>
          <w:i w:val="0"/>
          <w:smallCaps w:val="0"/>
          <w:strike w:val="0"/>
          <w:sz w:val="22"/>
          <w:u w:val="single"/>
        </w:rPr>
        <w:t>consider border policies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part of the funding package for Ukraine, Israel, and Gaza,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they should </w:t>
      </w:r>
      <w:r>
        <w:rPr>
          <w:b w:val="0"/>
          <w:i w:val="0"/>
          <w:smallCaps w:val="0"/>
          <w:strike w:val="0"/>
          <w:sz w:val="22"/>
          <w:u w:val="single"/>
        </w:rPr>
        <w:t>consider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 provision from the COMPETES Act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exempt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immigrants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 STEM PhDs from yearly green card caps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Beyond this, Congress could significantly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raise the cap 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H-1B visas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STEM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workers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fund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federal immigration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agents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clear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visa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backlog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do away with per-country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visa quotas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entirely</w:t>
      </w:r>
      <w:r>
        <w:rPr>
          <w:b w:val="0"/>
          <w:i w:val="0"/>
          <w:smallCaps w:val="0"/>
          <w:strike w:val="0"/>
          <w:sz w:val="16"/>
          <w:u w:val="none"/>
        </w:rPr>
        <w:t>. Longer term, Congress should expand our domestic tech talent with reforms to make STEM pathways more available, appealing, and aligned with workforce trends.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