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Carbon Capture is key to reducing carbon dioxide levels and meeting climate targets---Independently, it solves growth!  </w:t>
      </w:r>
    </w:p>
    <w:p>
      <w:pPr>
        <w:spacing w:after="80"/>
      </w:pPr>
      <w:r>
        <w:rPr>
          <w:b/>
          <w:i w:val="0"/>
          <w:smallCaps w:val="0"/>
          <w:strike w:val="0"/>
          <w:sz w:val="26"/>
          <w:u w:val="none"/>
        </w:rPr>
        <w:t xml:space="preserve">Franklin ’3-13 </w:t>
      </w:r>
      <w:r>
        <w:rPr>
          <w:b w:val="0"/>
          <w:i w:val="0"/>
          <w:smallCaps w:val="0"/>
          <w:strike w:val="0"/>
          <w:u w:val="none"/>
        </w:rPr>
        <w:t>[Josh; 3-13-24; opinion writer; The San Diego Union Tribune, “Opinion: Carbon capture research offers hope for progress in climate emergency,” https://www.sandiegouniontribune.com/opinion/commentary/story/2024-03-13/carbon-capture-research-climate-emergency-ucsd-usd]</w:t>
      </w:r>
    </w:p>
    <w:p>
      <w:pPr>
        <w:spacing w:after="60"/>
      </w:pPr>
      <w:r>
        <w:rPr>
          <w:b w:val="0"/>
          <w:i w:val="0"/>
          <w:smallCaps w:val="0"/>
          <w:strike w:val="0"/>
          <w:u w:val="none"/>
        </w:rPr>
        <w:t>https://www.sandiegouniontribune.com/opinion/commentary/story/2024-03-13/carbon-capture-research-climate-emergency-ucsd-usd</w:t>
      </w:r>
    </w:p>
    <w:p>
      <w:pPr>
        <w:spacing w:after="60"/>
      </w:pPr>
      <w:r>
        <w:rPr>
          <w:b w:val="0"/>
          <w:i w:val="0"/>
          <w:smallCaps w:val="0"/>
          <w:strike w:val="0"/>
          <w:sz w:val="16"/>
          <w:u w:val="none"/>
        </w:rPr>
        <w:t xml:space="preserve">As someone deeply concerned about the state of our planet and the urgent need to address climate change, I’ve been closely following the development of carbon capture technologies. For me, this mission is deeply personal. Growing up in Jamaica, I witnessed firsthand how </w:t>
      </w:r>
      <w:r>
        <w:rPr>
          <w:b w:val="0"/>
          <w:i w:val="0"/>
          <w:smallCaps w:val="0"/>
          <w:strike w:val="0"/>
          <w:sz w:val="22"/>
          <w:u w:val="single"/>
        </w:rPr>
        <w:t xml:space="preserve">the </w:t>
      </w:r>
      <w:r>
        <w:rPr>
          <w:b/>
          <w:i w:val="0"/>
          <w:smallCaps w:val="0"/>
          <w:strike w:val="0"/>
          <w:sz w:val="22"/>
          <w:u w:val="single"/>
        </w:rPr>
        <w:t>abundance</w:t>
      </w:r>
      <w:r>
        <w:rPr>
          <w:b w:val="0"/>
          <w:i w:val="0"/>
          <w:smallCaps w:val="0"/>
          <w:strike w:val="0"/>
          <w:sz w:val="22"/>
          <w:u w:val="single"/>
        </w:rPr>
        <w:t xml:space="preserve"> of wind and </w:t>
      </w:r>
      <w:r>
        <w:rPr>
          <w:b/>
          <w:i w:val="0"/>
          <w:smallCaps w:val="0"/>
          <w:strike w:val="0"/>
          <w:sz w:val="22"/>
          <w:u w:val="single"/>
        </w:rPr>
        <w:t>solar resources</w:t>
      </w:r>
      <w:r>
        <w:rPr>
          <w:b w:val="0"/>
          <w:i w:val="0"/>
          <w:smallCaps w:val="0"/>
          <w:strike w:val="0"/>
          <w:sz w:val="22"/>
          <w:u w:val="single"/>
        </w:rPr>
        <w:t xml:space="preserve"> remained largely underutilized for </w:t>
      </w:r>
      <w:r>
        <w:rPr>
          <w:b/>
          <w:i w:val="0"/>
          <w:smallCaps w:val="0"/>
          <w:strike w:val="0"/>
          <w:sz w:val="22"/>
          <w:u w:val="single"/>
        </w:rPr>
        <w:t>renewable energy</w:t>
      </w:r>
      <w:r>
        <w:rPr>
          <w:b w:val="0"/>
          <w:i w:val="0"/>
          <w:smallCaps w:val="0"/>
          <w:strike w:val="0"/>
          <w:sz w:val="22"/>
          <w:u w:val="single"/>
        </w:rPr>
        <w:t xml:space="preserve"> generation</w:t>
      </w:r>
      <w:r>
        <w:rPr>
          <w:b w:val="0"/>
          <w:i w:val="0"/>
          <w:smallCaps w:val="0"/>
          <w:strike w:val="0"/>
          <w:sz w:val="16"/>
          <w:u w:val="none"/>
        </w:rPr>
        <w:t xml:space="preserve"> and the impact that climate change has had on beach erosion and sea level rise. These impacts are similar to what we are seeing here in the San Diego region where coastal landslides and cliff collapses threaten beach recreational activities and the rail corridor from San Diego to Los Angeles.</w:t>
      </w:r>
    </w:p>
    <w:p>
      <w:pPr>
        <w:spacing w:after="60"/>
      </w:pPr>
      <w:r>
        <w:rPr>
          <w:b w:val="0"/>
          <w:i w:val="0"/>
          <w:smallCaps w:val="0"/>
          <w:strike w:val="0"/>
          <w:sz w:val="22"/>
          <w:highlight w:val="cyan"/>
          <w:u w:val="single"/>
        </w:rPr>
        <w:t>To meet</w:t>
      </w:r>
      <w:r>
        <w:rPr>
          <w:b w:val="0"/>
          <w:i w:val="0"/>
          <w:smallCaps w:val="0"/>
          <w:strike w:val="0"/>
          <w:sz w:val="22"/>
          <w:u w:val="single"/>
        </w:rPr>
        <w:t xml:space="preserve"> the </w:t>
      </w:r>
      <w:r>
        <w:rPr>
          <w:b/>
          <w:i w:val="0"/>
          <w:smallCaps w:val="0"/>
          <w:strike w:val="0"/>
          <w:sz w:val="22"/>
          <w:u w:val="single"/>
        </w:rPr>
        <w:t>consensus</w:t>
      </w:r>
      <w:r>
        <w:rPr>
          <w:b w:val="0"/>
          <w:i w:val="0"/>
          <w:smallCaps w:val="0"/>
          <w:strike w:val="0"/>
          <w:sz w:val="22"/>
          <w:u w:val="single"/>
        </w:rPr>
        <w:t xml:space="preserve"> </w:t>
      </w:r>
      <w:r>
        <w:rPr>
          <w:b w:val="0"/>
          <w:i w:val="0"/>
          <w:smallCaps w:val="0"/>
          <w:strike w:val="0"/>
          <w:sz w:val="22"/>
          <w:highlight w:val="cyan"/>
          <w:u w:val="single"/>
        </w:rPr>
        <w:t>climate targets</w:t>
      </w:r>
      <w:r>
        <w:rPr>
          <w:b w:val="0"/>
          <w:i w:val="0"/>
          <w:smallCaps w:val="0"/>
          <w:strike w:val="0"/>
          <w:sz w:val="22"/>
          <w:u w:val="single"/>
        </w:rPr>
        <w:t xml:space="preserve"> </w:t>
      </w:r>
      <w:r>
        <w:rPr>
          <w:b w:val="0"/>
          <w:i w:val="0"/>
          <w:smallCaps w:val="0"/>
          <w:strike w:val="0"/>
          <w:sz w:val="22"/>
          <w:highlight w:val="cyan"/>
          <w:u w:val="single"/>
        </w:rPr>
        <w:t>established by</w:t>
      </w:r>
      <w:r>
        <w:rPr>
          <w:b w:val="0"/>
          <w:i w:val="0"/>
          <w:smallCaps w:val="0"/>
          <w:strike w:val="0"/>
          <w:sz w:val="22"/>
          <w:u w:val="single"/>
        </w:rPr>
        <w:t xml:space="preserve"> the </w:t>
      </w:r>
      <w:r>
        <w:rPr>
          <w:b/>
          <w:i w:val="0"/>
          <w:smallCaps w:val="0"/>
          <w:strike w:val="0"/>
          <w:sz w:val="22"/>
          <w:highlight w:val="cyan"/>
          <w:u w:val="single"/>
        </w:rPr>
        <w:t>I</w:t>
      </w:r>
      <w:r>
        <w:rPr>
          <w:b/>
          <w:i w:val="0"/>
          <w:smallCaps w:val="0"/>
          <w:strike w:val="0"/>
          <w:sz w:val="22"/>
          <w:u w:val="single"/>
        </w:rPr>
        <w:t xml:space="preserve">ntergovernmental </w:t>
      </w:r>
      <w:r>
        <w:rPr>
          <w:b/>
          <w:i w:val="0"/>
          <w:smallCaps w:val="0"/>
          <w:strike w:val="0"/>
          <w:sz w:val="22"/>
          <w:highlight w:val="cyan"/>
          <w:u w:val="single"/>
        </w:rPr>
        <w:t>P</w:t>
      </w:r>
      <w:r>
        <w:rPr>
          <w:b/>
          <w:i w:val="0"/>
          <w:smallCaps w:val="0"/>
          <w:strike w:val="0"/>
          <w:sz w:val="22"/>
          <w:u w:val="single"/>
        </w:rPr>
        <w:t xml:space="preserve">anel on </w:t>
      </w:r>
      <w:r>
        <w:rPr>
          <w:b/>
          <w:i w:val="0"/>
          <w:smallCaps w:val="0"/>
          <w:strike w:val="0"/>
          <w:sz w:val="22"/>
          <w:highlight w:val="cyan"/>
          <w:u w:val="single"/>
        </w:rPr>
        <w:t>C</w:t>
      </w:r>
      <w:r>
        <w:rPr>
          <w:b/>
          <w:i w:val="0"/>
          <w:smallCaps w:val="0"/>
          <w:strike w:val="0"/>
          <w:sz w:val="22"/>
          <w:u w:val="single"/>
        </w:rPr>
        <w:t xml:space="preserve">limate </w:t>
      </w:r>
      <w:r>
        <w:rPr>
          <w:b/>
          <w:i w:val="0"/>
          <w:smallCaps w:val="0"/>
          <w:strike w:val="0"/>
          <w:sz w:val="22"/>
          <w:highlight w:val="cyan"/>
          <w:u w:val="single"/>
        </w:rPr>
        <w:t>C</w:t>
      </w:r>
      <w:r>
        <w:rPr>
          <w:b/>
          <w:i w:val="0"/>
          <w:smallCaps w:val="0"/>
          <w:strike w:val="0"/>
          <w:sz w:val="22"/>
          <w:u w:val="single"/>
        </w:rPr>
        <w:t>hange</w:t>
      </w:r>
      <w:r>
        <w:rPr>
          <w:b w:val="0"/>
          <w:i w:val="0"/>
          <w:smallCaps w:val="0"/>
          <w:strike w:val="0"/>
          <w:sz w:val="22"/>
          <w:u w:val="single"/>
        </w:rPr>
        <w:t xml:space="preserve"> and others </w:t>
      </w:r>
      <w:r>
        <w:rPr>
          <w:b/>
          <w:i w:val="0"/>
          <w:smallCaps w:val="0"/>
          <w:strike w:val="0"/>
          <w:sz w:val="22"/>
          <w:u w:val="single"/>
        </w:rPr>
        <w:t>climate organizations</w:t>
      </w:r>
      <w:r>
        <w:rPr>
          <w:b w:val="0"/>
          <w:i w:val="0"/>
          <w:smallCaps w:val="0"/>
          <w:strike w:val="0"/>
          <w:sz w:val="22"/>
          <w:u w:val="single"/>
        </w:rPr>
        <w:t xml:space="preserve">, the </w:t>
      </w:r>
      <w:r>
        <w:rPr>
          <w:b/>
          <w:i w:val="0"/>
          <w:smallCaps w:val="0"/>
          <w:strike w:val="0"/>
          <w:sz w:val="22"/>
          <w:highlight w:val="cyan"/>
          <w:u w:val="single"/>
        </w:rPr>
        <w:t>rec</w:t>
      </w:r>
      <w:r>
        <w:rPr>
          <w:b/>
          <w:i w:val="0"/>
          <w:smallCaps w:val="0"/>
          <w:strike w:val="0"/>
          <w:sz w:val="22"/>
          <w:u w:val="single"/>
        </w:rPr>
        <w:t>ommendation</w:t>
      </w:r>
      <w:r>
        <w:rPr>
          <w:b w:val="0"/>
          <w:i w:val="0"/>
          <w:smallCaps w:val="0"/>
          <w:strike w:val="0"/>
          <w:sz w:val="22"/>
          <w:u w:val="single"/>
        </w:rPr>
        <w:t xml:space="preserve"> </w:t>
      </w:r>
      <w:r>
        <w:rPr>
          <w:b w:val="0"/>
          <w:i w:val="0"/>
          <w:smallCaps w:val="0"/>
          <w:strike w:val="0"/>
          <w:sz w:val="22"/>
          <w:highlight w:val="cyan"/>
          <w:u w:val="single"/>
        </w:rPr>
        <w:t>is to reduce</w:t>
      </w:r>
      <w:r>
        <w:rPr>
          <w:b w:val="0"/>
          <w:i w:val="0"/>
          <w:smallCaps w:val="0"/>
          <w:strike w:val="0"/>
          <w:sz w:val="22"/>
          <w:u w:val="single"/>
        </w:rPr>
        <w:t xml:space="preserve"> </w:t>
      </w:r>
      <w:r>
        <w:rPr>
          <w:b/>
          <w:i w:val="0"/>
          <w:smallCaps w:val="0"/>
          <w:strike w:val="0"/>
          <w:sz w:val="22"/>
          <w:highlight w:val="cyan"/>
          <w:u w:val="single"/>
        </w:rPr>
        <w:t>carbon dioxide</w:t>
      </w:r>
      <w:r>
        <w:rPr>
          <w:b w:val="0"/>
          <w:i w:val="0"/>
          <w:smallCaps w:val="0"/>
          <w:strike w:val="0"/>
          <w:sz w:val="22"/>
          <w:u w:val="single"/>
        </w:rPr>
        <w:t xml:space="preserve"> concentration levels in the atmosphere back to </w:t>
      </w:r>
      <w:r>
        <w:rPr>
          <w:b/>
          <w:i w:val="0"/>
          <w:smallCaps w:val="0"/>
          <w:strike w:val="0"/>
          <w:sz w:val="22"/>
          <w:u w:val="single"/>
        </w:rPr>
        <w:t>pre-industrial levels</w:t>
      </w:r>
      <w:r>
        <w:rPr>
          <w:b w:val="0"/>
          <w:i w:val="0"/>
          <w:smallCaps w:val="0"/>
          <w:strike w:val="0"/>
          <w:sz w:val="22"/>
          <w:u w:val="single"/>
        </w:rPr>
        <w:t xml:space="preserve">. The only way to achieve this </w:t>
      </w:r>
      <w:r>
        <w:rPr>
          <w:b/>
          <w:i w:val="0"/>
          <w:smallCaps w:val="0"/>
          <w:strike w:val="0"/>
          <w:sz w:val="22"/>
          <w:u w:val="single"/>
        </w:rPr>
        <w:t>monumental</w:t>
      </w:r>
      <w:r>
        <w:rPr>
          <w:b w:val="0"/>
          <w:i w:val="0"/>
          <w:smallCaps w:val="0"/>
          <w:strike w:val="0"/>
          <w:sz w:val="22"/>
          <w:u w:val="single"/>
        </w:rPr>
        <w:t xml:space="preserve"> task is </w:t>
      </w:r>
      <w:r>
        <w:rPr>
          <w:b w:val="0"/>
          <w:i w:val="0"/>
          <w:smallCaps w:val="0"/>
          <w:strike w:val="0"/>
          <w:sz w:val="22"/>
          <w:highlight w:val="cyan"/>
          <w:u w:val="single"/>
        </w:rPr>
        <w:t xml:space="preserve">through </w:t>
      </w:r>
      <w:r>
        <w:rPr>
          <w:b/>
          <w:i w:val="0"/>
          <w:smallCaps w:val="0"/>
          <w:strike w:val="0"/>
          <w:sz w:val="22"/>
          <w:u w:val="single"/>
        </w:rPr>
        <w:t>decarbonation</w:t>
      </w:r>
      <w:r>
        <w:rPr>
          <w:b w:val="0"/>
          <w:i w:val="0"/>
          <w:smallCaps w:val="0"/>
          <w:strike w:val="0"/>
          <w:sz w:val="22"/>
          <w:u w:val="single"/>
        </w:rPr>
        <w:t xml:space="preserve"> and large </w:t>
      </w:r>
      <w:r>
        <w:rPr>
          <w:b/>
          <w:i w:val="0"/>
          <w:smallCaps w:val="0"/>
          <w:strike w:val="0"/>
          <w:sz w:val="22"/>
          <w:u w:val="single"/>
        </w:rPr>
        <w:t>investments</w:t>
      </w:r>
      <w:r>
        <w:rPr>
          <w:b w:val="0"/>
          <w:i w:val="0"/>
          <w:smallCaps w:val="0"/>
          <w:strike w:val="0"/>
          <w:sz w:val="22"/>
          <w:u w:val="single"/>
        </w:rPr>
        <w:t xml:space="preserve"> in </w:t>
      </w:r>
      <w:r>
        <w:rPr>
          <w:b w:val="0"/>
          <w:i w:val="0"/>
          <w:smallCaps w:val="0"/>
          <w:strike w:val="0"/>
          <w:sz w:val="22"/>
          <w:highlight w:val="cyan"/>
          <w:u w:val="single"/>
        </w:rPr>
        <w:t>direct air capture</w:t>
      </w:r>
      <w:r>
        <w:rPr>
          <w:b w:val="0"/>
          <w:i w:val="0"/>
          <w:smallCaps w:val="0"/>
          <w:strike w:val="0"/>
          <w:sz w:val="16"/>
          <w:highlight w:val="cyan"/>
          <w:u w:val="none"/>
        </w:rPr>
        <w:t>.</w:t>
      </w:r>
    </w:p>
    <w:p>
      <w:pPr>
        <w:spacing w:after="60"/>
      </w:pPr>
      <w:r>
        <w:rPr>
          <w:b w:val="0"/>
          <w:i w:val="0"/>
          <w:smallCaps w:val="0"/>
          <w:strike w:val="0"/>
          <w:sz w:val="16"/>
          <w:u w:val="none"/>
        </w:rPr>
        <w:t xml:space="preserve">At its core, </w:t>
      </w:r>
      <w:r>
        <w:rPr>
          <w:b w:val="0"/>
          <w:i w:val="0"/>
          <w:smallCaps w:val="0"/>
          <w:strike w:val="0"/>
          <w:sz w:val="22"/>
          <w:highlight w:val="cyan"/>
          <w:u w:val="single"/>
        </w:rPr>
        <w:t xml:space="preserve">direct air </w:t>
      </w:r>
      <w:r>
        <w:rPr>
          <w:b/>
          <w:i w:val="0"/>
          <w:smallCaps w:val="0"/>
          <w:strike w:val="0"/>
          <w:sz w:val="22"/>
          <w:highlight w:val="cyan"/>
          <w:u w:val="single"/>
        </w:rPr>
        <w:t>capture</w:t>
      </w:r>
      <w:r>
        <w:rPr>
          <w:b w:val="0"/>
          <w:i w:val="0"/>
          <w:smallCaps w:val="0"/>
          <w:strike w:val="0"/>
          <w:sz w:val="22"/>
          <w:u w:val="single"/>
        </w:rPr>
        <w:t xml:space="preserve"> </w:t>
      </w:r>
      <w:r>
        <w:rPr>
          <w:b/>
          <w:i w:val="0"/>
          <w:smallCaps w:val="0"/>
          <w:strike w:val="0"/>
          <w:sz w:val="22"/>
          <w:highlight w:val="cyan"/>
          <w:u w:val="single"/>
        </w:rPr>
        <w:t>tech</w:t>
      </w:r>
      <w:r>
        <w:rPr>
          <w:b/>
          <w:i w:val="0"/>
          <w:smallCaps w:val="0"/>
          <w:strike w:val="0"/>
          <w:sz w:val="22"/>
          <w:u w:val="single"/>
        </w:rPr>
        <w:t>nologies</w:t>
      </w:r>
      <w:r>
        <w:rPr>
          <w:b w:val="0"/>
          <w:i w:val="0"/>
          <w:smallCaps w:val="0"/>
          <w:strike w:val="0"/>
          <w:sz w:val="22"/>
          <w:u w:val="single"/>
        </w:rPr>
        <w:t xml:space="preserve"> aim to </w:t>
      </w:r>
      <w:r>
        <w:rPr>
          <w:b w:val="0"/>
          <w:i w:val="0"/>
          <w:smallCaps w:val="0"/>
          <w:strike w:val="0"/>
          <w:sz w:val="22"/>
          <w:highlight w:val="cyan"/>
          <w:u w:val="single"/>
        </w:rPr>
        <w:t xml:space="preserve">remove </w:t>
      </w:r>
      <w:r>
        <w:rPr>
          <w:b/>
          <w:i w:val="0"/>
          <w:smallCaps w:val="0"/>
          <w:strike w:val="0"/>
          <w:sz w:val="22"/>
          <w:highlight w:val="cyan"/>
          <w:u w:val="single"/>
        </w:rPr>
        <w:t>carbon dioxide</w:t>
      </w:r>
      <w:r>
        <w:rPr>
          <w:b w:val="0"/>
          <w:i w:val="0"/>
          <w:smallCaps w:val="0"/>
          <w:strike w:val="0"/>
          <w:sz w:val="22"/>
          <w:u w:val="single"/>
        </w:rPr>
        <w:t xml:space="preserve"> directly from the </w:t>
      </w:r>
      <w:r>
        <w:rPr>
          <w:b/>
          <w:i w:val="0"/>
          <w:smallCaps w:val="0"/>
          <w:strike w:val="0"/>
          <w:sz w:val="22"/>
          <w:u w:val="single"/>
        </w:rPr>
        <w:t>atmosphere</w:t>
      </w:r>
      <w:r>
        <w:rPr>
          <w:b w:val="0"/>
          <w:i w:val="0"/>
          <w:smallCaps w:val="0"/>
          <w:strike w:val="0"/>
          <w:sz w:val="22"/>
          <w:u w:val="single"/>
        </w:rPr>
        <w:t xml:space="preserve">, </w:t>
      </w:r>
      <w:r>
        <w:rPr>
          <w:b w:val="0"/>
          <w:i w:val="0"/>
          <w:smallCaps w:val="0"/>
          <w:strike w:val="0"/>
          <w:sz w:val="22"/>
          <w:highlight w:val="cyan"/>
          <w:u w:val="single"/>
        </w:rPr>
        <w:t>offering</w:t>
      </w:r>
      <w:r>
        <w:rPr>
          <w:b w:val="0"/>
          <w:i w:val="0"/>
          <w:smallCaps w:val="0"/>
          <w:strike w:val="0"/>
          <w:sz w:val="22"/>
          <w:u w:val="single"/>
        </w:rPr>
        <w:t xml:space="preserve"> a p</w:t>
      </w:r>
      <w:r>
        <w:rPr>
          <w:b w:val="0"/>
          <w:i w:val="0"/>
          <w:smallCaps w:val="0"/>
          <w:strike w:val="0"/>
          <w:sz w:val="22"/>
          <w:highlight w:val="cyan"/>
          <w:u w:val="single"/>
        </w:rPr>
        <w:t xml:space="preserve">romising </w:t>
      </w:r>
      <w:r>
        <w:rPr>
          <w:b/>
          <w:i w:val="0"/>
          <w:smallCaps w:val="0"/>
          <w:strike w:val="0"/>
          <w:sz w:val="22"/>
          <w:highlight w:val="cyan"/>
          <w:u w:val="single"/>
        </w:rPr>
        <w:t>solution</w:t>
      </w:r>
      <w:r>
        <w:rPr>
          <w:b w:val="0"/>
          <w:i w:val="0"/>
          <w:smallCaps w:val="0"/>
          <w:strike w:val="0"/>
          <w:sz w:val="22"/>
          <w:highlight w:val="cyan"/>
          <w:u w:val="single"/>
        </w:rPr>
        <w:t xml:space="preserve"> to combat </w:t>
      </w:r>
      <w:r>
        <w:rPr>
          <w:b w:val="0"/>
          <w:i w:val="0"/>
          <w:smallCaps w:val="0"/>
          <w:strike w:val="0"/>
          <w:sz w:val="22"/>
          <w:u w:val="single"/>
        </w:rPr>
        <w:t xml:space="preserve">the rising levels of </w:t>
      </w:r>
      <w:r>
        <w:rPr>
          <w:b/>
          <w:i w:val="0"/>
          <w:smallCaps w:val="0"/>
          <w:strike w:val="0"/>
          <w:sz w:val="22"/>
          <w:highlight w:val="cyan"/>
          <w:u w:val="single"/>
        </w:rPr>
        <w:t>greenhouse gases</w:t>
      </w:r>
      <w:r>
        <w:rPr>
          <w:b w:val="0"/>
          <w:i w:val="0"/>
          <w:smallCaps w:val="0"/>
          <w:strike w:val="0"/>
          <w:sz w:val="22"/>
          <w:highlight w:val="cyan"/>
          <w:u w:val="single"/>
        </w:rPr>
        <w:t xml:space="preserve"> </w:t>
      </w:r>
      <w:r>
        <w:rPr>
          <w:b w:val="0"/>
          <w:i w:val="0"/>
          <w:smallCaps w:val="0"/>
          <w:strike w:val="0"/>
          <w:sz w:val="22"/>
          <w:u w:val="single"/>
        </w:rPr>
        <w:t>contributing to climate</w:t>
      </w:r>
      <w:r>
        <w:rPr>
          <w:b w:val="0"/>
          <w:i w:val="0"/>
          <w:smallCaps w:val="0"/>
          <w:strike w:val="0"/>
          <w:sz w:val="22"/>
          <w:u w:val="single"/>
        </w:rPr>
        <w:t xml:space="preserve"> change</w:t>
      </w:r>
      <w:r>
        <w:rPr>
          <w:b w:val="0"/>
          <w:i w:val="0"/>
          <w:smallCaps w:val="0"/>
          <w:strike w:val="0"/>
          <w:sz w:val="16"/>
          <w:u w:val="none"/>
        </w:rPr>
        <w:t xml:space="preserve">. </w:t>
      </w:r>
      <w:r>
        <w:rPr>
          <w:b w:val="0"/>
          <w:i w:val="0"/>
          <w:smallCaps w:val="0"/>
          <w:strike w:val="0"/>
          <w:sz w:val="22"/>
          <w:u w:val="single"/>
        </w:rPr>
        <w:t xml:space="preserve">While there have been significant </w:t>
      </w:r>
      <w:r>
        <w:rPr>
          <w:b/>
          <w:i w:val="0"/>
          <w:smallCaps w:val="0"/>
          <w:strike w:val="0"/>
          <w:sz w:val="22"/>
          <w:u w:val="single"/>
        </w:rPr>
        <w:t>investments</w:t>
      </w:r>
      <w:r>
        <w:rPr>
          <w:b w:val="0"/>
          <w:i w:val="0"/>
          <w:smallCaps w:val="0"/>
          <w:strike w:val="0"/>
          <w:sz w:val="22"/>
          <w:u w:val="single"/>
        </w:rPr>
        <w:t xml:space="preserve"> in direct air capture </w:t>
      </w:r>
      <w:r>
        <w:rPr>
          <w:b/>
          <w:i w:val="0"/>
          <w:smallCaps w:val="0"/>
          <w:strike w:val="0"/>
          <w:sz w:val="22"/>
          <w:u w:val="single"/>
        </w:rPr>
        <w:t>technologies</w:t>
      </w:r>
      <w:r>
        <w:rPr>
          <w:b w:val="0"/>
          <w:i w:val="0"/>
          <w:smallCaps w:val="0"/>
          <w:strike w:val="0"/>
          <w:sz w:val="22"/>
          <w:u w:val="single"/>
        </w:rPr>
        <w:t xml:space="preserve">, many of the current </w:t>
      </w:r>
      <w:r>
        <w:rPr>
          <w:b/>
          <w:i w:val="0"/>
          <w:smallCaps w:val="0"/>
          <w:strike w:val="0"/>
          <w:sz w:val="22"/>
          <w:u w:val="single"/>
        </w:rPr>
        <w:t>approaches</w:t>
      </w:r>
      <w:r>
        <w:rPr>
          <w:b w:val="0"/>
          <w:i w:val="0"/>
          <w:smallCaps w:val="0"/>
          <w:strike w:val="0"/>
          <w:sz w:val="22"/>
          <w:u w:val="single"/>
        </w:rPr>
        <w:t xml:space="preserve"> remain </w:t>
      </w:r>
      <w:r>
        <w:rPr>
          <w:b/>
          <w:i w:val="0"/>
          <w:smallCaps w:val="0"/>
          <w:strike w:val="0"/>
          <w:sz w:val="22"/>
          <w:u w:val="single"/>
        </w:rPr>
        <w:t>expensive</w:t>
      </w:r>
      <w:r>
        <w:rPr>
          <w:b w:val="0"/>
          <w:i w:val="0"/>
          <w:smallCaps w:val="0"/>
          <w:strike w:val="0"/>
          <w:sz w:val="22"/>
          <w:u w:val="single"/>
        </w:rPr>
        <w:t xml:space="preserve"> due to their </w:t>
      </w:r>
      <w:r>
        <w:rPr>
          <w:b/>
          <w:i w:val="0"/>
          <w:smallCaps w:val="0"/>
          <w:strike w:val="0"/>
          <w:sz w:val="22"/>
          <w:u w:val="single"/>
        </w:rPr>
        <w:t>energy</w:t>
      </w:r>
      <w:r>
        <w:rPr>
          <w:b w:val="0"/>
          <w:i w:val="0"/>
          <w:smallCaps w:val="0"/>
          <w:strike w:val="0"/>
          <w:sz w:val="22"/>
          <w:u w:val="single"/>
        </w:rPr>
        <w:t xml:space="preserve"> intensity and the requirement for large support </w:t>
      </w:r>
      <w:r>
        <w:rPr>
          <w:b/>
          <w:i w:val="0"/>
          <w:smallCaps w:val="0"/>
          <w:strike w:val="0"/>
          <w:sz w:val="22"/>
          <w:u w:val="single"/>
        </w:rPr>
        <w:t>infrastructure</w:t>
      </w:r>
      <w:r>
        <w:rPr>
          <w:b w:val="0"/>
          <w:i w:val="0"/>
          <w:smallCaps w:val="0"/>
          <w:strike w:val="0"/>
          <w:sz w:val="16"/>
          <w:u w:val="none"/>
        </w:rPr>
        <w:t>. Nevertheless, the involvement of researchers from two top local universities, UC San Diego and the University of San Diego, should give confidence that direct air capture has the potential for meaningful environmental impact. As someone who has witnessed the effects of climate change firsthand, from extreme weather events to the loss of biodiversity, I believe the urgency to act has never been more evident.</w:t>
      </w:r>
    </w:p>
    <w:p>
      <w:pPr>
        <w:spacing w:after="60"/>
      </w:pPr>
      <w:r>
        <w:rPr>
          <w:b w:val="0"/>
          <w:i w:val="0"/>
          <w:smallCaps w:val="0"/>
          <w:strike w:val="0"/>
          <w:sz w:val="16"/>
          <w:u w:val="none"/>
        </w:rPr>
        <w:t xml:space="preserve">While efforts to transition to renewable energy and improve energy efficiency are crucial, the reality is that we’re still far from achieving the necessary atmospheric reductions to mitigate the worst impacts of climate change. </w:t>
      </w:r>
      <w:r>
        <w:rPr>
          <w:b/>
          <w:i w:val="0"/>
          <w:smallCaps w:val="0"/>
          <w:strike w:val="0"/>
          <w:sz w:val="22"/>
          <w:highlight w:val="cyan"/>
          <w:u w:val="single"/>
        </w:rPr>
        <w:t>Carbon capture</w:t>
      </w:r>
      <w:r>
        <w:rPr>
          <w:b w:val="0"/>
          <w:i w:val="0"/>
          <w:smallCaps w:val="0"/>
          <w:strike w:val="0"/>
          <w:sz w:val="22"/>
          <w:highlight w:val="cyan"/>
          <w:u w:val="single"/>
        </w:rPr>
        <w:t xml:space="preserve"> provide</w:t>
      </w:r>
      <w:r>
        <w:rPr>
          <w:b w:val="0"/>
          <w:i w:val="0"/>
          <w:smallCaps w:val="0"/>
          <w:strike w:val="0"/>
          <w:sz w:val="22"/>
          <w:u w:val="single"/>
        </w:rPr>
        <w:t xml:space="preserve">s a way to </w:t>
      </w:r>
      <w:r>
        <w:rPr>
          <w:b/>
          <w:i w:val="0"/>
          <w:smallCaps w:val="0"/>
          <w:strike w:val="0"/>
          <w:sz w:val="22"/>
          <w:u w:val="single"/>
        </w:rPr>
        <w:t>directly</w:t>
      </w:r>
      <w:r>
        <w:rPr>
          <w:b w:val="0"/>
          <w:i w:val="0"/>
          <w:smallCaps w:val="0"/>
          <w:strike w:val="0"/>
          <w:sz w:val="22"/>
          <w:u w:val="single"/>
        </w:rPr>
        <w:t xml:space="preserve"> address the </w:t>
      </w:r>
      <w:r>
        <w:rPr>
          <w:b/>
          <w:i w:val="0"/>
          <w:smallCaps w:val="0"/>
          <w:strike w:val="0"/>
          <w:sz w:val="22"/>
          <w:u w:val="single"/>
        </w:rPr>
        <w:t>emissions</w:t>
      </w:r>
      <w:r>
        <w:rPr>
          <w:b w:val="0"/>
          <w:i w:val="0"/>
          <w:smallCaps w:val="0"/>
          <w:strike w:val="0"/>
          <w:sz w:val="22"/>
          <w:u w:val="single"/>
        </w:rPr>
        <w:t xml:space="preserve"> that have already been released into the </w:t>
      </w:r>
      <w:r>
        <w:rPr>
          <w:b/>
          <w:i w:val="0"/>
          <w:smallCaps w:val="0"/>
          <w:strike w:val="0"/>
          <w:sz w:val="22"/>
          <w:u w:val="single"/>
        </w:rPr>
        <w:t>atmosphere</w:t>
      </w:r>
      <w:r>
        <w:rPr>
          <w:b w:val="0"/>
          <w:i w:val="0"/>
          <w:smallCaps w:val="0"/>
          <w:strike w:val="0"/>
          <w:sz w:val="22"/>
          <w:u w:val="single"/>
        </w:rPr>
        <w:t xml:space="preserve">, offering a </w:t>
      </w:r>
      <w:r>
        <w:rPr>
          <w:b/>
          <w:i w:val="0"/>
          <w:smallCaps w:val="0"/>
          <w:strike w:val="0"/>
          <w:sz w:val="22"/>
          <w:highlight w:val="cyan"/>
          <w:u w:val="single"/>
        </w:rPr>
        <w:t>much-needed</w:t>
      </w:r>
      <w:r>
        <w:rPr>
          <w:b w:val="0"/>
          <w:i w:val="0"/>
          <w:smallCaps w:val="0"/>
          <w:strike w:val="0"/>
          <w:sz w:val="22"/>
          <w:highlight w:val="cyan"/>
          <w:u w:val="single"/>
        </w:rPr>
        <w:t xml:space="preserve"> boost in our </w:t>
      </w:r>
      <w:r>
        <w:rPr>
          <w:b/>
          <w:i w:val="0"/>
          <w:smallCaps w:val="0"/>
          <w:strike w:val="0"/>
          <w:sz w:val="22"/>
          <w:highlight w:val="cyan"/>
          <w:u w:val="single"/>
        </w:rPr>
        <w:t>fight</w:t>
      </w:r>
      <w:r>
        <w:rPr>
          <w:b w:val="0"/>
          <w:i w:val="0"/>
          <w:smallCaps w:val="0"/>
          <w:strike w:val="0"/>
          <w:sz w:val="22"/>
          <w:u w:val="single"/>
        </w:rPr>
        <w:t xml:space="preserve"> against </w:t>
      </w:r>
      <w:r>
        <w:rPr>
          <w:b/>
          <w:i w:val="0"/>
          <w:smallCaps w:val="0"/>
          <w:strike w:val="0"/>
          <w:sz w:val="22"/>
          <w:u w:val="single"/>
        </w:rPr>
        <w:t>climate change.</w:t>
      </w:r>
    </w:p>
    <w:p>
      <w:pPr>
        <w:spacing w:after="60"/>
      </w:pPr>
      <w:r>
        <w:rPr>
          <w:b w:val="0"/>
          <w:i w:val="0"/>
          <w:smallCaps w:val="0"/>
          <w:strike w:val="0"/>
          <w:sz w:val="22"/>
          <w:u w:val="single"/>
        </w:rPr>
        <w:t xml:space="preserve">The </w:t>
      </w:r>
      <w:r>
        <w:rPr>
          <w:b w:val="0"/>
          <w:i w:val="0"/>
          <w:smallCaps w:val="0"/>
          <w:strike w:val="0"/>
          <w:sz w:val="22"/>
          <w:highlight w:val="cyan"/>
          <w:u w:val="single"/>
        </w:rPr>
        <w:t>advancement of</w:t>
      </w:r>
      <w:r>
        <w:rPr>
          <w:b w:val="0"/>
          <w:i w:val="0"/>
          <w:smallCaps w:val="0"/>
          <w:strike w:val="0"/>
          <w:sz w:val="22"/>
          <w:u w:val="single"/>
        </w:rPr>
        <w:t xml:space="preserve"> </w:t>
      </w:r>
      <w:r>
        <w:rPr>
          <w:b/>
          <w:i w:val="0"/>
          <w:smallCaps w:val="0"/>
          <w:strike w:val="0"/>
          <w:sz w:val="22"/>
          <w:u w:val="single"/>
        </w:rPr>
        <w:t xml:space="preserve">direct </w:t>
      </w:r>
      <w:r>
        <w:rPr>
          <w:b/>
          <w:i w:val="0"/>
          <w:smallCaps w:val="0"/>
          <w:strike w:val="0"/>
          <w:sz w:val="22"/>
          <w:highlight w:val="cyan"/>
          <w:u w:val="single"/>
        </w:rPr>
        <w:t>air capture</w:t>
      </w:r>
      <w:r>
        <w:rPr>
          <w:b w:val="0"/>
          <w:i w:val="0"/>
          <w:smallCaps w:val="0"/>
          <w:strike w:val="0"/>
          <w:sz w:val="22"/>
          <w:u w:val="single"/>
        </w:rPr>
        <w:t xml:space="preserve"> is not only a </w:t>
      </w:r>
      <w:r>
        <w:rPr>
          <w:b/>
          <w:i w:val="0"/>
          <w:smallCaps w:val="0"/>
          <w:strike w:val="0"/>
          <w:sz w:val="22"/>
          <w:u w:val="single"/>
        </w:rPr>
        <w:t>solution</w:t>
      </w:r>
      <w:r>
        <w:rPr>
          <w:b w:val="0"/>
          <w:i w:val="0"/>
          <w:smallCaps w:val="0"/>
          <w:strike w:val="0"/>
          <w:sz w:val="22"/>
          <w:u w:val="single"/>
        </w:rPr>
        <w:t xml:space="preserve"> to the imminent </w:t>
      </w:r>
      <w:r>
        <w:rPr>
          <w:b/>
          <w:i w:val="0"/>
          <w:smallCaps w:val="0"/>
          <w:strike w:val="0"/>
          <w:sz w:val="22"/>
          <w:u w:val="single"/>
        </w:rPr>
        <w:t>challenge</w:t>
      </w:r>
      <w:r>
        <w:rPr>
          <w:b w:val="0"/>
          <w:i w:val="0"/>
          <w:smallCaps w:val="0"/>
          <w:strike w:val="0"/>
          <w:sz w:val="22"/>
          <w:u w:val="single"/>
        </w:rPr>
        <w:t xml:space="preserve"> of increased concentrations of </w:t>
      </w:r>
      <w:r>
        <w:rPr>
          <w:b/>
          <w:i w:val="0"/>
          <w:smallCaps w:val="0"/>
          <w:strike w:val="0"/>
          <w:sz w:val="22"/>
          <w:u w:val="single"/>
        </w:rPr>
        <w:t>greenhouse gases</w:t>
      </w:r>
      <w:r>
        <w:rPr>
          <w:b w:val="0"/>
          <w:i w:val="0"/>
          <w:smallCaps w:val="0"/>
          <w:strike w:val="0"/>
          <w:sz w:val="22"/>
          <w:u w:val="single"/>
        </w:rPr>
        <w:t xml:space="preserve"> in the </w:t>
      </w:r>
      <w:r>
        <w:rPr>
          <w:b/>
          <w:i w:val="0"/>
          <w:smallCaps w:val="0"/>
          <w:strike w:val="0"/>
          <w:sz w:val="22"/>
          <w:u w:val="single"/>
        </w:rPr>
        <w:t>atmosphere</w:t>
      </w:r>
      <w:r>
        <w:rPr>
          <w:b w:val="0"/>
          <w:i w:val="0"/>
          <w:smallCaps w:val="0"/>
          <w:strike w:val="0"/>
          <w:sz w:val="22"/>
          <w:u w:val="single"/>
        </w:rPr>
        <w:t xml:space="preserve">, but it </w:t>
      </w:r>
      <w:r>
        <w:rPr>
          <w:b w:val="0"/>
          <w:i w:val="0"/>
          <w:smallCaps w:val="0"/>
          <w:strike w:val="0"/>
          <w:sz w:val="22"/>
          <w:highlight w:val="cyan"/>
          <w:u w:val="single"/>
        </w:rPr>
        <w:t xml:space="preserve">also offers </w:t>
      </w:r>
      <w:r>
        <w:rPr>
          <w:b/>
          <w:i w:val="0"/>
          <w:smallCaps w:val="0"/>
          <w:strike w:val="0"/>
          <w:sz w:val="22"/>
          <w:highlight w:val="cyan"/>
          <w:u w:val="single"/>
        </w:rPr>
        <w:t>economic</w:t>
      </w:r>
      <w:r>
        <w:rPr>
          <w:b/>
          <w:i w:val="0"/>
          <w:smallCaps w:val="0"/>
          <w:strike w:val="0"/>
          <w:sz w:val="22"/>
          <w:u w:val="single"/>
        </w:rPr>
        <w:t xml:space="preserve"> </w:t>
      </w:r>
      <w:r>
        <w:rPr>
          <w:b/>
          <w:i w:val="0"/>
          <w:smallCaps w:val="0"/>
          <w:strike w:val="0"/>
          <w:sz w:val="22"/>
          <w:highlight w:val="cyan"/>
          <w:u w:val="single"/>
        </w:rPr>
        <w:t>opportunities</w:t>
      </w:r>
      <w:r>
        <w:rPr>
          <w:b w:val="0"/>
          <w:i w:val="0"/>
          <w:smallCaps w:val="0"/>
          <w:strike w:val="0"/>
          <w:sz w:val="22"/>
          <w:u w:val="single"/>
        </w:rPr>
        <w:t xml:space="preserve">. </w:t>
      </w:r>
      <w:r>
        <w:rPr>
          <w:b/>
          <w:i w:val="0"/>
          <w:smallCaps w:val="0"/>
          <w:strike w:val="0"/>
          <w:sz w:val="22"/>
          <w:u w:val="single"/>
        </w:rPr>
        <w:t>Investment</w:t>
      </w:r>
      <w:r>
        <w:rPr>
          <w:b w:val="0"/>
          <w:i w:val="0"/>
          <w:smallCaps w:val="0"/>
          <w:strike w:val="0"/>
          <w:sz w:val="22"/>
          <w:u w:val="single"/>
        </w:rPr>
        <w:t xml:space="preserve"> in direct air capture </w:t>
      </w:r>
      <w:r>
        <w:rPr>
          <w:b/>
          <w:i w:val="0"/>
          <w:smallCaps w:val="0"/>
          <w:strike w:val="0"/>
          <w:sz w:val="22"/>
          <w:u w:val="single"/>
        </w:rPr>
        <w:t>technologies</w:t>
      </w:r>
      <w:r>
        <w:rPr>
          <w:b w:val="0"/>
          <w:i w:val="0"/>
          <w:smallCaps w:val="0"/>
          <w:strike w:val="0"/>
          <w:sz w:val="22"/>
          <w:u w:val="single"/>
        </w:rPr>
        <w:t xml:space="preserve"> can provide </w:t>
      </w:r>
      <w:r>
        <w:rPr>
          <w:b/>
          <w:i w:val="0"/>
          <w:smallCaps w:val="0"/>
          <w:strike w:val="0"/>
          <w:sz w:val="22"/>
          <w:u w:val="single"/>
        </w:rPr>
        <w:t>economic opportunities</w:t>
      </w:r>
      <w:r>
        <w:rPr>
          <w:b w:val="0"/>
          <w:i w:val="0"/>
          <w:smallCaps w:val="0"/>
          <w:strike w:val="0"/>
          <w:sz w:val="16"/>
          <w:u w:val="none"/>
        </w:rPr>
        <w:t xml:space="preserve"> in the sale of carbon dioxide removal and carbon markets become more standardized. </w:t>
      </w:r>
      <w:r>
        <w:rPr>
          <w:b w:val="0"/>
          <w:i w:val="0"/>
          <w:smallCaps w:val="0"/>
          <w:strike w:val="0"/>
          <w:sz w:val="22"/>
          <w:u w:val="single"/>
        </w:rPr>
        <w:t xml:space="preserve">Revenue </w:t>
      </w:r>
      <w:r>
        <w:rPr>
          <w:b/>
          <w:i w:val="0"/>
          <w:smallCaps w:val="0"/>
          <w:strike w:val="0"/>
          <w:sz w:val="22"/>
          <w:u w:val="single"/>
        </w:rPr>
        <w:t>streams</w:t>
      </w:r>
      <w:r>
        <w:rPr>
          <w:b w:val="0"/>
          <w:i w:val="0"/>
          <w:smallCaps w:val="0"/>
          <w:strike w:val="0"/>
          <w:sz w:val="22"/>
          <w:u w:val="single"/>
        </w:rPr>
        <w:t xml:space="preserve"> from </w:t>
      </w:r>
      <w:r>
        <w:rPr>
          <w:b/>
          <w:i w:val="0"/>
          <w:smallCaps w:val="0"/>
          <w:strike w:val="0"/>
          <w:sz w:val="22"/>
          <w:u w:val="single"/>
        </w:rPr>
        <w:t>carbon dioxide</w:t>
      </w:r>
      <w:r>
        <w:rPr>
          <w:b w:val="0"/>
          <w:i w:val="0"/>
          <w:smallCaps w:val="0"/>
          <w:strike w:val="0"/>
          <w:sz w:val="22"/>
          <w:u w:val="single"/>
        </w:rPr>
        <w:t xml:space="preserve"> utilization in various industries are also a </w:t>
      </w:r>
      <w:r>
        <w:rPr>
          <w:b/>
          <w:i w:val="0"/>
          <w:smallCaps w:val="0"/>
          <w:strike w:val="0"/>
          <w:sz w:val="22"/>
          <w:u w:val="single"/>
        </w:rPr>
        <w:t>booming market</w:t>
      </w:r>
      <w:r>
        <w:rPr>
          <w:b w:val="0"/>
          <w:i w:val="0"/>
          <w:smallCaps w:val="0"/>
          <w:strike w:val="0"/>
          <w:sz w:val="22"/>
          <w:u w:val="single"/>
        </w:rPr>
        <w:t xml:space="preserve"> that is continuing to grow. Therefore, </w:t>
      </w:r>
      <w:r>
        <w:rPr>
          <w:b/>
          <w:i w:val="0"/>
          <w:smallCaps w:val="0"/>
          <w:strike w:val="0"/>
          <w:sz w:val="22"/>
          <w:highlight w:val="cyan"/>
          <w:u w:val="single"/>
        </w:rPr>
        <w:t>carbon capture</w:t>
      </w:r>
      <w:r>
        <w:rPr>
          <w:b w:val="0"/>
          <w:i w:val="0"/>
          <w:smallCaps w:val="0"/>
          <w:strike w:val="0"/>
          <w:sz w:val="22"/>
          <w:highlight w:val="cyan"/>
          <w:u w:val="single"/>
        </w:rPr>
        <w:t xml:space="preserve"> has</w:t>
      </w:r>
      <w:r>
        <w:rPr>
          <w:b w:val="0"/>
          <w:i w:val="0"/>
          <w:smallCaps w:val="0"/>
          <w:strike w:val="0"/>
          <w:sz w:val="22"/>
          <w:u w:val="single"/>
        </w:rPr>
        <w:t xml:space="preserve"> the </w:t>
      </w:r>
      <w:r>
        <w:rPr>
          <w:b/>
          <w:i w:val="0"/>
          <w:smallCaps w:val="0"/>
          <w:strike w:val="0"/>
          <w:sz w:val="22"/>
          <w:highlight w:val="cyan"/>
          <w:u w:val="single"/>
        </w:rPr>
        <w:t>potential</w:t>
      </w:r>
      <w:r>
        <w:rPr>
          <w:b w:val="0"/>
          <w:i w:val="0"/>
          <w:smallCaps w:val="0"/>
          <w:strike w:val="0"/>
          <w:sz w:val="22"/>
          <w:highlight w:val="cyan"/>
          <w:u w:val="single"/>
        </w:rPr>
        <w:t xml:space="preserve"> to drive</w:t>
      </w:r>
      <w:r>
        <w:rPr>
          <w:b w:val="0"/>
          <w:i w:val="0"/>
          <w:smallCaps w:val="0"/>
          <w:strike w:val="0"/>
          <w:sz w:val="22"/>
          <w:u w:val="single"/>
        </w:rPr>
        <w:t xml:space="preserve"> </w:t>
      </w:r>
      <w:r>
        <w:rPr>
          <w:b w:val="0"/>
          <w:i w:val="0"/>
          <w:smallCaps w:val="0"/>
          <w:strike w:val="0"/>
          <w:sz w:val="22"/>
          <w:highlight w:val="cyan"/>
          <w:u w:val="single"/>
        </w:rPr>
        <w:t>econ</w:t>
      </w:r>
      <w:r>
        <w:rPr>
          <w:b w:val="0"/>
          <w:i w:val="0"/>
          <w:smallCaps w:val="0"/>
          <w:strike w:val="0"/>
          <w:sz w:val="22"/>
          <w:u w:val="single"/>
        </w:rPr>
        <w:t xml:space="preserve">omic </w:t>
      </w:r>
      <w:r>
        <w:rPr>
          <w:b/>
          <w:i w:val="0"/>
          <w:smallCaps w:val="0"/>
          <w:strike w:val="0"/>
          <w:sz w:val="22"/>
          <w:highlight w:val="cyan"/>
          <w:u w:val="single"/>
        </w:rPr>
        <w:t>growth</w:t>
      </w:r>
      <w:r>
        <w:rPr>
          <w:b w:val="0"/>
          <w:i w:val="0"/>
          <w:smallCaps w:val="0"/>
          <w:strike w:val="0"/>
          <w:sz w:val="22"/>
          <w:highlight w:val="cyan"/>
          <w:u w:val="single"/>
        </w:rPr>
        <w:t xml:space="preserve"> while</w:t>
      </w:r>
      <w:r>
        <w:rPr>
          <w:b w:val="0"/>
          <w:i w:val="0"/>
          <w:smallCaps w:val="0"/>
          <w:strike w:val="0"/>
          <w:sz w:val="22"/>
          <w:u w:val="single"/>
        </w:rPr>
        <w:t xml:space="preserve"> simultaneously </w:t>
      </w:r>
      <w:r>
        <w:rPr>
          <w:b/>
          <w:i w:val="0"/>
          <w:smallCaps w:val="0"/>
          <w:strike w:val="0"/>
          <w:sz w:val="22"/>
          <w:highlight w:val="cyan"/>
          <w:u w:val="single"/>
        </w:rPr>
        <w:t>reducing</w:t>
      </w:r>
      <w:r>
        <w:rPr>
          <w:b w:val="0"/>
          <w:i w:val="0"/>
          <w:smallCaps w:val="0"/>
          <w:strike w:val="0"/>
          <w:sz w:val="22"/>
          <w:highlight w:val="cyan"/>
          <w:u w:val="single"/>
        </w:rPr>
        <w:t xml:space="preserve"> </w:t>
      </w:r>
      <w:r>
        <w:rPr>
          <w:b/>
          <w:i w:val="0"/>
          <w:smallCaps w:val="0"/>
          <w:strike w:val="0"/>
          <w:sz w:val="22"/>
          <w:highlight w:val="cyan"/>
          <w:u w:val="single"/>
        </w:rPr>
        <w:t>emissions</w:t>
      </w:r>
      <w:r>
        <w:rPr>
          <w:b w:val="0"/>
          <w:i w:val="0"/>
          <w:smallCaps w:val="0"/>
          <w:strike w:val="0"/>
          <w:sz w:val="16"/>
          <w:highlight w:val="cyan"/>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